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9174A" w:rsidRPr="0009174A" w:rsidTr="00091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34706" w:rsidRPr="0009174A" w:rsidRDefault="003713BC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09174A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30"/>
              </w:rPr>
              <w:t>SPOR KULÜBÜ</w:t>
            </w:r>
          </w:p>
          <w:p w:rsidR="00234706" w:rsidRPr="0009174A" w:rsidRDefault="003713BC">
            <w:pPr>
              <w:spacing w:after="100"/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24"/>
              </w:rPr>
              <w:t>YIL SONU FAALİYET RAPORU</w:t>
            </w:r>
          </w:p>
        </w:tc>
      </w:tr>
    </w:tbl>
    <w:p w:rsidR="00234706" w:rsidRPr="0009174A" w:rsidRDefault="00234706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09174A" w:rsidRPr="0009174A" w:rsidTr="00091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234706" w:rsidRPr="0009174A" w:rsidRDefault="003713BC">
            <w:pPr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6"/>
              </w:rPr>
              <w:t>KULÜP</w:t>
            </w:r>
            <w:r w:rsidRPr="0009174A">
              <w:rPr>
                <w:color w:val="000000" w:themeColor="text1"/>
                <w:sz w:val="16"/>
              </w:rPr>
              <w:br/>
            </w:r>
            <w:r w:rsidRPr="0009174A">
              <w:rPr>
                <w:b w:val="0"/>
                <w:color w:val="000000" w:themeColor="text1"/>
                <w:sz w:val="20"/>
              </w:rPr>
              <w:t>Spor Kulübü</w:t>
            </w:r>
          </w:p>
        </w:tc>
        <w:tc>
          <w:tcPr>
            <w:tcW w:w="3251" w:type="dxa"/>
          </w:tcPr>
          <w:p w:rsidR="00234706" w:rsidRPr="0009174A" w:rsidRDefault="003713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6"/>
              </w:rPr>
              <w:t>DANIŞMAN ÖĞRETMEN</w:t>
            </w:r>
            <w:r w:rsidRPr="0009174A">
              <w:rPr>
                <w:color w:val="000000" w:themeColor="text1"/>
                <w:sz w:val="16"/>
              </w:rPr>
              <w:br/>
            </w:r>
            <w:r w:rsidRPr="0009174A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234706" w:rsidRPr="0009174A" w:rsidRDefault="003713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6"/>
              </w:rPr>
              <w:t>EĞİTİM-ÖĞRETİM YILI</w:t>
            </w:r>
            <w:r w:rsidRPr="0009174A">
              <w:rPr>
                <w:color w:val="000000" w:themeColor="text1"/>
                <w:sz w:val="16"/>
              </w:rPr>
              <w:br/>
            </w:r>
            <w:r w:rsidRPr="0009174A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234706" w:rsidRPr="0009174A" w:rsidRDefault="00234706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814"/>
        <w:gridCol w:w="7937"/>
      </w:tblGrid>
      <w:tr w:rsidR="0009174A" w:rsidRPr="0009174A" w:rsidTr="00091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AYLAR</w:t>
            </w:r>
          </w:p>
        </w:tc>
        <w:tc>
          <w:tcPr>
            <w:tcW w:w="7937" w:type="dxa"/>
          </w:tcPr>
          <w:p w:rsidR="00234706" w:rsidRPr="0009174A" w:rsidRDefault="003713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GERÇEKLEŞTİRİLEN FAALİYETLER</w:t>
            </w:r>
          </w:p>
        </w:tc>
      </w:tr>
      <w:tr w:rsidR="0009174A" w:rsidRPr="0009174A" w:rsidTr="00091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09174A">
              <w:rPr>
                <w:color w:val="000000" w:themeColor="text1"/>
                <w:sz w:val="19"/>
              </w:rPr>
              <w:t>EYLÜL</w:t>
            </w:r>
            <w:proofErr w:type="spellEnd"/>
            <w:r w:rsidRPr="0009174A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09174A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7937" w:type="dxa"/>
          </w:tcPr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1. Kulüp tüzüğü hazırlandı.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2. Okul</w:t>
            </w:r>
            <w:r w:rsidRPr="0009174A">
              <w:rPr>
                <w:color w:val="000000" w:themeColor="text1"/>
                <w:sz w:val="19"/>
              </w:rPr>
              <w:t xml:space="preserve"> genelinde kulübe öğrenci seçimi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3. Genel kurul toplanma tarihi belirlendi.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4. Belirlenen tarihte gene kurul toplantısı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5. Yönetim Kurulu seçildi.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6. Denetleme Kurulu belirlendi.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7. Kulüp faaliyetleri kapsamında neler yapılacağı belirlend</w:t>
            </w:r>
            <w:r w:rsidRPr="0009174A">
              <w:rPr>
                <w:color w:val="000000" w:themeColor="text1"/>
                <w:sz w:val="19"/>
              </w:rPr>
              <w:t>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8. Sosyal kulüp panosu hazırlandı.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9. Sportif etkinliklerde branşlara dağılımın tespiti. 2. Beden Eğitimi Dersi araç-gereçlerinin belirlendi.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10. Demirbaş ve yoğaltım malzemelerinin kontrolünün ve tamirinin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11. Ders dışı sportif faaliyetler içi</w:t>
            </w:r>
            <w:r w:rsidRPr="0009174A">
              <w:rPr>
                <w:color w:val="000000" w:themeColor="text1"/>
                <w:sz w:val="19"/>
              </w:rPr>
              <w:t>n pano hazırlandı..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12. Okulu ve çevresinin güzelleştirilmesi, bakım ve onarımının yaptırılması yönünde çalışmalar yapıldı.</w:t>
            </w:r>
          </w:p>
        </w:tc>
      </w:tr>
      <w:tr w:rsidR="0009174A" w:rsidRPr="0009174A" w:rsidTr="00091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09174A">
              <w:rPr>
                <w:color w:val="000000" w:themeColor="text1"/>
                <w:sz w:val="19"/>
              </w:rPr>
              <w:t>KASIM</w:t>
            </w:r>
            <w:proofErr w:type="spellEnd"/>
            <w:r w:rsidRPr="0009174A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09174A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7937" w:type="dxa"/>
          </w:tcPr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13. Ders dışı sportif etkinliklere katılan öğrencilerin lisans ve sağlık raporlarının hazırlandı.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14. Spor kulübü ta</w:t>
            </w:r>
            <w:r w:rsidRPr="0009174A">
              <w:rPr>
                <w:color w:val="000000" w:themeColor="text1"/>
                <w:sz w:val="19"/>
              </w:rPr>
              <w:t>rafından sınıflar arası ve okullar arası müsabakalarda fair-play’ e uygun slogan vb. çalışmaların düzenlendi.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15. Atatürk ve Spor konulu panonun hazırlandı.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16. Trafik kurallarına uyulması için öğrencileri ve halkı bilinçlendirme çalışmaları yapıldı.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 xml:space="preserve">17. </w:t>
            </w:r>
            <w:r w:rsidRPr="0009174A">
              <w:rPr>
                <w:color w:val="000000" w:themeColor="text1"/>
                <w:sz w:val="19"/>
              </w:rPr>
              <w:t>Okul takımlarının eksiklerinin belirlenerek tamamlandı.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18. Önceki aylara ait etkinliklerin Spor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19. Kötü alışkanlıklar ve sonuçlarını içeren bir panonun hazırlandı.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20. 27 Aralık Atatürk koşusu çalışmalarının başlatılması sağlansı.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</w:t>
            </w:r>
            <w:r w:rsidRPr="0009174A">
              <w:rPr>
                <w:color w:val="000000" w:themeColor="text1"/>
                <w:sz w:val="19"/>
              </w:rPr>
              <w:t>1. Okul bahçesini, çevreyi, boş arazi ve alanları ağaçlandırmak, erozyonla mücadele çalışmaları ve yok olmaya yüz tutmuş bitki türlerini korumak ve yetiştirmek için çalışmalar yapıldı.</w:t>
            </w:r>
          </w:p>
        </w:tc>
      </w:tr>
      <w:tr w:rsidR="0009174A" w:rsidRPr="0009174A" w:rsidTr="00091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09174A">
              <w:rPr>
                <w:color w:val="000000" w:themeColor="text1"/>
                <w:sz w:val="19"/>
              </w:rPr>
              <w:t>OCAK</w:t>
            </w:r>
            <w:proofErr w:type="spellEnd"/>
            <w:r w:rsidRPr="0009174A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09174A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7937" w:type="dxa"/>
          </w:tcPr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22. Spor odalarının dönem sonu bakımı, temizlik ve tamiri</w:t>
            </w:r>
            <w:r w:rsidRPr="0009174A">
              <w:rPr>
                <w:color w:val="000000" w:themeColor="text1"/>
                <w:sz w:val="19"/>
              </w:rPr>
              <w:t xml:space="preserve">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23. I. Dönem sonu çalışma raporunun hazırlandı.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24. Belirli günler ve haftaların kutlan1amsının önemine değinildi.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25. I. Dönem yapılan kulüp çalışmaları rapor edildi.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26. Genel kurul toplantısı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27. I. Dönem alınan kararlar gözden geçiri</w:t>
            </w:r>
            <w:r w:rsidRPr="0009174A">
              <w:rPr>
                <w:color w:val="000000" w:themeColor="text1"/>
                <w:sz w:val="19"/>
              </w:rPr>
              <w:t>ldi.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28. 2. Okul takımlarının eksiklerinin belirlenerek tamamlandı.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29. Okul takımları için özel maçların organizasyonu yapıldı.</w:t>
            </w:r>
          </w:p>
        </w:tc>
      </w:tr>
      <w:tr w:rsidR="0009174A" w:rsidRPr="0009174A" w:rsidTr="00091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MART – NİSAN</w:t>
            </w:r>
          </w:p>
        </w:tc>
        <w:tc>
          <w:tcPr>
            <w:tcW w:w="7937" w:type="dxa"/>
          </w:tcPr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 xml:space="preserve">30. 1. İlk yardım konulu panonun hazırlanması (sigara, uyuşturucu, kötü alışkanlıklar ile mücadele haftası için </w:t>
            </w:r>
            <w:r w:rsidRPr="0009174A">
              <w:rPr>
                <w:color w:val="000000" w:themeColor="text1"/>
                <w:sz w:val="19"/>
              </w:rPr>
              <w:t>çalışmalar yapıldı.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31. 23 Nisan ulusal egemenlik ve çocuk bayramı ve 19 Mayıs bayramı hazırlıklarına başlandı.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32. Önceki aylara ait etkinliklerin Spor kulübü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33. Beden Eğitimi Dersi ve ders dışı etkinliklerde kullanılan araç-gereçle</w:t>
            </w:r>
            <w:r w:rsidRPr="0009174A">
              <w:rPr>
                <w:color w:val="000000" w:themeColor="text1"/>
                <w:sz w:val="19"/>
              </w:rPr>
              <w:t>rin kontrolünün, tamir ve bakımı yapıldı.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34. 18 Mart etkinlikleri kapsamında Çanakkale Zaferinin önemi anlatıldı. Yazı ve resimler kulüp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35. Sınıflar arası müsabakaların organizasyonunun yapıldı.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36. Kendi branşında başarılı sporcula</w:t>
            </w:r>
            <w:r w:rsidRPr="0009174A">
              <w:rPr>
                <w:color w:val="000000" w:themeColor="text1"/>
                <w:sz w:val="19"/>
              </w:rPr>
              <w:t>rla sohbetler düzenlendi.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37. Okul atletizm takımına öğrenci seçimi yapılarak atletizm takımında yarışacak öğrencilerin belirlendi.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38. “Çocuk ve Spor” konulu yazı ve resimlerin kulüp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39. Spor Bildirisinin kulüp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40. “İnternet ve spor” konulu yazıların kulüp panosunda sergilendi.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41. Sosyal kulüple ilgili formların doldurulup değerlendirilmesi yapıldı.</w:t>
            </w:r>
          </w:p>
          <w:p w:rsidR="00234706" w:rsidRPr="0009174A" w:rsidRDefault="003713B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42. Belirli günler ve haftalarla ilgili çalışmaların yapıldı.</w:t>
            </w:r>
          </w:p>
        </w:tc>
      </w:tr>
      <w:tr w:rsidR="0009174A" w:rsidRPr="0009174A" w:rsidTr="00091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34706" w:rsidRPr="0009174A" w:rsidRDefault="003713BC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09174A">
              <w:rPr>
                <w:color w:val="000000" w:themeColor="text1"/>
                <w:sz w:val="19"/>
              </w:rPr>
              <w:lastRenderedPageBreak/>
              <w:t>MAYIS</w:t>
            </w:r>
            <w:proofErr w:type="spellEnd"/>
            <w:r w:rsidRPr="0009174A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09174A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7937" w:type="dxa"/>
          </w:tcPr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 xml:space="preserve">43. 1. Okulumuzdaki başarılı </w:t>
            </w:r>
            <w:r w:rsidRPr="0009174A">
              <w:rPr>
                <w:color w:val="000000" w:themeColor="text1"/>
                <w:sz w:val="19"/>
              </w:rPr>
              <w:t>sporcular için onur köşesi hazırlandı.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44. Demirbaş ve yoğaltım malzemelerinin tamiri, bakımı ve kontrolü sağlandı.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45. Spor odalarının genel temizlik, bakım, tamir ve onarımı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46. Spor kulübü olarak diğer kulüpteki öğrencilerle beraber 19 Mayıs At</w:t>
            </w:r>
            <w:r w:rsidRPr="0009174A">
              <w:rPr>
                <w:color w:val="000000" w:themeColor="text1"/>
                <w:sz w:val="19"/>
              </w:rPr>
              <w:t>atürk’ü anma gençlik ve spor bayramı kutlamalarına katılım sağlandı.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47. Yıllık çalışma programı gözden geçirildi.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48. Yoğaltım malzemelerinin sayımı ve yıpranan malzemelerin yoğaltımdan düşümü yapıldı.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49. 2026-2027 Öğretim yılı çalışma raporunun hazırlan</w:t>
            </w:r>
            <w:r w:rsidRPr="0009174A">
              <w:rPr>
                <w:color w:val="000000" w:themeColor="text1"/>
                <w:sz w:val="19"/>
              </w:rPr>
              <w:t>dı.</w:t>
            </w:r>
          </w:p>
          <w:p w:rsidR="00234706" w:rsidRPr="0009174A" w:rsidRDefault="003713B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19"/>
              </w:rPr>
              <w:t>50. Yıl içinde yapılan çalışmalar rapor edilerek okul idaresine teslim edildi.</w:t>
            </w:r>
          </w:p>
        </w:tc>
      </w:tr>
    </w:tbl>
    <w:p w:rsidR="00234706" w:rsidRPr="0009174A" w:rsidRDefault="00234706">
      <w:pPr>
        <w:spacing w:after="0"/>
        <w:rPr>
          <w:color w:val="000000" w:themeColor="text1"/>
        </w:rPr>
      </w:pPr>
    </w:p>
    <w:p w:rsidR="00234706" w:rsidRPr="0009174A" w:rsidRDefault="00234706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34706" w:rsidRPr="0009174A">
        <w:trPr>
          <w:cantSplit/>
          <w:jc w:val="center"/>
        </w:trPr>
        <w:tc>
          <w:tcPr>
            <w:tcW w:w="9752" w:type="dxa"/>
          </w:tcPr>
          <w:p w:rsidR="00234706" w:rsidRPr="0009174A" w:rsidRDefault="003713BC">
            <w:pPr>
              <w:jc w:val="center"/>
              <w:rPr>
                <w:color w:val="000000" w:themeColor="text1"/>
              </w:rPr>
            </w:pPr>
            <w:r w:rsidRPr="0009174A">
              <w:rPr>
                <w:color w:val="000000" w:themeColor="text1"/>
                <w:sz w:val="21"/>
              </w:rPr>
              <w:t>……………………………</w:t>
            </w:r>
            <w:r w:rsidRPr="0009174A">
              <w:rPr>
                <w:color w:val="000000" w:themeColor="text1"/>
                <w:sz w:val="21"/>
              </w:rPr>
              <w:br/>
            </w:r>
            <w:r w:rsidRPr="0009174A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34706" w:rsidRPr="0009174A" w:rsidRDefault="00234706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9174A" w:rsidRPr="0009174A">
        <w:trPr>
          <w:cantSplit/>
          <w:jc w:val="center"/>
        </w:trPr>
        <w:tc>
          <w:tcPr>
            <w:tcW w:w="9752" w:type="dxa"/>
          </w:tcPr>
          <w:p w:rsidR="00234706" w:rsidRPr="0009174A" w:rsidRDefault="003713BC">
            <w:pPr>
              <w:jc w:val="center"/>
              <w:rPr>
                <w:color w:val="000000" w:themeColor="text1"/>
              </w:rPr>
            </w:pPr>
            <w:r w:rsidRPr="0009174A">
              <w:rPr>
                <w:b/>
                <w:color w:val="000000" w:themeColor="text1"/>
              </w:rPr>
              <w:t>UYGUNDUR</w:t>
            </w:r>
            <w:r w:rsidRPr="0009174A">
              <w:rPr>
                <w:b/>
                <w:color w:val="000000" w:themeColor="text1"/>
              </w:rPr>
              <w:br/>
            </w:r>
            <w:r w:rsidRPr="0009174A">
              <w:rPr>
                <w:color w:val="000000" w:themeColor="text1"/>
                <w:sz w:val="21"/>
              </w:rPr>
              <w:t>…… / …… / 2027</w:t>
            </w:r>
            <w:r w:rsidRPr="0009174A">
              <w:rPr>
                <w:color w:val="000000" w:themeColor="text1"/>
                <w:sz w:val="21"/>
              </w:rPr>
              <w:br/>
            </w:r>
            <w:r w:rsidRPr="0009174A">
              <w:rPr>
                <w:color w:val="000000" w:themeColor="text1"/>
                <w:sz w:val="21"/>
              </w:rPr>
              <w:br/>
              <w:t>……………………………</w:t>
            </w:r>
            <w:r w:rsidRPr="0009174A">
              <w:rPr>
                <w:color w:val="000000" w:themeColor="text1"/>
                <w:sz w:val="21"/>
              </w:rPr>
              <w:br/>
            </w:r>
            <w:r w:rsidRPr="0009174A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3713BC" w:rsidRPr="0009174A" w:rsidRDefault="003713BC">
      <w:pPr>
        <w:rPr>
          <w:color w:val="000000" w:themeColor="text1"/>
        </w:rPr>
      </w:pPr>
    </w:p>
    <w:sectPr w:rsidR="003713BC" w:rsidRPr="0009174A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9174A"/>
    <w:rsid w:val="0015074B"/>
    <w:rsid w:val="00234706"/>
    <w:rsid w:val="0029639D"/>
    <w:rsid w:val="00326F90"/>
    <w:rsid w:val="003713B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E2130E7-D96D-4FDD-AE68-C7F7F67B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09174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655341-4442-4FC4-B08C-F5A0AAF0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 Kulübü Yıl Sonu Faaliyet Raporu 2026-2027</dc:title>
  <dc:subject>yıl sonu faaliyet raporu</dc:subject>
  <dc:creator>evrakburada</dc:creator>
  <cp:keywords>sosyal kulüp, yıl sonu faaliyet raporu</cp:keywords>
  <dc:description/>
  <cp:lastModifiedBy>HP</cp:lastModifiedBy>
  <cp:revision>2</cp:revision>
  <dcterms:created xsi:type="dcterms:W3CDTF">2013-12-23T23:15:00Z</dcterms:created>
  <dcterms:modified xsi:type="dcterms:W3CDTF">2026-10-17T08:11:00Z</dcterms:modified>
  <cp:category/>
</cp:coreProperties>
</file>