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F159BA" w:rsidRPr="00F159BA" w:rsidTr="00F15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E35E52" w:rsidRPr="00F159BA" w:rsidRDefault="00273199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F159BA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30"/>
              </w:rPr>
              <w:t>SPOR KULÜBÜ</w:t>
            </w:r>
          </w:p>
          <w:p w:rsidR="00E35E52" w:rsidRPr="00F159BA" w:rsidRDefault="00273199">
            <w:pPr>
              <w:spacing w:after="100"/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E35E52" w:rsidRPr="00F159BA" w:rsidRDefault="00E35E5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F159BA" w:rsidRPr="00F159BA" w:rsidTr="00F15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E35E52" w:rsidRPr="00F159BA" w:rsidRDefault="00273199">
            <w:pPr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6"/>
              </w:rPr>
              <w:t>KULÜP</w:t>
            </w:r>
            <w:r w:rsidRPr="00F159BA">
              <w:rPr>
                <w:color w:val="000000" w:themeColor="text1"/>
                <w:sz w:val="16"/>
              </w:rPr>
              <w:br/>
            </w:r>
            <w:r w:rsidRPr="00F159BA">
              <w:rPr>
                <w:b w:val="0"/>
                <w:color w:val="000000" w:themeColor="text1"/>
                <w:sz w:val="20"/>
              </w:rPr>
              <w:t>Spor Kulübü</w:t>
            </w:r>
          </w:p>
        </w:tc>
        <w:tc>
          <w:tcPr>
            <w:tcW w:w="3251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6"/>
              </w:rPr>
              <w:t>DANIŞMAN ÖĞRETMEN</w:t>
            </w:r>
            <w:r w:rsidRPr="00F159BA">
              <w:rPr>
                <w:color w:val="000000" w:themeColor="text1"/>
                <w:sz w:val="16"/>
              </w:rPr>
              <w:br/>
            </w:r>
            <w:r w:rsidRPr="00F159BA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6"/>
              </w:rPr>
              <w:t>EĞİTİM-ÖĞRETİM YILI</w:t>
            </w:r>
            <w:r w:rsidRPr="00F159BA">
              <w:rPr>
                <w:color w:val="000000" w:themeColor="text1"/>
                <w:sz w:val="16"/>
              </w:rPr>
              <w:br/>
            </w:r>
            <w:r w:rsidRPr="00F159BA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E35E52" w:rsidRPr="00F159BA" w:rsidRDefault="00E35E52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4377"/>
        <w:gridCol w:w="1248"/>
        <w:gridCol w:w="2602"/>
      </w:tblGrid>
      <w:tr w:rsidR="00F159BA" w:rsidRPr="00F159BA" w:rsidTr="00F15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476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4377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219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2602" w:type="dxa"/>
          </w:tcPr>
          <w:p w:rsidR="00E35E52" w:rsidRPr="00F159BA" w:rsidRDefault="002731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BELİRLİ GÜN VE HAFTALAR</w:t>
            </w:r>
          </w:p>
        </w:tc>
      </w:tr>
      <w:tr w:rsidR="00F159BA" w:rsidRPr="00F159BA" w:rsidTr="00F15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Okulu ve çevresinin güzelleştirilmesi, bakım ve onarımının yaptırılması yönünde çalışmalar yapmak.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Cumhuriyet Bayramı</w:t>
            </w:r>
          </w:p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(29 Ekim)</w:t>
            </w:r>
          </w:p>
        </w:tc>
      </w:tr>
      <w:tr w:rsidR="00F159BA" w:rsidRPr="00F159BA" w:rsidTr="00F159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Toplum kurallarına uyması için öğrencileri ve halkı bilinçlendirmek.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 xml:space="preserve">Spor kulübü </w:t>
            </w:r>
            <w:r w:rsidRPr="00F159BA">
              <w:rPr>
                <w:color w:val="000000" w:themeColor="text1"/>
                <w:sz w:val="17"/>
              </w:rPr>
              <w:t>öğrencileri</w:t>
            </w:r>
          </w:p>
        </w:tc>
        <w:tc>
          <w:tcPr>
            <w:tcW w:w="2602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Atatürk Haftası (10-16 Kasım)</w:t>
            </w:r>
          </w:p>
        </w:tc>
      </w:tr>
      <w:tr w:rsidR="00F159BA" w:rsidRPr="00F159BA" w:rsidTr="00F15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Sporun sağlığımız üzerindeki etkileri ve sağlıklı yaşama etkileri konulu öğrencilere bilgi verilmesi.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E35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159BA" w:rsidRPr="00F159BA" w:rsidTr="00F159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 xml:space="preserve">Öğrencilere sağlık ve temizlik konuları ile ilgili bilgi </w:t>
            </w:r>
            <w:r w:rsidRPr="00F159BA">
              <w:rPr>
                <w:color w:val="000000" w:themeColor="text1"/>
                <w:sz w:val="17"/>
              </w:rPr>
              <w:t>verilerek temizliğin öneminin kavratılması.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E35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159BA" w:rsidRPr="00F159BA" w:rsidTr="00F15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Okul bahçesini, çevreyi, boş arazi ve alanları ağaçlandırmak, erozyonla mücadele etmek, yok olmaya yüz tutmuş bitki türlerini korumak ve yetiştirmek için çalışmalar yapmak.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E35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159BA" w:rsidRPr="00F159BA" w:rsidTr="00F159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Okul tuvalet ve lavabolarının sağlık açısından daha temiz ve düzenli kullanılması için bilgilendirme.</w:t>
            </w:r>
          </w:p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Atatürk’ün spor anlayışı hakkında bilgi.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 xml:space="preserve">İstiklâl Marşı’nın Kabulü ve Mehmet Akif Ersoy’u </w:t>
            </w:r>
            <w:r w:rsidRPr="00F159BA">
              <w:rPr>
                <w:color w:val="000000" w:themeColor="text1"/>
                <w:sz w:val="17"/>
              </w:rPr>
              <w:t>Anma Günü</w:t>
            </w:r>
          </w:p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(12 Mart)</w:t>
            </w:r>
          </w:p>
        </w:tc>
      </w:tr>
      <w:tr w:rsidR="00F159BA" w:rsidRPr="00F159BA" w:rsidTr="00F15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Okulumuzun geçmiş ve şimdiki sportif başarılarını bir dergi veya spor sayfası hazırlayarak çevreye duyurmak.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Ulusal Egemenlik ve Çocuk Bayramı</w:t>
            </w:r>
          </w:p>
          <w:p w:rsidR="00E35E52" w:rsidRPr="00F159BA" w:rsidRDefault="00273199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(23 Nisan)</w:t>
            </w:r>
          </w:p>
        </w:tc>
      </w:tr>
      <w:tr w:rsidR="00F159BA" w:rsidRPr="00F159BA" w:rsidTr="00F159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E35E52" w:rsidRPr="00F159BA" w:rsidRDefault="00273199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F159BA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476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4377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 xml:space="preserve">Sosyal hizmet amaçlı sivil </w:t>
            </w:r>
            <w:r w:rsidRPr="00F159BA">
              <w:rPr>
                <w:color w:val="000000" w:themeColor="text1"/>
                <w:sz w:val="17"/>
              </w:rPr>
              <w:t>toplum kuruluşlarının çalışmalarına destek sağlamak.</w:t>
            </w:r>
          </w:p>
        </w:tc>
        <w:tc>
          <w:tcPr>
            <w:tcW w:w="1219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Spor kulübü öğrencileri</w:t>
            </w:r>
          </w:p>
        </w:tc>
        <w:tc>
          <w:tcPr>
            <w:tcW w:w="2602" w:type="dxa"/>
          </w:tcPr>
          <w:p w:rsidR="00E35E52" w:rsidRPr="00F159BA" w:rsidRDefault="00273199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17"/>
              </w:rPr>
              <w:t>Atatürk'ü Anma ve Gençlik ve Spor Bayramı (19 Mayıs)</w:t>
            </w:r>
          </w:p>
        </w:tc>
      </w:tr>
    </w:tbl>
    <w:p w:rsidR="00E35E52" w:rsidRPr="00F159BA" w:rsidRDefault="00E35E52">
      <w:pPr>
        <w:spacing w:after="0"/>
        <w:rPr>
          <w:color w:val="000000" w:themeColor="text1"/>
        </w:rPr>
      </w:pPr>
    </w:p>
    <w:p w:rsidR="00E35E52" w:rsidRPr="00F159BA" w:rsidRDefault="00273199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F159BA">
        <w:rPr>
          <w:b/>
          <w:color w:val="000000" w:themeColor="text1"/>
        </w:rPr>
        <w:t>Notlar</w:t>
      </w:r>
    </w:p>
    <w:p w:rsidR="00E35E52" w:rsidRPr="00F159BA" w:rsidRDefault="00273199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159BA">
        <w:rPr>
          <w:b/>
          <w:color w:val="000000" w:themeColor="text1"/>
          <w:sz w:val="19"/>
        </w:rPr>
        <w:t>1.</w:t>
      </w:r>
      <w:r w:rsidRPr="00F159BA">
        <w:rPr>
          <w:b/>
          <w:color w:val="000000" w:themeColor="text1"/>
          <w:sz w:val="19"/>
        </w:rPr>
        <w:tab/>
      </w:r>
      <w:r w:rsidRPr="00F159BA">
        <w:rPr>
          <w:color w:val="000000" w:themeColor="text1"/>
          <w:sz w:val="19"/>
        </w:rPr>
        <w:t>Toplum hizmeti çevreyi rahatsız etmeyecek şekilde yapılacaktır.</w:t>
      </w:r>
    </w:p>
    <w:p w:rsidR="00E35E52" w:rsidRPr="00F159BA" w:rsidRDefault="00273199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159BA">
        <w:rPr>
          <w:b/>
          <w:color w:val="000000" w:themeColor="text1"/>
          <w:sz w:val="19"/>
        </w:rPr>
        <w:t>2.</w:t>
      </w:r>
      <w:r w:rsidRPr="00F159BA">
        <w:rPr>
          <w:b/>
          <w:color w:val="000000" w:themeColor="text1"/>
          <w:sz w:val="19"/>
        </w:rPr>
        <w:tab/>
      </w:r>
      <w:r w:rsidRPr="00F159BA">
        <w:rPr>
          <w:color w:val="000000" w:themeColor="text1"/>
          <w:sz w:val="19"/>
        </w:rPr>
        <w:t>Değişik bent:.</w:t>
      </w:r>
    </w:p>
    <w:p w:rsidR="00E35E52" w:rsidRPr="00F159BA" w:rsidRDefault="00273199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159BA">
        <w:rPr>
          <w:b/>
          <w:color w:val="000000" w:themeColor="text1"/>
          <w:sz w:val="19"/>
        </w:rPr>
        <w:t>3.</w:t>
      </w:r>
      <w:r w:rsidRPr="00F159BA">
        <w:rPr>
          <w:b/>
          <w:color w:val="000000" w:themeColor="text1"/>
          <w:sz w:val="19"/>
        </w:rPr>
        <w:tab/>
      </w:r>
      <w:r w:rsidRPr="00F159BA">
        <w:rPr>
          <w:color w:val="000000" w:themeColor="text1"/>
          <w:sz w:val="19"/>
        </w:rPr>
        <w:t xml:space="preserve">2008/26804 RG) Öğrenciler, </w:t>
      </w:r>
      <w:r w:rsidRPr="00F159BA">
        <w:rPr>
          <w:color w:val="000000" w:themeColor="text1"/>
          <w:sz w:val="19"/>
        </w:rPr>
        <w:t>ilköğretimin 1, 2 ve 3 üncü sınıflarında yılda 5 saat; 4, 5, 6, 7 ve 8 inci sınıflarında 10 saat; ortaöğretim kurumlarının hazırlık sınıfları dâhil tüm sınıflarında 15 saatten az olmamak üzere ders yılı başında yapılan öğretmenler kurulunca belirlenen topl</w:t>
      </w:r>
      <w:r w:rsidRPr="00F159BA">
        <w:rPr>
          <w:color w:val="000000" w:themeColor="text1"/>
          <w:sz w:val="19"/>
        </w:rPr>
        <w:t>um hizmeti çalışmalarına katılırlar.</w:t>
      </w:r>
    </w:p>
    <w:p w:rsidR="00E35E52" w:rsidRPr="00F159BA" w:rsidRDefault="00273199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F159BA">
        <w:rPr>
          <w:b/>
          <w:color w:val="000000" w:themeColor="text1"/>
          <w:sz w:val="19"/>
        </w:rPr>
        <w:t>4.</w:t>
      </w:r>
      <w:r w:rsidRPr="00F159BA">
        <w:rPr>
          <w:b/>
          <w:color w:val="000000" w:themeColor="text1"/>
          <w:sz w:val="19"/>
        </w:rPr>
        <w:tab/>
      </w:r>
      <w:r w:rsidRPr="00F159BA">
        <w:rPr>
          <w:color w:val="000000" w:themeColor="text1"/>
          <w:sz w:val="19"/>
        </w:rPr>
        <w:t>Toplum Hizmeti çalışmaları için öğrenci velilerinden izin belgesi alınacaktır.</w:t>
      </w:r>
    </w:p>
    <w:p w:rsidR="00E35E52" w:rsidRPr="00F159BA" w:rsidRDefault="00E35E5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35E52" w:rsidRPr="00F159BA">
        <w:trPr>
          <w:cantSplit/>
          <w:jc w:val="center"/>
        </w:trPr>
        <w:tc>
          <w:tcPr>
            <w:tcW w:w="9752" w:type="dxa"/>
          </w:tcPr>
          <w:p w:rsidR="00E35E52" w:rsidRPr="00F159BA" w:rsidRDefault="00273199">
            <w:pPr>
              <w:jc w:val="center"/>
              <w:rPr>
                <w:color w:val="000000" w:themeColor="text1"/>
              </w:rPr>
            </w:pPr>
            <w:r w:rsidRPr="00F159BA">
              <w:rPr>
                <w:color w:val="000000" w:themeColor="text1"/>
                <w:sz w:val="21"/>
              </w:rPr>
              <w:t>……………………………</w:t>
            </w:r>
            <w:r w:rsidRPr="00F159BA">
              <w:rPr>
                <w:color w:val="000000" w:themeColor="text1"/>
                <w:sz w:val="21"/>
              </w:rPr>
              <w:br/>
            </w:r>
            <w:r w:rsidRPr="00F159BA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E35E52" w:rsidRPr="00F159BA" w:rsidRDefault="00E35E52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F159BA" w:rsidRPr="00F159BA">
        <w:trPr>
          <w:cantSplit/>
          <w:jc w:val="center"/>
        </w:trPr>
        <w:tc>
          <w:tcPr>
            <w:tcW w:w="9752" w:type="dxa"/>
          </w:tcPr>
          <w:p w:rsidR="00E35E52" w:rsidRPr="00F159BA" w:rsidRDefault="00273199">
            <w:pPr>
              <w:jc w:val="center"/>
              <w:rPr>
                <w:color w:val="000000" w:themeColor="text1"/>
              </w:rPr>
            </w:pPr>
            <w:r w:rsidRPr="00F159BA">
              <w:rPr>
                <w:b/>
                <w:color w:val="000000" w:themeColor="text1"/>
              </w:rPr>
              <w:t>UYGUNDUR</w:t>
            </w:r>
            <w:r w:rsidRPr="00F159BA">
              <w:rPr>
                <w:b/>
                <w:color w:val="000000" w:themeColor="text1"/>
              </w:rPr>
              <w:br/>
            </w:r>
            <w:r w:rsidRPr="00F159BA">
              <w:rPr>
                <w:color w:val="000000" w:themeColor="text1"/>
                <w:sz w:val="21"/>
              </w:rPr>
              <w:t>…… / …… / 2026</w:t>
            </w:r>
            <w:r w:rsidRPr="00F159BA">
              <w:rPr>
                <w:color w:val="000000" w:themeColor="text1"/>
                <w:sz w:val="21"/>
              </w:rPr>
              <w:br/>
            </w:r>
            <w:r w:rsidRPr="00F159BA">
              <w:rPr>
                <w:color w:val="000000" w:themeColor="text1"/>
                <w:sz w:val="21"/>
              </w:rPr>
              <w:br/>
              <w:t>……………………………</w:t>
            </w:r>
            <w:r w:rsidRPr="00F159BA">
              <w:rPr>
                <w:color w:val="000000" w:themeColor="text1"/>
                <w:sz w:val="21"/>
              </w:rPr>
              <w:br/>
            </w:r>
            <w:r w:rsidRPr="00F159BA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273199" w:rsidRPr="00F159BA" w:rsidRDefault="00273199">
      <w:pPr>
        <w:rPr>
          <w:color w:val="000000" w:themeColor="text1"/>
        </w:rPr>
      </w:pPr>
    </w:p>
    <w:sectPr w:rsidR="00273199" w:rsidRPr="00F159BA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73199"/>
    <w:rsid w:val="0029639D"/>
    <w:rsid w:val="00326F90"/>
    <w:rsid w:val="00AA1D8D"/>
    <w:rsid w:val="00B47730"/>
    <w:rsid w:val="00CB0664"/>
    <w:rsid w:val="00E35E52"/>
    <w:rsid w:val="00F159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E941725-B4AB-4526-A4AD-6C9CFBAA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F159B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F3C3A4-2429-42A4-84DA-64C0468B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Spor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2026-10-17T08:08:00Z</dcterms:modified>
  <cp:category/>
</cp:coreProperties>
</file>