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  –  CEVAP ANAHTARI</w:t>
      </w:r>
    </w:p>
    <w:p>
      <w:pPr>
        <w:spacing w:before="80" w:after="40"/>
        <w:pBdr>
          <w:left w:val="single" w:sz="12" w:space="4" w:color="228B22"/>
        </w:pBdr>
        <w:shd w:val="clear" w:color="auto" w:fill="F0F0F0"/>
      </w:pPr>
      <w:r>
        <w:rPr>
          <w:rFonts w:ascii="Calibri" w:hAnsi="Calibri"/>
          <w:b/>
          <w:color w:val="3C3C3C"/>
          <w:sz w:val="17"/>
        </w:rPr>
        <w:t>✍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Mahallede yapılacak yeni kütüphanenin yeri tartışılırken, 6. sınıf öğrencisi Arda fikrini söylemek istemiş ancak bir yetişkin "Sen daha çocuksun, büyüklerin işine karışma" diyerek onu susturmaya çalışmıştır.</w:t>
      </w:r>
      <w:r>
        <w:rPr>
          <w:rFonts w:ascii="Calibri" w:hAnsi="Calibri"/>
          <w:b w:val="0"/>
          <w:i/>
          <w:color w:val="8B0000"/>
          <w:sz w:val="15"/>
        </w:rPr>
        <w:t xml:space="preserve">  [20 Puan | SB.6.4.2.]</w:t>
      </w:r>
    </w:p>
    <w:p>
      <w:pPr>
        <w:spacing w:before="0" w:after="0" w:line="240" w:lineRule="auto"/>
      </w:pPr>
      <w:r>
        <w:rPr>
          <w:rFonts w:ascii="Calibri" w:hAnsi="Calibri"/>
          <w:b w:val="0"/>
          <w:i w:val="0"/>
          <w:color w:val="141414"/>
          <w:sz w:val="18"/>
        </w:rPr>
        <w:t xml:space="preserve">    Arda’nın susturulmaya çalışılması, Anayasa’nın hangi maddesine aykırıdır?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Anayasa'nın 25. Maddesi (Düşünce ve kanaat hürriyeti)'ne aykırıdır. Bu maddeye göre herkes düşünce ve kanaat hürriyetine sahiptir ve hiç kimse düşüncelerini açıklamaya zorlanamaz veya düşünceleri sebebiyle kınanamaz. Arda'nın da bir birey olarak fikrini söyleme hakkı vardır.</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6. sınıf öğrencisi Selin, okulda girdiği sınavların notlarını, devamsızlık bilgilerini ve dönem sonunda alacağı takdir-teşekkür belgesini kontrol etmek istemektedir. Selin'in bu bilgilere ulaşması için Milli Eğitim Bakanlığı tarafından sunulan hizmetin adı nedir?</w:t>
      </w:r>
      <w:r>
        <w:rPr>
          <w:rFonts w:ascii="Calibri" w:hAnsi="Calibri"/>
          <w:b w:val="0"/>
          <w:i/>
          <w:color w:val="8B0000"/>
          <w:sz w:val="15"/>
        </w:rPr>
        <w:t xml:space="preserve">  [20 Puan | SB.6.4.3.]</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e-Okul</w:t>
      </w:r>
    </w:p>
    <w:p>
      <w:pPr>
        <w:spacing w:before="80" w:after="40"/>
        <w:pBdr>
          <w:left w:val="single" w:sz="12" w:space="4" w:color="228B22"/>
        </w:pBdr>
        <w:shd w:val="clear" w:color="auto" w:fill="F0F0F0"/>
      </w:pPr>
      <w:r>
        <w:rPr>
          <w:rFonts w:ascii="Calibri" w:hAnsi="Calibri"/>
          <w:b/>
          <w:color w:val="3C3C3C"/>
          <w:sz w:val="17"/>
        </w:rPr>
        <w:t>⇄ Kavramları eşleştiriniz.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Aşağıdaki madenleri/kaynakları ve onların en çok kullanıldığı alanları doğru şekilde eşleştiriniz</w:t>
      </w:r>
      <w:r>
        <w:rPr>
          <w:rFonts w:ascii="Calibri" w:hAnsi="Calibri"/>
          <w:b w:val="0"/>
          <w:i/>
          <w:color w:val="8B0000"/>
          <w:sz w:val="15"/>
        </w:rPr>
        <w:t xml:space="preserve">  [15 Puan | SB.6.5.1.]</w:t>
      </w:r>
    </w:p>
    <w:tbl>
      <w:tblPr>
        <w:tblStyle w:val="TableGrid"/>
        <w:tblW w:type="auto" w:w="0"/>
        <w:tblLayout w:type="fixed"/>
        <w:tblLook w:firstColumn="1" w:firstRow="1" w:lastColumn="0" w:lastRow="0" w:noHBand="0" w:noVBand="1" w:val="04A0"/>
        <w:tblW w:w="5000" w:type="pct"/>
      </w:tblPr>
      <w:tblGrid>
        <w:gridCol w:w="5613"/>
        <w:gridCol w:w="5613"/>
      </w:tblGrid>
      <w:tr>
        <w:tc>
          <w:tcPr>
            <w:tcW w:type="dxa" w:w="5613"/>
            <w:shd w:val="clear" w:color="auto" w:fill="FFFFFF"/>
            <w:vAlign w:val="center"/>
          </w:tcPr>
          <w:p>
            <w:pPr>
              <w:spacing w:before="40" w:after="40"/>
            </w:pPr>
            <w:r>
              <w:t>Bor Mineralleri</w:t>
            </w:r>
          </w:p>
        </w:tc>
        <w:tc>
          <w:tcPr>
            <w:tcW w:type="dxa" w:w="5613"/>
            <w:shd w:val="clear" w:color="auto" w:fill="FFFFFF"/>
            <w:vAlign w:val="center"/>
          </w:tcPr>
          <w:p>
            <w:pPr>
              <w:spacing w:before="40" w:after="40"/>
            </w:pPr>
            <w:r>
              <w:t>1) Cam sanayisi ve Roket yakıtı</w:t>
            </w:r>
          </w:p>
        </w:tc>
      </w:tr>
      <w:tr>
        <w:tc>
          <w:tcPr>
            <w:tcW w:type="dxa" w:w="5613"/>
            <w:shd w:val="clear" w:color="auto" w:fill="F2F2F2"/>
            <w:vAlign w:val="center"/>
          </w:tcPr>
          <w:p>
            <w:pPr>
              <w:spacing w:before="40" w:after="40"/>
            </w:pPr>
            <w:r>
              <w:t>Jeotermal Enerji</w:t>
            </w:r>
          </w:p>
        </w:tc>
        <w:tc>
          <w:tcPr>
            <w:tcW w:type="dxa" w:w="5613"/>
            <w:shd w:val="clear" w:color="auto" w:fill="F2F2F2"/>
            <w:vAlign w:val="center"/>
          </w:tcPr>
          <w:p>
            <w:pPr>
              <w:spacing w:before="40" w:after="40"/>
            </w:pPr>
            <w:r>
              <w:t>2) Isınma ve Sağlık Turizmi (Kaplıca)</w:t>
            </w:r>
          </w:p>
        </w:tc>
      </w:tr>
      <w:tr>
        <w:tc>
          <w:tcPr>
            <w:tcW w:type="dxa" w:w="5613"/>
            <w:shd w:val="clear" w:color="auto" w:fill="FFFFFF"/>
            <w:vAlign w:val="center"/>
          </w:tcPr>
          <w:p>
            <w:pPr>
              <w:spacing w:before="40" w:after="40"/>
            </w:pPr>
            <w:r>
              <w:t>Taş Kömürü</w:t>
            </w:r>
          </w:p>
        </w:tc>
        <w:tc>
          <w:tcPr>
            <w:tcW w:type="dxa" w:w="5613"/>
            <w:shd w:val="clear" w:color="auto" w:fill="FFFFFF"/>
            <w:vAlign w:val="center"/>
          </w:tcPr>
          <w:p>
            <w:pPr>
              <w:spacing w:before="40" w:after="40"/>
            </w:pPr>
            <w:r>
              <w:t>3) Demir-çelik sanayisinde yakıt</w:t>
            </w:r>
          </w:p>
        </w:tc>
      </w:tr>
      <w:tr>
        <w:tc>
          <w:tcPr>
            <w:tcW w:type="dxa" w:w="5613"/>
            <w:shd w:val="clear" w:color="auto" w:fill="F2F2F2"/>
            <w:vAlign w:val="center"/>
          </w:tcPr>
          <w:p>
            <w:pPr>
              <w:spacing w:before="40" w:after="40"/>
            </w:pPr>
            <w:r>
              <w:t>Oltu Taşı</w:t>
            </w:r>
          </w:p>
        </w:tc>
        <w:tc>
          <w:tcPr>
            <w:tcW w:type="dxa" w:w="5613"/>
            <w:shd w:val="clear" w:color="auto" w:fill="F2F2F2"/>
            <w:vAlign w:val="center"/>
          </w:tcPr>
          <w:p>
            <w:pPr>
              <w:spacing w:before="40" w:after="40"/>
            </w:pPr>
            <w:r>
              <w:t>4) Takı ve Tespih yapımı</w:t>
            </w:r>
          </w:p>
        </w:tc>
      </w:tr>
      <w:tr>
        <w:tc>
          <w:tcPr>
            <w:tcW w:type="dxa" w:w="5613"/>
            <w:shd w:val="clear" w:color="auto" w:fill="FFFFFF"/>
            <w:vAlign w:val="center"/>
          </w:tcPr>
          <w:p>
            <w:pPr>
              <w:spacing w:before="40" w:after="40"/>
            </w:pPr>
            <w:r>
              <w:t>Ormanlar</w:t>
            </w:r>
          </w:p>
        </w:tc>
        <w:tc>
          <w:tcPr>
            <w:tcW w:type="dxa" w:w="5613"/>
            <w:shd w:val="clear" w:color="auto" w:fill="FFFFFF"/>
            <w:vAlign w:val="center"/>
          </w:tcPr>
          <w:p>
            <w:pPr>
              <w:spacing w:before="40" w:after="40"/>
            </w:pPr>
            <w:r>
              <w:t>5) Mobilya ve Kâğıt üretimi</w:t>
            </w:r>
          </w:p>
        </w:tc>
      </w:tr>
    </w:tbl>
    <w:p>
      <w:pPr>
        <w:spacing w:before="40" w:after="80" w:line="240" w:lineRule="auto"/>
      </w:pPr>
      <w:r>
        <w:rPr>
          <w:rFonts w:ascii="Calibri" w:hAnsi="Calibri"/>
          <w:b/>
          <w:i w:val="0"/>
          <w:color w:val="008000"/>
          <w:sz w:val="18"/>
        </w:rPr>
        <w:t>[ CEVAP ]</w:t>
        <w:br/>
      </w:r>
      <w:r>
        <w:rPr>
          <w:rFonts w:ascii="Calibri" w:hAnsi="Calibri"/>
          <w:b w:val="0"/>
          <w:i w:val="0"/>
          <w:color w:val="008000"/>
          <w:sz w:val="18"/>
        </w:rPr>
        <w:t xml:space="preserve">  • Bor Mineralleri → Cam sanayisi ve Roket yakıtı</w:t>
      </w:r>
      <w:r>
        <w:br/>
      </w:r>
      <w:r>
        <w:rPr>
          <w:rFonts w:ascii="Calibri" w:hAnsi="Calibri"/>
          <w:b w:val="0"/>
          <w:i w:val="0"/>
          <w:color w:val="008000"/>
          <w:sz w:val="18"/>
        </w:rPr>
        <w:t xml:space="preserve">  • Jeotermal Enerji → Isınma ve Sağlık Turizmi (Kaplıca)</w:t>
      </w:r>
      <w:r>
        <w:br/>
      </w:r>
      <w:r>
        <w:rPr>
          <w:rFonts w:ascii="Calibri" w:hAnsi="Calibri"/>
          <w:b w:val="0"/>
          <w:i w:val="0"/>
          <w:color w:val="008000"/>
          <w:sz w:val="18"/>
        </w:rPr>
        <w:t xml:space="preserve">  • Taş Kömürü → Demir-çelik sanayisinde yakıt</w:t>
      </w:r>
      <w:r>
        <w:br/>
      </w:r>
      <w:r>
        <w:rPr>
          <w:rFonts w:ascii="Calibri" w:hAnsi="Calibri"/>
          <w:b w:val="0"/>
          <w:i w:val="0"/>
          <w:color w:val="008000"/>
          <w:sz w:val="18"/>
        </w:rPr>
        <w:t xml:space="preserve">  • Oltu Taşı → Takı ve Tespih yapımı</w:t>
      </w:r>
      <w:r>
        <w:br/>
      </w:r>
      <w:r>
        <w:rPr>
          <w:rFonts w:ascii="Calibri" w:hAnsi="Calibri"/>
          <w:b w:val="0"/>
          <w:i w:val="0"/>
          <w:color w:val="008000"/>
          <w:sz w:val="18"/>
        </w:rPr>
        <w:t xml:space="preserve">  • Ormanlar → Mobilya ve Kâğıt üretimi</w:t>
      </w:r>
    </w:p>
    <w:p>
      <w:pPr>
        <w:spacing w:before="80" w:after="40"/>
        <w:pBdr>
          <w:left w:val="single" w:sz="12" w:space="4" w:color="228B22"/>
        </w:pBdr>
        <w:shd w:val="clear" w:color="auto" w:fill="F0F0F0"/>
      </w:pPr>
      <w:r>
        <w:rPr>
          <w:rFonts w:ascii="Calibri" w:hAnsi="Calibri"/>
          <w:b/>
          <w:color w:val="3C3C3C"/>
          <w:sz w:val="17"/>
        </w:rPr>
        <w:t>✍ Soruları cevaplayınız.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İnsanlar bulundukları yerdeki doğal kaynaklara göre ekonomik faaliyet yaparlar. Eğer Konya gibi geniş tarım arazilerinin ve otlakların bulunduğu bir bölgede yaşasaydın, ailenin geçimini sağlamak için hangi ekonomik faaliyetleri yapmayı tercih ederdin? Nedenleriyle açıklayınız.</w:t>
      </w:r>
      <w:r>
        <w:rPr>
          <w:rFonts w:ascii="Calibri" w:hAnsi="Calibri"/>
          <w:b w:val="0"/>
          <w:i/>
          <w:color w:val="8B0000"/>
          <w:sz w:val="15"/>
        </w:rPr>
        <w:t xml:space="preserve">  [15 Puan | SB.6.5.1.]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Konya'da yaşasaydım tarım ve gıda sanayisi ile uğraşabilirdim çünkü buradaki topraklar tahıl ürünleri ve şeker pancarı yetiştirmek için uygundur. Ayrıca geniş otlaklar olduğu için büyükbaş veya küçükbaş hayvancılık yapmayı da tercih edebilirdim, çünkü otlaklar hayvancılığın gelişmesini sağlar.</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Eskiden çok yaygın olan "Nalbantlık" ve "Kalaycılık" gibi mesleklerin günümüzde yok olmaya yüz tutmasının sebepleri nelerdir?</w:t>
      </w:r>
      <w:r>
        <w:rPr>
          <w:rFonts w:ascii="Calibri" w:hAnsi="Calibri"/>
          <w:b w:val="0"/>
          <w:i/>
          <w:color w:val="8B0000"/>
          <w:sz w:val="15"/>
        </w:rPr>
        <w:t xml:space="preserve">  [15 Puan | SB.6.5.2.]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Bu durumun temel sebebi teknolojik gelişmeler ve değişen ihtiyaçlardır. Tarımda ve ulaşımda atların yerini traktör ve otomobillerin alması nalbantlığa olan ihtiyacı bitirmiştir. Mutfak eşyalarında bakır yerine çelik, teflon ve seramik ürünlerin kullanılması ise kalaycılık mesleğinin azalmasına neden olmuştur.</w:t>
      </w:r>
    </w:p>
    <w:p>
      <w:pPr>
        <w:spacing w:before="80" w:after="40"/>
        <w:pBdr>
          <w:left w:val="single" w:sz="12" w:space="4" w:color="228B22"/>
        </w:pBdr>
        <w:shd w:val="clear" w:color="auto" w:fill="F0F0F0"/>
      </w:pPr>
      <w:r>
        <w:rPr>
          <w:rFonts w:ascii="Calibri" w:hAnsi="Calibri"/>
          <w:b/>
          <w:color w:val="3C3C3C"/>
          <w:sz w:val="17"/>
        </w:rPr>
        <w:t>⇄ Kavramları eşleştiriniz.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Aşağıda verilen tanımları doğru kelimelerle eşleştiriniz.</w:t>
      </w:r>
      <w:r>
        <w:rPr>
          <w:rFonts w:ascii="Calibri" w:hAnsi="Calibri"/>
          <w:b w:val="0"/>
          <w:i/>
          <w:color w:val="8B0000"/>
          <w:sz w:val="15"/>
        </w:rPr>
        <w:t xml:space="preserve">  [15 Puan | SB.6.5.3.]</w:t>
      </w:r>
    </w:p>
    <w:tbl>
      <w:tblPr>
        <w:tblStyle w:val="TableGrid"/>
        <w:tblW w:type="auto" w:w="0"/>
        <w:tblLayout w:type="fixed"/>
        <w:tblLook w:firstColumn="1" w:firstRow="1" w:lastColumn="0" w:lastRow="0" w:noHBand="0" w:noVBand="1" w:val="04A0"/>
        <w:tblW w:w="5000" w:type="pct"/>
      </w:tblPr>
      <w:tblGrid>
        <w:gridCol w:w="5613"/>
        <w:gridCol w:w="5613"/>
      </w:tblGrid>
      <w:tr>
        <w:tc>
          <w:tcPr>
            <w:tcW w:type="dxa" w:w="5613"/>
            <w:shd w:val="clear" w:color="auto" w:fill="FFFFFF"/>
            <w:vAlign w:val="center"/>
          </w:tcPr>
          <w:p>
            <w:pPr>
              <w:spacing w:before="40" w:after="40"/>
            </w:pPr>
            <w:r>
              <w:t>Yapılan veya üretilen ürünlerin kullanılıp harcanmasıdır.</w:t>
            </w:r>
          </w:p>
        </w:tc>
        <w:tc>
          <w:tcPr>
            <w:tcW w:type="dxa" w:w="5613"/>
            <w:shd w:val="clear" w:color="auto" w:fill="FFFFFF"/>
            <w:vAlign w:val="center"/>
          </w:tcPr>
          <w:p>
            <w:pPr>
              <w:spacing w:before="40" w:after="40"/>
            </w:pPr>
            <w:r>
              <w:t>1) Tüketim</w:t>
            </w:r>
          </w:p>
        </w:tc>
      </w:tr>
      <w:tr>
        <w:tc>
          <w:tcPr>
            <w:tcW w:type="dxa" w:w="5613"/>
            <w:shd w:val="clear" w:color="auto" w:fill="F2F2F2"/>
            <w:vAlign w:val="center"/>
          </w:tcPr>
          <w:p>
            <w:pPr>
              <w:spacing w:before="40" w:after="40"/>
            </w:pPr>
            <w:r>
              <w:t>Ürün ve hizmetlerin tanıtılması, müşterilere sunulması ve satışının gerçekleştirilmesi süreçleridir.</w:t>
            </w:r>
          </w:p>
        </w:tc>
        <w:tc>
          <w:tcPr>
            <w:tcW w:type="dxa" w:w="5613"/>
            <w:shd w:val="clear" w:color="auto" w:fill="F2F2F2"/>
            <w:vAlign w:val="center"/>
          </w:tcPr>
          <w:p>
            <w:pPr>
              <w:spacing w:before="40" w:after="40"/>
            </w:pPr>
            <w:r>
              <w:t>2) Pazarlama</w:t>
            </w:r>
          </w:p>
        </w:tc>
      </w:tr>
      <w:tr>
        <w:tc>
          <w:tcPr>
            <w:tcW w:type="dxa" w:w="5613"/>
            <w:shd w:val="clear" w:color="auto" w:fill="FFFFFF"/>
            <w:vAlign w:val="center"/>
          </w:tcPr>
          <w:p>
            <w:pPr>
              <w:spacing w:before="40" w:after="40"/>
            </w:pPr>
            <w:r>
              <w:t>Bir ticaret işinin kurulması, yürütülmesi için gereken anapara ve paraya çevrilebilir malların tamamıdır.</w:t>
            </w:r>
          </w:p>
        </w:tc>
        <w:tc>
          <w:tcPr>
            <w:tcW w:type="dxa" w:w="5613"/>
            <w:shd w:val="clear" w:color="auto" w:fill="FFFFFF"/>
            <w:vAlign w:val="center"/>
          </w:tcPr>
          <w:p>
            <w:pPr>
              <w:spacing w:before="40" w:after="40"/>
            </w:pPr>
            <w:r>
              <w:t>3) Sermaye</w:t>
            </w:r>
          </w:p>
        </w:tc>
      </w:tr>
      <w:tr>
        <w:tc>
          <w:tcPr>
            <w:tcW w:type="dxa" w:w="5613"/>
            <w:shd w:val="clear" w:color="auto" w:fill="F2F2F2"/>
            <w:vAlign w:val="center"/>
          </w:tcPr>
          <w:p>
            <w:pPr>
              <w:spacing w:before="40" w:after="40"/>
            </w:pPr>
            <w:r>
              <w:t>Bilgi dağarcığını artırmak amacıyla sistematik olarak sürdürülen yaratıcı çalışma ve bu bilginin yeni uygulamalar ortaya koymak için kullanılması dır.</w:t>
            </w:r>
          </w:p>
        </w:tc>
        <w:tc>
          <w:tcPr>
            <w:tcW w:type="dxa" w:w="5613"/>
            <w:shd w:val="clear" w:color="auto" w:fill="F2F2F2"/>
            <w:vAlign w:val="center"/>
          </w:tcPr>
          <w:p>
            <w:pPr>
              <w:spacing w:before="40" w:after="40"/>
            </w:pPr>
            <w:r>
              <w:t>4) AR-GE</w:t>
            </w:r>
          </w:p>
        </w:tc>
      </w:tr>
      <w:tr>
        <w:tc>
          <w:tcPr>
            <w:tcW w:type="dxa" w:w="5613"/>
            <w:shd w:val="clear" w:color="auto" w:fill="FFFFFF"/>
            <w:vAlign w:val="center"/>
          </w:tcPr>
          <w:p>
            <w:pPr>
              <w:spacing w:before="40" w:after="40"/>
            </w:pPr>
            <w:r>
              <w:t>Belirli faaliyet ve işlemler sonucu yeni bir mal veya hizmet meydana getirmektir.</w:t>
            </w:r>
          </w:p>
        </w:tc>
        <w:tc>
          <w:tcPr>
            <w:tcW w:type="dxa" w:w="5613"/>
            <w:shd w:val="clear" w:color="auto" w:fill="FFFFFF"/>
            <w:vAlign w:val="center"/>
          </w:tcPr>
          <w:p>
            <w:pPr>
              <w:spacing w:before="40" w:after="40"/>
            </w:pPr>
            <w:r>
              <w:t>5) Üretim</w:t>
            </w:r>
          </w:p>
        </w:tc>
      </w:tr>
      <w:tr>
        <w:tc>
          <w:tcPr>
            <w:tcW w:type="dxa" w:w="5613"/>
            <w:shd w:val="clear" w:color="auto" w:fill="F2F2F2"/>
            <w:vAlign w:val="center"/>
          </w:tcPr>
          <w:p>
            <w:pPr>
              <w:spacing w:before="40" w:after="40"/>
            </w:pPr>
            <w:r>
              <w:t>Bir kaynağın ya da değerin gelir sağlamak amacıyla kalıcı olarak kullanılmasıdır.</w:t>
            </w:r>
          </w:p>
        </w:tc>
        <w:tc>
          <w:tcPr>
            <w:tcW w:type="dxa" w:w="5613"/>
            <w:shd w:val="clear" w:color="auto" w:fill="F2F2F2"/>
            <w:vAlign w:val="center"/>
          </w:tcPr>
          <w:p>
            <w:pPr>
              <w:spacing w:before="40" w:after="40"/>
            </w:pPr>
            <w:r>
              <w:t>6) Yatırım</w:t>
            </w:r>
          </w:p>
        </w:tc>
      </w:tr>
    </w:tbl>
    <w:p>
      <w:pPr>
        <w:spacing w:before="40" w:after="80" w:line="240" w:lineRule="auto"/>
      </w:pPr>
      <w:r>
        <w:rPr>
          <w:rFonts w:ascii="Calibri" w:hAnsi="Calibri"/>
          <w:b/>
          <w:i w:val="0"/>
          <w:color w:val="008000"/>
          <w:sz w:val="18"/>
        </w:rPr>
        <w:t>[ CEVAP ]</w:t>
        <w:br/>
      </w:r>
      <w:r>
        <w:rPr>
          <w:rFonts w:ascii="Calibri" w:hAnsi="Calibri"/>
          <w:b w:val="0"/>
          <w:i w:val="0"/>
          <w:color w:val="008000"/>
          <w:sz w:val="18"/>
        </w:rPr>
        <w:t xml:space="preserve">  • Yapılan veya üretilen ürünlerin kullanılıp harcanmasıdır. → Tüketim</w:t>
      </w:r>
      <w:r>
        <w:br/>
      </w:r>
      <w:r>
        <w:rPr>
          <w:rFonts w:ascii="Calibri" w:hAnsi="Calibri"/>
          <w:b w:val="0"/>
          <w:i w:val="0"/>
          <w:color w:val="008000"/>
          <w:sz w:val="18"/>
        </w:rPr>
        <w:t xml:space="preserve">  • Ürün ve hizmetlerin tanıtılması, müşterilere sunulması ve satışının gerçekleştirilmesi süreçleridir. → Pazarlama</w:t>
      </w:r>
      <w:r>
        <w:br/>
      </w:r>
      <w:r>
        <w:rPr>
          <w:rFonts w:ascii="Calibri" w:hAnsi="Calibri"/>
          <w:b w:val="0"/>
          <w:i w:val="0"/>
          <w:color w:val="008000"/>
          <w:sz w:val="18"/>
        </w:rPr>
        <w:t xml:space="preserve">  • Bir ticaret işinin kurulması, yürütülmesi için gereken anapara ve paraya çevrilebilir malların tamamıdır. → Sermaye</w:t>
      </w:r>
      <w:r>
        <w:br/>
      </w:r>
      <w:r>
        <w:rPr>
          <w:rFonts w:ascii="Calibri" w:hAnsi="Calibri"/>
          <w:b w:val="0"/>
          <w:i w:val="0"/>
          <w:color w:val="008000"/>
          <w:sz w:val="18"/>
        </w:rPr>
        <w:t xml:space="preserve">  • Bilgi dağarcığını artırmak amacıyla sistematik olarak sürdürülen yaratıcı çalışma ve bu bilginin yeni uygulamalar ortaya koymak için kullanılması dır. → AR-GE</w:t>
      </w:r>
      <w:r>
        <w:br/>
      </w:r>
      <w:r>
        <w:rPr>
          <w:rFonts w:ascii="Calibri" w:hAnsi="Calibri"/>
          <w:b w:val="0"/>
          <w:i w:val="0"/>
          <w:color w:val="008000"/>
          <w:sz w:val="18"/>
        </w:rPr>
        <w:t xml:space="preserve">  • Belirli faaliyet ve işlemler sonucu yeni bir mal veya hizmet meydana getirmektir. → Üretim</w:t>
      </w:r>
      <w:r>
        <w:br/>
      </w:r>
      <w:r>
        <w:rPr>
          <w:rFonts w:ascii="Calibri" w:hAnsi="Calibri"/>
          <w:b w:val="0"/>
          <w:i w:val="0"/>
          <w:color w:val="008000"/>
          <w:sz w:val="18"/>
        </w:rPr>
        <w:t xml:space="preserve">  • Bir kaynağın ya da değerin gelir sağlamak amacıyla kalıcı olarak kullanılmasıdır. → Yatırım</w:t>
      </w: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r>
              <w:rPr>
                <w:rFonts w:ascii="Calibri" w:hAnsi="Calibri"/>
                <w:b/>
                <w:i w:val="0"/>
                <w:color w:val="3C3C3C"/>
              </w:rPr>
              <w:t>Cevap anahtarı üzerinden kontrollerinizi yapınız.</w:t>
              <w:br/>
              <w:t>İyi çalışmalar dilerim.</w:t>
            </w:r>
          </w:p>
        </w:tc>
        <w:tc>
          <w:tcPr>
            <w:tcW w:type="dxa" w:w="5556"/>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