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KlavuzTablo1Ak-Vurgu1"/>
        <w:tblW w:w="0" w:type="auto"/>
        <w:tblLook w:val="04A0" w:firstRow="1" w:lastRow="0" w:firstColumn="1" w:lastColumn="0" w:noHBand="0" w:noVBand="1"/>
      </w:tblPr>
      <w:tblGrid>
        <w:gridCol w:w="9752"/>
      </w:tblGrid>
      <w:tr w:rsidR="0034034A" w:rsidRPr="0034034A" w:rsidTr="0034034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52" w:type="dxa"/>
          </w:tcPr>
          <w:p w:rsidR="00430F8B" w:rsidRPr="0034034A" w:rsidRDefault="005B3489">
            <w:pPr>
              <w:spacing w:before="100" w:after="20"/>
              <w:jc w:val="center"/>
              <w:rPr>
                <w:color w:val="000000" w:themeColor="text1"/>
              </w:rPr>
            </w:pPr>
            <w:r w:rsidRPr="0034034A">
              <w:rPr>
                <w:b w:val="0"/>
                <w:color w:val="000000" w:themeColor="text1"/>
                <w:sz w:val="21"/>
              </w:rPr>
              <w:t>2026-2027 EĞİTİM-ÖĞRETİM YILI</w:t>
            </w:r>
          </w:p>
          <w:p w:rsidR="00430F8B" w:rsidRPr="0034034A" w:rsidRDefault="005B3489">
            <w:pPr>
              <w:spacing w:after="20"/>
              <w:jc w:val="center"/>
              <w:rPr>
                <w:color w:val="000000" w:themeColor="text1"/>
              </w:rPr>
            </w:pPr>
            <w:r w:rsidRPr="0034034A">
              <w:rPr>
                <w:color w:val="000000" w:themeColor="text1"/>
                <w:sz w:val="26"/>
              </w:rPr>
              <w:t>……………………………………… OKULU</w:t>
            </w:r>
          </w:p>
          <w:p w:rsidR="00430F8B" w:rsidRPr="0034034A" w:rsidRDefault="005B3489">
            <w:pPr>
              <w:spacing w:after="20"/>
              <w:jc w:val="center"/>
              <w:rPr>
                <w:color w:val="000000" w:themeColor="text1"/>
              </w:rPr>
            </w:pPr>
            <w:r w:rsidRPr="0034034A">
              <w:rPr>
                <w:color w:val="000000" w:themeColor="text1"/>
                <w:sz w:val="30"/>
              </w:rPr>
              <w:t>SİVİL SAVUNMA KULÜBÜ</w:t>
            </w:r>
          </w:p>
          <w:p w:rsidR="00430F8B" w:rsidRPr="0034034A" w:rsidRDefault="005B3489">
            <w:pPr>
              <w:spacing w:after="100"/>
              <w:jc w:val="center"/>
              <w:rPr>
                <w:color w:val="000000" w:themeColor="text1"/>
              </w:rPr>
            </w:pPr>
            <w:r w:rsidRPr="0034034A">
              <w:rPr>
                <w:color w:val="000000" w:themeColor="text1"/>
                <w:sz w:val="24"/>
              </w:rPr>
              <w:t>YILLIK ÇALIŞMA PLANI</w:t>
            </w:r>
          </w:p>
        </w:tc>
      </w:tr>
    </w:tbl>
    <w:p w:rsidR="00430F8B" w:rsidRPr="0034034A" w:rsidRDefault="00430F8B">
      <w:pPr>
        <w:spacing w:after="0"/>
        <w:rPr>
          <w:color w:val="000000" w:themeColor="text1"/>
        </w:rPr>
      </w:pPr>
    </w:p>
    <w:tbl>
      <w:tblPr>
        <w:tblStyle w:val="KlavuzTablo1Ak-Vurgu1"/>
        <w:tblW w:w="0" w:type="auto"/>
        <w:tblLook w:val="04A0" w:firstRow="1" w:lastRow="0" w:firstColumn="1" w:lastColumn="0" w:noHBand="0" w:noVBand="1"/>
      </w:tblPr>
      <w:tblGrid>
        <w:gridCol w:w="3251"/>
        <w:gridCol w:w="3251"/>
        <w:gridCol w:w="3251"/>
      </w:tblGrid>
      <w:tr w:rsidR="0034034A" w:rsidRPr="0034034A" w:rsidTr="0034034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51" w:type="dxa"/>
          </w:tcPr>
          <w:p w:rsidR="00430F8B" w:rsidRPr="0034034A" w:rsidRDefault="005B3489">
            <w:pPr>
              <w:jc w:val="center"/>
              <w:rPr>
                <w:color w:val="000000" w:themeColor="text1"/>
              </w:rPr>
            </w:pPr>
            <w:r w:rsidRPr="0034034A">
              <w:rPr>
                <w:color w:val="000000" w:themeColor="text1"/>
                <w:sz w:val="16"/>
              </w:rPr>
              <w:t>KULÜP</w:t>
            </w:r>
            <w:r w:rsidRPr="0034034A">
              <w:rPr>
                <w:color w:val="000000" w:themeColor="text1"/>
                <w:sz w:val="16"/>
              </w:rPr>
              <w:br/>
            </w:r>
            <w:r w:rsidRPr="0034034A">
              <w:rPr>
                <w:b w:val="0"/>
                <w:color w:val="000000" w:themeColor="text1"/>
                <w:sz w:val="20"/>
              </w:rPr>
              <w:t>Sivil Savunma Kulübü</w:t>
            </w:r>
          </w:p>
        </w:tc>
        <w:tc>
          <w:tcPr>
            <w:tcW w:w="3251" w:type="dxa"/>
          </w:tcPr>
          <w:p w:rsidR="00430F8B" w:rsidRPr="0034034A" w:rsidRDefault="005B348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34034A">
              <w:rPr>
                <w:color w:val="000000" w:themeColor="text1"/>
                <w:sz w:val="16"/>
              </w:rPr>
              <w:t>DANIŞMAN ÖĞRETMEN</w:t>
            </w:r>
            <w:r w:rsidRPr="0034034A">
              <w:rPr>
                <w:color w:val="000000" w:themeColor="text1"/>
                <w:sz w:val="16"/>
              </w:rPr>
              <w:br/>
            </w:r>
            <w:r w:rsidRPr="0034034A">
              <w:rPr>
                <w:b w:val="0"/>
                <w:color w:val="000000" w:themeColor="text1"/>
                <w:sz w:val="20"/>
              </w:rPr>
              <w:t>……………………………</w:t>
            </w:r>
          </w:p>
        </w:tc>
        <w:tc>
          <w:tcPr>
            <w:tcW w:w="3251" w:type="dxa"/>
          </w:tcPr>
          <w:p w:rsidR="00430F8B" w:rsidRPr="0034034A" w:rsidRDefault="005B348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34034A">
              <w:rPr>
                <w:color w:val="000000" w:themeColor="text1"/>
                <w:sz w:val="16"/>
              </w:rPr>
              <w:t>EĞİTİM-ÖĞRETİM YILI</w:t>
            </w:r>
            <w:r w:rsidRPr="0034034A">
              <w:rPr>
                <w:color w:val="000000" w:themeColor="text1"/>
                <w:sz w:val="16"/>
              </w:rPr>
              <w:br/>
            </w:r>
            <w:r w:rsidRPr="0034034A">
              <w:rPr>
                <w:b w:val="0"/>
                <w:color w:val="000000" w:themeColor="text1"/>
                <w:sz w:val="20"/>
              </w:rPr>
              <w:t>2026-2027</w:t>
            </w:r>
          </w:p>
        </w:tc>
      </w:tr>
    </w:tbl>
    <w:p w:rsidR="00430F8B" w:rsidRPr="0034034A" w:rsidRDefault="00430F8B">
      <w:pPr>
        <w:spacing w:after="0"/>
        <w:rPr>
          <w:color w:val="000000" w:themeColor="text1"/>
        </w:rPr>
      </w:pPr>
    </w:p>
    <w:tbl>
      <w:tblPr>
        <w:tblStyle w:val="KlavuzTablo1Ak-Vurgu1"/>
        <w:tblW w:w="0" w:type="auto"/>
        <w:tblLook w:val="04A0" w:firstRow="1" w:lastRow="0" w:firstColumn="1" w:lastColumn="0" w:noHBand="0" w:noVBand="1"/>
      </w:tblPr>
      <w:tblGrid>
        <w:gridCol w:w="1077"/>
        <w:gridCol w:w="4507"/>
        <w:gridCol w:w="4167"/>
      </w:tblGrid>
      <w:tr w:rsidR="0034034A" w:rsidRPr="0034034A" w:rsidTr="0034034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7" w:type="dxa"/>
          </w:tcPr>
          <w:p w:rsidR="00430F8B" w:rsidRPr="0034034A" w:rsidRDefault="005B3489">
            <w:pPr>
              <w:jc w:val="center"/>
              <w:rPr>
                <w:color w:val="000000" w:themeColor="text1"/>
              </w:rPr>
            </w:pPr>
            <w:r w:rsidRPr="0034034A">
              <w:rPr>
                <w:color w:val="000000" w:themeColor="text1"/>
                <w:sz w:val="19"/>
              </w:rPr>
              <w:t>AY</w:t>
            </w:r>
          </w:p>
        </w:tc>
        <w:tc>
          <w:tcPr>
            <w:tcW w:w="4507" w:type="dxa"/>
          </w:tcPr>
          <w:p w:rsidR="00430F8B" w:rsidRPr="0034034A" w:rsidRDefault="005B348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34034A">
              <w:rPr>
                <w:color w:val="000000" w:themeColor="text1"/>
                <w:sz w:val="19"/>
              </w:rPr>
              <w:t>AMAÇ</w:t>
            </w:r>
          </w:p>
        </w:tc>
        <w:tc>
          <w:tcPr>
            <w:tcW w:w="4167" w:type="dxa"/>
          </w:tcPr>
          <w:p w:rsidR="00430F8B" w:rsidRPr="0034034A" w:rsidRDefault="005B348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34034A">
              <w:rPr>
                <w:color w:val="000000" w:themeColor="text1"/>
                <w:sz w:val="19"/>
              </w:rPr>
              <w:t>YAPILACAK ETKİNLİKLER</w:t>
            </w:r>
          </w:p>
        </w:tc>
      </w:tr>
      <w:tr w:rsidR="0034034A" w:rsidRPr="0034034A" w:rsidTr="0034034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7" w:type="dxa"/>
          </w:tcPr>
          <w:p w:rsidR="00430F8B" w:rsidRPr="0034034A" w:rsidRDefault="005B3489">
            <w:pPr>
              <w:spacing w:after="20"/>
              <w:jc w:val="center"/>
              <w:rPr>
                <w:color w:val="000000" w:themeColor="text1"/>
              </w:rPr>
            </w:pPr>
            <w:proofErr w:type="spellStart"/>
            <w:r w:rsidRPr="0034034A">
              <w:rPr>
                <w:color w:val="000000" w:themeColor="text1"/>
                <w:sz w:val="19"/>
              </w:rPr>
              <w:t>EYLÜL</w:t>
            </w:r>
            <w:proofErr w:type="spellEnd"/>
          </w:p>
        </w:tc>
        <w:tc>
          <w:tcPr>
            <w:tcW w:w="4507" w:type="dxa"/>
          </w:tcPr>
          <w:p w:rsidR="00430F8B" w:rsidRPr="0034034A" w:rsidRDefault="005B3489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34034A">
              <w:rPr>
                <w:color w:val="000000" w:themeColor="text1"/>
                <w:sz w:val="19"/>
              </w:rPr>
              <w:t xml:space="preserve">Öğrencilerin yeni ortama uyum </w:t>
            </w:r>
            <w:r w:rsidRPr="0034034A">
              <w:rPr>
                <w:color w:val="000000" w:themeColor="text1"/>
                <w:sz w:val="19"/>
              </w:rPr>
              <w:t>sağlaması.</w:t>
            </w:r>
          </w:p>
        </w:tc>
        <w:tc>
          <w:tcPr>
            <w:tcW w:w="4167" w:type="dxa"/>
          </w:tcPr>
          <w:p w:rsidR="00430F8B" w:rsidRPr="0034034A" w:rsidRDefault="005B3489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34034A">
              <w:rPr>
                <w:color w:val="000000" w:themeColor="text1"/>
                <w:sz w:val="19"/>
              </w:rPr>
              <w:t>Okul genelinde Sivil Savunma Kulübü’ne seçilecek öğrencilerin belirlenmesi.</w:t>
            </w:r>
          </w:p>
          <w:p w:rsidR="00430F8B" w:rsidRPr="0034034A" w:rsidRDefault="005B3489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34034A">
              <w:rPr>
                <w:color w:val="000000" w:themeColor="text1"/>
                <w:sz w:val="19"/>
              </w:rPr>
              <w:t>Kulübe seçilen öğrencilerle tanışma.</w:t>
            </w:r>
          </w:p>
        </w:tc>
      </w:tr>
      <w:tr w:rsidR="0034034A" w:rsidRPr="0034034A" w:rsidTr="0034034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7" w:type="dxa"/>
          </w:tcPr>
          <w:p w:rsidR="00430F8B" w:rsidRPr="0034034A" w:rsidRDefault="005B3489">
            <w:pPr>
              <w:spacing w:after="20"/>
              <w:jc w:val="center"/>
              <w:rPr>
                <w:color w:val="000000" w:themeColor="text1"/>
              </w:rPr>
            </w:pPr>
            <w:proofErr w:type="spellStart"/>
            <w:r w:rsidRPr="0034034A">
              <w:rPr>
                <w:color w:val="000000" w:themeColor="text1"/>
                <w:sz w:val="19"/>
              </w:rPr>
              <w:t>EYLÜL</w:t>
            </w:r>
            <w:proofErr w:type="spellEnd"/>
          </w:p>
        </w:tc>
        <w:tc>
          <w:tcPr>
            <w:tcW w:w="4507" w:type="dxa"/>
          </w:tcPr>
          <w:p w:rsidR="00430F8B" w:rsidRPr="0034034A" w:rsidRDefault="005B3489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34034A">
              <w:rPr>
                <w:color w:val="000000" w:themeColor="text1"/>
                <w:sz w:val="19"/>
              </w:rPr>
              <w:t>Görev ve sorumluluk bilincini geliştirmek.</w:t>
            </w:r>
          </w:p>
        </w:tc>
        <w:tc>
          <w:tcPr>
            <w:tcW w:w="4167" w:type="dxa"/>
          </w:tcPr>
          <w:p w:rsidR="00430F8B" w:rsidRPr="0034034A" w:rsidRDefault="005B3489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34034A">
              <w:rPr>
                <w:color w:val="000000" w:themeColor="text1"/>
                <w:sz w:val="19"/>
              </w:rPr>
              <w:t>Sivil Savunma Kulübü’nün amaç ve öneminin öğrencilere anlatılması.</w:t>
            </w:r>
          </w:p>
        </w:tc>
      </w:tr>
      <w:tr w:rsidR="0034034A" w:rsidRPr="0034034A" w:rsidTr="0034034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7" w:type="dxa"/>
          </w:tcPr>
          <w:p w:rsidR="00430F8B" w:rsidRPr="0034034A" w:rsidRDefault="005B3489">
            <w:pPr>
              <w:spacing w:after="20"/>
              <w:jc w:val="center"/>
              <w:rPr>
                <w:color w:val="000000" w:themeColor="text1"/>
              </w:rPr>
            </w:pPr>
            <w:proofErr w:type="spellStart"/>
            <w:r w:rsidRPr="0034034A">
              <w:rPr>
                <w:color w:val="000000" w:themeColor="text1"/>
                <w:sz w:val="19"/>
              </w:rPr>
              <w:t>EKİM</w:t>
            </w:r>
            <w:proofErr w:type="spellEnd"/>
          </w:p>
        </w:tc>
        <w:tc>
          <w:tcPr>
            <w:tcW w:w="4507" w:type="dxa"/>
          </w:tcPr>
          <w:p w:rsidR="00430F8B" w:rsidRPr="0034034A" w:rsidRDefault="005B3489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34034A">
              <w:rPr>
                <w:color w:val="000000" w:themeColor="text1"/>
                <w:sz w:val="19"/>
              </w:rPr>
              <w:t>İş bölümü</w:t>
            </w:r>
            <w:r w:rsidRPr="0034034A">
              <w:rPr>
                <w:color w:val="000000" w:themeColor="text1"/>
                <w:sz w:val="19"/>
              </w:rPr>
              <w:t xml:space="preserve"> yapılarak yönetim kurulu ve görevli öğrencilerin belirlenmesi.</w:t>
            </w:r>
          </w:p>
        </w:tc>
        <w:tc>
          <w:tcPr>
            <w:tcW w:w="4167" w:type="dxa"/>
          </w:tcPr>
          <w:p w:rsidR="00430F8B" w:rsidRPr="0034034A" w:rsidRDefault="005B3489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34034A">
              <w:rPr>
                <w:color w:val="000000" w:themeColor="text1"/>
                <w:sz w:val="19"/>
              </w:rPr>
              <w:t>Kulüp başkan, yardımcı, sekreter, yönetim kurulu ve pano-yazı inceleme komisyonlarına öğrenci seçilmesi.</w:t>
            </w:r>
          </w:p>
          <w:p w:rsidR="00430F8B" w:rsidRPr="0034034A" w:rsidRDefault="005B3489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34034A">
              <w:rPr>
                <w:color w:val="000000" w:themeColor="text1"/>
                <w:sz w:val="19"/>
              </w:rPr>
              <w:t>Sosyal Etkinlik Modülü hakkında bilgilendirme yapılması</w:t>
            </w:r>
          </w:p>
          <w:p w:rsidR="00430F8B" w:rsidRPr="0034034A" w:rsidRDefault="005B3489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34034A">
              <w:rPr>
                <w:color w:val="000000" w:themeColor="text1"/>
                <w:sz w:val="19"/>
              </w:rPr>
              <w:t>Görevli öğrencilerin Sosyal Etk</w:t>
            </w:r>
            <w:r w:rsidRPr="0034034A">
              <w:rPr>
                <w:color w:val="000000" w:themeColor="text1"/>
                <w:sz w:val="19"/>
              </w:rPr>
              <w:t>inlik Modülüne işlenmesi.</w:t>
            </w:r>
          </w:p>
          <w:p w:rsidR="00430F8B" w:rsidRPr="0034034A" w:rsidRDefault="005B3489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34034A">
              <w:rPr>
                <w:color w:val="000000" w:themeColor="text1"/>
                <w:sz w:val="19"/>
              </w:rPr>
              <w:t>Sosyal Etkinlik veli izin belgelerinin alınması</w:t>
            </w:r>
          </w:p>
        </w:tc>
      </w:tr>
      <w:tr w:rsidR="0034034A" w:rsidRPr="0034034A" w:rsidTr="0034034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7" w:type="dxa"/>
          </w:tcPr>
          <w:p w:rsidR="00430F8B" w:rsidRPr="0034034A" w:rsidRDefault="005B3489">
            <w:pPr>
              <w:spacing w:after="20"/>
              <w:jc w:val="center"/>
              <w:rPr>
                <w:color w:val="000000" w:themeColor="text1"/>
              </w:rPr>
            </w:pPr>
            <w:proofErr w:type="spellStart"/>
            <w:r w:rsidRPr="0034034A">
              <w:rPr>
                <w:color w:val="000000" w:themeColor="text1"/>
                <w:sz w:val="19"/>
              </w:rPr>
              <w:t>EKİM</w:t>
            </w:r>
            <w:proofErr w:type="spellEnd"/>
          </w:p>
        </w:tc>
        <w:tc>
          <w:tcPr>
            <w:tcW w:w="4507" w:type="dxa"/>
          </w:tcPr>
          <w:p w:rsidR="00430F8B" w:rsidRPr="0034034A" w:rsidRDefault="005B3489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34034A">
              <w:rPr>
                <w:color w:val="000000" w:themeColor="text1"/>
                <w:sz w:val="19"/>
              </w:rPr>
              <w:t>Yıllık yapılacak çalışmaların planlanması.</w:t>
            </w:r>
          </w:p>
        </w:tc>
        <w:tc>
          <w:tcPr>
            <w:tcW w:w="4167" w:type="dxa"/>
          </w:tcPr>
          <w:p w:rsidR="00430F8B" w:rsidRPr="0034034A" w:rsidRDefault="005B3489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34034A">
              <w:rPr>
                <w:color w:val="000000" w:themeColor="text1"/>
                <w:sz w:val="19"/>
              </w:rPr>
              <w:t>Kulüp tüzüğünün hazırlanması.</w:t>
            </w:r>
          </w:p>
          <w:p w:rsidR="00430F8B" w:rsidRPr="0034034A" w:rsidRDefault="005B3489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34034A">
              <w:rPr>
                <w:color w:val="000000" w:themeColor="text1"/>
                <w:sz w:val="19"/>
              </w:rPr>
              <w:t>Yıllık çalışma planının hazırlanması.</w:t>
            </w:r>
          </w:p>
          <w:p w:rsidR="00430F8B" w:rsidRPr="0034034A" w:rsidRDefault="005B3489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34034A">
              <w:rPr>
                <w:color w:val="000000" w:themeColor="text1"/>
                <w:sz w:val="19"/>
              </w:rPr>
              <w:t>Kulüp faaliyetlerinin belirlenmesi.</w:t>
            </w:r>
          </w:p>
          <w:p w:rsidR="00430F8B" w:rsidRPr="0034034A" w:rsidRDefault="005B3489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34034A">
              <w:rPr>
                <w:color w:val="000000" w:themeColor="text1"/>
                <w:sz w:val="19"/>
              </w:rPr>
              <w:t>Toplum Hizmeti Çalışmalarının</w:t>
            </w:r>
            <w:r w:rsidRPr="0034034A">
              <w:rPr>
                <w:color w:val="000000" w:themeColor="text1"/>
                <w:sz w:val="19"/>
              </w:rPr>
              <w:t xml:space="preserve"> belirlenmesi</w:t>
            </w:r>
          </w:p>
          <w:p w:rsidR="00430F8B" w:rsidRPr="0034034A" w:rsidRDefault="005B3489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34034A">
              <w:rPr>
                <w:color w:val="000000" w:themeColor="text1"/>
                <w:sz w:val="19"/>
              </w:rPr>
              <w:t>Belirli günler ve haftalarla ilgili çalışmaların yapılması.</w:t>
            </w:r>
          </w:p>
        </w:tc>
      </w:tr>
      <w:tr w:rsidR="0034034A" w:rsidRPr="0034034A" w:rsidTr="0034034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7" w:type="dxa"/>
          </w:tcPr>
          <w:p w:rsidR="00430F8B" w:rsidRPr="0034034A" w:rsidRDefault="005B3489">
            <w:pPr>
              <w:spacing w:after="20"/>
              <w:jc w:val="center"/>
              <w:rPr>
                <w:color w:val="000000" w:themeColor="text1"/>
              </w:rPr>
            </w:pPr>
            <w:proofErr w:type="spellStart"/>
            <w:r w:rsidRPr="0034034A">
              <w:rPr>
                <w:color w:val="000000" w:themeColor="text1"/>
                <w:sz w:val="19"/>
              </w:rPr>
              <w:t>KASIM</w:t>
            </w:r>
            <w:proofErr w:type="spellEnd"/>
          </w:p>
        </w:tc>
        <w:tc>
          <w:tcPr>
            <w:tcW w:w="4507" w:type="dxa"/>
          </w:tcPr>
          <w:p w:rsidR="00430F8B" w:rsidRPr="0034034A" w:rsidRDefault="005B3489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34034A">
              <w:rPr>
                <w:color w:val="000000" w:themeColor="text1"/>
                <w:sz w:val="19"/>
              </w:rPr>
              <w:t>Afete Hazırlıkta kişilere düşen görev ve sorumlulukları kavratmak.</w:t>
            </w:r>
          </w:p>
        </w:tc>
        <w:tc>
          <w:tcPr>
            <w:tcW w:w="4167" w:type="dxa"/>
          </w:tcPr>
          <w:p w:rsidR="00430F8B" w:rsidRPr="0034034A" w:rsidRDefault="005B3489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34034A">
              <w:rPr>
                <w:color w:val="000000" w:themeColor="text1"/>
                <w:sz w:val="19"/>
              </w:rPr>
              <w:t>Yurt savunmasında kişilere düşen görev ve sorumlulukların anlatılması</w:t>
            </w:r>
            <w:bookmarkStart w:id="0" w:name="_GoBack"/>
            <w:bookmarkEnd w:id="0"/>
          </w:p>
        </w:tc>
      </w:tr>
      <w:tr w:rsidR="0034034A" w:rsidRPr="0034034A" w:rsidTr="0034034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7" w:type="dxa"/>
          </w:tcPr>
          <w:p w:rsidR="00430F8B" w:rsidRPr="0034034A" w:rsidRDefault="005B3489">
            <w:pPr>
              <w:spacing w:after="20"/>
              <w:jc w:val="center"/>
              <w:rPr>
                <w:color w:val="000000" w:themeColor="text1"/>
              </w:rPr>
            </w:pPr>
            <w:proofErr w:type="spellStart"/>
            <w:r w:rsidRPr="0034034A">
              <w:rPr>
                <w:color w:val="000000" w:themeColor="text1"/>
                <w:sz w:val="19"/>
              </w:rPr>
              <w:t>KASIM</w:t>
            </w:r>
            <w:proofErr w:type="spellEnd"/>
          </w:p>
        </w:tc>
        <w:tc>
          <w:tcPr>
            <w:tcW w:w="4507" w:type="dxa"/>
          </w:tcPr>
          <w:p w:rsidR="00430F8B" w:rsidRPr="0034034A" w:rsidRDefault="005B3489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34034A">
              <w:rPr>
                <w:color w:val="000000" w:themeColor="text1"/>
                <w:sz w:val="19"/>
              </w:rPr>
              <w:t xml:space="preserve">Doğal afetlerde ve savaşlarda </w:t>
            </w:r>
            <w:r w:rsidRPr="0034034A">
              <w:rPr>
                <w:color w:val="000000" w:themeColor="text1"/>
                <w:sz w:val="19"/>
              </w:rPr>
              <w:t>kişilerin ne gibi önlemler alabileceklerini öğrencilere kavratmak.</w:t>
            </w:r>
          </w:p>
        </w:tc>
        <w:tc>
          <w:tcPr>
            <w:tcW w:w="4167" w:type="dxa"/>
          </w:tcPr>
          <w:p w:rsidR="00430F8B" w:rsidRPr="0034034A" w:rsidRDefault="005B3489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34034A">
              <w:rPr>
                <w:color w:val="000000" w:themeColor="text1"/>
                <w:sz w:val="19"/>
              </w:rPr>
              <w:t>Doğal afetlerde ve savaşlarda kişilerin kendilerini koruyabilmesi</w:t>
            </w:r>
          </w:p>
          <w:p w:rsidR="00430F8B" w:rsidRPr="0034034A" w:rsidRDefault="005B3489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34034A">
              <w:rPr>
                <w:color w:val="000000" w:themeColor="text1"/>
                <w:sz w:val="19"/>
              </w:rPr>
              <w:t>Sivil Savunma İlçe Müdürlüğü ile iş birliğine gidilerek gazete, dergi, broşür vb. temin edilmesi</w:t>
            </w:r>
          </w:p>
        </w:tc>
      </w:tr>
      <w:tr w:rsidR="0034034A" w:rsidRPr="0034034A" w:rsidTr="0034034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7" w:type="dxa"/>
          </w:tcPr>
          <w:p w:rsidR="00430F8B" w:rsidRPr="0034034A" w:rsidRDefault="005B3489">
            <w:pPr>
              <w:spacing w:after="20"/>
              <w:jc w:val="center"/>
              <w:rPr>
                <w:color w:val="000000" w:themeColor="text1"/>
              </w:rPr>
            </w:pPr>
            <w:proofErr w:type="spellStart"/>
            <w:r w:rsidRPr="0034034A">
              <w:rPr>
                <w:color w:val="000000" w:themeColor="text1"/>
                <w:sz w:val="19"/>
              </w:rPr>
              <w:t>KASIM</w:t>
            </w:r>
            <w:proofErr w:type="spellEnd"/>
          </w:p>
        </w:tc>
        <w:tc>
          <w:tcPr>
            <w:tcW w:w="4507" w:type="dxa"/>
          </w:tcPr>
          <w:p w:rsidR="00430F8B" w:rsidRPr="0034034A" w:rsidRDefault="005B3489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34034A">
              <w:rPr>
                <w:color w:val="000000" w:themeColor="text1"/>
                <w:sz w:val="19"/>
              </w:rPr>
              <w:t xml:space="preserve">Öğrencilerimize </w:t>
            </w:r>
            <w:r w:rsidRPr="0034034A">
              <w:rPr>
                <w:color w:val="000000" w:themeColor="text1"/>
                <w:sz w:val="19"/>
              </w:rPr>
              <w:t>Afet Hazırlık ile ilgili bilgi toplamalarına yardımcı olmak.</w:t>
            </w:r>
          </w:p>
        </w:tc>
        <w:tc>
          <w:tcPr>
            <w:tcW w:w="4167" w:type="dxa"/>
          </w:tcPr>
          <w:p w:rsidR="00430F8B" w:rsidRPr="0034034A" w:rsidRDefault="005B3489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34034A">
              <w:rPr>
                <w:color w:val="000000" w:themeColor="text1"/>
                <w:sz w:val="19"/>
              </w:rPr>
              <w:t>Doğal afetlerde ve savaşlarda kişilerin kendilerini koruyabilmesi</w:t>
            </w:r>
          </w:p>
          <w:p w:rsidR="00430F8B" w:rsidRPr="0034034A" w:rsidRDefault="005B3489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34034A">
              <w:rPr>
                <w:color w:val="000000" w:themeColor="text1"/>
                <w:sz w:val="19"/>
              </w:rPr>
              <w:t>Sivil Savunma İlçe Müdürlüğü ile iş birliğine gidilerek gazete, dergi, broşür vb. temin edilmesi</w:t>
            </w:r>
          </w:p>
        </w:tc>
      </w:tr>
      <w:tr w:rsidR="0034034A" w:rsidRPr="0034034A" w:rsidTr="0034034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7" w:type="dxa"/>
          </w:tcPr>
          <w:p w:rsidR="00430F8B" w:rsidRPr="0034034A" w:rsidRDefault="005B3489">
            <w:pPr>
              <w:spacing w:after="20"/>
              <w:jc w:val="center"/>
              <w:rPr>
                <w:color w:val="000000" w:themeColor="text1"/>
              </w:rPr>
            </w:pPr>
            <w:proofErr w:type="spellStart"/>
            <w:r w:rsidRPr="0034034A">
              <w:rPr>
                <w:color w:val="000000" w:themeColor="text1"/>
                <w:sz w:val="19"/>
              </w:rPr>
              <w:t>ARALIK</w:t>
            </w:r>
            <w:proofErr w:type="spellEnd"/>
          </w:p>
        </w:tc>
        <w:tc>
          <w:tcPr>
            <w:tcW w:w="4507" w:type="dxa"/>
          </w:tcPr>
          <w:p w:rsidR="00430F8B" w:rsidRPr="0034034A" w:rsidRDefault="005B3489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34034A">
              <w:rPr>
                <w:color w:val="000000" w:themeColor="text1"/>
                <w:sz w:val="19"/>
              </w:rPr>
              <w:t xml:space="preserve">Savaşlarda kullanılan </w:t>
            </w:r>
            <w:r w:rsidRPr="0034034A">
              <w:rPr>
                <w:color w:val="000000" w:themeColor="text1"/>
                <w:sz w:val="19"/>
              </w:rPr>
              <w:t>son teknolojik araç gereçler hakkında öğrencileri bilgilendirmek. Yardımlaşmanın önemini öğrencilere kavratılması</w:t>
            </w:r>
          </w:p>
        </w:tc>
        <w:tc>
          <w:tcPr>
            <w:tcW w:w="4167" w:type="dxa"/>
          </w:tcPr>
          <w:p w:rsidR="00430F8B" w:rsidRPr="0034034A" w:rsidRDefault="005B3489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34034A">
              <w:rPr>
                <w:color w:val="000000" w:themeColor="text1"/>
                <w:sz w:val="19"/>
              </w:rPr>
              <w:t>Günümüz savaşları ve silah teknikleri hakkında bilgi verilmesi</w:t>
            </w:r>
          </w:p>
          <w:p w:rsidR="00430F8B" w:rsidRPr="0034034A" w:rsidRDefault="005B3489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34034A">
              <w:rPr>
                <w:color w:val="000000" w:themeColor="text1"/>
                <w:sz w:val="19"/>
              </w:rPr>
              <w:t>Savaşta ve barışta dayanışma ve yardımlaşma anlatılması</w:t>
            </w:r>
          </w:p>
        </w:tc>
      </w:tr>
      <w:tr w:rsidR="0034034A" w:rsidRPr="0034034A" w:rsidTr="0034034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7" w:type="dxa"/>
          </w:tcPr>
          <w:p w:rsidR="00430F8B" w:rsidRPr="0034034A" w:rsidRDefault="005B3489">
            <w:pPr>
              <w:spacing w:after="20"/>
              <w:jc w:val="center"/>
              <w:rPr>
                <w:color w:val="000000" w:themeColor="text1"/>
              </w:rPr>
            </w:pPr>
            <w:proofErr w:type="spellStart"/>
            <w:r w:rsidRPr="0034034A">
              <w:rPr>
                <w:color w:val="000000" w:themeColor="text1"/>
                <w:sz w:val="19"/>
              </w:rPr>
              <w:t>ARALIK</w:t>
            </w:r>
            <w:proofErr w:type="spellEnd"/>
          </w:p>
        </w:tc>
        <w:tc>
          <w:tcPr>
            <w:tcW w:w="4507" w:type="dxa"/>
          </w:tcPr>
          <w:p w:rsidR="00430F8B" w:rsidRPr="0034034A" w:rsidRDefault="005B3489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34034A">
              <w:rPr>
                <w:color w:val="000000" w:themeColor="text1"/>
                <w:sz w:val="19"/>
              </w:rPr>
              <w:t xml:space="preserve">Kimyasal </w:t>
            </w:r>
            <w:r w:rsidRPr="0034034A">
              <w:rPr>
                <w:color w:val="000000" w:themeColor="text1"/>
                <w:sz w:val="19"/>
              </w:rPr>
              <w:t>silahlar hakkında öğrencilerin bilinçlendirilmesi.</w:t>
            </w:r>
          </w:p>
          <w:p w:rsidR="00430F8B" w:rsidRPr="0034034A" w:rsidRDefault="005B3489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34034A">
              <w:rPr>
                <w:color w:val="000000" w:themeColor="text1"/>
                <w:sz w:val="19"/>
              </w:rPr>
              <w:t>Sığınaklar hakkında öğrencilerin bilinçlendirilmesi</w:t>
            </w:r>
          </w:p>
        </w:tc>
        <w:tc>
          <w:tcPr>
            <w:tcW w:w="4167" w:type="dxa"/>
          </w:tcPr>
          <w:p w:rsidR="00430F8B" w:rsidRPr="0034034A" w:rsidRDefault="005B3489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34034A">
              <w:rPr>
                <w:color w:val="000000" w:themeColor="text1"/>
                <w:sz w:val="19"/>
              </w:rPr>
              <w:t>Savaş zamanında kimyasal silahlara karşı alınabilecek önlemlerin anlatılması</w:t>
            </w:r>
          </w:p>
          <w:p w:rsidR="00430F8B" w:rsidRPr="0034034A" w:rsidRDefault="005B3489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34034A">
              <w:rPr>
                <w:color w:val="000000" w:themeColor="text1"/>
                <w:sz w:val="19"/>
              </w:rPr>
              <w:t>Sığınakların nasıl yapılacağının anlatılması</w:t>
            </w:r>
          </w:p>
        </w:tc>
      </w:tr>
      <w:tr w:rsidR="0034034A" w:rsidRPr="0034034A" w:rsidTr="0034034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7" w:type="dxa"/>
          </w:tcPr>
          <w:p w:rsidR="00430F8B" w:rsidRPr="0034034A" w:rsidRDefault="005B3489">
            <w:pPr>
              <w:spacing w:after="20"/>
              <w:jc w:val="center"/>
              <w:rPr>
                <w:color w:val="000000" w:themeColor="text1"/>
              </w:rPr>
            </w:pPr>
            <w:proofErr w:type="spellStart"/>
            <w:r w:rsidRPr="0034034A">
              <w:rPr>
                <w:color w:val="000000" w:themeColor="text1"/>
                <w:sz w:val="19"/>
              </w:rPr>
              <w:t>OCAK</w:t>
            </w:r>
            <w:proofErr w:type="spellEnd"/>
          </w:p>
        </w:tc>
        <w:tc>
          <w:tcPr>
            <w:tcW w:w="4507" w:type="dxa"/>
          </w:tcPr>
          <w:p w:rsidR="00430F8B" w:rsidRPr="0034034A" w:rsidRDefault="005B3489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34034A">
              <w:rPr>
                <w:color w:val="000000" w:themeColor="text1"/>
                <w:sz w:val="19"/>
              </w:rPr>
              <w:t>Çalışmaların kontrolünü s</w:t>
            </w:r>
            <w:r w:rsidRPr="0034034A">
              <w:rPr>
                <w:color w:val="000000" w:themeColor="text1"/>
                <w:sz w:val="19"/>
              </w:rPr>
              <w:t>ağlamak.</w:t>
            </w:r>
          </w:p>
        </w:tc>
        <w:tc>
          <w:tcPr>
            <w:tcW w:w="4167" w:type="dxa"/>
          </w:tcPr>
          <w:p w:rsidR="00430F8B" w:rsidRPr="0034034A" w:rsidRDefault="005B3489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34034A">
              <w:rPr>
                <w:color w:val="000000" w:themeColor="text1"/>
                <w:sz w:val="19"/>
              </w:rPr>
              <w:t>Kulübün toplanması</w:t>
            </w:r>
          </w:p>
          <w:p w:rsidR="00430F8B" w:rsidRPr="0034034A" w:rsidRDefault="005B3489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34034A">
              <w:rPr>
                <w:color w:val="000000" w:themeColor="text1"/>
                <w:sz w:val="19"/>
              </w:rPr>
              <w:t>Öğretmenler Kurulunda alınan kararla ……tarihinde kulüp toplantısının yapılması</w:t>
            </w:r>
          </w:p>
          <w:p w:rsidR="00430F8B" w:rsidRPr="0034034A" w:rsidRDefault="005B3489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34034A">
              <w:rPr>
                <w:color w:val="000000" w:themeColor="text1"/>
                <w:sz w:val="19"/>
              </w:rPr>
              <w:t>Toplum hizmet çalışmalarının denetiminin yapılması</w:t>
            </w:r>
          </w:p>
        </w:tc>
      </w:tr>
      <w:tr w:rsidR="0034034A" w:rsidRPr="0034034A" w:rsidTr="0034034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7" w:type="dxa"/>
          </w:tcPr>
          <w:p w:rsidR="00430F8B" w:rsidRPr="0034034A" w:rsidRDefault="005B3489">
            <w:pPr>
              <w:spacing w:after="20"/>
              <w:jc w:val="center"/>
              <w:rPr>
                <w:color w:val="000000" w:themeColor="text1"/>
              </w:rPr>
            </w:pPr>
            <w:proofErr w:type="spellStart"/>
            <w:r w:rsidRPr="0034034A">
              <w:rPr>
                <w:color w:val="000000" w:themeColor="text1"/>
                <w:sz w:val="19"/>
              </w:rPr>
              <w:t>OCAK</w:t>
            </w:r>
            <w:proofErr w:type="spellEnd"/>
          </w:p>
        </w:tc>
        <w:tc>
          <w:tcPr>
            <w:tcW w:w="4507" w:type="dxa"/>
          </w:tcPr>
          <w:p w:rsidR="00430F8B" w:rsidRPr="0034034A" w:rsidRDefault="005B3489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34034A">
              <w:rPr>
                <w:color w:val="000000" w:themeColor="text1"/>
                <w:sz w:val="19"/>
              </w:rPr>
              <w:t>Sivil Savunma Teşkilat birimlerini tanımak ve görevlerini kavrayabilmek</w:t>
            </w:r>
          </w:p>
        </w:tc>
        <w:tc>
          <w:tcPr>
            <w:tcW w:w="4167" w:type="dxa"/>
          </w:tcPr>
          <w:p w:rsidR="00430F8B" w:rsidRPr="0034034A" w:rsidRDefault="005B3489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34034A">
              <w:rPr>
                <w:color w:val="000000" w:themeColor="text1"/>
                <w:sz w:val="19"/>
              </w:rPr>
              <w:t xml:space="preserve">Sivil savunmanın </w:t>
            </w:r>
            <w:r w:rsidRPr="0034034A">
              <w:rPr>
                <w:color w:val="000000" w:themeColor="text1"/>
                <w:sz w:val="19"/>
              </w:rPr>
              <w:t>görevleri, mülki ve idari amirlerin görevlerinin anlatılması</w:t>
            </w:r>
          </w:p>
          <w:p w:rsidR="00430F8B" w:rsidRPr="0034034A" w:rsidRDefault="005B3489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34034A">
              <w:rPr>
                <w:color w:val="000000" w:themeColor="text1"/>
                <w:sz w:val="19"/>
              </w:rPr>
              <w:t>Sivil savunma idare kademelerinin anlatılması</w:t>
            </w:r>
          </w:p>
          <w:p w:rsidR="00430F8B" w:rsidRPr="0034034A" w:rsidRDefault="005B3489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34034A">
              <w:rPr>
                <w:color w:val="000000" w:themeColor="text1"/>
                <w:sz w:val="19"/>
              </w:rPr>
              <w:t>İl sivil savunma müdürlüklerinin anlatılması</w:t>
            </w:r>
          </w:p>
          <w:p w:rsidR="00430F8B" w:rsidRPr="0034034A" w:rsidRDefault="005B3489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34034A">
              <w:rPr>
                <w:color w:val="000000" w:themeColor="text1"/>
                <w:sz w:val="19"/>
              </w:rPr>
              <w:t>İlçe sivil savunma müdürlüklerinin anlatılması</w:t>
            </w:r>
          </w:p>
        </w:tc>
      </w:tr>
      <w:tr w:rsidR="0034034A" w:rsidRPr="0034034A" w:rsidTr="0034034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7" w:type="dxa"/>
          </w:tcPr>
          <w:p w:rsidR="00430F8B" w:rsidRPr="0034034A" w:rsidRDefault="005B3489">
            <w:pPr>
              <w:spacing w:after="20"/>
              <w:jc w:val="center"/>
              <w:rPr>
                <w:color w:val="000000" w:themeColor="text1"/>
              </w:rPr>
            </w:pPr>
            <w:proofErr w:type="spellStart"/>
            <w:r w:rsidRPr="0034034A">
              <w:rPr>
                <w:color w:val="000000" w:themeColor="text1"/>
                <w:sz w:val="19"/>
              </w:rPr>
              <w:t>ŞUBAT</w:t>
            </w:r>
            <w:proofErr w:type="spellEnd"/>
          </w:p>
        </w:tc>
        <w:tc>
          <w:tcPr>
            <w:tcW w:w="4507" w:type="dxa"/>
          </w:tcPr>
          <w:p w:rsidR="00430F8B" w:rsidRPr="0034034A" w:rsidRDefault="005B3489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34034A">
              <w:rPr>
                <w:color w:val="000000" w:themeColor="text1"/>
                <w:sz w:val="19"/>
              </w:rPr>
              <w:t xml:space="preserve">1. dönemde yapılan çalışmaların öğrencilerin </w:t>
            </w:r>
            <w:r w:rsidRPr="0034034A">
              <w:rPr>
                <w:color w:val="000000" w:themeColor="text1"/>
                <w:sz w:val="19"/>
              </w:rPr>
              <w:t>tarafından değerlendirilmesi. Sivil Savunma günü ile ilgili şiir ve yazıların okunması.</w:t>
            </w:r>
          </w:p>
        </w:tc>
        <w:tc>
          <w:tcPr>
            <w:tcW w:w="4167" w:type="dxa"/>
          </w:tcPr>
          <w:p w:rsidR="00430F8B" w:rsidRPr="0034034A" w:rsidRDefault="005B3489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34034A">
              <w:rPr>
                <w:color w:val="000000" w:themeColor="text1"/>
                <w:sz w:val="19"/>
              </w:rPr>
              <w:t>Kanaat döneminin değerlendirilmesi.</w:t>
            </w:r>
          </w:p>
          <w:p w:rsidR="00430F8B" w:rsidRPr="0034034A" w:rsidRDefault="005B3489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34034A">
              <w:rPr>
                <w:color w:val="000000" w:themeColor="text1"/>
                <w:sz w:val="19"/>
              </w:rPr>
              <w:t>Sivil Savunma gününün kutlanması.</w:t>
            </w:r>
          </w:p>
        </w:tc>
      </w:tr>
      <w:tr w:rsidR="0034034A" w:rsidRPr="0034034A" w:rsidTr="0034034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7" w:type="dxa"/>
          </w:tcPr>
          <w:p w:rsidR="00430F8B" w:rsidRPr="0034034A" w:rsidRDefault="005B3489">
            <w:pPr>
              <w:spacing w:after="20"/>
              <w:jc w:val="center"/>
              <w:rPr>
                <w:color w:val="000000" w:themeColor="text1"/>
              </w:rPr>
            </w:pPr>
            <w:r w:rsidRPr="0034034A">
              <w:rPr>
                <w:color w:val="000000" w:themeColor="text1"/>
                <w:sz w:val="19"/>
              </w:rPr>
              <w:t>MART</w:t>
            </w:r>
          </w:p>
        </w:tc>
        <w:tc>
          <w:tcPr>
            <w:tcW w:w="4507" w:type="dxa"/>
          </w:tcPr>
          <w:p w:rsidR="00430F8B" w:rsidRPr="0034034A" w:rsidRDefault="005B3489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34034A">
              <w:rPr>
                <w:color w:val="000000" w:themeColor="text1"/>
                <w:sz w:val="19"/>
              </w:rPr>
              <w:t>İstiklal Marşı’nın Kabulü ve Mehmet Akif Ersoy’u Anma Günü</w:t>
            </w:r>
          </w:p>
          <w:p w:rsidR="00430F8B" w:rsidRPr="0034034A" w:rsidRDefault="005B3489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34034A">
              <w:rPr>
                <w:color w:val="000000" w:themeColor="text1"/>
                <w:sz w:val="19"/>
              </w:rPr>
              <w:t>18 Mart Şehitleri Anma Günü</w:t>
            </w:r>
          </w:p>
          <w:p w:rsidR="00430F8B" w:rsidRPr="0034034A" w:rsidRDefault="005B3489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34034A">
              <w:rPr>
                <w:color w:val="000000" w:themeColor="text1"/>
                <w:sz w:val="19"/>
              </w:rPr>
              <w:lastRenderedPageBreak/>
              <w:t xml:space="preserve">İlk </w:t>
            </w:r>
            <w:r w:rsidRPr="0034034A">
              <w:rPr>
                <w:color w:val="000000" w:themeColor="text1"/>
                <w:sz w:val="19"/>
              </w:rPr>
              <w:t>yardımın yanlış yapılması halinde olabilecek tehlikeler hakkında bilgi verme.</w:t>
            </w:r>
          </w:p>
        </w:tc>
        <w:tc>
          <w:tcPr>
            <w:tcW w:w="4167" w:type="dxa"/>
          </w:tcPr>
          <w:p w:rsidR="00430F8B" w:rsidRPr="0034034A" w:rsidRDefault="005B3489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34034A">
              <w:rPr>
                <w:color w:val="000000" w:themeColor="text1"/>
                <w:sz w:val="19"/>
              </w:rPr>
              <w:lastRenderedPageBreak/>
              <w:t>İstiklal Marşı’nın Kabulü ile ilgili okul panosu işlenmesi.</w:t>
            </w:r>
          </w:p>
          <w:p w:rsidR="00430F8B" w:rsidRPr="0034034A" w:rsidRDefault="005B3489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34034A">
              <w:rPr>
                <w:color w:val="000000" w:themeColor="text1"/>
                <w:sz w:val="19"/>
              </w:rPr>
              <w:t xml:space="preserve">18 Mart Şehitler Günü ile ilgili okul panosu </w:t>
            </w:r>
            <w:r w:rsidRPr="0034034A">
              <w:rPr>
                <w:color w:val="000000" w:themeColor="text1"/>
                <w:sz w:val="19"/>
              </w:rPr>
              <w:lastRenderedPageBreak/>
              <w:t>işlenmesi</w:t>
            </w:r>
          </w:p>
          <w:p w:rsidR="00430F8B" w:rsidRPr="0034034A" w:rsidRDefault="005B3489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34034A">
              <w:rPr>
                <w:color w:val="000000" w:themeColor="text1"/>
                <w:sz w:val="19"/>
              </w:rPr>
              <w:t>Deprem ve yangın tatbikatının yapılması.</w:t>
            </w:r>
          </w:p>
        </w:tc>
      </w:tr>
      <w:tr w:rsidR="0034034A" w:rsidRPr="0034034A" w:rsidTr="0034034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7" w:type="dxa"/>
          </w:tcPr>
          <w:p w:rsidR="00430F8B" w:rsidRPr="0034034A" w:rsidRDefault="005B3489">
            <w:pPr>
              <w:spacing w:after="20"/>
              <w:jc w:val="center"/>
              <w:rPr>
                <w:color w:val="000000" w:themeColor="text1"/>
              </w:rPr>
            </w:pPr>
            <w:r w:rsidRPr="0034034A">
              <w:rPr>
                <w:color w:val="000000" w:themeColor="text1"/>
                <w:sz w:val="19"/>
              </w:rPr>
              <w:lastRenderedPageBreak/>
              <w:t>NİSAN</w:t>
            </w:r>
          </w:p>
        </w:tc>
        <w:tc>
          <w:tcPr>
            <w:tcW w:w="4507" w:type="dxa"/>
          </w:tcPr>
          <w:p w:rsidR="00430F8B" w:rsidRPr="0034034A" w:rsidRDefault="005B3489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34034A">
              <w:rPr>
                <w:color w:val="000000" w:themeColor="text1"/>
                <w:sz w:val="19"/>
              </w:rPr>
              <w:t xml:space="preserve">Elektrik </w:t>
            </w:r>
            <w:r w:rsidRPr="0034034A">
              <w:rPr>
                <w:color w:val="000000" w:themeColor="text1"/>
                <w:sz w:val="19"/>
              </w:rPr>
              <w:t>Çarpmasına karşı alınacak önlemler hakkında bilgilendirme.</w:t>
            </w:r>
          </w:p>
          <w:p w:rsidR="00430F8B" w:rsidRPr="0034034A" w:rsidRDefault="005B3489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34034A">
              <w:rPr>
                <w:color w:val="000000" w:themeColor="text1"/>
                <w:sz w:val="19"/>
              </w:rPr>
              <w:t>İlk yardımın doğru yapıldığında yaşam kurtardığının öğrencilere öğretilmesi. Trafik kazalarında kazazedelerle ilgili yapılacak şeyler ve öneminin öğrencilere anlatılması.</w:t>
            </w:r>
          </w:p>
        </w:tc>
        <w:tc>
          <w:tcPr>
            <w:tcW w:w="4167" w:type="dxa"/>
          </w:tcPr>
          <w:p w:rsidR="00430F8B" w:rsidRPr="0034034A" w:rsidRDefault="005B3489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34034A">
              <w:rPr>
                <w:color w:val="000000" w:themeColor="text1"/>
                <w:sz w:val="19"/>
              </w:rPr>
              <w:t xml:space="preserve">Elektrik çarpmasına karşı </w:t>
            </w:r>
            <w:r w:rsidRPr="0034034A">
              <w:rPr>
                <w:color w:val="000000" w:themeColor="text1"/>
                <w:sz w:val="19"/>
              </w:rPr>
              <w:t>alınacak önlemlerin anlatılması</w:t>
            </w:r>
          </w:p>
          <w:p w:rsidR="00430F8B" w:rsidRPr="0034034A" w:rsidRDefault="005B3489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34034A">
              <w:rPr>
                <w:color w:val="000000" w:themeColor="text1"/>
                <w:sz w:val="19"/>
              </w:rPr>
              <w:t>Kazalarda ilk yardımın öneminin anlatılması</w:t>
            </w:r>
          </w:p>
          <w:p w:rsidR="00430F8B" w:rsidRPr="0034034A" w:rsidRDefault="005B3489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34034A">
              <w:rPr>
                <w:color w:val="000000" w:themeColor="text1"/>
                <w:sz w:val="19"/>
              </w:rPr>
              <w:t>Trafik kazalarında ilk yapılacak işlemlerin öğretilmesi</w:t>
            </w:r>
          </w:p>
        </w:tc>
      </w:tr>
      <w:tr w:rsidR="0034034A" w:rsidRPr="0034034A" w:rsidTr="0034034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7" w:type="dxa"/>
          </w:tcPr>
          <w:p w:rsidR="00430F8B" w:rsidRPr="0034034A" w:rsidRDefault="005B3489">
            <w:pPr>
              <w:spacing w:after="20"/>
              <w:jc w:val="center"/>
              <w:rPr>
                <w:color w:val="000000" w:themeColor="text1"/>
              </w:rPr>
            </w:pPr>
            <w:proofErr w:type="spellStart"/>
            <w:r w:rsidRPr="0034034A">
              <w:rPr>
                <w:color w:val="000000" w:themeColor="text1"/>
                <w:sz w:val="19"/>
              </w:rPr>
              <w:t>MAYIS</w:t>
            </w:r>
            <w:proofErr w:type="spellEnd"/>
          </w:p>
        </w:tc>
        <w:tc>
          <w:tcPr>
            <w:tcW w:w="4507" w:type="dxa"/>
          </w:tcPr>
          <w:p w:rsidR="00430F8B" w:rsidRPr="0034034A" w:rsidRDefault="005B3489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34034A">
              <w:rPr>
                <w:color w:val="000000" w:themeColor="text1"/>
                <w:sz w:val="19"/>
              </w:rPr>
              <w:t>Çevre kirliliği hakkında bilgilendirme ve alınması gereken önlemler ile Sıfır Atık projesi hakkında bilgilendirme.</w:t>
            </w:r>
          </w:p>
        </w:tc>
        <w:tc>
          <w:tcPr>
            <w:tcW w:w="4167" w:type="dxa"/>
          </w:tcPr>
          <w:p w:rsidR="00430F8B" w:rsidRPr="0034034A" w:rsidRDefault="005B3489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34034A">
              <w:rPr>
                <w:color w:val="000000" w:themeColor="text1"/>
                <w:sz w:val="19"/>
              </w:rPr>
              <w:t>Okuldaki geri dönüşüm kutularının tanıtılması.</w:t>
            </w:r>
          </w:p>
        </w:tc>
      </w:tr>
      <w:tr w:rsidR="0034034A" w:rsidRPr="0034034A" w:rsidTr="0034034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7" w:type="dxa"/>
          </w:tcPr>
          <w:p w:rsidR="00430F8B" w:rsidRPr="0034034A" w:rsidRDefault="005B3489">
            <w:pPr>
              <w:spacing w:after="20"/>
              <w:jc w:val="center"/>
              <w:rPr>
                <w:color w:val="000000" w:themeColor="text1"/>
              </w:rPr>
            </w:pPr>
            <w:proofErr w:type="spellStart"/>
            <w:r w:rsidRPr="0034034A">
              <w:rPr>
                <w:color w:val="000000" w:themeColor="text1"/>
                <w:sz w:val="19"/>
              </w:rPr>
              <w:t>HAZİRAN</w:t>
            </w:r>
            <w:proofErr w:type="spellEnd"/>
          </w:p>
        </w:tc>
        <w:tc>
          <w:tcPr>
            <w:tcW w:w="4507" w:type="dxa"/>
          </w:tcPr>
          <w:p w:rsidR="00430F8B" w:rsidRPr="0034034A" w:rsidRDefault="005B3489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34034A">
              <w:rPr>
                <w:color w:val="000000" w:themeColor="text1"/>
                <w:sz w:val="19"/>
              </w:rPr>
              <w:t>Yıl boyunca yapılan çalışmaların değerlendirilmesi</w:t>
            </w:r>
          </w:p>
        </w:tc>
        <w:tc>
          <w:tcPr>
            <w:tcW w:w="4167" w:type="dxa"/>
          </w:tcPr>
          <w:p w:rsidR="00430F8B" w:rsidRPr="0034034A" w:rsidRDefault="005B3489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34034A">
              <w:rPr>
                <w:color w:val="000000" w:themeColor="text1"/>
                <w:sz w:val="19"/>
              </w:rPr>
              <w:t>Yıllık sosyal kulüp çalışmalarının değerlendirilmesi.</w:t>
            </w:r>
          </w:p>
          <w:p w:rsidR="00430F8B" w:rsidRPr="0034034A" w:rsidRDefault="005B3489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34034A">
              <w:rPr>
                <w:color w:val="000000" w:themeColor="text1"/>
                <w:sz w:val="19"/>
              </w:rPr>
              <w:t>Yıllık sosyal kulüp faaliyet raporunun hazırlanması.</w:t>
            </w:r>
          </w:p>
        </w:tc>
      </w:tr>
    </w:tbl>
    <w:p w:rsidR="00430F8B" w:rsidRPr="0034034A" w:rsidRDefault="00430F8B">
      <w:pPr>
        <w:spacing w:after="0"/>
        <w:rPr>
          <w:color w:val="000000" w:themeColor="text1"/>
        </w:rPr>
      </w:pPr>
    </w:p>
    <w:p w:rsidR="00430F8B" w:rsidRPr="0034034A" w:rsidRDefault="00430F8B">
      <w:pPr>
        <w:spacing w:after="0"/>
        <w:rPr>
          <w:color w:val="000000" w:themeColor="text1"/>
        </w:rPr>
      </w:pPr>
    </w:p>
    <w:tbl>
      <w:tblPr>
        <w:tblW w:w="0" w:type="auto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2438"/>
        <w:gridCol w:w="2438"/>
        <w:gridCol w:w="2438"/>
        <w:gridCol w:w="2438"/>
      </w:tblGrid>
      <w:tr w:rsidR="00430F8B" w:rsidRPr="0034034A">
        <w:trPr>
          <w:cantSplit/>
          <w:jc w:val="center"/>
        </w:trPr>
        <w:tc>
          <w:tcPr>
            <w:tcW w:w="2438" w:type="dxa"/>
          </w:tcPr>
          <w:p w:rsidR="00430F8B" w:rsidRPr="0034034A" w:rsidRDefault="005B3489">
            <w:pPr>
              <w:jc w:val="center"/>
              <w:rPr>
                <w:color w:val="000000" w:themeColor="text1"/>
              </w:rPr>
            </w:pPr>
            <w:r w:rsidRPr="0034034A">
              <w:rPr>
                <w:color w:val="000000" w:themeColor="text1"/>
                <w:sz w:val="21"/>
              </w:rPr>
              <w:t>……………………………</w:t>
            </w:r>
            <w:r w:rsidRPr="0034034A">
              <w:rPr>
                <w:color w:val="000000" w:themeColor="text1"/>
                <w:sz w:val="21"/>
              </w:rPr>
              <w:br/>
            </w:r>
            <w:r w:rsidRPr="0034034A">
              <w:rPr>
                <w:b/>
                <w:color w:val="000000" w:themeColor="text1"/>
                <w:sz w:val="20"/>
              </w:rPr>
              <w:t xml:space="preserve">Sosyal Etkinlikler Kurul </w:t>
            </w:r>
            <w:r w:rsidRPr="0034034A">
              <w:rPr>
                <w:b/>
                <w:color w:val="000000" w:themeColor="text1"/>
                <w:sz w:val="20"/>
              </w:rPr>
              <w:t>Başkanı</w:t>
            </w:r>
          </w:p>
        </w:tc>
        <w:tc>
          <w:tcPr>
            <w:tcW w:w="2438" w:type="dxa"/>
          </w:tcPr>
          <w:p w:rsidR="00430F8B" w:rsidRPr="0034034A" w:rsidRDefault="005B3489">
            <w:pPr>
              <w:jc w:val="center"/>
              <w:rPr>
                <w:color w:val="000000" w:themeColor="text1"/>
              </w:rPr>
            </w:pPr>
            <w:r w:rsidRPr="0034034A">
              <w:rPr>
                <w:color w:val="000000" w:themeColor="text1"/>
                <w:sz w:val="21"/>
              </w:rPr>
              <w:t>……………………………</w:t>
            </w:r>
            <w:r w:rsidRPr="0034034A">
              <w:rPr>
                <w:color w:val="000000" w:themeColor="text1"/>
                <w:sz w:val="21"/>
              </w:rPr>
              <w:br/>
            </w:r>
            <w:r w:rsidRPr="0034034A">
              <w:rPr>
                <w:b/>
                <w:color w:val="000000" w:themeColor="text1"/>
                <w:sz w:val="20"/>
              </w:rPr>
              <w:t>Üye</w:t>
            </w:r>
          </w:p>
        </w:tc>
        <w:tc>
          <w:tcPr>
            <w:tcW w:w="2438" w:type="dxa"/>
          </w:tcPr>
          <w:p w:rsidR="00430F8B" w:rsidRPr="0034034A" w:rsidRDefault="005B3489">
            <w:pPr>
              <w:jc w:val="center"/>
              <w:rPr>
                <w:color w:val="000000" w:themeColor="text1"/>
              </w:rPr>
            </w:pPr>
            <w:r w:rsidRPr="0034034A">
              <w:rPr>
                <w:color w:val="000000" w:themeColor="text1"/>
                <w:sz w:val="21"/>
              </w:rPr>
              <w:t>……………………………</w:t>
            </w:r>
            <w:r w:rsidRPr="0034034A">
              <w:rPr>
                <w:color w:val="000000" w:themeColor="text1"/>
                <w:sz w:val="21"/>
              </w:rPr>
              <w:br/>
            </w:r>
            <w:r w:rsidRPr="0034034A">
              <w:rPr>
                <w:b/>
                <w:color w:val="000000" w:themeColor="text1"/>
                <w:sz w:val="20"/>
              </w:rPr>
              <w:t>Üye</w:t>
            </w:r>
          </w:p>
        </w:tc>
        <w:tc>
          <w:tcPr>
            <w:tcW w:w="2438" w:type="dxa"/>
          </w:tcPr>
          <w:p w:rsidR="00430F8B" w:rsidRPr="0034034A" w:rsidRDefault="005B3489">
            <w:pPr>
              <w:jc w:val="center"/>
              <w:rPr>
                <w:color w:val="000000" w:themeColor="text1"/>
              </w:rPr>
            </w:pPr>
            <w:r w:rsidRPr="0034034A">
              <w:rPr>
                <w:color w:val="000000" w:themeColor="text1"/>
                <w:sz w:val="21"/>
              </w:rPr>
              <w:t>……………………………</w:t>
            </w:r>
            <w:r w:rsidRPr="0034034A">
              <w:rPr>
                <w:color w:val="000000" w:themeColor="text1"/>
                <w:sz w:val="21"/>
              </w:rPr>
              <w:br/>
            </w:r>
            <w:r w:rsidRPr="0034034A">
              <w:rPr>
                <w:b/>
                <w:color w:val="000000" w:themeColor="text1"/>
                <w:sz w:val="20"/>
              </w:rPr>
              <w:t>Danışman Öğretmen</w:t>
            </w:r>
          </w:p>
        </w:tc>
      </w:tr>
    </w:tbl>
    <w:p w:rsidR="00430F8B" w:rsidRPr="0034034A" w:rsidRDefault="00430F8B">
      <w:pPr>
        <w:spacing w:after="0"/>
        <w:rPr>
          <w:color w:val="000000" w:themeColor="text1"/>
        </w:rPr>
      </w:pPr>
    </w:p>
    <w:tbl>
      <w:tblPr>
        <w:tblW w:w="0" w:type="auto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752"/>
      </w:tblGrid>
      <w:tr w:rsidR="0034034A" w:rsidRPr="0034034A">
        <w:trPr>
          <w:cantSplit/>
          <w:jc w:val="center"/>
        </w:trPr>
        <w:tc>
          <w:tcPr>
            <w:tcW w:w="9752" w:type="dxa"/>
          </w:tcPr>
          <w:p w:rsidR="00430F8B" w:rsidRPr="0034034A" w:rsidRDefault="005B3489">
            <w:pPr>
              <w:jc w:val="center"/>
              <w:rPr>
                <w:color w:val="000000" w:themeColor="text1"/>
              </w:rPr>
            </w:pPr>
            <w:r w:rsidRPr="0034034A">
              <w:rPr>
                <w:b/>
                <w:color w:val="000000" w:themeColor="text1"/>
              </w:rPr>
              <w:t>OLUR</w:t>
            </w:r>
            <w:r w:rsidRPr="0034034A">
              <w:rPr>
                <w:b/>
                <w:color w:val="000000" w:themeColor="text1"/>
              </w:rPr>
              <w:br/>
            </w:r>
            <w:r w:rsidRPr="0034034A">
              <w:rPr>
                <w:color w:val="000000" w:themeColor="text1"/>
                <w:sz w:val="21"/>
              </w:rPr>
              <w:t>…… / …… / 2026</w:t>
            </w:r>
            <w:r w:rsidRPr="0034034A">
              <w:rPr>
                <w:color w:val="000000" w:themeColor="text1"/>
                <w:sz w:val="21"/>
              </w:rPr>
              <w:br/>
            </w:r>
            <w:r w:rsidRPr="0034034A">
              <w:rPr>
                <w:color w:val="000000" w:themeColor="text1"/>
                <w:sz w:val="21"/>
              </w:rPr>
              <w:br/>
              <w:t>……………………………</w:t>
            </w:r>
            <w:r w:rsidRPr="0034034A">
              <w:rPr>
                <w:color w:val="000000" w:themeColor="text1"/>
                <w:sz w:val="21"/>
              </w:rPr>
              <w:br/>
            </w:r>
            <w:r w:rsidRPr="0034034A">
              <w:rPr>
                <w:b/>
                <w:color w:val="000000" w:themeColor="text1"/>
                <w:sz w:val="20"/>
              </w:rPr>
              <w:t>Okul Müdürü</w:t>
            </w:r>
          </w:p>
        </w:tc>
      </w:tr>
    </w:tbl>
    <w:p w:rsidR="005B3489" w:rsidRPr="0034034A" w:rsidRDefault="005B3489">
      <w:pPr>
        <w:rPr>
          <w:color w:val="000000" w:themeColor="text1"/>
        </w:rPr>
      </w:pPr>
    </w:p>
    <w:sectPr w:rsidR="005B3489" w:rsidRPr="0034034A" w:rsidSect="00034616">
      <w:pgSz w:w="11906" w:h="16838"/>
      <w:pgMar w:top="850" w:right="1077" w:bottom="850" w:left="107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eNumara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eNumara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eMaddem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eMaddem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eNumara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eMadde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34034A"/>
    <w:rsid w:val="00430F8B"/>
    <w:rsid w:val="005B3489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  <w15:docId w15:val="{F919B9F0-BCA0-45F2-96D2-35A5AF9EBC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693F"/>
    <w:rPr>
      <w:rFonts w:ascii="Cambria" w:eastAsia="Cambria" w:hAnsi="Cambria" w:cs="Cambria"/>
      <w:color w:val="2E1E12"/>
    </w:rPr>
  </w:style>
  <w:style w:type="paragraph" w:styleId="Balk1">
    <w:name w:val="heading 1"/>
    <w:basedOn w:val="Normal"/>
    <w:next w:val="Normal"/>
    <w:link w:val="Balk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E618BF"/>
  </w:style>
  <w:style w:type="paragraph" w:styleId="AltBilgi">
    <w:name w:val="footer"/>
    <w:basedOn w:val="Normal"/>
    <w:link w:val="Al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E618BF"/>
  </w:style>
  <w:style w:type="paragraph" w:styleId="AralkYok">
    <w:name w:val="No Spacing"/>
    <w:uiPriority w:val="1"/>
    <w:qFormat/>
    <w:rsid w:val="00FC693F"/>
    <w:pPr>
      <w:spacing w:after="0" w:line="240" w:lineRule="auto"/>
    </w:pPr>
  </w:style>
  <w:style w:type="character" w:customStyle="1" w:styleId="Balk1Char">
    <w:name w:val="Başlık 1 Char"/>
    <w:basedOn w:val="VarsaylanParagrafYazTipi"/>
    <w:link w:val="Bal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alk2Char">
    <w:name w:val="Başlık 2 Char"/>
    <w:basedOn w:val="VarsaylanParagrafYazTipi"/>
    <w:link w:val="Bal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alk3Char">
    <w:name w:val="Başlık 3 Char"/>
    <w:basedOn w:val="VarsaylanParagrafYazTipi"/>
    <w:link w:val="Bal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KonuBal">
    <w:name w:val="Title"/>
    <w:basedOn w:val="Normal"/>
    <w:next w:val="Normal"/>
    <w:link w:val="KonuBal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tyaz">
    <w:name w:val="Subtitle"/>
    <w:basedOn w:val="Normal"/>
    <w:next w:val="Normal"/>
    <w:link w:val="Altyaz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yazChar">
    <w:name w:val="Altyazı Char"/>
    <w:basedOn w:val="VarsaylanParagrafYazTipi"/>
    <w:link w:val="Altyaz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eParagraf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GvdeMetni">
    <w:name w:val="Body Text"/>
    <w:basedOn w:val="Normal"/>
    <w:link w:val="GvdeMetniChar"/>
    <w:uiPriority w:val="99"/>
    <w:unhideWhenUsed/>
    <w:rsid w:val="00AA1D8D"/>
    <w:pPr>
      <w:spacing w:after="120"/>
    </w:pPr>
  </w:style>
  <w:style w:type="character" w:customStyle="1" w:styleId="GvdeMetniChar">
    <w:name w:val="Gövde Metni Char"/>
    <w:basedOn w:val="VarsaylanParagrafYazTipi"/>
    <w:link w:val="GvdeMetni"/>
    <w:uiPriority w:val="99"/>
    <w:rsid w:val="00AA1D8D"/>
  </w:style>
  <w:style w:type="paragraph" w:styleId="GvdeMetni2">
    <w:name w:val="Body Text 2"/>
    <w:basedOn w:val="Normal"/>
    <w:link w:val="GvdeMetni2Char"/>
    <w:uiPriority w:val="99"/>
    <w:unhideWhenUsed/>
    <w:rsid w:val="00AA1D8D"/>
    <w:pPr>
      <w:spacing w:after="120" w:line="480" w:lineRule="auto"/>
    </w:pPr>
  </w:style>
  <w:style w:type="character" w:customStyle="1" w:styleId="GvdeMetni2Char">
    <w:name w:val="Gövde Metni 2 Char"/>
    <w:basedOn w:val="VarsaylanParagrafYazTipi"/>
    <w:link w:val="GvdeMetni2"/>
    <w:uiPriority w:val="99"/>
    <w:rsid w:val="00AA1D8D"/>
  </w:style>
  <w:style w:type="paragraph" w:styleId="GvdeMetni3">
    <w:name w:val="Body Text 3"/>
    <w:basedOn w:val="Normal"/>
    <w:link w:val="GvdeMetni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GvdeMetni3Char">
    <w:name w:val="Gövde Metni 3 Char"/>
    <w:basedOn w:val="VarsaylanParagrafYazTipi"/>
    <w:link w:val="GvdeMetni3"/>
    <w:uiPriority w:val="99"/>
    <w:rsid w:val="00AA1D8D"/>
    <w:rPr>
      <w:sz w:val="16"/>
      <w:szCs w:val="16"/>
    </w:rPr>
  </w:style>
  <w:style w:type="paragraph" w:styleId="Liste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e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e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eMaddemi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eMaddemi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eMaddemi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eNumara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eNumara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eNumara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eDevam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eDevam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eDevam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kroMetni">
    <w:name w:val="macro"/>
    <w:link w:val="MakroMetni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oMetniChar">
    <w:name w:val="Makro Metni Char"/>
    <w:basedOn w:val="VarsaylanParagrafYazTipi"/>
    <w:link w:val="MakroMetni"/>
    <w:uiPriority w:val="99"/>
    <w:rsid w:val="0029639D"/>
    <w:rPr>
      <w:rFonts w:ascii="Courier" w:hAnsi="Courier"/>
      <w:sz w:val="20"/>
      <w:szCs w:val="20"/>
    </w:rPr>
  </w:style>
  <w:style w:type="paragraph" w:styleId="Alnt">
    <w:name w:val="Quote"/>
    <w:basedOn w:val="Normal"/>
    <w:next w:val="Normal"/>
    <w:link w:val="AlntChar"/>
    <w:uiPriority w:val="29"/>
    <w:qFormat/>
    <w:rsid w:val="00FC693F"/>
    <w:rPr>
      <w:i/>
      <w:iCs/>
      <w:color w:val="000000" w:themeColor="text1"/>
    </w:rPr>
  </w:style>
  <w:style w:type="character" w:customStyle="1" w:styleId="AlntChar">
    <w:name w:val="Alıntı Char"/>
    <w:basedOn w:val="VarsaylanParagrafYazTipi"/>
    <w:link w:val="Alnt"/>
    <w:uiPriority w:val="29"/>
    <w:rsid w:val="00FC693F"/>
    <w:rPr>
      <w:i/>
      <w:iCs/>
      <w:color w:val="000000" w:themeColor="text1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esimYazs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Gl">
    <w:name w:val="Strong"/>
    <w:basedOn w:val="VarsaylanParagrafYazTipi"/>
    <w:uiPriority w:val="22"/>
    <w:qFormat/>
    <w:rsid w:val="00FC693F"/>
    <w:rPr>
      <w:b/>
      <w:bCs/>
    </w:rPr>
  </w:style>
  <w:style w:type="character" w:styleId="Vurgu">
    <w:name w:val="Emphasis"/>
    <w:basedOn w:val="VarsaylanParagrafYazTipi"/>
    <w:uiPriority w:val="20"/>
    <w:qFormat/>
    <w:rsid w:val="00FC693F"/>
    <w:rPr>
      <w:i/>
      <w:iCs/>
    </w:rPr>
  </w:style>
  <w:style w:type="paragraph" w:styleId="GlAlnt">
    <w:name w:val="Intense Quote"/>
    <w:basedOn w:val="Normal"/>
    <w:next w:val="Normal"/>
    <w:link w:val="GlAln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GlAlntChar">
    <w:name w:val="Güçlü Alıntı Char"/>
    <w:basedOn w:val="VarsaylanParagrafYazTipi"/>
    <w:link w:val="GlAlnt"/>
    <w:uiPriority w:val="30"/>
    <w:rsid w:val="00FC693F"/>
    <w:rPr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FC693F"/>
    <w:rPr>
      <w:i/>
      <w:iCs/>
      <w:color w:val="808080" w:themeColor="text1" w:themeTint="7F"/>
    </w:rPr>
  </w:style>
  <w:style w:type="character" w:styleId="GlVurgulama">
    <w:name w:val="Intense Emphasis"/>
    <w:basedOn w:val="VarsaylanParagrafYazTipi"/>
    <w:uiPriority w:val="21"/>
    <w:qFormat/>
    <w:rsid w:val="00FC693F"/>
    <w:rPr>
      <w:b/>
      <w:bCs/>
      <w:i/>
      <w:iCs/>
      <w:color w:val="4F81BD" w:themeColor="accent1"/>
    </w:rPr>
  </w:style>
  <w:style w:type="character" w:styleId="HafifBavuru">
    <w:name w:val="Subtle Reference"/>
    <w:basedOn w:val="VarsaylanParagrafYazTipi"/>
    <w:uiPriority w:val="31"/>
    <w:qFormat/>
    <w:rsid w:val="00FC693F"/>
    <w:rPr>
      <w:smallCaps/>
      <w:color w:val="C0504D" w:themeColor="accent2"/>
      <w:u w:val="single"/>
    </w:rPr>
  </w:style>
  <w:style w:type="character" w:styleId="GlBavuru">
    <w:name w:val="Intense Reference"/>
    <w:basedOn w:val="VarsaylanParagrafYazTipi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itapBal">
    <w:name w:val="Book Title"/>
    <w:basedOn w:val="VarsaylanParagrafYazTipi"/>
    <w:uiPriority w:val="33"/>
    <w:qFormat/>
    <w:rsid w:val="00FC693F"/>
    <w:rPr>
      <w:b/>
      <w:bCs/>
      <w:smallCaps/>
      <w:spacing w:val="5"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FC693F"/>
    <w:pPr>
      <w:outlineLvl w:val="9"/>
    </w:pPr>
  </w:style>
  <w:style w:type="table" w:styleId="TabloKlavuzu">
    <w:name w:val="Table Grid"/>
    <w:basedOn w:val="NormalTablo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kGlgeleme">
    <w:name w:val="Light Shading"/>
    <w:basedOn w:val="NormalTablo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AkGlgeleme-Vurgu1">
    <w:name w:val="Light Shading Accent 1"/>
    <w:basedOn w:val="NormalTablo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AkGlgeleme-Vurgu2">
    <w:name w:val="Light Shading Accent 2"/>
    <w:basedOn w:val="NormalTablo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AkGlgeleme-Vurgu3">
    <w:name w:val="Light Shading Accent 3"/>
    <w:basedOn w:val="NormalTablo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AkGlgeleme-Vurgu4">
    <w:name w:val="Light Shading Accent 4"/>
    <w:basedOn w:val="NormalTablo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AkGlgeleme-Vurgu5">
    <w:name w:val="Light Shading Accent 5"/>
    <w:basedOn w:val="NormalTablo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AkGlgeleme-Vurgu6">
    <w:name w:val="Light Shading Accent 6"/>
    <w:basedOn w:val="NormalTablo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kListe">
    <w:name w:val="Light List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AkListe-Vurgu1">
    <w:name w:val="Light List Accent 1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AkListe-Vurgu2">
    <w:name w:val="Light List Accent 2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AkListe-Vurgu3">
    <w:name w:val="Light List Accent 3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AkListe-Vurgu4">
    <w:name w:val="Light List Accent 4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AkListe-Vurgu5">
    <w:name w:val="Light List Accent 5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AkListe-Vurgu6">
    <w:name w:val="Light List Accent 6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kKlavuz">
    <w:name w:val="Light Grid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AkKlavuz-Vurgu1">
    <w:name w:val="Light Grid Accent 1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AkKlavuz-Vurgu2">
    <w:name w:val="Light Grid Accent 2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AkKlavuz-Vurgu3">
    <w:name w:val="Light Grid Accent 3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AkKlavuz-Vurgu4">
    <w:name w:val="Light Grid Accent 4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AkKlavuz-Vurgu5">
    <w:name w:val="Light Grid Accent 5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AkKlavuz-Vurgu6">
    <w:name w:val="Light Grid Accent 6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OrtaGlgeleme1">
    <w:name w:val="Medium Shading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1">
    <w:name w:val="Medium Shading 1 Accent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2">
    <w:name w:val="Medium Shading 1 Accent 2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3">
    <w:name w:val="Medium Shading 1 Accent 3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4">
    <w:name w:val="Medium Shading 1 Accent 4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5">
    <w:name w:val="Medium Shading 1 Accent 5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6">
    <w:name w:val="Medium Shading 1 Accent 6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2">
    <w:name w:val="Medium Shading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1">
    <w:name w:val="Medium Shading 2 Accent 1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2">
    <w:name w:val="Medium Shading 2 Accent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3">
    <w:name w:val="Medium Shading 2 Accent 3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4">
    <w:name w:val="Medium Shading 2 Accent 4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5">
    <w:name w:val="Medium Shading 2 Accent 5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6">
    <w:name w:val="Medium Shading 2 Accent 6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Liste1">
    <w:name w:val="Medium Lis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OrtaListe1-Vurgu1">
    <w:name w:val="Medium List 1 Accen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OrtaListe1-Vurgu2">
    <w:name w:val="Medium List 1 Accent 2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OrtaListe1-Vurgu3">
    <w:name w:val="Medium List 1 Accent 3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OrtaListe1-Vurgu4">
    <w:name w:val="Medium List 1 Accent 4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OrtaListe1-Vurgu5">
    <w:name w:val="Medium List 1 Accent 5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OrtaListe1-Vurgu6">
    <w:name w:val="Medium List 1 Accent 6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OrtaListe2">
    <w:name w:val="Medium Lis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2-Vurgu1">
    <w:name w:val="Medium List 2 Accent 1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2">
    <w:name w:val="Medium List 2 Accen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3">
    <w:name w:val="Medium List 2 Accent 3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4">
    <w:name w:val="Medium List 2 Accent 4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5">
    <w:name w:val="Medium List 2 Accent 5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6">
    <w:name w:val="Medium List 2 Accent 6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Klavuz1">
    <w:name w:val="Medium Grid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rtaKlavuz1-Vurgu1">
    <w:name w:val="Medium Grid 1 Accent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rtaKlavuz1-Vurgu2">
    <w:name w:val="Medium Grid 1 Accent 2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rtaKlavuz1-Vurgu3">
    <w:name w:val="Medium Grid 1 Accent 3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rtaKlavuz1-Vurgu4">
    <w:name w:val="Medium Grid 1 Accent 4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rtaKlavuz1-Vurgu5">
    <w:name w:val="Medium Grid 1 Accent 5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rtaKlavuz1-Vurgu6">
    <w:name w:val="Medium Grid 1 Accent 6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rtaKlavuz2">
    <w:name w:val="Medium Grid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1">
    <w:name w:val="Medium Grid 2 Accent 1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2">
    <w:name w:val="Medium Grid 2 Accent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3">
    <w:name w:val="Medium Grid 2 Accent 3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4">
    <w:name w:val="Medium Grid 2 Accent 4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5">
    <w:name w:val="Medium Grid 2 Accent 5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6">
    <w:name w:val="Medium Grid 2 Accent 6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3">
    <w:name w:val="Medium Grid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OrtaKlavuz3-Vurgu1">
    <w:name w:val="Medium Grid 3 Accent 1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OrtaKlavuz3-Vurgu2">
    <w:name w:val="Medium Grid 3 Accent 2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OrtaKlavuz3-Vurgu3">
    <w:name w:val="Medium Grid 3 Accent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OrtaKlavuz3-Vurgu4">
    <w:name w:val="Medium Grid 3 Accent 4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OrtaKlavuz3-Vurgu5">
    <w:name w:val="Medium Grid 3 Accent 5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OrtaKlavuz3-Vurgu6">
    <w:name w:val="Medium Grid 3 Accent 6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KoyuListe">
    <w:name w:val="Dark List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KoyuListe-Vurgu1">
    <w:name w:val="Dark List Accent 1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KoyuListe-Vurgu2">
    <w:name w:val="Dark List Accent 2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KoyuListe-Vurgu3">
    <w:name w:val="Dark List Accent 3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KoyuListe-Vurgu4">
    <w:name w:val="Dark List Accent 4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KoyuListe-Vurgu5">
    <w:name w:val="Dark List Accent 5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KoyuListe-Vurgu6">
    <w:name w:val="Dark List Accent 6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RenkliGlgeleme">
    <w:name w:val="Colorful Shading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1">
    <w:name w:val="Colorful Shading Accent 1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2">
    <w:name w:val="Colorful Shading Accent 2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3">
    <w:name w:val="Colorful Shading Accent 3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Glgeleme-Vurgu4">
    <w:name w:val="Colorful Shading Accent 4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5">
    <w:name w:val="Colorful Shading Accent 5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6">
    <w:name w:val="Colorful Shading Accent 6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Liste">
    <w:name w:val="Colorful List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RenkliListe-Vurgu1">
    <w:name w:val="Colorful List Accent 1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RenkliListe-Vurgu2">
    <w:name w:val="Colorful List Accent 2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RenkliListe-Vurgu3">
    <w:name w:val="Colorful List Accent 3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RenkliListe-Vurgu4">
    <w:name w:val="Colorful List Accent 4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RenkliListe-Vurgu5">
    <w:name w:val="Colorful List Accent 5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RenkliListe-Vurgu6">
    <w:name w:val="Colorful List Accent 6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RenkliKlavuz">
    <w:name w:val="Colorful Grid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nkliKlavuz-Vurgu1">
    <w:name w:val="Colorful Grid Accent 1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nkliKlavuz-Vurgu2">
    <w:name w:val="Colorful Grid Accent 2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nkliKlavuz-Vurgu3">
    <w:name w:val="Colorful Grid Accent 3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Klavuz-Vurgu4">
    <w:name w:val="Colorful Grid Accent 4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nkliKlavuz-Vurgu5">
    <w:name w:val="Colorful Grid Accent 5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nkliKlavuz-Vurgu6">
    <w:name w:val="Colorful Grid Accent 6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KlavuzTablo1Ak-Vurgu1">
    <w:name w:val="Grid Table 1 Light Accent 1"/>
    <w:basedOn w:val="NormalTablo"/>
    <w:uiPriority w:val="46"/>
    <w:rsid w:val="0034034A"/>
    <w:pPr>
      <w:spacing w:after="0" w:line="240" w:lineRule="auto"/>
    </w:pPr>
    <w:tblPr>
      <w:tblStyleRowBandSize w:val="1"/>
      <w:tblStyleColBandSize w:val="1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DDDC31D3-75F2-4E09-B246-C768E75B9B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623</Words>
  <Characters>3557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4172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Sivil Savunma Kulübü Yıllık Çalışma Planı 2026-2027</dc:title>
  <dc:subject>yıllık çalışma planı</dc:subject>
  <dc:creator>evrakburada</dc:creator>
  <cp:keywords>sosyal kulüp, yıllık çalışma planı</cp:keywords>
  <dc:description/>
  <cp:lastModifiedBy>HP</cp:lastModifiedBy>
  <cp:revision>2</cp:revision>
  <dcterms:created xsi:type="dcterms:W3CDTF">2013-12-23T23:15:00Z</dcterms:created>
  <dcterms:modified xsi:type="dcterms:W3CDTF">2026-10-14T11:34:00Z</dcterms:modified>
  <cp:category/>
</cp:coreProperties>
</file>