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69118F" w:rsidRPr="0069118F" w:rsidTr="006911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4D0417" w:rsidRPr="0069118F" w:rsidRDefault="00FC4A04">
            <w:pPr>
              <w:spacing w:before="100" w:after="20"/>
              <w:jc w:val="center"/>
              <w:rPr>
                <w:color w:val="000000" w:themeColor="text1"/>
              </w:rPr>
            </w:pPr>
            <w:r w:rsidRPr="0069118F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4D0417" w:rsidRPr="0069118F" w:rsidRDefault="00FC4A04">
            <w:pPr>
              <w:spacing w:after="20"/>
              <w:jc w:val="center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4D0417" w:rsidRPr="0069118F" w:rsidRDefault="00FC4A04">
            <w:pPr>
              <w:spacing w:after="20"/>
              <w:jc w:val="center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30"/>
              </w:rPr>
              <w:t>SİVİL SAVUNMA KULÜBÜ</w:t>
            </w:r>
          </w:p>
          <w:p w:rsidR="004D0417" w:rsidRPr="0069118F" w:rsidRDefault="00FC4A04">
            <w:pPr>
              <w:spacing w:after="100"/>
              <w:jc w:val="center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24"/>
              </w:rPr>
              <w:t>YIL SONU FAALİYET RAPORU</w:t>
            </w:r>
          </w:p>
        </w:tc>
      </w:tr>
    </w:tbl>
    <w:p w:rsidR="004D0417" w:rsidRPr="0069118F" w:rsidRDefault="004D041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69118F" w:rsidRPr="0069118F" w:rsidTr="006911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4D0417" w:rsidRPr="0069118F" w:rsidRDefault="00FC4A04">
            <w:pPr>
              <w:jc w:val="center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6"/>
              </w:rPr>
              <w:t>KULÜP</w:t>
            </w:r>
            <w:r w:rsidRPr="0069118F">
              <w:rPr>
                <w:color w:val="000000" w:themeColor="text1"/>
                <w:sz w:val="16"/>
              </w:rPr>
              <w:br/>
            </w:r>
            <w:r w:rsidRPr="0069118F">
              <w:rPr>
                <w:b w:val="0"/>
                <w:color w:val="000000" w:themeColor="text1"/>
                <w:sz w:val="20"/>
              </w:rPr>
              <w:t>Sivil Savunma Kulübü</w:t>
            </w:r>
          </w:p>
        </w:tc>
        <w:tc>
          <w:tcPr>
            <w:tcW w:w="3251" w:type="dxa"/>
          </w:tcPr>
          <w:p w:rsidR="004D0417" w:rsidRPr="0069118F" w:rsidRDefault="00FC4A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6"/>
              </w:rPr>
              <w:t>DANIŞMAN ÖĞRETMEN</w:t>
            </w:r>
            <w:r w:rsidRPr="0069118F">
              <w:rPr>
                <w:color w:val="000000" w:themeColor="text1"/>
                <w:sz w:val="16"/>
              </w:rPr>
              <w:br/>
            </w:r>
            <w:r w:rsidRPr="0069118F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4D0417" w:rsidRPr="0069118F" w:rsidRDefault="00FC4A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6"/>
              </w:rPr>
              <w:t>EĞİTİM-ÖĞRETİM YILI</w:t>
            </w:r>
            <w:r w:rsidRPr="0069118F">
              <w:rPr>
                <w:color w:val="000000" w:themeColor="text1"/>
                <w:sz w:val="16"/>
              </w:rPr>
              <w:br/>
            </w:r>
            <w:r w:rsidRPr="0069118F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4D0417" w:rsidRPr="0069118F" w:rsidRDefault="004D041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814"/>
        <w:gridCol w:w="7937"/>
      </w:tblGrid>
      <w:tr w:rsidR="0069118F" w:rsidRPr="0069118F" w:rsidTr="006911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4D0417" w:rsidRPr="0069118F" w:rsidRDefault="00FC4A04">
            <w:pPr>
              <w:jc w:val="center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AYLAR</w:t>
            </w:r>
          </w:p>
        </w:tc>
        <w:tc>
          <w:tcPr>
            <w:tcW w:w="7937" w:type="dxa"/>
          </w:tcPr>
          <w:p w:rsidR="004D0417" w:rsidRPr="0069118F" w:rsidRDefault="00FC4A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GERÇEKLEŞTİRİLEN FAALİYETLER</w:t>
            </w:r>
          </w:p>
        </w:tc>
      </w:tr>
      <w:tr w:rsidR="0069118F" w:rsidRPr="0069118F" w:rsidTr="006911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4D0417" w:rsidRPr="0069118F" w:rsidRDefault="00FC4A04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69118F">
              <w:rPr>
                <w:color w:val="000000" w:themeColor="text1"/>
                <w:sz w:val="19"/>
              </w:rPr>
              <w:t>EYLÜL</w:t>
            </w:r>
            <w:proofErr w:type="spellEnd"/>
            <w:r w:rsidRPr="0069118F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69118F">
              <w:rPr>
                <w:color w:val="000000" w:themeColor="text1"/>
                <w:sz w:val="19"/>
              </w:rPr>
              <w:t>EKİM</w:t>
            </w:r>
            <w:proofErr w:type="spellEnd"/>
          </w:p>
        </w:tc>
        <w:tc>
          <w:tcPr>
            <w:tcW w:w="7937" w:type="dxa"/>
          </w:tcPr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 xml:space="preserve">Okulumuzda </w:t>
            </w:r>
            <w:r w:rsidRPr="0069118F">
              <w:rPr>
                <w:color w:val="000000" w:themeColor="text1"/>
                <w:sz w:val="19"/>
              </w:rPr>
              <w:t>kurulan sosyal kulüpler ve görevleri hakkında bilgi verilerek tanıtıldı.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Okulumuzda kurulan sosyal kulüplere öğrenci seçimleri yapıldı.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Sivil Savunma Kulübü dosyası, toplum hizmeti çalışma planı ve yıllık çalışma planı hazırlandı.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Okul genelinde kulübe seç</w:t>
            </w:r>
            <w:r w:rsidRPr="0069118F">
              <w:rPr>
                <w:color w:val="000000" w:themeColor="text1"/>
                <w:sz w:val="19"/>
              </w:rPr>
              <w:t>ilen öğrencilerle toplantı yapılarak tanışma yapıldı.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Okulumuzda kutlanan belirli gün ve haftalarla ilgili çalışmalara iştirak edildi.</w:t>
            </w:r>
          </w:p>
        </w:tc>
      </w:tr>
      <w:tr w:rsidR="0069118F" w:rsidRPr="0069118F" w:rsidTr="006911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4D0417" w:rsidRPr="0069118F" w:rsidRDefault="00FC4A04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69118F">
              <w:rPr>
                <w:color w:val="000000" w:themeColor="text1"/>
                <w:sz w:val="19"/>
              </w:rPr>
              <w:t>KASIM</w:t>
            </w:r>
            <w:proofErr w:type="spellEnd"/>
            <w:r w:rsidRPr="0069118F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69118F">
              <w:rPr>
                <w:color w:val="000000" w:themeColor="text1"/>
                <w:sz w:val="19"/>
              </w:rPr>
              <w:t>ARALIK</w:t>
            </w:r>
            <w:proofErr w:type="spellEnd"/>
          </w:p>
        </w:tc>
        <w:tc>
          <w:tcPr>
            <w:tcW w:w="7937" w:type="dxa"/>
          </w:tcPr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Yurt savunmasında kişilere düşen görev ve sorumluluklar anlatıldı.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Doğal afetlerde ve savaşlarda kişileri</w:t>
            </w:r>
            <w:r w:rsidRPr="0069118F">
              <w:rPr>
                <w:color w:val="000000" w:themeColor="text1"/>
                <w:sz w:val="19"/>
              </w:rPr>
              <w:t>n kendilerini koruyabilmesi anlatıldı.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Sivil Savunma İlçe Müdürlüğü ile iş birliğine gidilerek gazete, dergi, broşür vb. temin edildi.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Günümüz savaşları ve silah teknikler hakkında bilgi verildi.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Savaşta ve barışta dayanışma ve yardımlaşma anlatıldı.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Savaş</w:t>
            </w:r>
            <w:r w:rsidRPr="0069118F">
              <w:rPr>
                <w:color w:val="000000" w:themeColor="text1"/>
                <w:sz w:val="19"/>
              </w:rPr>
              <w:t xml:space="preserve"> zamanında kimyasal silahlara karşı alınabilecek önlemler anlatıldı.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Sığınakların nasıl yapılacağının anlatıldı.</w:t>
            </w:r>
          </w:p>
        </w:tc>
      </w:tr>
      <w:tr w:rsidR="0069118F" w:rsidRPr="0069118F" w:rsidTr="006911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4D0417" w:rsidRPr="0069118F" w:rsidRDefault="00FC4A04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69118F">
              <w:rPr>
                <w:color w:val="000000" w:themeColor="text1"/>
                <w:sz w:val="19"/>
              </w:rPr>
              <w:t>OCAK</w:t>
            </w:r>
            <w:proofErr w:type="spellEnd"/>
            <w:r w:rsidRPr="0069118F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69118F">
              <w:rPr>
                <w:color w:val="000000" w:themeColor="text1"/>
                <w:sz w:val="19"/>
              </w:rPr>
              <w:t>ŞUBAT</w:t>
            </w:r>
            <w:proofErr w:type="spellEnd"/>
          </w:p>
        </w:tc>
        <w:tc>
          <w:tcPr>
            <w:tcW w:w="7937" w:type="dxa"/>
          </w:tcPr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Sivil Savunma Kulübü toplandı.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Öğretmenler Kurulunda alınan kararla ……tarihinde kulüp toplantısı yapıldı.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 xml:space="preserve">Toplum hizmet </w:t>
            </w:r>
            <w:r w:rsidRPr="0069118F">
              <w:rPr>
                <w:color w:val="000000" w:themeColor="text1"/>
                <w:sz w:val="19"/>
              </w:rPr>
              <w:t>çalışmalarının denetiminin yapıldı.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Kanaat dönemi değerlendirildi.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Sivil Savunma günü kutlandı.</w:t>
            </w:r>
          </w:p>
        </w:tc>
      </w:tr>
      <w:tr w:rsidR="0069118F" w:rsidRPr="0069118F" w:rsidTr="006911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4D0417" w:rsidRPr="0069118F" w:rsidRDefault="00FC4A04">
            <w:pPr>
              <w:spacing w:after="20"/>
              <w:jc w:val="center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MART – NİSAN</w:t>
            </w:r>
          </w:p>
        </w:tc>
        <w:tc>
          <w:tcPr>
            <w:tcW w:w="7937" w:type="dxa"/>
          </w:tcPr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İstiklal Marşı’nın Kabulü ile ilgili okul panosu işlendi.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18 Mart Şehitler Günü ile ilgili okul panosu işlendi.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 xml:space="preserve">Deprem ve yangın tatbikatı </w:t>
            </w:r>
            <w:r w:rsidRPr="0069118F">
              <w:rPr>
                <w:color w:val="000000" w:themeColor="text1"/>
                <w:sz w:val="19"/>
              </w:rPr>
              <w:t>yapıldı.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Elektrik çarpmasına karşı alınacak önlemler anlatıldı.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Kazalarda ilk yardımın önemi anlatıldı.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Trafik kazalarında ilk yapılacak işlemler öğretildi.</w:t>
            </w:r>
          </w:p>
        </w:tc>
      </w:tr>
      <w:tr w:rsidR="0069118F" w:rsidRPr="0069118F" w:rsidTr="006911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:rsidR="004D0417" w:rsidRPr="0069118F" w:rsidRDefault="00FC4A04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69118F">
              <w:rPr>
                <w:color w:val="000000" w:themeColor="text1"/>
                <w:sz w:val="19"/>
              </w:rPr>
              <w:t>MAYIS</w:t>
            </w:r>
            <w:proofErr w:type="spellEnd"/>
            <w:r w:rsidRPr="0069118F">
              <w:rPr>
                <w:color w:val="000000" w:themeColor="text1"/>
                <w:sz w:val="19"/>
              </w:rPr>
              <w:t xml:space="preserve"> – </w:t>
            </w:r>
            <w:proofErr w:type="spellStart"/>
            <w:r w:rsidRPr="0069118F">
              <w:rPr>
                <w:color w:val="000000" w:themeColor="text1"/>
                <w:sz w:val="19"/>
              </w:rPr>
              <w:t>HAZİRAN</w:t>
            </w:r>
            <w:proofErr w:type="spellEnd"/>
          </w:p>
        </w:tc>
        <w:tc>
          <w:tcPr>
            <w:tcW w:w="7937" w:type="dxa"/>
          </w:tcPr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Okuldaki geri dönüşüm kutuları tanıtıldı.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Yıllık sosyal kulüp çalışmaları değerlen</w:t>
            </w:r>
            <w:r w:rsidRPr="0069118F">
              <w:rPr>
                <w:color w:val="000000" w:themeColor="text1"/>
                <w:sz w:val="19"/>
              </w:rPr>
              <w:t>dirildi..</w:t>
            </w:r>
          </w:p>
          <w:p w:rsidR="004D0417" w:rsidRPr="0069118F" w:rsidRDefault="00FC4A04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19"/>
              </w:rPr>
              <w:t>Yıllık sosyal kulüp faaliyet raporu hazırlandı.</w:t>
            </w:r>
          </w:p>
        </w:tc>
      </w:tr>
    </w:tbl>
    <w:p w:rsidR="004D0417" w:rsidRPr="0069118F" w:rsidRDefault="004D0417">
      <w:pPr>
        <w:spacing w:after="0"/>
        <w:rPr>
          <w:color w:val="000000" w:themeColor="text1"/>
        </w:rPr>
      </w:pPr>
    </w:p>
    <w:p w:rsidR="004D0417" w:rsidRPr="0069118F" w:rsidRDefault="004D0417">
      <w:pPr>
        <w:spacing w:after="0"/>
        <w:rPr>
          <w:color w:val="000000" w:themeColor="text1"/>
        </w:rPr>
      </w:pPr>
      <w:bookmarkStart w:id="0" w:name="_GoBack"/>
      <w:bookmarkEnd w:id="0"/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4D0417" w:rsidRPr="0069118F">
        <w:trPr>
          <w:cantSplit/>
          <w:jc w:val="center"/>
        </w:trPr>
        <w:tc>
          <w:tcPr>
            <w:tcW w:w="9752" w:type="dxa"/>
          </w:tcPr>
          <w:p w:rsidR="004D0417" w:rsidRPr="0069118F" w:rsidRDefault="00FC4A04">
            <w:pPr>
              <w:jc w:val="center"/>
              <w:rPr>
                <w:color w:val="000000" w:themeColor="text1"/>
              </w:rPr>
            </w:pPr>
            <w:r w:rsidRPr="0069118F">
              <w:rPr>
                <w:color w:val="000000" w:themeColor="text1"/>
                <w:sz w:val="21"/>
              </w:rPr>
              <w:t>……………………………</w:t>
            </w:r>
            <w:r w:rsidRPr="0069118F">
              <w:rPr>
                <w:color w:val="000000" w:themeColor="text1"/>
                <w:sz w:val="21"/>
              </w:rPr>
              <w:br/>
            </w:r>
            <w:r w:rsidRPr="0069118F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4D0417" w:rsidRPr="0069118F" w:rsidRDefault="004D041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69118F" w:rsidRPr="0069118F">
        <w:trPr>
          <w:cantSplit/>
          <w:jc w:val="center"/>
        </w:trPr>
        <w:tc>
          <w:tcPr>
            <w:tcW w:w="9752" w:type="dxa"/>
          </w:tcPr>
          <w:p w:rsidR="004D0417" w:rsidRPr="0069118F" w:rsidRDefault="00FC4A04">
            <w:pPr>
              <w:jc w:val="center"/>
              <w:rPr>
                <w:color w:val="000000" w:themeColor="text1"/>
              </w:rPr>
            </w:pPr>
            <w:r w:rsidRPr="0069118F">
              <w:rPr>
                <w:b/>
                <w:color w:val="000000" w:themeColor="text1"/>
              </w:rPr>
              <w:t>UYGUNDUR</w:t>
            </w:r>
            <w:r w:rsidRPr="0069118F">
              <w:rPr>
                <w:b/>
                <w:color w:val="000000" w:themeColor="text1"/>
              </w:rPr>
              <w:br/>
            </w:r>
            <w:r w:rsidRPr="0069118F">
              <w:rPr>
                <w:color w:val="000000" w:themeColor="text1"/>
                <w:sz w:val="21"/>
              </w:rPr>
              <w:t>…… / …… / 2027</w:t>
            </w:r>
            <w:r w:rsidRPr="0069118F">
              <w:rPr>
                <w:color w:val="000000" w:themeColor="text1"/>
                <w:sz w:val="21"/>
              </w:rPr>
              <w:br/>
            </w:r>
            <w:r w:rsidRPr="0069118F">
              <w:rPr>
                <w:color w:val="000000" w:themeColor="text1"/>
                <w:sz w:val="21"/>
              </w:rPr>
              <w:br/>
              <w:t>……………………………</w:t>
            </w:r>
            <w:r w:rsidRPr="0069118F">
              <w:rPr>
                <w:color w:val="000000" w:themeColor="text1"/>
                <w:sz w:val="21"/>
              </w:rPr>
              <w:br/>
            </w:r>
            <w:r w:rsidRPr="0069118F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FC4A04" w:rsidRPr="0069118F" w:rsidRDefault="00FC4A04">
      <w:pPr>
        <w:rPr>
          <w:color w:val="000000" w:themeColor="text1"/>
        </w:rPr>
      </w:pPr>
    </w:p>
    <w:sectPr w:rsidR="00FC4A04" w:rsidRPr="0069118F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D0417"/>
    <w:rsid w:val="0069118F"/>
    <w:rsid w:val="00AA1D8D"/>
    <w:rsid w:val="00B47730"/>
    <w:rsid w:val="00CB0664"/>
    <w:rsid w:val="00FC4A0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41D07159-6609-48B1-89C0-72C6525E8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Tablo1Ak-Vurgu1">
    <w:name w:val="Grid Table 1 Light Accent 1"/>
    <w:basedOn w:val="NormalTablo"/>
    <w:uiPriority w:val="46"/>
    <w:rsid w:val="0069118F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C4FD133-2749-4378-A4D1-08ED446D3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Sivil Savunma Kulübü Yıl Sonu Faaliyet Raporu 2026-2027</dc:title>
  <dc:subject>yıl sonu faaliyet raporu</dc:subject>
  <dc:creator>evrakburada</dc:creator>
  <cp:keywords>sosyal kulüp, yıl sonu faaliyet raporu</cp:keywords>
  <dc:description/>
  <cp:lastModifiedBy>HP</cp:lastModifiedBy>
  <cp:revision>2</cp:revision>
  <dcterms:created xsi:type="dcterms:W3CDTF">2013-12-23T23:15:00Z</dcterms:created>
  <dcterms:modified xsi:type="dcterms:W3CDTF">2026-10-14T11:43:00Z</dcterms:modified>
  <cp:category/>
</cp:coreProperties>
</file>