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KlavuzTablo1Ak-Vurgu1"/>
        <w:tblW w:w="0" w:type="auto"/>
        <w:tblLook w:val="04A0" w:firstRow="1" w:lastRow="0" w:firstColumn="1" w:lastColumn="0" w:noHBand="0" w:noVBand="1"/>
      </w:tblPr>
      <w:tblGrid>
        <w:gridCol w:w="9752"/>
      </w:tblGrid>
      <w:tr w:rsidR="001331E2" w:rsidRPr="001331E2" w:rsidTr="001331E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52" w:type="dxa"/>
          </w:tcPr>
          <w:p w:rsidR="009E693E" w:rsidRPr="001331E2" w:rsidRDefault="009D4B43">
            <w:pPr>
              <w:spacing w:before="100" w:after="20"/>
              <w:jc w:val="center"/>
              <w:rPr>
                <w:color w:val="000000" w:themeColor="text1"/>
              </w:rPr>
            </w:pPr>
            <w:r w:rsidRPr="001331E2">
              <w:rPr>
                <w:b w:val="0"/>
                <w:color w:val="000000" w:themeColor="text1"/>
                <w:sz w:val="21"/>
              </w:rPr>
              <w:t>2026-2027 EĞİTİM-ÖĞRETİM YILI</w:t>
            </w:r>
          </w:p>
          <w:p w:rsidR="009E693E" w:rsidRPr="001331E2" w:rsidRDefault="009D4B43">
            <w:pPr>
              <w:spacing w:after="20"/>
              <w:jc w:val="center"/>
              <w:rPr>
                <w:color w:val="000000" w:themeColor="text1"/>
              </w:rPr>
            </w:pPr>
            <w:r w:rsidRPr="001331E2">
              <w:rPr>
                <w:color w:val="000000" w:themeColor="text1"/>
                <w:sz w:val="26"/>
              </w:rPr>
              <w:t>……………………………………… OKULU</w:t>
            </w:r>
          </w:p>
          <w:p w:rsidR="009E693E" w:rsidRPr="001331E2" w:rsidRDefault="009D4B43">
            <w:pPr>
              <w:spacing w:after="20"/>
              <w:jc w:val="center"/>
              <w:rPr>
                <w:color w:val="000000" w:themeColor="text1"/>
              </w:rPr>
            </w:pPr>
            <w:r w:rsidRPr="001331E2">
              <w:rPr>
                <w:color w:val="000000" w:themeColor="text1"/>
                <w:sz w:val="30"/>
              </w:rPr>
              <w:t>SİVİL SAVUNMA KULÜBÜ</w:t>
            </w:r>
          </w:p>
          <w:p w:rsidR="009E693E" w:rsidRPr="001331E2" w:rsidRDefault="009D4B43">
            <w:pPr>
              <w:spacing w:after="100"/>
              <w:jc w:val="center"/>
              <w:rPr>
                <w:color w:val="000000" w:themeColor="text1"/>
              </w:rPr>
            </w:pPr>
            <w:r w:rsidRPr="001331E2">
              <w:rPr>
                <w:color w:val="000000" w:themeColor="text1"/>
                <w:sz w:val="24"/>
              </w:rPr>
              <w:t>TOPLUM HİZMETİ ÇALIŞMA PLANI</w:t>
            </w:r>
          </w:p>
        </w:tc>
      </w:tr>
    </w:tbl>
    <w:p w:rsidR="009E693E" w:rsidRPr="001331E2" w:rsidRDefault="009E693E">
      <w:pPr>
        <w:spacing w:after="0"/>
        <w:rPr>
          <w:color w:val="000000" w:themeColor="text1"/>
        </w:rPr>
      </w:pPr>
    </w:p>
    <w:tbl>
      <w:tblPr>
        <w:tblStyle w:val="KlavuzTablo1Ak-Vurgu1"/>
        <w:tblW w:w="0" w:type="auto"/>
        <w:tblLook w:val="04A0" w:firstRow="1" w:lastRow="0" w:firstColumn="1" w:lastColumn="0" w:noHBand="0" w:noVBand="1"/>
      </w:tblPr>
      <w:tblGrid>
        <w:gridCol w:w="3251"/>
        <w:gridCol w:w="3251"/>
        <w:gridCol w:w="3251"/>
      </w:tblGrid>
      <w:tr w:rsidR="001331E2" w:rsidRPr="001331E2" w:rsidTr="001331E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51" w:type="dxa"/>
          </w:tcPr>
          <w:p w:rsidR="009E693E" w:rsidRPr="001331E2" w:rsidRDefault="009D4B43">
            <w:pPr>
              <w:jc w:val="center"/>
              <w:rPr>
                <w:color w:val="000000" w:themeColor="text1"/>
              </w:rPr>
            </w:pPr>
            <w:r w:rsidRPr="001331E2">
              <w:rPr>
                <w:color w:val="000000" w:themeColor="text1"/>
                <w:sz w:val="16"/>
              </w:rPr>
              <w:t>KULÜP</w:t>
            </w:r>
            <w:r w:rsidRPr="001331E2">
              <w:rPr>
                <w:color w:val="000000" w:themeColor="text1"/>
                <w:sz w:val="16"/>
              </w:rPr>
              <w:br/>
            </w:r>
            <w:r w:rsidRPr="001331E2">
              <w:rPr>
                <w:b w:val="0"/>
                <w:color w:val="000000" w:themeColor="text1"/>
                <w:sz w:val="20"/>
              </w:rPr>
              <w:t>Sivil Savunma Kulübü</w:t>
            </w:r>
          </w:p>
        </w:tc>
        <w:tc>
          <w:tcPr>
            <w:tcW w:w="3251" w:type="dxa"/>
          </w:tcPr>
          <w:p w:rsidR="009E693E" w:rsidRPr="001331E2" w:rsidRDefault="009D4B4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1331E2">
              <w:rPr>
                <w:color w:val="000000" w:themeColor="text1"/>
                <w:sz w:val="16"/>
              </w:rPr>
              <w:t>DANIŞMAN ÖĞRETMEN</w:t>
            </w:r>
            <w:r w:rsidRPr="001331E2">
              <w:rPr>
                <w:color w:val="000000" w:themeColor="text1"/>
                <w:sz w:val="16"/>
              </w:rPr>
              <w:br/>
            </w:r>
            <w:r w:rsidRPr="001331E2">
              <w:rPr>
                <w:b w:val="0"/>
                <w:color w:val="000000" w:themeColor="text1"/>
                <w:sz w:val="20"/>
              </w:rPr>
              <w:t>……………………………</w:t>
            </w:r>
          </w:p>
        </w:tc>
        <w:tc>
          <w:tcPr>
            <w:tcW w:w="3251" w:type="dxa"/>
          </w:tcPr>
          <w:p w:rsidR="009E693E" w:rsidRPr="001331E2" w:rsidRDefault="009D4B4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1331E2">
              <w:rPr>
                <w:color w:val="000000" w:themeColor="text1"/>
                <w:sz w:val="16"/>
              </w:rPr>
              <w:t>EĞİTİM-ÖĞRETİM YILI</w:t>
            </w:r>
            <w:r w:rsidRPr="001331E2">
              <w:rPr>
                <w:color w:val="000000" w:themeColor="text1"/>
                <w:sz w:val="16"/>
              </w:rPr>
              <w:br/>
            </w:r>
            <w:r w:rsidRPr="001331E2">
              <w:rPr>
                <w:b w:val="0"/>
                <w:color w:val="000000" w:themeColor="text1"/>
                <w:sz w:val="20"/>
              </w:rPr>
              <w:t>2026-2027</w:t>
            </w:r>
          </w:p>
        </w:tc>
      </w:tr>
    </w:tbl>
    <w:p w:rsidR="009E693E" w:rsidRPr="001331E2" w:rsidRDefault="009E693E">
      <w:pPr>
        <w:spacing w:after="0"/>
        <w:rPr>
          <w:color w:val="000000" w:themeColor="text1"/>
        </w:rPr>
      </w:pPr>
    </w:p>
    <w:tbl>
      <w:tblPr>
        <w:tblStyle w:val="KlavuzTablo1Ak-Vurgu1"/>
        <w:tblW w:w="0" w:type="auto"/>
        <w:tblLook w:val="04A0" w:firstRow="1" w:lastRow="0" w:firstColumn="1" w:lastColumn="0" w:noHBand="0" w:noVBand="1"/>
      </w:tblPr>
      <w:tblGrid>
        <w:gridCol w:w="1077"/>
        <w:gridCol w:w="629"/>
        <w:gridCol w:w="2273"/>
        <w:gridCol w:w="3061"/>
        <w:gridCol w:w="1519"/>
        <w:gridCol w:w="1349"/>
      </w:tblGrid>
      <w:tr w:rsidR="001331E2" w:rsidRPr="001331E2" w:rsidTr="001331E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7" w:type="dxa"/>
          </w:tcPr>
          <w:p w:rsidR="009E693E" w:rsidRPr="001331E2" w:rsidRDefault="009D4B43">
            <w:pPr>
              <w:jc w:val="center"/>
              <w:rPr>
                <w:color w:val="000000" w:themeColor="text1"/>
              </w:rPr>
            </w:pPr>
            <w:r w:rsidRPr="001331E2">
              <w:rPr>
                <w:color w:val="000000" w:themeColor="text1"/>
                <w:sz w:val="17"/>
              </w:rPr>
              <w:t>AY</w:t>
            </w:r>
          </w:p>
        </w:tc>
        <w:tc>
          <w:tcPr>
            <w:tcW w:w="471" w:type="dxa"/>
          </w:tcPr>
          <w:p w:rsidR="009E693E" w:rsidRPr="001331E2" w:rsidRDefault="009D4B4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1331E2">
              <w:rPr>
                <w:color w:val="000000" w:themeColor="text1"/>
                <w:sz w:val="17"/>
              </w:rPr>
              <w:t>SÜRE</w:t>
            </w:r>
          </w:p>
        </w:tc>
        <w:tc>
          <w:tcPr>
            <w:tcW w:w="2273" w:type="dxa"/>
          </w:tcPr>
          <w:p w:rsidR="009E693E" w:rsidRPr="001331E2" w:rsidRDefault="009D4B4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1331E2">
              <w:rPr>
                <w:color w:val="000000" w:themeColor="text1"/>
                <w:sz w:val="17"/>
              </w:rPr>
              <w:t>AMAÇ</w:t>
            </w:r>
          </w:p>
        </w:tc>
        <w:tc>
          <w:tcPr>
            <w:tcW w:w="3061" w:type="dxa"/>
          </w:tcPr>
          <w:p w:rsidR="009E693E" w:rsidRPr="001331E2" w:rsidRDefault="009D4B4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1331E2">
              <w:rPr>
                <w:color w:val="000000" w:themeColor="text1"/>
                <w:sz w:val="17"/>
              </w:rPr>
              <w:t>YAPILACAK ETKİNLİKLER</w:t>
            </w:r>
          </w:p>
        </w:tc>
        <w:tc>
          <w:tcPr>
            <w:tcW w:w="1519" w:type="dxa"/>
          </w:tcPr>
          <w:p w:rsidR="009E693E" w:rsidRPr="001331E2" w:rsidRDefault="009D4B4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1331E2">
              <w:rPr>
                <w:color w:val="000000" w:themeColor="text1"/>
                <w:sz w:val="17"/>
              </w:rPr>
              <w:t>KATILANLAR</w:t>
            </w:r>
          </w:p>
        </w:tc>
        <w:tc>
          <w:tcPr>
            <w:tcW w:w="1349" w:type="dxa"/>
          </w:tcPr>
          <w:p w:rsidR="009E693E" w:rsidRPr="001331E2" w:rsidRDefault="009D4B4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1331E2">
              <w:rPr>
                <w:color w:val="000000" w:themeColor="text1"/>
                <w:sz w:val="17"/>
              </w:rPr>
              <w:t xml:space="preserve">BELİRLİ GÜN VE </w:t>
            </w:r>
            <w:r w:rsidRPr="001331E2">
              <w:rPr>
                <w:color w:val="000000" w:themeColor="text1"/>
                <w:sz w:val="17"/>
              </w:rPr>
              <w:t>HAFTALAR</w:t>
            </w:r>
          </w:p>
        </w:tc>
      </w:tr>
      <w:tr w:rsidR="001331E2" w:rsidRPr="001331E2" w:rsidTr="001331E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7" w:type="dxa"/>
          </w:tcPr>
          <w:p w:rsidR="009E693E" w:rsidRPr="001331E2" w:rsidRDefault="009D4B43">
            <w:pPr>
              <w:spacing w:after="20"/>
              <w:jc w:val="center"/>
              <w:rPr>
                <w:color w:val="000000" w:themeColor="text1"/>
              </w:rPr>
            </w:pPr>
            <w:proofErr w:type="spellStart"/>
            <w:r w:rsidRPr="001331E2">
              <w:rPr>
                <w:color w:val="000000" w:themeColor="text1"/>
                <w:sz w:val="17"/>
              </w:rPr>
              <w:t>EKİM</w:t>
            </w:r>
            <w:proofErr w:type="spellEnd"/>
          </w:p>
        </w:tc>
        <w:tc>
          <w:tcPr>
            <w:tcW w:w="471" w:type="dxa"/>
          </w:tcPr>
          <w:p w:rsidR="009E693E" w:rsidRPr="001331E2" w:rsidRDefault="009D4B43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1331E2">
              <w:rPr>
                <w:color w:val="000000" w:themeColor="text1"/>
                <w:sz w:val="17"/>
              </w:rPr>
              <w:t>1 SAAT</w:t>
            </w:r>
          </w:p>
        </w:tc>
        <w:tc>
          <w:tcPr>
            <w:tcW w:w="2273" w:type="dxa"/>
          </w:tcPr>
          <w:p w:rsidR="009E693E" w:rsidRPr="001331E2" w:rsidRDefault="009D4B43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1331E2">
              <w:rPr>
                <w:color w:val="000000" w:themeColor="text1"/>
                <w:sz w:val="17"/>
              </w:rPr>
              <w:t>Yardımlaşma ve dayanışmanın önemini kavrayabilme</w:t>
            </w:r>
          </w:p>
        </w:tc>
        <w:tc>
          <w:tcPr>
            <w:tcW w:w="3061" w:type="dxa"/>
          </w:tcPr>
          <w:p w:rsidR="009E693E" w:rsidRPr="001331E2" w:rsidRDefault="009D4B43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1331E2">
              <w:rPr>
                <w:color w:val="000000" w:themeColor="text1"/>
                <w:sz w:val="17"/>
              </w:rPr>
              <w:t>Doğal afetlerde zarar gören vatandaşlarımıza yardım kampanyası</w:t>
            </w:r>
          </w:p>
        </w:tc>
        <w:tc>
          <w:tcPr>
            <w:tcW w:w="1519" w:type="dxa"/>
          </w:tcPr>
          <w:p w:rsidR="009E693E" w:rsidRPr="001331E2" w:rsidRDefault="009D4B43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1331E2">
              <w:rPr>
                <w:color w:val="000000" w:themeColor="text1"/>
                <w:sz w:val="17"/>
              </w:rPr>
              <w:t>Sivil savunma kulübü öğrencileri</w:t>
            </w:r>
          </w:p>
        </w:tc>
        <w:tc>
          <w:tcPr>
            <w:tcW w:w="1349" w:type="dxa"/>
          </w:tcPr>
          <w:p w:rsidR="009E693E" w:rsidRPr="001331E2" w:rsidRDefault="009E69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1331E2" w:rsidRPr="001331E2" w:rsidTr="001331E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7" w:type="dxa"/>
          </w:tcPr>
          <w:p w:rsidR="009E693E" w:rsidRPr="001331E2" w:rsidRDefault="009D4B43">
            <w:pPr>
              <w:spacing w:after="20"/>
              <w:jc w:val="center"/>
              <w:rPr>
                <w:color w:val="000000" w:themeColor="text1"/>
              </w:rPr>
            </w:pPr>
            <w:proofErr w:type="spellStart"/>
            <w:r w:rsidRPr="001331E2">
              <w:rPr>
                <w:color w:val="000000" w:themeColor="text1"/>
                <w:sz w:val="17"/>
              </w:rPr>
              <w:t>KASIM</w:t>
            </w:r>
            <w:proofErr w:type="spellEnd"/>
          </w:p>
        </w:tc>
        <w:tc>
          <w:tcPr>
            <w:tcW w:w="471" w:type="dxa"/>
          </w:tcPr>
          <w:p w:rsidR="009E693E" w:rsidRPr="001331E2" w:rsidRDefault="009D4B43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1331E2">
              <w:rPr>
                <w:color w:val="000000" w:themeColor="text1"/>
                <w:sz w:val="17"/>
              </w:rPr>
              <w:t>1 SAAT</w:t>
            </w:r>
          </w:p>
        </w:tc>
        <w:tc>
          <w:tcPr>
            <w:tcW w:w="2273" w:type="dxa"/>
          </w:tcPr>
          <w:p w:rsidR="009E693E" w:rsidRPr="001331E2" w:rsidRDefault="009D4B43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1331E2">
              <w:rPr>
                <w:color w:val="000000" w:themeColor="text1"/>
                <w:sz w:val="17"/>
              </w:rPr>
              <w:t>Yardımlaşma ve dayanışmanın önemini kavrayabilme</w:t>
            </w:r>
          </w:p>
        </w:tc>
        <w:tc>
          <w:tcPr>
            <w:tcW w:w="3061" w:type="dxa"/>
          </w:tcPr>
          <w:p w:rsidR="009E693E" w:rsidRPr="001331E2" w:rsidRDefault="009D4B43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1331E2">
              <w:rPr>
                <w:color w:val="000000" w:themeColor="text1"/>
                <w:sz w:val="17"/>
              </w:rPr>
              <w:t xml:space="preserve">Doğal afetlerde zarar </w:t>
            </w:r>
            <w:r w:rsidRPr="001331E2">
              <w:rPr>
                <w:color w:val="000000" w:themeColor="text1"/>
                <w:sz w:val="17"/>
              </w:rPr>
              <w:t>gören vatandaşlarımıza yardım kampanyası</w:t>
            </w:r>
          </w:p>
        </w:tc>
        <w:tc>
          <w:tcPr>
            <w:tcW w:w="1519" w:type="dxa"/>
          </w:tcPr>
          <w:p w:rsidR="009E693E" w:rsidRPr="001331E2" w:rsidRDefault="009D4B43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1331E2">
              <w:rPr>
                <w:color w:val="000000" w:themeColor="text1"/>
                <w:sz w:val="17"/>
              </w:rPr>
              <w:t>Sivil savunma kulübü öğrencileri</w:t>
            </w:r>
          </w:p>
        </w:tc>
        <w:tc>
          <w:tcPr>
            <w:tcW w:w="1349" w:type="dxa"/>
          </w:tcPr>
          <w:p w:rsidR="009E693E" w:rsidRPr="001331E2" w:rsidRDefault="009D4B43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1331E2">
              <w:rPr>
                <w:color w:val="000000" w:themeColor="text1"/>
                <w:sz w:val="17"/>
              </w:rPr>
              <w:t>12 Kasım Afet Hazırlık Günü</w:t>
            </w:r>
          </w:p>
        </w:tc>
      </w:tr>
      <w:tr w:rsidR="001331E2" w:rsidRPr="001331E2" w:rsidTr="001331E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7" w:type="dxa"/>
          </w:tcPr>
          <w:p w:rsidR="009E693E" w:rsidRPr="001331E2" w:rsidRDefault="009D4B43">
            <w:pPr>
              <w:spacing w:after="20"/>
              <w:jc w:val="center"/>
              <w:rPr>
                <w:color w:val="000000" w:themeColor="text1"/>
              </w:rPr>
            </w:pPr>
            <w:proofErr w:type="spellStart"/>
            <w:r w:rsidRPr="001331E2">
              <w:rPr>
                <w:color w:val="000000" w:themeColor="text1"/>
                <w:sz w:val="17"/>
              </w:rPr>
              <w:t>ARALIK</w:t>
            </w:r>
            <w:proofErr w:type="spellEnd"/>
          </w:p>
        </w:tc>
        <w:tc>
          <w:tcPr>
            <w:tcW w:w="471" w:type="dxa"/>
          </w:tcPr>
          <w:p w:rsidR="009E693E" w:rsidRPr="001331E2" w:rsidRDefault="009D4B43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1331E2">
              <w:rPr>
                <w:color w:val="000000" w:themeColor="text1"/>
                <w:sz w:val="17"/>
              </w:rPr>
              <w:t>1 SAAT</w:t>
            </w:r>
          </w:p>
        </w:tc>
        <w:tc>
          <w:tcPr>
            <w:tcW w:w="2273" w:type="dxa"/>
          </w:tcPr>
          <w:p w:rsidR="009E693E" w:rsidRPr="001331E2" w:rsidRDefault="009D4B43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1331E2">
              <w:rPr>
                <w:color w:val="000000" w:themeColor="text1"/>
                <w:sz w:val="17"/>
              </w:rPr>
              <w:t>Savaşın olumsuzluklarını anlayabilme</w:t>
            </w:r>
          </w:p>
        </w:tc>
        <w:tc>
          <w:tcPr>
            <w:tcW w:w="3061" w:type="dxa"/>
          </w:tcPr>
          <w:p w:rsidR="009E693E" w:rsidRPr="001331E2" w:rsidRDefault="009D4B43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1331E2">
              <w:rPr>
                <w:color w:val="000000" w:themeColor="text1"/>
                <w:sz w:val="17"/>
              </w:rPr>
              <w:t xml:space="preserve">‘Savaş ve Çocuk ’konulu görselleri araştırıp temin ederek öğrencilerin ve halkın görebileceği yerde </w:t>
            </w:r>
            <w:r w:rsidRPr="001331E2">
              <w:rPr>
                <w:color w:val="000000" w:themeColor="text1"/>
                <w:sz w:val="17"/>
              </w:rPr>
              <w:t>sergileme</w:t>
            </w:r>
          </w:p>
        </w:tc>
        <w:tc>
          <w:tcPr>
            <w:tcW w:w="1519" w:type="dxa"/>
          </w:tcPr>
          <w:p w:rsidR="009E693E" w:rsidRPr="001331E2" w:rsidRDefault="009D4B43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1331E2">
              <w:rPr>
                <w:color w:val="000000" w:themeColor="text1"/>
                <w:sz w:val="17"/>
              </w:rPr>
              <w:t>Sivil savunma kulübü öğrencileri</w:t>
            </w:r>
          </w:p>
        </w:tc>
        <w:tc>
          <w:tcPr>
            <w:tcW w:w="1349" w:type="dxa"/>
          </w:tcPr>
          <w:p w:rsidR="009E693E" w:rsidRPr="001331E2" w:rsidRDefault="009E69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1331E2" w:rsidRPr="001331E2" w:rsidTr="001331E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7" w:type="dxa"/>
          </w:tcPr>
          <w:p w:rsidR="009E693E" w:rsidRPr="001331E2" w:rsidRDefault="009D4B43">
            <w:pPr>
              <w:spacing w:after="20"/>
              <w:jc w:val="center"/>
              <w:rPr>
                <w:color w:val="000000" w:themeColor="text1"/>
              </w:rPr>
            </w:pPr>
            <w:proofErr w:type="spellStart"/>
            <w:r w:rsidRPr="001331E2">
              <w:rPr>
                <w:color w:val="000000" w:themeColor="text1"/>
                <w:sz w:val="17"/>
              </w:rPr>
              <w:t>OCAK</w:t>
            </w:r>
            <w:proofErr w:type="spellEnd"/>
          </w:p>
        </w:tc>
        <w:tc>
          <w:tcPr>
            <w:tcW w:w="471" w:type="dxa"/>
          </w:tcPr>
          <w:p w:rsidR="009E693E" w:rsidRPr="001331E2" w:rsidRDefault="009D4B43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1331E2">
              <w:rPr>
                <w:color w:val="000000" w:themeColor="text1"/>
                <w:sz w:val="17"/>
              </w:rPr>
              <w:t>1 SAAT</w:t>
            </w:r>
          </w:p>
        </w:tc>
        <w:tc>
          <w:tcPr>
            <w:tcW w:w="2273" w:type="dxa"/>
          </w:tcPr>
          <w:p w:rsidR="009E693E" w:rsidRPr="001331E2" w:rsidRDefault="009D4B43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1331E2">
              <w:rPr>
                <w:color w:val="000000" w:themeColor="text1"/>
                <w:sz w:val="17"/>
              </w:rPr>
              <w:t>Depremin yaratabileceği kötü sonuçların farkında olabilme</w:t>
            </w:r>
          </w:p>
        </w:tc>
        <w:tc>
          <w:tcPr>
            <w:tcW w:w="3061" w:type="dxa"/>
          </w:tcPr>
          <w:p w:rsidR="009E693E" w:rsidRPr="001331E2" w:rsidRDefault="009D4B43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1331E2">
              <w:rPr>
                <w:color w:val="000000" w:themeColor="text1"/>
                <w:sz w:val="17"/>
              </w:rPr>
              <w:t>Deprem ve korunma yolları ile ilgili dokümanları temin ederek öğrencilerin ve halkın görebileceği yerde sergileme</w:t>
            </w:r>
          </w:p>
        </w:tc>
        <w:tc>
          <w:tcPr>
            <w:tcW w:w="1519" w:type="dxa"/>
          </w:tcPr>
          <w:p w:rsidR="009E693E" w:rsidRPr="001331E2" w:rsidRDefault="009D4B43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1331E2">
              <w:rPr>
                <w:color w:val="000000" w:themeColor="text1"/>
                <w:sz w:val="17"/>
              </w:rPr>
              <w:t xml:space="preserve">Sivil savunma kulübü </w:t>
            </w:r>
            <w:r w:rsidRPr="001331E2">
              <w:rPr>
                <w:color w:val="000000" w:themeColor="text1"/>
                <w:sz w:val="17"/>
              </w:rPr>
              <w:t>öğrencileri</w:t>
            </w:r>
          </w:p>
        </w:tc>
        <w:tc>
          <w:tcPr>
            <w:tcW w:w="1349" w:type="dxa"/>
          </w:tcPr>
          <w:p w:rsidR="009E693E" w:rsidRPr="001331E2" w:rsidRDefault="009E69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1331E2" w:rsidRPr="001331E2" w:rsidTr="001331E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7" w:type="dxa"/>
          </w:tcPr>
          <w:p w:rsidR="009E693E" w:rsidRPr="001331E2" w:rsidRDefault="009D4B43">
            <w:pPr>
              <w:spacing w:after="20"/>
              <w:jc w:val="center"/>
              <w:rPr>
                <w:color w:val="000000" w:themeColor="text1"/>
              </w:rPr>
            </w:pPr>
            <w:proofErr w:type="spellStart"/>
            <w:r w:rsidRPr="001331E2">
              <w:rPr>
                <w:color w:val="000000" w:themeColor="text1"/>
                <w:sz w:val="17"/>
              </w:rPr>
              <w:t>ŞUBAT</w:t>
            </w:r>
            <w:proofErr w:type="spellEnd"/>
          </w:p>
        </w:tc>
        <w:tc>
          <w:tcPr>
            <w:tcW w:w="471" w:type="dxa"/>
          </w:tcPr>
          <w:p w:rsidR="009E693E" w:rsidRPr="001331E2" w:rsidRDefault="009D4B43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1331E2">
              <w:rPr>
                <w:color w:val="000000" w:themeColor="text1"/>
                <w:sz w:val="17"/>
              </w:rPr>
              <w:t>1 SAAT</w:t>
            </w:r>
          </w:p>
        </w:tc>
        <w:tc>
          <w:tcPr>
            <w:tcW w:w="2273" w:type="dxa"/>
          </w:tcPr>
          <w:p w:rsidR="009E693E" w:rsidRPr="001331E2" w:rsidRDefault="009D4B43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1331E2">
              <w:rPr>
                <w:color w:val="000000" w:themeColor="text1"/>
                <w:sz w:val="17"/>
              </w:rPr>
              <w:t>Depremin yaratabileceği kötü sonuçların farkında olabilme</w:t>
            </w:r>
          </w:p>
        </w:tc>
        <w:tc>
          <w:tcPr>
            <w:tcW w:w="3061" w:type="dxa"/>
          </w:tcPr>
          <w:p w:rsidR="009E693E" w:rsidRPr="001331E2" w:rsidRDefault="009D4B43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1331E2">
              <w:rPr>
                <w:color w:val="000000" w:themeColor="text1"/>
                <w:sz w:val="17"/>
              </w:rPr>
              <w:t>Deprem ve korunma yolları ile ilgili dokümanları temin ederek öğrencilerin ve halkın görebileceği yerde sergileme</w:t>
            </w:r>
          </w:p>
        </w:tc>
        <w:tc>
          <w:tcPr>
            <w:tcW w:w="1519" w:type="dxa"/>
          </w:tcPr>
          <w:p w:rsidR="009E693E" w:rsidRPr="001331E2" w:rsidRDefault="009D4B43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1331E2">
              <w:rPr>
                <w:color w:val="000000" w:themeColor="text1"/>
                <w:sz w:val="17"/>
              </w:rPr>
              <w:t>Sivil savunma kulübü öğrencileri</w:t>
            </w:r>
          </w:p>
        </w:tc>
        <w:tc>
          <w:tcPr>
            <w:tcW w:w="1349" w:type="dxa"/>
          </w:tcPr>
          <w:p w:rsidR="009E693E" w:rsidRPr="001331E2" w:rsidRDefault="009D4B43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1331E2">
              <w:rPr>
                <w:color w:val="000000" w:themeColor="text1"/>
                <w:sz w:val="17"/>
              </w:rPr>
              <w:t xml:space="preserve">28 Şubat Sivil Savunma </w:t>
            </w:r>
            <w:r w:rsidRPr="001331E2">
              <w:rPr>
                <w:color w:val="000000" w:themeColor="text1"/>
                <w:sz w:val="17"/>
              </w:rPr>
              <w:t>Günü</w:t>
            </w:r>
          </w:p>
        </w:tc>
      </w:tr>
      <w:tr w:rsidR="001331E2" w:rsidRPr="001331E2" w:rsidTr="001331E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7" w:type="dxa"/>
          </w:tcPr>
          <w:p w:rsidR="009E693E" w:rsidRPr="001331E2" w:rsidRDefault="009D4B43">
            <w:pPr>
              <w:spacing w:after="20"/>
              <w:jc w:val="center"/>
              <w:rPr>
                <w:color w:val="000000" w:themeColor="text1"/>
              </w:rPr>
            </w:pPr>
            <w:r w:rsidRPr="001331E2">
              <w:rPr>
                <w:color w:val="000000" w:themeColor="text1"/>
                <w:sz w:val="17"/>
              </w:rPr>
              <w:t>MART</w:t>
            </w:r>
          </w:p>
        </w:tc>
        <w:tc>
          <w:tcPr>
            <w:tcW w:w="471" w:type="dxa"/>
          </w:tcPr>
          <w:p w:rsidR="009E693E" w:rsidRPr="001331E2" w:rsidRDefault="009D4B43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1331E2">
              <w:rPr>
                <w:color w:val="000000" w:themeColor="text1"/>
                <w:sz w:val="17"/>
              </w:rPr>
              <w:t>1 SAAT</w:t>
            </w:r>
          </w:p>
        </w:tc>
        <w:tc>
          <w:tcPr>
            <w:tcW w:w="2273" w:type="dxa"/>
          </w:tcPr>
          <w:p w:rsidR="009E693E" w:rsidRPr="001331E2" w:rsidRDefault="009D4B43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1331E2">
              <w:rPr>
                <w:color w:val="000000" w:themeColor="text1"/>
                <w:sz w:val="17"/>
              </w:rPr>
              <w:t>Ağaç sevgisine sahi</w:t>
            </w:r>
            <w:bookmarkStart w:id="0" w:name="_GoBack"/>
            <w:bookmarkEnd w:id="0"/>
            <w:r w:rsidRPr="001331E2">
              <w:rPr>
                <w:color w:val="000000" w:themeColor="text1"/>
                <w:sz w:val="17"/>
              </w:rPr>
              <w:t>p olabilme</w:t>
            </w:r>
          </w:p>
        </w:tc>
        <w:tc>
          <w:tcPr>
            <w:tcW w:w="3061" w:type="dxa"/>
          </w:tcPr>
          <w:p w:rsidR="009E693E" w:rsidRPr="001331E2" w:rsidRDefault="009D4B43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1331E2">
              <w:rPr>
                <w:color w:val="000000" w:themeColor="text1"/>
                <w:sz w:val="17"/>
              </w:rPr>
              <w:t>Çevresinde ağaç dikme(Ev bahçesinde,izin verirse komşu bahçesinde)</w:t>
            </w:r>
          </w:p>
        </w:tc>
        <w:tc>
          <w:tcPr>
            <w:tcW w:w="1519" w:type="dxa"/>
          </w:tcPr>
          <w:p w:rsidR="009E693E" w:rsidRPr="001331E2" w:rsidRDefault="009D4B43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1331E2">
              <w:rPr>
                <w:color w:val="000000" w:themeColor="text1"/>
                <w:sz w:val="17"/>
              </w:rPr>
              <w:t>Sivil savunma kulübü öğrencileri</w:t>
            </w:r>
          </w:p>
        </w:tc>
        <w:tc>
          <w:tcPr>
            <w:tcW w:w="1349" w:type="dxa"/>
          </w:tcPr>
          <w:p w:rsidR="009E693E" w:rsidRPr="001331E2" w:rsidRDefault="009E69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1331E2" w:rsidRPr="001331E2" w:rsidTr="001331E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7" w:type="dxa"/>
          </w:tcPr>
          <w:p w:rsidR="009E693E" w:rsidRPr="001331E2" w:rsidRDefault="009D4B43">
            <w:pPr>
              <w:spacing w:after="20"/>
              <w:jc w:val="center"/>
              <w:rPr>
                <w:color w:val="000000" w:themeColor="text1"/>
              </w:rPr>
            </w:pPr>
            <w:r w:rsidRPr="001331E2">
              <w:rPr>
                <w:color w:val="000000" w:themeColor="text1"/>
                <w:sz w:val="17"/>
              </w:rPr>
              <w:t>NİSAN</w:t>
            </w:r>
          </w:p>
        </w:tc>
        <w:tc>
          <w:tcPr>
            <w:tcW w:w="471" w:type="dxa"/>
          </w:tcPr>
          <w:p w:rsidR="009E693E" w:rsidRPr="001331E2" w:rsidRDefault="009D4B43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1331E2">
              <w:rPr>
                <w:color w:val="000000" w:themeColor="text1"/>
                <w:sz w:val="17"/>
              </w:rPr>
              <w:t>1 SAAT</w:t>
            </w:r>
          </w:p>
        </w:tc>
        <w:tc>
          <w:tcPr>
            <w:tcW w:w="2273" w:type="dxa"/>
          </w:tcPr>
          <w:p w:rsidR="009E693E" w:rsidRPr="001331E2" w:rsidRDefault="009D4B43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1331E2">
              <w:rPr>
                <w:color w:val="000000" w:themeColor="text1"/>
                <w:sz w:val="17"/>
              </w:rPr>
              <w:t>Doğal afetleri açıklayabilme ve anlatabilme</w:t>
            </w:r>
          </w:p>
        </w:tc>
        <w:tc>
          <w:tcPr>
            <w:tcW w:w="3061" w:type="dxa"/>
          </w:tcPr>
          <w:p w:rsidR="009E693E" w:rsidRPr="001331E2" w:rsidRDefault="009D4B43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1331E2">
              <w:rPr>
                <w:color w:val="000000" w:themeColor="text1"/>
                <w:sz w:val="17"/>
              </w:rPr>
              <w:t xml:space="preserve">Doğal Afetlerle Mücadele konusunda halkı </w:t>
            </w:r>
            <w:r w:rsidRPr="001331E2">
              <w:rPr>
                <w:color w:val="000000" w:themeColor="text1"/>
                <w:sz w:val="17"/>
              </w:rPr>
              <w:t>bilinçlendirici afiş çalışmalarının yapılması</w:t>
            </w:r>
          </w:p>
        </w:tc>
        <w:tc>
          <w:tcPr>
            <w:tcW w:w="1519" w:type="dxa"/>
          </w:tcPr>
          <w:p w:rsidR="009E693E" w:rsidRPr="001331E2" w:rsidRDefault="009D4B43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1331E2">
              <w:rPr>
                <w:color w:val="000000" w:themeColor="text1"/>
                <w:sz w:val="17"/>
              </w:rPr>
              <w:t>Sivil savunma kulübü öğrencileri</w:t>
            </w:r>
          </w:p>
        </w:tc>
        <w:tc>
          <w:tcPr>
            <w:tcW w:w="1349" w:type="dxa"/>
          </w:tcPr>
          <w:p w:rsidR="009E693E" w:rsidRPr="001331E2" w:rsidRDefault="009E69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1331E2" w:rsidRPr="001331E2" w:rsidTr="001331E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7" w:type="dxa"/>
          </w:tcPr>
          <w:p w:rsidR="009E693E" w:rsidRPr="001331E2" w:rsidRDefault="009D4B43">
            <w:pPr>
              <w:spacing w:after="20"/>
              <w:jc w:val="center"/>
              <w:rPr>
                <w:color w:val="000000" w:themeColor="text1"/>
              </w:rPr>
            </w:pPr>
            <w:proofErr w:type="spellStart"/>
            <w:r w:rsidRPr="001331E2">
              <w:rPr>
                <w:color w:val="000000" w:themeColor="text1"/>
                <w:sz w:val="17"/>
              </w:rPr>
              <w:t>MAYIS</w:t>
            </w:r>
            <w:proofErr w:type="spellEnd"/>
          </w:p>
        </w:tc>
        <w:tc>
          <w:tcPr>
            <w:tcW w:w="471" w:type="dxa"/>
          </w:tcPr>
          <w:p w:rsidR="009E693E" w:rsidRPr="001331E2" w:rsidRDefault="009D4B43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1331E2">
              <w:rPr>
                <w:color w:val="000000" w:themeColor="text1"/>
                <w:sz w:val="17"/>
              </w:rPr>
              <w:t>1 SAAT</w:t>
            </w:r>
          </w:p>
        </w:tc>
        <w:tc>
          <w:tcPr>
            <w:tcW w:w="2273" w:type="dxa"/>
          </w:tcPr>
          <w:p w:rsidR="009E693E" w:rsidRPr="001331E2" w:rsidRDefault="009D4B43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1331E2">
              <w:rPr>
                <w:color w:val="000000" w:themeColor="text1"/>
                <w:sz w:val="17"/>
              </w:rPr>
              <w:t>Büyüklere saygının ve dayanışmanın önemini idrak edebilme</w:t>
            </w:r>
          </w:p>
        </w:tc>
        <w:tc>
          <w:tcPr>
            <w:tcW w:w="3061" w:type="dxa"/>
          </w:tcPr>
          <w:p w:rsidR="009E693E" w:rsidRPr="001331E2" w:rsidRDefault="009D4B43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1331E2">
              <w:rPr>
                <w:color w:val="000000" w:themeColor="text1"/>
                <w:sz w:val="17"/>
              </w:rPr>
              <w:t>Mahallede komşu yaşlı bir insanın günlük ihtiyaçlarını karşılamada yardımcı olma</w:t>
            </w:r>
          </w:p>
        </w:tc>
        <w:tc>
          <w:tcPr>
            <w:tcW w:w="1519" w:type="dxa"/>
          </w:tcPr>
          <w:p w:rsidR="009E693E" w:rsidRPr="001331E2" w:rsidRDefault="009D4B43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1331E2">
              <w:rPr>
                <w:color w:val="000000" w:themeColor="text1"/>
                <w:sz w:val="17"/>
              </w:rPr>
              <w:t xml:space="preserve">Sivil savunma kulübü </w:t>
            </w:r>
            <w:r w:rsidRPr="001331E2">
              <w:rPr>
                <w:color w:val="000000" w:themeColor="text1"/>
                <w:sz w:val="17"/>
              </w:rPr>
              <w:t>öğrencileri</w:t>
            </w:r>
          </w:p>
        </w:tc>
        <w:tc>
          <w:tcPr>
            <w:tcW w:w="1349" w:type="dxa"/>
          </w:tcPr>
          <w:p w:rsidR="009E693E" w:rsidRPr="001331E2" w:rsidRDefault="009E69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</w:tbl>
    <w:p w:rsidR="009E693E" w:rsidRPr="001331E2" w:rsidRDefault="009E693E">
      <w:pPr>
        <w:spacing w:after="0"/>
        <w:rPr>
          <w:color w:val="000000" w:themeColor="text1"/>
        </w:rPr>
      </w:pPr>
    </w:p>
    <w:p w:rsidR="009E693E" w:rsidRPr="001331E2" w:rsidRDefault="009D4B43">
      <w:pPr>
        <w:keepNext/>
        <w:pBdr>
          <w:bottom w:val="single" w:sz="8" w:space="2" w:color="B08968"/>
        </w:pBdr>
        <w:spacing w:before="200" w:after="80"/>
        <w:rPr>
          <w:color w:val="000000" w:themeColor="text1"/>
        </w:rPr>
      </w:pPr>
      <w:r w:rsidRPr="001331E2">
        <w:rPr>
          <w:b/>
          <w:color w:val="000000" w:themeColor="text1"/>
        </w:rPr>
        <w:t>Notlar</w:t>
      </w:r>
    </w:p>
    <w:p w:rsidR="009E693E" w:rsidRPr="001331E2" w:rsidRDefault="009D4B43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1331E2">
        <w:rPr>
          <w:b/>
          <w:color w:val="000000" w:themeColor="text1"/>
          <w:sz w:val="19"/>
        </w:rPr>
        <w:t>1.</w:t>
      </w:r>
      <w:r w:rsidRPr="001331E2">
        <w:rPr>
          <w:b/>
          <w:color w:val="000000" w:themeColor="text1"/>
          <w:sz w:val="19"/>
        </w:rPr>
        <w:tab/>
      </w:r>
      <w:r w:rsidRPr="001331E2">
        <w:rPr>
          <w:color w:val="000000" w:themeColor="text1"/>
          <w:sz w:val="19"/>
        </w:rPr>
        <w:t>Toplum hizmeti çevreyi rahatsız etmeyecek şekilde yapılacaktır.</w:t>
      </w:r>
    </w:p>
    <w:p w:rsidR="009E693E" w:rsidRPr="001331E2" w:rsidRDefault="009D4B43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1331E2">
        <w:rPr>
          <w:b/>
          <w:color w:val="000000" w:themeColor="text1"/>
          <w:sz w:val="19"/>
        </w:rPr>
        <w:t>2.</w:t>
      </w:r>
      <w:r w:rsidRPr="001331E2">
        <w:rPr>
          <w:b/>
          <w:color w:val="000000" w:themeColor="text1"/>
          <w:sz w:val="19"/>
        </w:rPr>
        <w:tab/>
      </w:r>
      <w:r w:rsidRPr="001331E2">
        <w:rPr>
          <w:color w:val="000000" w:themeColor="text1"/>
          <w:sz w:val="19"/>
        </w:rPr>
        <w:t>Değişik bent:.</w:t>
      </w:r>
    </w:p>
    <w:p w:rsidR="009E693E" w:rsidRPr="001331E2" w:rsidRDefault="009D4B43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1331E2">
        <w:rPr>
          <w:b/>
          <w:color w:val="000000" w:themeColor="text1"/>
          <w:sz w:val="19"/>
        </w:rPr>
        <w:t>3.</w:t>
      </w:r>
      <w:r w:rsidRPr="001331E2">
        <w:rPr>
          <w:b/>
          <w:color w:val="000000" w:themeColor="text1"/>
          <w:sz w:val="19"/>
        </w:rPr>
        <w:tab/>
      </w:r>
      <w:r w:rsidRPr="001331E2">
        <w:rPr>
          <w:color w:val="000000" w:themeColor="text1"/>
          <w:sz w:val="19"/>
        </w:rPr>
        <w:t xml:space="preserve">2008/26804 RG) Öğrenciler, ilköğretimin 1, 2 ve 3 üncü sınıflarında yılda 5 saat; 4, 5, 6, 7 ve 8 inci sınıflarında 10 saat; ortaöğretim </w:t>
      </w:r>
      <w:r w:rsidRPr="001331E2">
        <w:rPr>
          <w:color w:val="000000" w:themeColor="text1"/>
          <w:sz w:val="19"/>
        </w:rPr>
        <w:t>kurumlarının hazırlık sınıfları dâhil tüm sınıflarında 15 saatten az olmamak üzere ders yılı başında yapılan öğretmenler kurulunca belirlenen toplum hizmeti çalışmalarına katılırlar.</w:t>
      </w:r>
    </w:p>
    <w:p w:rsidR="009E693E" w:rsidRPr="001331E2" w:rsidRDefault="009D4B43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1331E2">
        <w:rPr>
          <w:b/>
          <w:color w:val="000000" w:themeColor="text1"/>
          <w:sz w:val="19"/>
        </w:rPr>
        <w:t>4.</w:t>
      </w:r>
      <w:r w:rsidRPr="001331E2">
        <w:rPr>
          <w:b/>
          <w:color w:val="000000" w:themeColor="text1"/>
          <w:sz w:val="19"/>
        </w:rPr>
        <w:tab/>
      </w:r>
      <w:r w:rsidRPr="001331E2">
        <w:rPr>
          <w:color w:val="000000" w:themeColor="text1"/>
          <w:sz w:val="19"/>
        </w:rPr>
        <w:t>Toplum Hizmeti çalışmaları için öğrenci velilerinden izin belgesi alın</w:t>
      </w:r>
      <w:r w:rsidRPr="001331E2">
        <w:rPr>
          <w:color w:val="000000" w:themeColor="text1"/>
          <w:sz w:val="19"/>
        </w:rPr>
        <w:t>acaktır.</w:t>
      </w:r>
    </w:p>
    <w:p w:rsidR="009E693E" w:rsidRPr="001331E2" w:rsidRDefault="009E693E">
      <w:pPr>
        <w:spacing w:after="0"/>
        <w:rPr>
          <w:color w:val="000000" w:themeColor="text1"/>
        </w:rPr>
      </w:pPr>
    </w:p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752"/>
      </w:tblGrid>
      <w:tr w:rsidR="009E693E" w:rsidRPr="001331E2">
        <w:trPr>
          <w:cantSplit/>
          <w:jc w:val="center"/>
        </w:trPr>
        <w:tc>
          <w:tcPr>
            <w:tcW w:w="9752" w:type="dxa"/>
          </w:tcPr>
          <w:p w:rsidR="009E693E" w:rsidRPr="001331E2" w:rsidRDefault="009D4B43">
            <w:pPr>
              <w:jc w:val="center"/>
              <w:rPr>
                <w:color w:val="000000" w:themeColor="text1"/>
              </w:rPr>
            </w:pPr>
            <w:r w:rsidRPr="001331E2">
              <w:rPr>
                <w:color w:val="000000" w:themeColor="text1"/>
                <w:sz w:val="21"/>
              </w:rPr>
              <w:t>……………………………</w:t>
            </w:r>
            <w:r w:rsidRPr="001331E2">
              <w:rPr>
                <w:color w:val="000000" w:themeColor="text1"/>
                <w:sz w:val="21"/>
              </w:rPr>
              <w:br/>
            </w:r>
            <w:r w:rsidRPr="001331E2">
              <w:rPr>
                <w:b/>
                <w:color w:val="000000" w:themeColor="text1"/>
                <w:sz w:val="20"/>
              </w:rPr>
              <w:t>Danışman Öğretmen</w:t>
            </w:r>
          </w:p>
        </w:tc>
      </w:tr>
    </w:tbl>
    <w:p w:rsidR="009E693E" w:rsidRPr="001331E2" w:rsidRDefault="009E693E">
      <w:pPr>
        <w:spacing w:after="0"/>
        <w:rPr>
          <w:color w:val="000000" w:themeColor="text1"/>
        </w:rPr>
      </w:pPr>
    </w:p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752"/>
      </w:tblGrid>
      <w:tr w:rsidR="001331E2" w:rsidRPr="001331E2">
        <w:trPr>
          <w:cantSplit/>
          <w:jc w:val="center"/>
        </w:trPr>
        <w:tc>
          <w:tcPr>
            <w:tcW w:w="9752" w:type="dxa"/>
          </w:tcPr>
          <w:p w:rsidR="009E693E" w:rsidRPr="001331E2" w:rsidRDefault="009D4B43">
            <w:pPr>
              <w:jc w:val="center"/>
              <w:rPr>
                <w:color w:val="000000" w:themeColor="text1"/>
              </w:rPr>
            </w:pPr>
            <w:r w:rsidRPr="001331E2">
              <w:rPr>
                <w:b/>
                <w:color w:val="000000" w:themeColor="text1"/>
              </w:rPr>
              <w:t>UYGUNDUR</w:t>
            </w:r>
            <w:r w:rsidRPr="001331E2">
              <w:rPr>
                <w:b/>
                <w:color w:val="000000" w:themeColor="text1"/>
              </w:rPr>
              <w:br/>
            </w:r>
            <w:r w:rsidRPr="001331E2">
              <w:rPr>
                <w:color w:val="000000" w:themeColor="text1"/>
                <w:sz w:val="21"/>
              </w:rPr>
              <w:t>…… / …… / 2026</w:t>
            </w:r>
            <w:r w:rsidRPr="001331E2">
              <w:rPr>
                <w:color w:val="000000" w:themeColor="text1"/>
                <w:sz w:val="21"/>
              </w:rPr>
              <w:br/>
            </w:r>
            <w:r w:rsidRPr="001331E2">
              <w:rPr>
                <w:color w:val="000000" w:themeColor="text1"/>
                <w:sz w:val="21"/>
              </w:rPr>
              <w:br/>
              <w:t>……………………………</w:t>
            </w:r>
            <w:r w:rsidRPr="001331E2">
              <w:rPr>
                <w:color w:val="000000" w:themeColor="text1"/>
                <w:sz w:val="21"/>
              </w:rPr>
              <w:br/>
            </w:r>
            <w:r w:rsidRPr="001331E2">
              <w:rPr>
                <w:b/>
                <w:color w:val="000000" w:themeColor="text1"/>
                <w:sz w:val="20"/>
              </w:rPr>
              <w:t>Okul Müdürü</w:t>
            </w:r>
          </w:p>
        </w:tc>
      </w:tr>
    </w:tbl>
    <w:p w:rsidR="009D4B43" w:rsidRPr="001331E2" w:rsidRDefault="009D4B43">
      <w:pPr>
        <w:rPr>
          <w:color w:val="000000" w:themeColor="text1"/>
        </w:rPr>
      </w:pPr>
    </w:p>
    <w:sectPr w:rsidR="009D4B43" w:rsidRPr="001331E2" w:rsidSect="00034616">
      <w:pgSz w:w="11906" w:h="16838"/>
      <w:pgMar w:top="850" w:right="1077" w:bottom="850" w:left="107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umara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umara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eMadde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eMadde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umara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331E2"/>
    <w:rsid w:val="0015074B"/>
    <w:rsid w:val="0029639D"/>
    <w:rsid w:val="00326F90"/>
    <w:rsid w:val="009D4B43"/>
    <w:rsid w:val="009E693E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  <w15:docId w15:val="{7B169404-331F-439E-AEFA-10D49368D4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693F"/>
    <w:rPr>
      <w:rFonts w:ascii="Cambria" w:eastAsia="Cambria" w:hAnsi="Cambria" w:cs="Cambria"/>
      <w:color w:val="2E1E12"/>
    </w:rPr>
  </w:style>
  <w:style w:type="paragraph" w:styleId="Balk1">
    <w:name w:val="heading 1"/>
    <w:basedOn w:val="Normal"/>
    <w:next w:val="Normal"/>
    <w:link w:val="Balk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618BF"/>
  </w:style>
  <w:style w:type="paragraph" w:styleId="AltBilgi">
    <w:name w:val="footer"/>
    <w:basedOn w:val="Normal"/>
    <w:link w:val="Al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E618BF"/>
  </w:style>
  <w:style w:type="paragraph" w:styleId="AralkYok">
    <w:name w:val="No Spacing"/>
    <w:uiPriority w:val="1"/>
    <w:qFormat/>
    <w:rsid w:val="00FC693F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KonuBal">
    <w:name w:val="Title"/>
    <w:basedOn w:val="Normal"/>
    <w:next w:val="Normal"/>
    <w:link w:val="KonuBal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tyaz">
    <w:name w:val="Subtitle"/>
    <w:basedOn w:val="Normal"/>
    <w:next w:val="Normal"/>
    <w:link w:val="Altyaz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GvdeMetni">
    <w:name w:val="Body Text"/>
    <w:basedOn w:val="Normal"/>
    <w:link w:val="GvdeMetniChar"/>
    <w:uiPriority w:val="99"/>
    <w:unhideWhenUsed/>
    <w:rsid w:val="00AA1D8D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rsid w:val="00AA1D8D"/>
  </w:style>
  <w:style w:type="paragraph" w:styleId="GvdeMetni2">
    <w:name w:val="Body Text 2"/>
    <w:basedOn w:val="Normal"/>
    <w:link w:val="GvdeMetni2Char"/>
    <w:uiPriority w:val="99"/>
    <w:unhideWhenUsed/>
    <w:rsid w:val="00AA1D8D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AA1D8D"/>
  </w:style>
  <w:style w:type="paragraph" w:styleId="GvdeMetni3">
    <w:name w:val="Body Text 3"/>
    <w:basedOn w:val="Normal"/>
    <w:link w:val="GvdeMetni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Maddem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Maddem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Maddem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ara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ara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ara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Devam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Devam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Devam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kroMetni">
    <w:name w:val="macro"/>
    <w:link w:val="MakroMetni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MetniChar">
    <w:name w:val="Makro Metni Char"/>
    <w:basedOn w:val="VarsaylanParagrafYazTipi"/>
    <w:link w:val="MakroMetni"/>
    <w:uiPriority w:val="99"/>
    <w:rsid w:val="0029639D"/>
    <w:rPr>
      <w:rFonts w:ascii="Courier" w:hAnsi="Courier"/>
      <w:sz w:val="20"/>
      <w:szCs w:val="20"/>
    </w:rPr>
  </w:style>
  <w:style w:type="paragraph" w:styleId="Alnt">
    <w:name w:val="Quote"/>
    <w:basedOn w:val="Normal"/>
    <w:next w:val="Normal"/>
    <w:link w:val="AlntChar"/>
    <w:uiPriority w:val="29"/>
    <w:qFormat/>
    <w:rsid w:val="00FC693F"/>
    <w:rPr>
      <w:i/>
      <w:iCs/>
      <w:color w:val="000000" w:themeColor="text1"/>
    </w:rPr>
  </w:style>
  <w:style w:type="character" w:customStyle="1" w:styleId="AlntChar">
    <w:name w:val="Alıntı Char"/>
    <w:basedOn w:val="VarsaylanParagrafYazTipi"/>
    <w:link w:val="Alnt"/>
    <w:uiPriority w:val="29"/>
    <w:rsid w:val="00FC693F"/>
    <w:rPr>
      <w:i/>
      <w:iCs/>
      <w:color w:val="000000" w:themeColor="tex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Gl">
    <w:name w:val="Strong"/>
    <w:basedOn w:val="VarsaylanParagrafYazTipi"/>
    <w:uiPriority w:val="22"/>
    <w:qFormat/>
    <w:rsid w:val="00FC693F"/>
    <w:rPr>
      <w:b/>
      <w:bCs/>
    </w:rPr>
  </w:style>
  <w:style w:type="character" w:styleId="Vurgu">
    <w:name w:val="Emphasis"/>
    <w:basedOn w:val="VarsaylanParagrafYazTipi"/>
    <w:uiPriority w:val="20"/>
    <w:qFormat/>
    <w:rsid w:val="00FC693F"/>
    <w:rPr>
      <w:i/>
      <w:iCs/>
    </w:rPr>
  </w:style>
  <w:style w:type="paragraph" w:styleId="GlAlnt">
    <w:name w:val="Intense Quote"/>
    <w:basedOn w:val="Normal"/>
    <w:next w:val="Normal"/>
    <w:link w:val="GlAln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GlAlntChar">
    <w:name w:val="Güçlü Alıntı Char"/>
    <w:basedOn w:val="VarsaylanParagrafYazTipi"/>
    <w:link w:val="GlAlnt"/>
    <w:uiPriority w:val="30"/>
    <w:rsid w:val="00FC693F"/>
    <w:rPr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FC693F"/>
    <w:rPr>
      <w:i/>
      <w:iCs/>
      <w:color w:val="808080" w:themeColor="text1" w:themeTint="7F"/>
    </w:rPr>
  </w:style>
  <w:style w:type="character" w:styleId="GlVurgulama">
    <w:name w:val="Intense Emphasis"/>
    <w:basedOn w:val="VarsaylanParagrafYazTipi"/>
    <w:uiPriority w:val="21"/>
    <w:qFormat/>
    <w:rsid w:val="00FC693F"/>
    <w:rPr>
      <w:b/>
      <w:bCs/>
      <w:i/>
      <w:iCs/>
      <w:color w:val="4F81BD" w:themeColor="accent1"/>
    </w:rPr>
  </w:style>
  <w:style w:type="character" w:styleId="HafifBavuru">
    <w:name w:val="Subtle Reference"/>
    <w:basedOn w:val="VarsaylanParagrafYazTipi"/>
    <w:uiPriority w:val="31"/>
    <w:qFormat/>
    <w:rsid w:val="00FC693F"/>
    <w:rPr>
      <w:smallCaps/>
      <w:color w:val="C0504D" w:themeColor="accent2"/>
      <w:u w:val="single"/>
    </w:rPr>
  </w:style>
  <w:style w:type="character" w:styleId="GlBavuru">
    <w:name w:val="Intense Reference"/>
    <w:basedOn w:val="VarsaylanParagrafYazTipi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FC693F"/>
    <w:rPr>
      <w:b/>
      <w:bCs/>
      <w:smallCaps/>
      <w:spacing w:val="5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FC693F"/>
    <w:pPr>
      <w:outlineLvl w:val="9"/>
    </w:pPr>
  </w:style>
  <w:style w:type="table" w:styleId="TabloKlavuzu">
    <w:name w:val="Table Grid"/>
    <w:basedOn w:val="NormalTablo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Glgeleme">
    <w:name w:val="Light Shading"/>
    <w:basedOn w:val="NormalTablo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kGlgeleme-Vurgu2">
    <w:name w:val="Light Shading Accent 2"/>
    <w:basedOn w:val="NormalTablo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AkGlgeleme-Vurgu3">
    <w:name w:val="Light Shading Accent 3"/>
    <w:basedOn w:val="NormalTablo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AkGlgeleme-Vurgu4">
    <w:name w:val="Light Shading Accent 4"/>
    <w:basedOn w:val="NormalTablo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AkGlgeleme-Vurgu5">
    <w:name w:val="Light Shading Accent 5"/>
    <w:basedOn w:val="NormalTablo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kGlgeleme-Vurgu6">
    <w:name w:val="Light Shading Accent 6"/>
    <w:basedOn w:val="NormalTablo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kListe">
    <w:name w:val="Light List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kListe-Vurgu1">
    <w:name w:val="Light List Accent 1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kListe-Vurgu2">
    <w:name w:val="Light List Accent 2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AkListe-Vurgu3">
    <w:name w:val="Light List Accent 3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kListe-Vurgu4">
    <w:name w:val="Light List Accent 4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AkListe-Vurgu5">
    <w:name w:val="Light List Accent 5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AkListe-Vurgu6">
    <w:name w:val="Light List Accent 6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kKlavuz">
    <w:name w:val="Light Grid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Klavuz-Vurgu1">
    <w:name w:val="Light Grid Accent 1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AkKlavuz-Vurgu2">
    <w:name w:val="Light Grid Accent 2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kKlavuz-Vurgu3">
    <w:name w:val="Light Grid Accent 3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AkKlavuz-Vurgu4">
    <w:name w:val="Light Grid Accent 4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AkKlavuz-Vurgu5">
    <w:name w:val="Light Grid Accent 5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Klavuz-Vurgu6">
    <w:name w:val="Light Grid Accent 6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OrtaGlgeleme1">
    <w:name w:val="Medium Shading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1">
    <w:name w:val="Medium Shading 1 Accent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2">
    <w:name w:val="Medium Shading 1 Accent 2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3">
    <w:name w:val="Medium Shading 1 Accent 3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4">
    <w:name w:val="Medium Shading 1 Accent 4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6">
    <w:name w:val="Medium Shading 1 Accent 6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2">
    <w:name w:val="Medium Shading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1">
    <w:name w:val="Medium Shading 2 Accent 1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2">
    <w:name w:val="Medium Shading 2 Accent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3">
    <w:name w:val="Medium Shading 2 Accent 3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6">
    <w:name w:val="Medium Shading 2 Accent 6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Liste1">
    <w:name w:val="Medium Lis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OrtaListe1-Vurgu1">
    <w:name w:val="Medium List 1 Accen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OrtaListe1-Vurgu2">
    <w:name w:val="Medium List 1 Accent 2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OrtaListe1-Vurgu3">
    <w:name w:val="Medium List 1 Accent 3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OrtaListe1-Vurgu4">
    <w:name w:val="Medium List 1 Accent 4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OrtaListe1-Vurgu5">
    <w:name w:val="Medium List 1 Accent 5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OrtaListe1-Vurgu6">
    <w:name w:val="Medium List 1 Accent 6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OrtaListe2">
    <w:name w:val="Medium Lis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2-Vurgu1">
    <w:name w:val="Medium List 2 Accent 1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5">
    <w:name w:val="Medium List 2 Accent 5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6">
    <w:name w:val="Medium List 2 Accent 6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Klavuz1">
    <w:name w:val="Medium Grid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1">
    <w:name w:val="Medium Grid 1 Accent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rtaKlavuz1-Vurgu2">
    <w:name w:val="Medium Grid 1 Accent 2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rtaKlavuz1-Vurgu3">
    <w:name w:val="Medium Grid 1 Accent 3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rtaKlavuz1-Vurgu4">
    <w:name w:val="Medium Grid 1 Accent 4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rtaKlavuz1-Vurgu5">
    <w:name w:val="Medium Grid 1 Accent 5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6">
    <w:name w:val="Medium Grid 1 Accent 6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rtaKlavuz2">
    <w:name w:val="Medium Grid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1">
    <w:name w:val="Medium Grid 2 Accent 1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2">
    <w:name w:val="Medium Grid 2 Accent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3">
    <w:name w:val="Medium Grid 2 Accent 3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4">
    <w:name w:val="Medium Grid 2 Accent 4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5">
    <w:name w:val="Medium Grid 2 Accent 5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6">
    <w:name w:val="Medium Grid 2 Accent 6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3">
    <w:name w:val="Medium Grid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OrtaKlavuz3-Vurgu2">
    <w:name w:val="Medium Grid 3 Accent 2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OrtaKlavuz3-Vurgu3">
    <w:name w:val="Medium Grid 3 Accent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OrtaKlavuz3-Vurgu4">
    <w:name w:val="Medium Grid 3 Accent 4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OrtaKlavuz3-Vurgu5">
    <w:name w:val="Medium Grid 3 Accent 5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OrtaKlavuz3-Vurgu6">
    <w:name w:val="Medium Grid 3 Accent 6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KoyuListe">
    <w:name w:val="Dark List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KoyuListe-Vurgu1">
    <w:name w:val="Dark List Accent 1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KoyuListe-Vurgu2">
    <w:name w:val="Dark List Accent 2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KoyuListe-Vurgu3">
    <w:name w:val="Dark List Accent 3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KoyuListe-Vurgu4">
    <w:name w:val="Dark List Accent 4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KoyuListe-Vurgu5">
    <w:name w:val="Dark List Accent 5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KoyuListe-Vurgu6">
    <w:name w:val="Dark List Accent 6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RenkliGlgeleme">
    <w:name w:val="Colorful Shading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1">
    <w:name w:val="Colorful Shading Accent 1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2">
    <w:name w:val="Colorful Shading Accent 2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3">
    <w:name w:val="Colorful Shading Accent 3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Glgeleme-Vurgu4">
    <w:name w:val="Colorful Shading Accent 4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6">
    <w:name w:val="Colorful Shading Accent 6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Liste">
    <w:name w:val="Colorful List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enkliListe-Vurgu1">
    <w:name w:val="Colorful List Accent 1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RenkliListe-Vurgu2">
    <w:name w:val="Colorful List Accent 2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RenkliListe-Vurgu3">
    <w:name w:val="Colorful List Accent 3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RenkliListe-Vurgu4">
    <w:name w:val="Colorful List Accent 4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RenkliListe-Vurgu5">
    <w:name w:val="Colorful List Accent 5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RenkliListe-Vurgu6">
    <w:name w:val="Colorful List Accent 6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RenkliKlavuz">
    <w:name w:val="Colorful Grid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nkliKlavuz-Vurgu2">
    <w:name w:val="Colorful Grid Accent 2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nkliKlavuz-Vurgu3">
    <w:name w:val="Colorful Grid Accent 3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Klavuz-Vurgu4">
    <w:name w:val="Colorful Grid Accent 4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nkliKlavuz-Vurgu5">
    <w:name w:val="Colorful Grid Accent 5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nkliKlavuz-Vurgu6">
    <w:name w:val="Colorful Grid Accent 6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KlavuzTablo1Ak-Vurgu1">
    <w:name w:val="Grid Table 1 Light Accent 1"/>
    <w:basedOn w:val="NormalTablo"/>
    <w:uiPriority w:val="46"/>
    <w:rsid w:val="001331E2"/>
    <w:pPr>
      <w:spacing w:after="0" w:line="240" w:lineRule="auto"/>
    </w:pPr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7E974826-66D4-4ACA-B1EB-D9D6C7A30B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352</Words>
  <Characters>2012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2360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Sivil Savunma Kulübü Toplum Hizmeti Çalışma Planı 2026-2027</dc:title>
  <dc:subject>toplum hizmeti çalışma planı</dc:subject>
  <dc:creator>evrakburada</dc:creator>
  <cp:keywords>sosyal kulüp, toplum hizmeti çalışma planı</cp:keywords>
  <dc:description/>
  <cp:lastModifiedBy>HP</cp:lastModifiedBy>
  <cp:revision>2</cp:revision>
  <dcterms:created xsi:type="dcterms:W3CDTF">2013-12-23T23:15:00Z</dcterms:created>
  <dcterms:modified xsi:type="dcterms:W3CDTF">2026-10-14T11:42:00Z</dcterms:modified>
  <cp:category/>
</cp:coreProperties>
</file>