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671258" w:rsidRPr="00671258" w:rsidTr="006712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FA0CFA" w:rsidRPr="00671258" w:rsidRDefault="009A7FBE">
            <w:pPr>
              <w:spacing w:before="100"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color w:val="000000" w:themeColor="text1"/>
                <w:sz w:val="26"/>
              </w:rPr>
              <w:t>……………………………………… O</w:t>
            </w:r>
            <w:bookmarkStart w:id="0" w:name="_GoBack"/>
            <w:bookmarkEnd w:id="0"/>
            <w:r w:rsidRPr="00671258">
              <w:rPr>
                <w:color w:val="000000" w:themeColor="text1"/>
                <w:sz w:val="26"/>
              </w:rPr>
              <w:t>KULU</w:t>
            </w:r>
          </w:p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color w:val="000000" w:themeColor="text1"/>
                <w:sz w:val="30"/>
              </w:rPr>
              <w:t>SİVİL SAVUNMA KULÜBÜ</w:t>
            </w:r>
          </w:p>
          <w:p w:rsidR="00FA0CFA" w:rsidRPr="00671258" w:rsidRDefault="009A7FBE">
            <w:pPr>
              <w:spacing w:after="100"/>
              <w:jc w:val="center"/>
              <w:rPr>
                <w:color w:val="000000" w:themeColor="text1"/>
              </w:rPr>
            </w:pPr>
            <w:r w:rsidRPr="00671258">
              <w:rPr>
                <w:color w:val="000000" w:themeColor="text1"/>
                <w:sz w:val="24"/>
              </w:rPr>
              <w:t>ÖĞRENCİ LİSTESİ</w:t>
            </w:r>
          </w:p>
        </w:tc>
      </w:tr>
    </w:tbl>
    <w:p w:rsidR="00FA0CFA" w:rsidRPr="00671258" w:rsidRDefault="00FA0CFA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671258" w:rsidRPr="00671258" w:rsidTr="006712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FA0CFA" w:rsidRPr="00671258" w:rsidRDefault="009A7FBE">
            <w:pPr>
              <w:jc w:val="center"/>
              <w:rPr>
                <w:color w:val="000000" w:themeColor="text1"/>
              </w:rPr>
            </w:pPr>
            <w:r w:rsidRPr="00671258">
              <w:rPr>
                <w:color w:val="000000" w:themeColor="text1"/>
                <w:sz w:val="16"/>
              </w:rPr>
              <w:t>KULÜP</w:t>
            </w:r>
            <w:r w:rsidRPr="00671258">
              <w:rPr>
                <w:color w:val="000000" w:themeColor="text1"/>
                <w:sz w:val="16"/>
              </w:rPr>
              <w:br/>
            </w:r>
            <w:r w:rsidRPr="00671258">
              <w:rPr>
                <w:b w:val="0"/>
                <w:color w:val="000000" w:themeColor="text1"/>
                <w:sz w:val="20"/>
              </w:rPr>
              <w:t>Sivil Savunma Kulübü</w:t>
            </w:r>
          </w:p>
        </w:tc>
        <w:tc>
          <w:tcPr>
            <w:tcW w:w="3251" w:type="dxa"/>
          </w:tcPr>
          <w:p w:rsidR="00FA0CFA" w:rsidRPr="00671258" w:rsidRDefault="009A7F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71258">
              <w:rPr>
                <w:color w:val="000000" w:themeColor="text1"/>
                <w:sz w:val="16"/>
              </w:rPr>
              <w:t>DANIŞMAN ÖĞRETMEN</w:t>
            </w:r>
            <w:r w:rsidRPr="00671258">
              <w:rPr>
                <w:color w:val="000000" w:themeColor="text1"/>
                <w:sz w:val="16"/>
              </w:rPr>
              <w:br/>
            </w:r>
            <w:r w:rsidRPr="00671258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FA0CFA" w:rsidRPr="00671258" w:rsidRDefault="009A7F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71258">
              <w:rPr>
                <w:color w:val="000000" w:themeColor="text1"/>
                <w:sz w:val="16"/>
              </w:rPr>
              <w:t>EĞİTİM-ÖĞRETİM YILI</w:t>
            </w:r>
            <w:r w:rsidRPr="00671258">
              <w:rPr>
                <w:color w:val="000000" w:themeColor="text1"/>
                <w:sz w:val="16"/>
              </w:rPr>
              <w:br/>
            </w:r>
            <w:r w:rsidRPr="00671258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FA0CFA" w:rsidRPr="00671258" w:rsidRDefault="00FA0CFA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134"/>
        <w:gridCol w:w="1474"/>
        <w:gridCol w:w="1474"/>
        <w:gridCol w:w="5669"/>
      </w:tblGrid>
      <w:tr w:rsidR="00671258" w:rsidRPr="00671258" w:rsidTr="006712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jc w:val="center"/>
              <w:rPr>
                <w:color w:val="000000" w:themeColor="text1"/>
              </w:rPr>
            </w:pPr>
            <w:r w:rsidRPr="00671258">
              <w:rPr>
                <w:color w:val="000000" w:themeColor="text1"/>
                <w:sz w:val="19"/>
              </w:rPr>
              <w:t>SIRA NO</w:t>
            </w:r>
          </w:p>
        </w:tc>
        <w:tc>
          <w:tcPr>
            <w:tcW w:w="1474" w:type="dxa"/>
          </w:tcPr>
          <w:p w:rsidR="00FA0CFA" w:rsidRPr="00671258" w:rsidRDefault="009A7F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71258">
              <w:rPr>
                <w:color w:val="000000" w:themeColor="text1"/>
                <w:sz w:val="19"/>
              </w:rPr>
              <w:t>SINIF</w:t>
            </w:r>
          </w:p>
        </w:tc>
        <w:tc>
          <w:tcPr>
            <w:tcW w:w="1474" w:type="dxa"/>
          </w:tcPr>
          <w:p w:rsidR="00FA0CFA" w:rsidRPr="00671258" w:rsidRDefault="009A7F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71258">
              <w:rPr>
                <w:color w:val="000000" w:themeColor="text1"/>
                <w:sz w:val="19"/>
              </w:rPr>
              <w:t>OKUL NO</w:t>
            </w:r>
          </w:p>
        </w:tc>
        <w:tc>
          <w:tcPr>
            <w:tcW w:w="5669" w:type="dxa"/>
          </w:tcPr>
          <w:p w:rsidR="00FA0CFA" w:rsidRPr="00671258" w:rsidRDefault="009A7F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71258">
              <w:rPr>
                <w:color w:val="000000" w:themeColor="text1"/>
                <w:sz w:val="19"/>
              </w:rPr>
              <w:t>AD SOYAD</w:t>
            </w: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1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2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3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4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5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6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7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8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9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10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11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12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13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14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15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16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17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18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19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20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21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22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23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24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25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26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27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28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29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30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31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32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33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34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35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36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37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38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39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40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41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42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lastRenderedPageBreak/>
              <w:t>43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44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45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46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47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48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49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50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51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71258" w:rsidRPr="00671258" w:rsidTr="006712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A0CFA" w:rsidRPr="00671258" w:rsidRDefault="009A7FBE">
            <w:pPr>
              <w:spacing w:after="20"/>
              <w:jc w:val="center"/>
              <w:rPr>
                <w:color w:val="000000" w:themeColor="text1"/>
              </w:rPr>
            </w:pPr>
            <w:r w:rsidRPr="00671258">
              <w:rPr>
                <w:b w:val="0"/>
                <w:color w:val="000000" w:themeColor="text1"/>
                <w:sz w:val="19"/>
              </w:rPr>
              <w:t>52</w:t>
            </w: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A0CFA" w:rsidRPr="00671258" w:rsidRDefault="00FA0CFA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A0CFA" w:rsidRPr="00671258" w:rsidRDefault="00FA0CF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FA0CFA" w:rsidRPr="00671258" w:rsidRDefault="00FA0CFA">
      <w:pPr>
        <w:spacing w:after="0"/>
        <w:rPr>
          <w:color w:val="000000" w:themeColor="text1"/>
        </w:rPr>
      </w:pPr>
    </w:p>
    <w:p w:rsidR="00FA0CFA" w:rsidRPr="00671258" w:rsidRDefault="00FA0CFA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671258" w:rsidRPr="00671258">
        <w:trPr>
          <w:cantSplit/>
          <w:jc w:val="center"/>
        </w:trPr>
        <w:tc>
          <w:tcPr>
            <w:tcW w:w="9752" w:type="dxa"/>
          </w:tcPr>
          <w:p w:rsidR="00FA0CFA" w:rsidRPr="00671258" w:rsidRDefault="009A7FBE">
            <w:pPr>
              <w:jc w:val="center"/>
              <w:rPr>
                <w:color w:val="000000" w:themeColor="text1"/>
              </w:rPr>
            </w:pPr>
            <w:r w:rsidRPr="00671258">
              <w:rPr>
                <w:color w:val="000000" w:themeColor="text1"/>
                <w:sz w:val="21"/>
              </w:rPr>
              <w:t>……………………………</w:t>
            </w:r>
            <w:r w:rsidRPr="00671258">
              <w:rPr>
                <w:color w:val="000000" w:themeColor="text1"/>
                <w:sz w:val="21"/>
              </w:rPr>
              <w:br/>
            </w:r>
            <w:r w:rsidRPr="00671258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9A7FBE" w:rsidRPr="00671258" w:rsidRDefault="009A7FBE">
      <w:pPr>
        <w:rPr>
          <w:color w:val="000000" w:themeColor="text1"/>
        </w:rPr>
      </w:pPr>
    </w:p>
    <w:sectPr w:rsidR="009A7FBE" w:rsidRPr="00671258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71258"/>
    <w:rsid w:val="009A7FBE"/>
    <w:rsid w:val="00AA1D8D"/>
    <w:rsid w:val="00B47730"/>
    <w:rsid w:val="00CB0664"/>
    <w:rsid w:val="00FA0CF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11C1B564-BD1B-4834-B8B9-EE0BBE9E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Tablo1Ak-Vurgu1">
    <w:name w:val="Grid Table 1 Light Accent 1"/>
    <w:basedOn w:val="NormalTablo"/>
    <w:uiPriority w:val="46"/>
    <w:rsid w:val="00671258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2F1A4E-8479-4FB7-AF6C-B7C784575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Sivil Savunma Kulübü Öğrenci Listesi 2026-2027</dc:title>
  <dc:subject>öğrenci listesi</dc:subject>
  <dc:creator>evrakburada</dc:creator>
  <cp:keywords>sosyal kulüp, öğrenci listesi</cp:keywords>
  <dc:description/>
  <cp:lastModifiedBy>HP</cp:lastModifiedBy>
  <cp:revision>2</cp:revision>
  <dcterms:created xsi:type="dcterms:W3CDTF">2013-12-23T23:15:00Z</dcterms:created>
  <dcterms:modified xsi:type="dcterms:W3CDTF">2026-10-14T11:39:00Z</dcterms:modified>
  <cp:category/>
</cp:coreProperties>
</file>