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6237"/>
        <w:gridCol w:w="1440"/>
      </w:tblGrid>
      <w:tr w:rsidR="00ED72BC" w:rsidRPr="00EF3444" w14:paraId="4C38D9CB" w14:textId="77777777" w:rsidTr="00ED72BC">
        <w:trPr>
          <w:trHeight w:val="540"/>
          <w:jc w:val="center"/>
        </w:trPr>
        <w:tc>
          <w:tcPr>
            <w:tcW w:w="3261" w:type="dxa"/>
            <w:vMerge w:val="restart"/>
          </w:tcPr>
          <w:p w14:paraId="6245166A" w14:textId="77777777" w:rsidR="00ED72BC" w:rsidRPr="00EF3444" w:rsidRDefault="00ED72BC" w:rsidP="007E06E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EF3444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İsim:</w:t>
            </w:r>
          </w:p>
          <w:p w14:paraId="0F79D985" w14:textId="77777777" w:rsidR="00ED72BC" w:rsidRPr="00EF3444" w:rsidRDefault="00ED72BC" w:rsidP="007E06E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EF3444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Soy isim:</w:t>
            </w:r>
          </w:p>
          <w:p w14:paraId="509A8434" w14:textId="77777777" w:rsidR="00ED72BC" w:rsidRPr="00EF3444" w:rsidRDefault="00ED72BC" w:rsidP="007E06E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EF3444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Sınıf:</w:t>
            </w:r>
          </w:p>
          <w:p w14:paraId="52CEA445" w14:textId="77777777" w:rsidR="00ED72BC" w:rsidRPr="00EF3444" w:rsidRDefault="00ED72BC" w:rsidP="007E06E2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EF3444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 xml:space="preserve">No: </w:t>
            </w:r>
          </w:p>
        </w:tc>
        <w:tc>
          <w:tcPr>
            <w:tcW w:w="6237" w:type="dxa"/>
            <w:vMerge w:val="restart"/>
          </w:tcPr>
          <w:p w14:paraId="5C80BBB0" w14:textId="77777777" w:rsidR="00ED72BC" w:rsidRPr="00EF3444" w:rsidRDefault="00ED72BC" w:rsidP="007E06E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344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2025-2026 EĞİTİM- ÖĞRETİM YILI</w:t>
            </w:r>
          </w:p>
          <w:p w14:paraId="51AD39DC" w14:textId="77777777" w:rsidR="00ED72BC" w:rsidRPr="00EF3444" w:rsidRDefault="00ED72BC" w:rsidP="007E06E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344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ŞEHİT HÜSEYİN HATİPOĞLU İMAM HATİP ORTAOKULU</w:t>
            </w:r>
          </w:p>
          <w:p w14:paraId="7D918E7A" w14:textId="77777777" w:rsidR="00ED72BC" w:rsidRPr="00EF3444" w:rsidRDefault="00ED72BC" w:rsidP="007E06E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344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 SINIFLAR SOSYAL BİLGİLER DERSİ</w:t>
            </w:r>
          </w:p>
          <w:p w14:paraId="5413CB31" w14:textId="6A29A1CD" w:rsidR="00ED72BC" w:rsidRPr="00EF3444" w:rsidRDefault="00ED72BC" w:rsidP="007E06E2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F344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tr-T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2. DÖNEM 2. ORTAK YAZILI SINAVI SORULARI</w:t>
            </w:r>
          </w:p>
          <w:p w14:paraId="1666EDCC" w14:textId="77777777" w:rsidR="00ED72BC" w:rsidRPr="00EF3444" w:rsidRDefault="00ED72BC" w:rsidP="007E06E2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</w:p>
        </w:tc>
        <w:tc>
          <w:tcPr>
            <w:tcW w:w="1440" w:type="dxa"/>
          </w:tcPr>
          <w:p w14:paraId="05BD5A2B" w14:textId="7BEAE39B" w:rsidR="00ED72BC" w:rsidRPr="00EF3444" w:rsidRDefault="00ED72BC" w:rsidP="007E06E2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EF3444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05.06.2026</w:t>
            </w:r>
          </w:p>
        </w:tc>
      </w:tr>
      <w:tr w:rsidR="00ED72BC" w:rsidRPr="00EF3444" w14:paraId="6F854264" w14:textId="77777777" w:rsidTr="00ED72BC">
        <w:trPr>
          <w:trHeight w:val="503"/>
          <w:jc w:val="center"/>
        </w:trPr>
        <w:tc>
          <w:tcPr>
            <w:tcW w:w="3261" w:type="dxa"/>
            <w:vMerge/>
          </w:tcPr>
          <w:p w14:paraId="3C082719" w14:textId="77777777" w:rsidR="00ED72BC" w:rsidRPr="00EF3444" w:rsidRDefault="00ED72BC" w:rsidP="007E06E2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</w:p>
        </w:tc>
        <w:tc>
          <w:tcPr>
            <w:tcW w:w="6237" w:type="dxa"/>
            <w:vMerge/>
          </w:tcPr>
          <w:p w14:paraId="1FD0C892" w14:textId="77777777" w:rsidR="00ED72BC" w:rsidRPr="00EF3444" w:rsidRDefault="00ED72BC" w:rsidP="007E06E2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</w:p>
        </w:tc>
        <w:tc>
          <w:tcPr>
            <w:tcW w:w="1440" w:type="dxa"/>
          </w:tcPr>
          <w:p w14:paraId="27AB3E64" w14:textId="77777777" w:rsidR="00ED72BC" w:rsidRPr="00EF3444" w:rsidRDefault="00ED72BC" w:rsidP="007E06E2">
            <w:pPr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EF3444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Puan</w:t>
            </w:r>
          </w:p>
        </w:tc>
      </w:tr>
    </w:tbl>
    <w:p w14:paraId="6650DBC7" w14:textId="428E6AC1" w:rsidR="00ED72BC" w:rsidRPr="00EF3444" w:rsidRDefault="00ED72BC" w:rsidP="00ED72BC">
      <w:pPr>
        <w:pBdr>
          <w:bottom w:val="single" w:sz="6" w:space="1" w:color="auto"/>
        </w:pBdr>
        <w:contextualSpacing/>
        <w:jc w:val="both"/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EF3444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*** </w:t>
      </w:r>
      <w:r w:rsidRPr="00EF3444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u w:val="single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SINAV YÖNERGESİ</w:t>
      </w:r>
      <w:r w:rsidRPr="00EF3444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: Süreniz 1 ders saatidir. Her soru 10 puan değerindedir. Soruları dikkatlice okuyup, imla kurallarına uygun ve okunaklı güzel yazı kullanınız. BAŞARILAR…</w:t>
      </w:r>
      <w:r w:rsidR="00E164C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="00E164C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ab/>
      </w:r>
      <w:r w:rsidR="00E164C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ab/>
      </w:r>
      <w:r w:rsidR="00E164C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ab/>
      </w:r>
      <w:r w:rsidR="00E164C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ab/>
      </w:r>
      <w:r w:rsidR="00E164C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ab/>
      </w:r>
      <w:r w:rsidR="00E164C1">
        <w:rPr>
          <w:rFonts w:ascii="Times New Roman" w:hAnsi="Times New Roman" w:cs="Times New Roman"/>
          <w:b/>
          <w:i/>
          <w:iCs/>
          <w:color w:val="000000" w:themeColor="text1"/>
          <w:sz w:val="20"/>
          <w:szCs w:val="20"/>
          <w:lang w:val="tr-TR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ab/>
        <w:t xml:space="preserve"> Halil İbrahim SÖNMEZ</w:t>
      </w:r>
    </w:p>
    <w:p w14:paraId="40B49A6E" w14:textId="77777777" w:rsidR="00ED72BC" w:rsidRPr="00EF3444" w:rsidRDefault="00ED72BC" w:rsidP="00ED72BC">
      <w:pPr>
        <w:contextualSpacing/>
        <w:jc w:val="center"/>
        <w:rPr>
          <w:rFonts w:ascii="Times New Roman" w:hAnsi="Times New Roman" w:cs="Times New Roman"/>
          <w:b/>
          <w:u w:val="single"/>
          <w:lang w:val="tr-TR"/>
        </w:rPr>
      </w:pPr>
      <w:r w:rsidRPr="00EF3444">
        <w:rPr>
          <w:rFonts w:ascii="Times New Roman" w:hAnsi="Times New Roman" w:cs="Times New Roman"/>
          <w:b/>
          <w:u w:val="single"/>
          <w:lang w:val="tr-TR"/>
        </w:rPr>
        <w:t>SORULAR</w:t>
      </w:r>
    </w:p>
    <w:p w14:paraId="6B6D6159" w14:textId="77777777" w:rsidR="00092AFA" w:rsidRPr="00EF3444" w:rsidRDefault="00000000">
      <w:pPr>
        <w:keepNext/>
        <w:spacing w:before="240" w:after="40"/>
        <w:rPr>
          <w:lang w:val="tr-TR"/>
        </w:rPr>
      </w:pPr>
      <w:r w:rsidRPr="00EF3444">
        <w:rPr>
          <w:b/>
          <w:color w:val="2E74B5"/>
          <w:lang w:val="tr-TR"/>
        </w:rPr>
        <w:t xml:space="preserve">SORU 1 </w:t>
      </w:r>
      <w:r w:rsidRPr="00EF3444">
        <w:rPr>
          <w:color w:val="7F7F7F"/>
          <w:sz w:val="18"/>
          <w:lang w:val="tr-TR"/>
        </w:rPr>
        <w:t>[SB.5.3.3]</w:t>
      </w:r>
    </w:p>
    <w:p w14:paraId="682FC6B8" w14:textId="77777777" w:rsidR="00157D8D" w:rsidRPr="00EF3444" w:rsidRDefault="00157D8D">
      <w:pPr>
        <w:spacing w:before="40" w:after="40"/>
        <w:rPr>
          <w:lang w:val="tr-TR"/>
        </w:rPr>
        <w:sectPr w:rsidR="00157D8D" w:rsidRPr="00EF3444" w:rsidSect="00ED72BC">
          <w:pgSz w:w="11909" w:h="16834"/>
          <w:pgMar w:top="426" w:right="427" w:bottom="1440" w:left="567" w:header="720" w:footer="720" w:gutter="0"/>
          <w:cols w:space="720"/>
          <w:docGrid w:linePitch="360"/>
        </w:sectPr>
      </w:pPr>
    </w:p>
    <w:tbl>
      <w:tblPr>
        <w:tblStyle w:val="TabloKlavuzu"/>
        <w:tblW w:w="5173" w:type="dxa"/>
        <w:tblInd w:w="38" w:type="dxa"/>
        <w:tblLook w:val="04A0" w:firstRow="1" w:lastRow="0" w:firstColumn="1" w:lastColumn="0" w:noHBand="0" w:noVBand="1"/>
      </w:tblPr>
      <w:tblGrid>
        <w:gridCol w:w="2338"/>
        <w:gridCol w:w="2835"/>
      </w:tblGrid>
      <w:tr w:rsidR="00157D8D" w:rsidRPr="00EF3444" w14:paraId="1E88C54B" w14:textId="7DF486EA" w:rsidTr="00EF3444">
        <w:trPr>
          <w:trHeight w:val="3209"/>
        </w:trPr>
        <w:tc>
          <w:tcPr>
            <w:tcW w:w="2338" w:type="dxa"/>
          </w:tcPr>
          <w:p w14:paraId="3B0D4E96" w14:textId="77777777" w:rsidR="00157D8D" w:rsidRPr="00EF3444" w:rsidRDefault="00157D8D" w:rsidP="00157D8D">
            <w:pPr>
              <w:spacing w:before="40" w:after="40"/>
              <w:jc w:val="center"/>
              <w:rPr>
                <w:lang w:val="tr-TR"/>
              </w:rPr>
            </w:pPr>
            <w:r w:rsidRPr="00EF3444">
              <w:rPr>
                <w:noProof/>
                <w:lang w:val="tr-TR"/>
              </w:rPr>
              <w:drawing>
                <wp:inline distT="0" distB="0" distL="0" distR="0" wp14:anchorId="429B7675" wp14:editId="61DFBF58">
                  <wp:extent cx="923925" cy="839626"/>
                  <wp:effectExtent l="0" t="0" r="0" b="0"/>
                  <wp:docPr id="1433313169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313169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39944" cy="854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403FCF" w14:textId="77777777" w:rsidR="00EF3444" w:rsidRDefault="00EF3444" w:rsidP="00157D8D">
            <w:pPr>
              <w:spacing w:before="40" w:after="40"/>
              <w:jc w:val="center"/>
              <w:rPr>
                <w:lang w:val="tr-TR"/>
              </w:rPr>
            </w:pPr>
          </w:p>
          <w:p w14:paraId="76020DC4" w14:textId="5938B9E4" w:rsidR="00157D8D" w:rsidRPr="00EF3444" w:rsidRDefault="00157D8D" w:rsidP="00157D8D">
            <w:pPr>
              <w:spacing w:before="40" w:after="40"/>
              <w:jc w:val="center"/>
              <w:rPr>
                <w:lang w:val="tr-TR"/>
              </w:rPr>
            </w:pPr>
            <w:r w:rsidRPr="00EF3444">
              <w:rPr>
                <w:lang w:val="tr-TR"/>
              </w:rPr>
              <w:t>Sümerler kil tabletlerin üzerine 'Yazı'yı yazarak dünyadaki ilk yazı sistemini bulmuşlardır.</w:t>
            </w:r>
          </w:p>
        </w:tc>
        <w:tc>
          <w:tcPr>
            <w:tcW w:w="2835" w:type="dxa"/>
          </w:tcPr>
          <w:p w14:paraId="19B30143" w14:textId="7ABC76CF" w:rsidR="00EF3444" w:rsidRPr="00EF3444" w:rsidRDefault="00EF3444" w:rsidP="00EF3444">
            <w:pPr>
              <w:spacing w:before="40" w:after="40"/>
              <w:jc w:val="center"/>
              <w:rPr>
                <w:lang w:val="tr-TR"/>
              </w:rPr>
            </w:pPr>
            <w:r w:rsidRPr="00EF3444">
              <w:rPr>
                <w:noProof/>
                <w:lang w:val="tr-TR"/>
              </w:rPr>
              <w:drawing>
                <wp:inline distT="0" distB="0" distL="0" distR="0" wp14:anchorId="68986E5E" wp14:editId="79DBC4D0">
                  <wp:extent cx="1209675" cy="1048782"/>
                  <wp:effectExtent l="0" t="0" r="0" b="0"/>
                  <wp:docPr id="558773493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77349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887" cy="1064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F3444">
              <w:rPr>
                <w:lang w:val="tr-TR"/>
              </w:rPr>
              <w:t>Lidyalılar</w:t>
            </w:r>
            <w:r w:rsidR="00157D8D" w:rsidRPr="00EF3444">
              <w:rPr>
                <w:lang w:val="tr-TR"/>
              </w:rPr>
              <w:t xml:space="preserve"> ise </w:t>
            </w:r>
            <w:r w:rsidRPr="00EF3444">
              <w:rPr>
                <w:b/>
                <w:bCs/>
                <w:lang w:val="tr-TR"/>
              </w:rPr>
              <w:t>parayı icat etmiş</w:t>
            </w:r>
            <w:r w:rsidRPr="00EF3444">
              <w:rPr>
                <w:lang w:val="tr-TR"/>
              </w:rPr>
              <w:t xml:space="preserve"> ve Efes'ten Mezopotamya'ya uzanan </w:t>
            </w:r>
            <w:r w:rsidRPr="00EF3444">
              <w:rPr>
                <w:b/>
                <w:bCs/>
                <w:lang w:val="tr-TR"/>
              </w:rPr>
              <w:t>Kral Yolu'nu</w:t>
            </w:r>
            <w:r w:rsidRPr="00EF3444">
              <w:rPr>
                <w:lang w:val="tr-TR"/>
              </w:rPr>
              <w:t xml:space="preserve"> yaparak ticareti canlandırmışlardır.</w:t>
            </w:r>
          </w:p>
          <w:p w14:paraId="47D70287" w14:textId="0E062952" w:rsidR="00157D8D" w:rsidRPr="00EF3444" w:rsidRDefault="00157D8D" w:rsidP="00157D8D">
            <w:pPr>
              <w:spacing w:before="40" w:after="40"/>
              <w:jc w:val="both"/>
              <w:rPr>
                <w:lang w:val="tr-TR"/>
              </w:rPr>
            </w:pPr>
          </w:p>
        </w:tc>
      </w:tr>
    </w:tbl>
    <w:p w14:paraId="056241BB" w14:textId="77777777" w:rsidR="00EF3444" w:rsidRDefault="00EF3444" w:rsidP="00EF3444">
      <w:pPr>
        <w:spacing w:before="40" w:after="80"/>
        <w:ind w:firstLine="720"/>
        <w:rPr>
          <w:b/>
          <w:lang w:val="tr-TR"/>
        </w:rPr>
      </w:pPr>
    </w:p>
    <w:p w14:paraId="509C60CC" w14:textId="77777777" w:rsidR="00E164C1" w:rsidRDefault="00E164C1" w:rsidP="00EF3444">
      <w:pPr>
        <w:spacing w:before="40" w:after="80"/>
        <w:ind w:firstLine="720"/>
        <w:rPr>
          <w:b/>
          <w:lang w:val="tr-TR"/>
        </w:rPr>
      </w:pPr>
    </w:p>
    <w:p w14:paraId="0D3D49F3" w14:textId="4B43DC2B" w:rsidR="00EF3444" w:rsidRPr="00EF3444" w:rsidRDefault="00000000" w:rsidP="00EF3444">
      <w:pPr>
        <w:spacing w:before="40" w:after="80"/>
        <w:ind w:firstLine="284"/>
        <w:rPr>
          <w:b/>
          <w:lang w:val="tr-TR"/>
        </w:rPr>
      </w:pPr>
      <w:r w:rsidRPr="00EF3444">
        <w:rPr>
          <w:b/>
          <w:lang w:val="tr-TR"/>
        </w:rPr>
        <w:t xml:space="preserve">Buna göre, Sümerler ve </w:t>
      </w:r>
      <w:r w:rsidR="00EF3444">
        <w:rPr>
          <w:b/>
          <w:lang w:val="tr-TR"/>
        </w:rPr>
        <w:t>Lidyalıların</w:t>
      </w:r>
      <w:r w:rsidRPr="00EF3444">
        <w:rPr>
          <w:b/>
          <w:lang w:val="tr-TR"/>
        </w:rPr>
        <w:t xml:space="preserve"> insanlık tarihine hangi alanlarda katkı sağlamıştır? </w:t>
      </w:r>
    </w:p>
    <w:p w14:paraId="407D523E" w14:textId="77777777" w:rsidR="00AC4656" w:rsidRPr="00EF3444" w:rsidRDefault="00000000">
      <w:pPr>
        <w:spacing w:before="40"/>
        <w:rPr>
          <w:color w:val="BFBFBF"/>
          <w:lang w:val="tr-TR"/>
        </w:rPr>
      </w:pPr>
      <w:r w:rsidRPr="00EF3444">
        <w:rPr>
          <w:color w:val="BFBFBF"/>
          <w:lang w:val="tr-TR"/>
        </w:rPr>
        <w:t>Öğrenci Cevap Alanı:</w:t>
      </w:r>
    </w:p>
    <w:p w14:paraId="29EC03BD" w14:textId="3C45E368" w:rsidR="00092AFA" w:rsidRPr="00EF3444" w:rsidRDefault="00AC4656" w:rsidP="00AC4656">
      <w:pPr>
        <w:spacing w:before="40"/>
        <w:ind w:firstLine="720"/>
        <w:rPr>
          <w:color w:val="auto"/>
          <w:lang w:val="tr-TR"/>
        </w:rPr>
      </w:pPr>
      <w:r w:rsidRPr="00EF3444">
        <w:rPr>
          <w:color w:val="auto"/>
          <w:lang w:val="tr-TR"/>
        </w:rPr>
        <w:t xml:space="preserve">SÜMERLER </w:t>
      </w:r>
      <w:r w:rsidRPr="00EF3444">
        <w:rPr>
          <w:color w:val="auto"/>
          <w:lang w:val="tr-TR"/>
        </w:rPr>
        <w:tab/>
      </w:r>
      <w:r w:rsidRPr="00EF3444">
        <w:rPr>
          <w:color w:val="auto"/>
          <w:lang w:val="tr-TR"/>
        </w:rPr>
        <w:tab/>
      </w:r>
      <w:r w:rsidR="00EF3444" w:rsidRPr="00EF3444">
        <w:rPr>
          <w:color w:val="auto"/>
          <w:lang w:val="tr-TR"/>
        </w:rPr>
        <w:t>LİDYALILAR</w:t>
      </w:r>
    </w:p>
    <w:p w14:paraId="163BBAB8" w14:textId="77777777" w:rsidR="00157D8D" w:rsidRDefault="00157D8D">
      <w:pPr>
        <w:keepNext/>
        <w:spacing w:before="240" w:after="40"/>
        <w:rPr>
          <w:b/>
          <w:color w:val="2E74B5"/>
          <w:lang w:val="tr-TR"/>
        </w:rPr>
      </w:pPr>
    </w:p>
    <w:p w14:paraId="5C281CBC" w14:textId="77777777" w:rsidR="00EF3444" w:rsidRDefault="00EF3444">
      <w:pPr>
        <w:keepNext/>
        <w:spacing w:before="240" w:after="40"/>
        <w:rPr>
          <w:b/>
          <w:color w:val="2E74B5"/>
          <w:lang w:val="tr-TR"/>
        </w:rPr>
      </w:pPr>
      <w:r>
        <w:rPr>
          <w:b/>
          <w:color w:val="2E74B5"/>
          <w:lang w:val="tr-TR"/>
        </w:rPr>
        <w:t>………………………………..</w:t>
      </w:r>
      <w:r>
        <w:rPr>
          <w:b/>
          <w:color w:val="2E74B5"/>
          <w:lang w:val="tr-TR"/>
        </w:rPr>
        <w:tab/>
      </w:r>
      <w:r>
        <w:rPr>
          <w:b/>
          <w:color w:val="2E74B5"/>
          <w:lang w:val="tr-TR"/>
        </w:rPr>
        <w:tab/>
        <w:t>……………………………….</w:t>
      </w:r>
    </w:p>
    <w:p w14:paraId="0BE78279" w14:textId="3E96DA6A" w:rsidR="00EF3444" w:rsidRPr="00EF3444" w:rsidRDefault="00EF3444">
      <w:pPr>
        <w:keepNext/>
        <w:spacing w:before="240" w:after="40"/>
        <w:rPr>
          <w:b/>
          <w:color w:val="2E74B5"/>
          <w:lang w:val="tr-TR"/>
        </w:rPr>
        <w:sectPr w:rsidR="00EF3444" w:rsidRPr="00EF3444" w:rsidSect="00ED72BC">
          <w:type w:val="continuous"/>
          <w:pgSz w:w="11909" w:h="16834"/>
          <w:pgMar w:top="426" w:right="427" w:bottom="1440" w:left="567" w:header="720" w:footer="720" w:gutter="0"/>
          <w:cols w:num="2" w:space="720"/>
          <w:docGrid w:linePitch="360"/>
        </w:sectPr>
      </w:pPr>
      <w:r>
        <w:rPr>
          <w:b/>
          <w:color w:val="2E74B5"/>
          <w:lang w:val="tr-TR"/>
        </w:rPr>
        <w:t xml:space="preserve">     </w:t>
      </w:r>
    </w:p>
    <w:p w14:paraId="5E583B7B" w14:textId="48EA4CEE" w:rsidR="00092AFA" w:rsidRPr="00EF3444" w:rsidRDefault="00000000">
      <w:pPr>
        <w:keepNext/>
        <w:spacing w:before="240" w:after="40"/>
        <w:rPr>
          <w:color w:val="7F7F7F"/>
          <w:sz w:val="18"/>
          <w:lang w:val="tr-TR"/>
        </w:rPr>
      </w:pPr>
      <w:r w:rsidRPr="00EF3444">
        <w:rPr>
          <w:b/>
          <w:color w:val="2E74B5"/>
          <w:lang w:val="tr-TR"/>
        </w:rPr>
        <w:t xml:space="preserve">SORU 2 </w:t>
      </w:r>
      <w:r w:rsidRPr="00EF3444">
        <w:rPr>
          <w:color w:val="7F7F7F"/>
          <w:sz w:val="18"/>
          <w:lang w:val="tr-TR"/>
        </w:rPr>
        <w:t>[SB.5.4.1]</w:t>
      </w:r>
    </w:p>
    <w:p w14:paraId="2CFDED21" w14:textId="77777777" w:rsidR="00157D8D" w:rsidRPr="00EF3444" w:rsidRDefault="00157D8D">
      <w:pPr>
        <w:keepNext/>
        <w:spacing w:before="240" w:after="40"/>
        <w:rPr>
          <w:lang w:val="tr-TR"/>
        </w:rPr>
        <w:sectPr w:rsidR="00157D8D" w:rsidRPr="00EF3444" w:rsidSect="00ED72BC">
          <w:type w:val="continuous"/>
          <w:pgSz w:w="11909" w:h="16834"/>
          <w:pgMar w:top="426" w:right="427" w:bottom="1440" w:left="567" w:header="720" w:footer="720" w:gutter="0"/>
          <w:cols w:space="720"/>
          <w:docGrid w:linePitch="360"/>
        </w:sectPr>
      </w:pPr>
    </w:p>
    <w:p w14:paraId="42B07981" w14:textId="163CAC79" w:rsidR="00157D8D" w:rsidRPr="00EF3444" w:rsidRDefault="00157D8D">
      <w:pPr>
        <w:keepNext/>
        <w:spacing w:before="240" w:after="40"/>
        <w:rPr>
          <w:lang w:val="tr-TR"/>
        </w:rPr>
      </w:pPr>
      <w:r w:rsidRPr="00EF3444">
        <w:rPr>
          <w:noProof/>
          <w:lang w:val="tr-TR"/>
        </w:rPr>
        <w:drawing>
          <wp:inline distT="0" distB="0" distL="0" distR="0" wp14:anchorId="30B16391" wp14:editId="09E47C35">
            <wp:extent cx="2489138" cy="1222375"/>
            <wp:effectExtent l="0" t="0" r="6985" b="0"/>
            <wp:docPr id="141547535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47535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93905" cy="1224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05060" w14:textId="77777777" w:rsidR="00157D8D" w:rsidRPr="00EF3444" w:rsidRDefault="00157D8D">
      <w:pPr>
        <w:spacing w:before="40" w:after="40"/>
        <w:rPr>
          <w:lang w:val="tr-TR"/>
        </w:rPr>
      </w:pPr>
    </w:p>
    <w:p w14:paraId="5808CA12" w14:textId="6B584033" w:rsidR="00092AFA" w:rsidRPr="00EF3444" w:rsidRDefault="00000000" w:rsidP="00157D8D">
      <w:pPr>
        <w:spacing w:before="40" w:after="40"/>
        <w:jc w:val="both"/>
        <w:rPr>
          <w:lang w:val="tr-TR"/>
        </w:rPr>
      </w:pPr>
      <w:r w:rsidRPr="00EF3444">
        <w:rPr>
          <w:lang w:val="tr-TR"/>
        </w:rPr>
        <w:t>Cumhuriyet yönetiminde halk, kendisini yönetecek kişileri seçim yaparak belirler. Demokrasi ise her vatandaşın eşit oy hakkına sahip olması demektir.</w:t>
      </w:r>
    </w:p>
    <w:p w14:paraId="643D078D" w14:textId="77777777" w:rsidR="00092AFA" w:rsidRPr="00EF3444" w:rsidRDefault="00000000" w:rsidP="00157D8D">
      <w:pPr>
        <w:spacing w:before="40" w:after="80"/>
        <w:jc w:val="both"/>
        <w:rPr>
          <w:lang w:val="tr-TR"/>
        </w:rPr>
      </w:pPr>
      <w:r w:rsidRPr="00EF3444">
        <w:rPr>
          <w:b/>
          <w:lang w:val="tr-TR"/>
        </w:rPr>
        <w:t>Seçim ve oy kullanma hakkı, cumhuriyet ile demokrasi arasındaki ilişkiyi nasıl gösterir? Kısaca yazınız.</w:t>
      </w:r>
    </w:p>
    <w:p w14:paraId="247EC5F5" w14:textId="77777777" w:rsidR="00157D8D" w:rsidRPr="00EF3444" w:rsidRDefault="00157D8D">
      <w:pPr>
        <w:spacing w:before="40"/>
        <w:rPr>
          <w:color w:val="BFBFBF"/>
          <w:lang w:val="tr-TR"/>
        </w:rPr>
        <w:sectPr w:rsidR="00157D8D" w:rsidRPr="00EF3444" w:rsidSect="00EF3444">
          <w:type w:val="continuous"/>
          <w:pgSz w:w="11909" w:h="16834"/>
          <w:pgMar w:top="426" w:right="427" w:bottom="1440" w:left="567" w:header="720" w:footer="720" w:gutter="0"/>
          <w:cols w:num="2" w:space="141"/>
          <w:docGrid w:linePitch="360"/>
        </w:sectPr>
      </w:pPr>
    </w:p>
    <w:p w14:paraId="1457A576" w14:textId="77777777" w:rsidR="00092AFA" w:rsidRPr="00EF3444" w:rsidRDefault="00000000">
      <w:pPr>
        <w:spacing w:before="40"/>
        <w:rPr>
          <w:lang w:val="tr-TR"/>
        </w:rPr>
      </w:pPr>
      <w:r w:rsidRPr="00EF3444">
        <w:rPr>
          <w:color w:val="BFBFBF"/>
          <w:lang w:val="tr-TR"/>
        </w:rPr>
        <w:t>Öğrenci Cevap Alanı: .........................................................................................................................................</w:t>
      </w:r>
    </w:p>
    <w:p w14:paraId="01734F4D" w14:textId="77777777" w:rsidR="00092AFA" w:rsidRPr="00EF3444" w:rsidRDefault="00000000">
      <w:pPr>
        <w:keepNext/>
        <w:spacing w:before="240" w:after="40"/>
        <w:rPr>
          <w:lang w:val="tr-TR"/>
        </w:rPr>
      </w:pPr>
      <w:r w:rsidRPr="00EF3444">
        <w:rPr>
          <w:b/>
          <w:color w:val="2E74B5"/>
          <w:lang w:val="tr-TR"/>
        </w:rPr>
        <w:t xml:space="preserve">SORU 3 </w:t>
      </w:r>
      <w:r w:rsidRPr="00EF3444">
        <w:rPr>
          <w:color w:val="7F7F7F"/>
          <w:sz w:val="18"/>
          <w:lang w:val="tr-TR"/>
        </w:rPr>
        <w:t>[SB.5.4.2]</w:t>
      </w:r>
    </w:p>
    <w:p w14:paraId="6BF90559" w14:textId="77777777" w:rsidR="00ED72BC" w:rsidRPr="00EF3444" w:rsidRDefault="00ED72BC">
      <w:pPr>
        <w:spacing w:before="40" w:after="40"/>
        <w:rPr>
          <w:lang w:val="tr-TR"/>
        </w:rPr>
        <w:sectPr w:rsidR="00ED72BC" w:rsidRPr="00EF3444" w:rsidSect="00ED72BC">
          <w:type w:val="continuous"/>
          <w:pgSz w:w="11909" w:h="16834"/>
          <w:pgMar w:top="426" w:right="427" w:bottom="1440" w:left="567" w:header="720" w:footer="720" w:gutter="0"/>
          <w:cols w:space="720"/>
          <w:docGrid w:linePitch="360"/>
        </w:sectPr>
      </w:pPr>
    </w:p>
    <w:p w14:paraId="05D625A7" w14:textId="77777777" w:rsidR="00ED72BC" w:rsidRPr="00EF3444" w:rsidRDefault="00ED72BC">
      <w:pPr>
        <w:spacing w:before="40" w:after="40"/>
        <w:rPr>
          <w:lang w:val="tr-TR"/>
        </w:rPr>
      </w:pPr>
      <w:r w:rsidRPr="00EF3444">
        <w:rPr>
          <w:noProof/>
          <w:lang w:val="tr-TR"/>
        </w:rPr>
        <w:drawing>
          <wp:inline distT="0" distB="0" distL="0" distR="0" wp14:anchorId="5F5462E3" wp14:editId="47EC93F2">
            <wp:extent cx="1619250" cy="1009403"/>
            <wp:effectExtent l="0" t="0" r="0" b="635"/>
            <wp:docPr id="58765500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65500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25987" cy="1013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69EE0" w14:textId="354DD44C" w:rsidR="00092AFA" w:rsidRPr="00EF3444" w:rsidRDefault="00000000">
      <w:pPr>
        <w:spacing w:before="40" w:after="40"/>
        <w:rPr>
          <w:lang w:val="tr-TR"/>
        </w:rPr>
      </w:pPr>
      <w:r w:rsidRPr="00EF3444">
        <w:rPr>
          <w:lang w:val="tr-TR"/>
        </w:rPr>
        <w:t>Etkin bir vatandaş, sadece kendi haklarını bilmekle kalmaz; çevresindeki sorunlara karşı duyarlı olur, kurallara uyar ve çevresini temiz tutar.</w:t>
      </w:r>
    </w:p>
    <w:p w14:paraId="15F9BCD6" w14:textId="77777777" w:rsidR="00092AFA" w:rsidRPr="00EF3444" w:rsidRDefault="00000000">
      <w:pPr>
        <w:spacing w:before="40" w:after="80"/>
        <w:rPr>
          <w:lang w:val="tr-TR"/>
        </w:rPr>
      </w:pPr>
      <w:r w:rsidRPr="00EF3444">
        <w:rPr>
          <w:b/>
          <w:lang w:val="tr-TR"/>
        </w:rPr>
        <w:t>Yandaki görseldeki gibi yerdeki çöpleri kutuya atan bir çocuğun toplum düzenine nasıl bir faydası olur? Yazınız.</w:t>
      </w:r>
    </w:p>
    <w:p w14:paraId="4B4F1E65" w14:textId="2DBDF6C6" w:rsidR="00ED72BC" w:rsidRPr="00EF3444" w:rsidRDefault="00000000">
      <w:pPr>
        <w:spacing w:before="40"/>
        <w:rPr>
          <w:color w:val="BFBFBF"/>
          <w:lang w:val="tr-TR"/>
        </w:rPr>
        <w:sectPr w:rsidR="00ED72BC" w:rsidRPr="00EF3444" w:rsidSect="00ED72BC">
          <w:type w:val="continuous"/>
          <w:pgSz w:w="11909" w:h="16834"/>
          <w:pgMar w:top="426" w:right="427" w:bottom="1440" w:left="567" w:header="720" w:footer="720" w:gutter="0"/>
          <w:cols w:num="2" w:space="720"/>
          <w:docGrid w:linePitch="360"/>
        </w:sectPr>
      </w:pPr>
      <w:r w:rsidRPr="00EF3444">
        <w:rPr>
          <w:color w:val="BFBFBF"/>
          <w:lang w:val="tr-TR"/>
        </w:rPr>
        <w:t xml:space="preserve">Öğrenci Cevap Alanı: </w:t>
      </w:r>
      <w:r w:rsidR="00E164C1">
        <w:rPr>
          <w:color w:val="BFBFBF"/>
          <w:lang w:val="tr-TR"/>
        </w:rPr>
        <w:t>…………………………………………………</w:t>
      </w:r>
    </w:p>
    <w:p w14:paraId="28CE1FD5" w14:textId="2050695E" w:rsidR="00092AFA" w:rsidRPr="00EF3444" w:rsidRDefault="00000000">
      <w:pPr>
        <w:spacing w:before="40"/>
        <w:rPr>
          <w:lang w:val="tr-TR"/>
        </w:rPr>
      </w:pPr>
      <w:r w:rsidRPr="00EF3444">
        <w:rPr>
          <w:color w:val="BFBFBF"/>
          <w:lang w:val="tr-TR"/>
        </w:rPr>
        <w:t>.........................................................................................................................</w:t>
      </w:r>
      <w:r w:rsidR="00E164C1">
        <w:rPr>
          <w:color w:val="BFBFBF"/>
          <w:lang w:val="tr-TR"/>
        </w:rPr>
        <w:t>......................................................</w:t>
      </w:r>
      <w:r w:rsidRPr="00EF3444">
        <w:rPr>
          <w:color w:val="BFBFBF"/>
          <w:lang w:val="tr-TR"/>
        </w:rPr>
        <w:t>................</w:t>
      </w:r>
    </w:p>
    <w:p w14:paraId="06A7E9CD" w14:textId="77777777" w:rsidR="00092AFA" w:rsidRPr="00EF3444" w:rsidRDefault="00000000">
      <w:pPr>
        <w:keepNext/>
        <w:spacing w:before="240" w:after="40"/>
        <w:rPr>
          <w:lang w:val="tr-TR"/>
        </w:rPr>
      </w:pPr>
      <w:r w:rsidRPr="00EF3444">
        <w:rPr>
          <w:b/>
          <w:color w:val="2E74B5"/>
          <w:lang w:val="tr-TR"/>
        </w:rPr>
        <w:t xml:space="preserve">SORU 4 </w:t>
      </w:r>
      <w:r w:rsidRPr="00EF3444">
        <w:rPr>
          <w:color w:val="7F7F7F"/>
          <w:sz w:val="18"/>
          <w:lang w:val="tr-TR"/>
        </w:rPr>
        <w:t>[SB.5.4.3]</w:t>
      </w:r>
    </w:p>
    <w:p w14:paraId="73F0693B" w14:textId="77777777" w:rsidR="00092AFA" w:rsidRPr="00EF3444" w:rsidRDefault="00000000">
      <w:pPr>
        <w:spacing w:before="40" w:after="40"/>
        <w:rPr>
          <w:lang w:val="tr-TR"/>
        </w:rPr>
      </w:pPr>
      <w:r w:rsidRPr="00EF3444">
        <w:rPr>
          <w:lang w:val="tr-TR"/>
        </w:rPr>
        <w:t>Her çocuğun okula gidip eğitim alma 'hakkı' vardır. Ancak derste öğretmenini dikkatli dinlemek ve okul kurallarına uymak da onun 'sorumluluğudur'.</w:t>
      </w:r>
    </w:p>
    <w:p w14:paraId="57BAA6C4" w14:textId="6F7E1DDF" w:rsidR="00B85686" w:rsidRDefault="00000000" w:rsidP="00AC4656">
      <w:pPr>
        <w:spacing w:before="40" w:after="80"/>
        <w:rPr>
          <w:b/>
          <w:lang w:val="tr-TR"/>
        </w:rPr>
      </w:pPr>
      <w:r w:rsidRPr="00EF3444">
        <w:rPr>
          <w:b/>
          <w:lang w:val="tr-TR"/>
        </w:rPr>
        <w:t>Eğer öğrenciler haklarını kullanıp sınıftaki sorumluluklarını yerine getirmeseydi (örneğin dersi bölselerdi) okulda ne gibi bir sorun yaşanırdı?</w:t>
      </w:r>
      <w:r w:rsidR="00E164C1">
        <w:rPr>
          <w:b/>
          <w:lang w:val="tr-TR"/>
        </w:rPr>
        <w:t xml:space="preserve"> Örnekler ile açıklayınız.</w:t>
      </w:r>
    </w:p>
    <w:p w14:paraId="464E9EA9" w14:textId="77777777" w:rsidR="00E164C1" w:rsidRDefault="00E164C1" w:rsidP="00AC4656">
      <w:pPr>
        <w:spacing w:before="40" w:after="80"/>
        <w:rPr>
          <w:b/>
          <w:lang w:val="tr-TR"/>
        </w:rPr>
      </w:pPr>
    </w:p>
    <w:p w14:paraId="78FEC165" w14:textId="03BD5A91" w:rsidR="00E164C1" w:rsidRPr="00EF3444" w:rsidRDefault="00E164C1" w:rsidP="00AC4656">
      <w:pPr>
        <w:spacing w:before="40" w:after="80"/>
        <w:rPr>
          <w:lang w:val="tr-TR"/>
        </w:rPr>
        <w:sectPr w:rsidR="00E164C1" w:rsidRPr="00EF3444" w:rsidSect="00ED72BC">
          <w:type w:val="continuous"/>
          <w:pgSz w:w="11909" w:h="16834"/>
          <w:pgMar w:top="426" w:right="427" w:bottom="142" w:left="567" w:header="720" w:footer="720" w:gutter="0"/>
          <w:cols w:space="720"/>
          <w:docGrid w:linePitch="360"/>
        </w:sectPr>
      </w:pPr>
    </w:p>
    <w:p w14:paraId="571FDE98" w14:textId="77777777" w:rsidR="00092AFA" w:rsidRPr="00EF3444" w:rsidRDefault="00000000" w:rsidP="00B85686">
      <w:pPr>
        <w:keepNext/>
        <w:spacing w:before="240" w:after="40"/>
        <w:jc w:val="both"/>
        <w:rPr>
          <w:color w:val="7F7F7F"/>
          <w:sz w:val="18"/>
          <w:lang w:val="tr-TR"/>
        </w:rPr>
      </w:pPr>
      <w:r w:rsidRPr="00EF3444">
        <w:rPr>
          <w:b/>
          <w:color w:val="2E74B5"/>
          <w:lang w:val="tr-TR"/>
        </w:rPr>
        <w:t xml:space="preserve">SORU 5 </w:t>
      </w:r>
      <w:r w:rsidRPr="00EF3444">
        <w:rPr>
          <w:color w:val="7F7F7F"/>
          <w:sz w:val="18"/>
          <w:lang w:val="tr-TR"/>
        </w:rPr>
        <w:t>[SB.5.4.4]</w:t>
      </w:r>
    </w:p>
    <w:p w14:paraId="1826BB0C" w14:textId="076ED034" w:rsidR="00EF3444" w:rsidRPr="00EF3444" w:rsidRDefault="00EF3444" w:rsidP="00B85686">
      <w:pPr>
        <w:keepNext/>
        <w:spacing w:before="240" w:after="40"/>
        <w:jc w:val="both"/>
        <w:rPr>
          <w:lang w:val="tr-TR"/>
        </w:rPr>
      </w:pPr>
      <w:r w:rsidRPr="00EF3444">
        <w:rPr>
          <w:noProof/>
          <w:lang w:val="tr-TR"/>
        </w:rPr>
        <w:drawing>
          <wp:inline distT="0" distB="0" distL="0" distR="0" wp14:anchorId="413613E9" wp14:editId="1D3256E3">
            <wp:extent cx="3330575" cy="1655445"/>
            <wp:effectExtent l="0" t="0" r="3175" b="1905"/>
            <wp:docPr id="204089610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08961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30575" cy="165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EDA16" w14:textId="77777777" w:rsidR="003F2F14" w:rsidRPr="00EF3444" w:rsidRDefault="003F2F14" w:rsidP="00B85686">
      <w:pPr>
        <w:spacing w:before="40"/>
        <w:jc w:val="both"/>
        <w:rPr>
          <w:lang w:val="tr-TR"/>
        </w:rPr>
      </w:pPr>
      <w:r w:rsidRPr="00EF3444">
        <w:rPr>
          <w:lang w:val="tr-TR"/>
        </w:rPr>
        <w:t>Yaşadığınız mahalledeki çocuk parkının oyuncakları kırılmış ve zeminindeki kauçuk kaplamalar yerinden sökülmüştür. Parkın yeniden güvenli hale getirilmesi ve onarılması için resmi bir kuruma dilekçe yazarak başvuruda bulunmanız gerekmektedir.</w:t>
      </w:r>
    </w:p>
    <w:p w14:paraId="548134B0" w14:textId="77777777" w:rsidR="003F2F14" w:rsidRPr="00EF3444" w:rsidRDefault="003F2F14" w:rsidP="00B85686">
      <w:pPr>
        <w:spacing w:before="40"/>
        <w:jc w:val="both"/>
        <w:rPr>
          <w:lang w:val="tr-TR"/>
        </w:rPr>
      </w:pPr>
      <w:r w:rsidRPr="00EF3444">
        <w:rPr>
          <w:lang w:val="tr-TR"/>
        </w:rPr>
        <w:t xml:space="preserve">Vatandaşlık hakkınızı kullanarak yazacağınız bu dilekçenin </w:t>
      </w:r>
      <w:r w:rsidRPr="00EF3444">
        <w:rPr>
          <w:b/>
          <w:bCs/>
          <w:lang w:val="tr-TR"/>
        </w:rPr>
        <w:t>başlık (hitap) kısmına hangi resmi kurumun adını yazmalısınız?</w:t>
      </w:r>
    </w:p>
    <w:p w14:paraId="14585211" w14:textId="2BC5760E" w:rsidR="00092AFA" w:rsidRPr="00EF3444" w:rsidRDefault="00000000" w:rsidP="00B85686">
      <w:pPr>
        <w:spacing w:before="40"/>
        <w:rPr>
          <w:color w:val="BFBFBF"/>
          <w:lang w:val="tr-TR"/>
        </w:rPr>
      </w:pPr>
      <w:r w:rsidRPr="00EF3444">
        <w:rPr>
          <w:color w:val="BFBFBF"/>
          <w:lang w:val="tr-TR"/>
        </w:rPr>
        <w:t xml:space="preserve">Öğrenci Cevap Alanı: </w:t>
      </w:r>
      <w:r w:rsidR="00E164C1">
        <w:rPr>
          <w:color w:val="BFBFBF"/>
          <w:lang w:val="tr-TR"/>
        </w:rPr>
        <w:t>…………………………………………………………………………………………………………………………………………………………………………………….</w:t>
      </w:r>
    </w:p>
    <w:p w14:paraId="1B511664" w14:textId="77777777" w:rsidR="00092AFA" w:rsidRPr="00EF3444" w:rsidRDefault="00000000" w:rsidP="00B85686">
      <w:pPr>
        <w:keepNext/>
        <w:spacing w:before="240" w:after="40"/>
        <w:jc w:val="both"/>
        <w:rPr>
          <w:lang w:val="tr-TR"/>
        </w:rPr>
      </w:pPr>
      <w:r w:rsidRPr="00EF3444">
        <w:rPr>
          <w:b/>
          <w:color w:val="2E74B5"/>
          <w:lang w:val="tr-TR"/>
        </w:rPr>
        <w:t xml:space="preserve">SORU 6 </w:t>
      </w:r>
      <w:r w:rsidRPr="00EF3444">
        <w:rPr>
          <w:color w:val="7F7F7F"/>
          <w:sz w:val="18"/>
          <w:lang w:val="tr-TR"/>
        </w:rPr>
        <w:t>[SB.5.4.4]</w:t>
      </w:r>
    </w:p>
    <w:p w14:paraId="279F2655" w14:textId="20FCD43D" w:rsidR="00092AFA" w:rsidRPr="00EF3444" w:rsidRDefault="00B85686" w:rsidP="00B85686">
      <w:pPr>
        <w:spacing w:before="20" w:after="40"/>
        <w:jc w:val="both"/>
        <w:rPr>
          <w:lang w:val="tr-TR"/>
        </w:rPr>
      </w:pPr>
      <w:r w:rsidRPr="00EF3444">
        <w:rPr>
          <w:lang w:val="tr-TR"/>
        </w:rPr>
        <w:t xml:space="preserve">5. sınıf öğrencileri, okul bahçesindeki futbol kalesinin ağlarının yırtıldığını fark etmiş ve topun sürekli dışarı kaçmasından dolayı okul müdürlüğüne başvurmaya karar vermişlerdir. Öğrencilerin bu haklı taleplerini okul idaresine </w:t>
      </w:r>
      <w:r w:rsidRPr="00EF3444">
        <w:rPr>
          <w:b/>
          <w:bCs/>
          <w:lang w:val="tr-TR"/>
        </w:rPr>
        <w:t>resmi, yazılı ve kurallara uygun bir şekilde</w:t>
      </w:r>
      <w:r w:rsidRPr="00EF3444">
        <w:rPr>
          <w:lang w:val="tr-TR"/>
        </w:rPr>
        <w:t xml:space="preserve"> nasıl iletmeleri gerekmektedir? Yazınız.</w:t>
      </w:r>
    </w:p>
    <w:p w14:paraId="1F8E65C5" w14:textId="73B7E36E" w:rsidR="00092AFA" w:rsidRPr="00EF3444" w:rsidRDefault="00000000" w:rsidP="00B85686">
      <w:pPr>
        <w:spacing w:before="40"/>
        <w:jc w:val="both"/>
        <w:rPr>
          <w:color w:val="BFBFBF"/>
          <w:lang w:val="tr-TR"/>
        </w:rPr>
      </w:pPr>
      <w:r w:rsidRPr="00EF3444">
        <w:rPr>
          <w:color w:val="BFBFBF"/>
          <w:lang w:val="tr-TR"/>
        </w:rPr>
        <w:t xml:space="preserve">Öğrenci Cevap Alanı: </w:t>
      </w:r>
      <w:r w:rsidR="00E164C1">
        <w:rPr>
          <w:color w:val="BFBFBF"/>
          <w:lang w:val="tr-TR"/>
        </w:rPr>
        <w:t>………………………………………………………..</w:t>
      </w:r>
    </w:p>
    <w:p w14:paraId="34E2F6B5" w14:textId="77777777" w:rsidR="00092AFA" w:rsidRPr="00EF3444" w:rsidRDefault="00000000" w:rsidP="00B85686">
      <w:pPr>
        <w:keepNext/>
        <w:spacing w:before="240" w:after="40"/>
        <w:jc w:val="both"/>
        <w:rPr>
          <w:color w:val="7F7F7F"/>
          <w:sz w:val="18"/>
          <w:lang w:val="tr-TR"/>
        </w:rPr>
      </w:pPr>
      <w:r w:rsidRPr="00EF3444">
        <w:rPr>
          <w:b/>
          <w:color w:val="2E74B5"/>
          <w:lang w:val="tr-TR"/>
        </w:rPr>
        <w:t xml:space="preserve">SORU 7 </w:t>
      </w:r>
      <w:r w:rsidRPr="00EF3444">
        <w:rPr>
          <w:color w:val="7F7F7F"/>
          <w:sz w:val="18"/>
          <w:lang w:val="tr-TR"/>
        </w:rPr>
        <w:t>[SB.5.5.1]</w:t>
      </w:r>
    </w:p>
    <w:tbl>
      <w:tblPr>
        <w:tblStyle w:val="TabloKlavuzu"/>
        <w:tblW w:w="0" w:type="auto"/>
        <w:tblInd w:w="38" w:type="dxa"/>
        <w:tblLook w:val="04A0" w:firstRow="1" w:lastRow="0" w:firstColumn="1" w:lastColumn="0" w:noHBand="0" w:noVBand="1"/>
      </w:tblPr>
      <w:tblGrid>
        <w:gridCol w:w="2376"/>
        <w:gridCol w:w="2821"/>
      </w:tblGrid>
      <w:tr w:rsidR="00AC4656" w:rsidRPr="00EF3444" w14:paraId="0E9E7F80" w14:textId="77777777" w:rsidTr="00E164C1">
        <w:tc>
          <w:tcPr>
            <w:tcW w:w="2376" w:type="dxa"/>
          </w:tcPr>
          <w:p w14:paraId="4F35006B" w14:textId="2C1A9DB6" w:rsidR="00AC4656" w:rsidRPr="00EF3444" w:rsidRDefault="00AC4656" w:rsidP="00B85686">
            <w:pPr>
              <w:keepNext/>
              <w:spacing w:before="240" w:after="40"/>
              <w:jc w:val="both"/>
              <w:rPr>
                <w:lang w:val="tr-TR"/>
              </w:rPr>
            </w:pPr>
            <w:r w:rsidRPr="00EF3444">
              <w:rPr>
                <w:noProof/>
                <w:lang w:val="tr-TR"/>
              </w:rPr>
              <w:drawing>
                <wp:inline distT="0" distB="0" distL="0" distR="0" wp14:anchorId="14211088" wp14:editId="4586655E">
                  <wp:extent cx="1368655" cy="1157461"/>
                  <wp:effectExtent l="0" t="0" r="3175" b="5080"/>
                  <wp:docPr id="1920186770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18677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718" cy="1182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7" w:type="dxa"/>
          </w:tcPr>
          <w:p w14:paraId="6DDEA7B5" w14:textId="77777777" w:rsidR="00AC4656" w:rsidRPr="00EF3444" w:rsidRDefault="00AC4656" w:rsidP="00AC4656">
            <w:pPr>
              <w:spacing w:before="40" w:after="40"/>
              <w:jc w:val="both"/>
              <w:rPr>
                <w:lang w:val="tr-TR"/>
              </w:rPr>
            </w:pPr>
            <w:r w:rsidRPr="00EF3444">
              <w:rPr>
                <w:lang w:val="tr-TR"/>
              </w:rPr>
              <w:t>Evde işimiz bittiğinde musluğu kapatmak ve gereksiz lambaları söndürmek kaynaklarımızı korumamızı sağlar.</w:t>
            </w:r>
          </w:p>
          <w:p w14:paraId="3F5DDAC5" w14:textId="0FA05143" w:rsidR="00AC4656" w:rsidRPr="00EF3444" w:rsidRDefault="00AC4656" w:rsidP="00AC4656">
            <w:pPr>
              <w:spacing w:before="40" w:after="80"/>
              <w:jc w:val="both"/>
              <w:rPr>
                <w:lang w:val="tr-TR"/>
              </w:rPr>
            </w:pPr>
          </w:p>
        </w:tc>
      </w:tr>
    </w:tbl>
    <w:p w14:paraId="0EE2DF94" w14:textId="77777777" w:rsidR="00E164C1" w:rsidRDefault="00E164C1" w:rsidP="00AC4656">
      <w:pPr>
        <w:spacing w:before="40"/>
        <w:jc w:val="both"/>
        <w:rPr>
          <w:b/>
          <w:lang w:val="tr-TR"/>
        </w:rPr>
      </w:pPr>
      <w:r w:rsidRPr="00EF3444">
        <w:rPr>
          <w:b/>
          <w:lang w:val="tr-TR"/>
        </w:rPr>
        <w:t xml:space="preserve">      Suyu ve elektriği boşa harcamayıp tasarruf etmenin ailemizin cebine (bütçesine) nasıl bir katkısı olur?</w:t>
      </w:r>
    </w:p>
    <w:p w14:paraId="3DF19090" w14:textId="5E617498" w:rsidR="00AC4656" w:rsidRPr="00EF3444" w:rsidRDefault="00AC4656" w:rsidP="00AC4656">
      <w:pPr>
        <w:spacing w:before="40"/>
        <w:jc w:val="both"/>
        <w:rPr>
          <w:color w:val="BFBFBF"/>
          <w:lang w:val="tr-TR"/>
        </w:rPr>
      </w:pPr>
      <w:r w:rsidRPr="00EF3444">
        <w:rPr>
          <w:color w:val="BFBFBF"/>
          <w:lang w:val="tr-TR"/>
        </w:rPr>
        <w:t xml:space="preserve">Öğrenci Cevap Alanı: </w:t>
      </w:r>
    </w:p>
    <w:p w14:paraId="6D35AAA8" w14:textId="77777777" w:rsidR="00AC4656" w:rsidRPr="00EF3444" w:rsidRDefault="00AC4656" w:rsidP="00AC4656">
      <w:pPr>
        <w:keepNext/>
        <w:spacing w:before="240" w:after="40"/>
        <w:jc w:val="both"/>
        <w:rPr>
          <w:lang w:val="tr-TR"/>
        </w:rPr>
      </w:pPr>
      <w:r w:rsidRPr="00EF3444">
        <w:rPr>
          <w:b/>
          <w:color w:val="2E74B5"/>
          <w:lang w:val="tr-TR"/>
        </w:rPr>
        <w:t xml:space="preserve">SORU 8 </w:t>
      </w:r>
      <w:r w:rsidRPr="00EF3444">
        <w:rPr>
          <w:color w:val="7F7F7F"/>
          <w:sz w:val="18"/>
          <w:lang w:val="tr-TR"/>
        </w:rPr>
        <w:t>[SB.5.5.1]</w:t>
      </w:r>
    </w:p>
    <w:tbl>
      <w:tblPr>
        <w:tblStyle w:val="TabloKlavuzu"/>
        <w:tblW w:w="0" w:type="auto"/>
        <w:tblInd w:w="38" w:type="dxa"/>
        <w:tblLook w:val="04A0" w:firstRow="1" w:lastRow="0" w:firstColumn="1" w:lastColumn="0" w:noHBand="0" w:noVBand="1"/>
      </w:tblPr>
      <w:tblGrid>
        <w:gridCol w:w="3246"/>
        <w:gridCol w:w="1951"/>
      </w:tblGrid>
      <w:tr w:rsidR="00AC4656" w:rsidRPr="00EF3444" w14:paraId="527FB5DE" w14:textId="77777777" w:rsidTr="00AC4656">
        <w:tc>
          <w:tcPr>
            <w:tcW w:w="2692" w:type="dxa"/>
          </w:tcPr>
          <w:p w14:paraId="475FAEDE" w14:textId="1B425366" w:rsidR="00AC4656" w:rsidRPr="00EF3444" w:rsidRDefault="00AC4656" w:rsidP="00B85686">
            <w:pPr>
              <w:spacing w:before="40"/>
              <w:jc w:val="both"/>
              <w:rPr>
                <w:color w:val="BFBFBF"/>
                <w:lang w:val="tr-TR"/>
              </w:rPr>
            </w:pPr>
            <w:r w:rsidRPr="00EF3444">
              <w:rPr>
                <w:noProof/>
                <w:lang w:val="tr-TR"/>
              </w:rPr>
              <w:drawing>
                <wp:inline distT="0" distB="0" distL="0" distR="0" wp14:anchorId="5A864339" wp14:editId="05641C6B">
                  <wp:extent cx="1915064" cy="1233170"/>
                  <wp:effectExtent l="0" t="0" r="9525" b="5080"/>
                  <wp:docPr id="837510424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51042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4736" cy="1245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40950927" w14:textId="77777777" w:rsidR="00AC4656" w:rsidRPr="00EF3444" w:rsidRDefault="00AC4656" w:rsidP="00AC4656">
            <w:pPr>
              <w:spacing w:before="40" w:after="40"/>
              <w:rPr>
                <w:lang w:val="tr-TR"/>
              </w:rPr>
            </w:pPr>
            <w:r w:rsidRPr="00EF3444">
              <w:rPr>
                <w:lang w:val="tr-TR"/>
              </w:rPr>
              <w:t>Dünyamızdaki su ve enerji kaynakları bitmez tükenmez değildir. Suyu çok israf etmek doğaya büyük zararlar verir.</w:t>
            </w:r>
          </w:p>
          <w:p w14:paraId="3CC451B7" w14:textId="77777777" w:rsidR="00AC4656" w:rsidRPr="00EF3444" w:rsidRDefault="00AC4656" w:rsidP="00B85686">
            <w:pPr>
              <w:spacing w:before="40"/>
              <w:jc w:val="both"/>
              <w:rPr>
                <w:color w:val="BFBFBF"/>
                <w:lang w:val="tr-TR"/>
              </w:rPr>
            </w:pPr>
          </w:p>
        </w:tc>
      </w:tr>
    </w:tbl>
    <w:p w14:paraId="0F317E77" w14:textId="77777777" w:rsidR="00092AFA" w:rsidRPr="00EF3444" w:rsidRDefault="00000000" w:rsidP="00B85686">
      <w:pPr>
        <w:spacing w:before="40" w:after="80"/>
        <w:jc w:val="both"/>
        <w:rPr>
          <w:lang w:val="tr-TR"/>
        </w:rPr>
      </w:pPr>
      <w:r w:rsidRPr="00EF3444">
        <w:rPr>
          <w:b/>
          <w:lang w:val="tr-TR"/>
        </w:rPr>
        <w:t>Suyu ve doğal kaynakları verimsiz (israf ederek) kullanırsak doğada ne gibi bir çevre sorunu yaşanabilir? Bir tanesini yazınız.</w:t>
      </w:r>
    </w:p>
    <w:p w14:paraId="78CD4F0A" w14:textId="3EE0F142" w:rsidR="00092AFA" w:rsidRPr="00EF3444" w:rsidRDefault="00000000" w:rsidP="00AC4656">
      <w:pPr>
        <w:spacing w:before="40"/>
        <w:rPr>
          <w:color w:val="BFBFBF"/>
          <w:lang w:val="tr-TR"/>
        </w:rPr>
      </w:pPr>
      <w:r w:rsidRPr="00EF3444">
        <w:rPr>
          <w:color w:val="BFBFBF"/>
          <w:lang w:val="tr-TR"/>
        </w:rPr>
        <w:t>Öğrenci Cevap Alanı: ..............................................................................................</w:t>
      </w:r>
    </w:p>
    <w:p w14:paraId="42C39877" w14:textId="77777777" w:rsidR="00AC4656" w:rsidRPr="00EF3444" w:rsidRDefault="00AC4656" w:rsidP="00AC4656">
      <w:pPr>
        <w:spacing w:before="40"/>
        <w:rPr>
          <w:lang w:val="tr-TR"/>
        </w:rPr>
      </w:pPr>
    </w:p>
    <w:p w14:paraId="775E36D7" w14:textId="40BE3EB1" w:rsidR="00092AFA" w:rsidRPr="00EF3444" w:rsidRDefault="00000000" w:rsidP="00B85686">
      <w:pPr>
        <w:keepNext/>
        <w:spacing w:before="240" w:after="40"/>
        <w:jc w:val="both"/>
        <w:rPr>
          <w:lang w:val="tr-TR"/>
        </w:rPr>
      </w:pPr>
      <w:r w:rsidRPr="00EF3444">
        <w:rPr>
          <w:b/>
          <w:color w:val="2E74B5"/>
          <w:lang w:val="tr-TR"/>
        </w:rPr>
        <w:t xml:space="preserve">SORU 9 </w:t>
      </w:r>
      <w:r w:rsidRPr="00EF3444">
        <w:rPr>
          <w:color w:val="7F7F7F"/>
          <w:sz w:val="18"/>
          <w:lang w:val="tr-TR"/>
        </w:rPr>
        <w:t>[SB.5.5.2]</w:t>
      </w:r>
    </w:p>
    <w:tbl>
      <w:tblPr>
        <w:tblStyle w:val="TabloKlavuzu"/>
        <w:tblW w:w="0" w:type="auto"/>
        <w:tblInd w:w="38" w:type="dxa"/>
        <w:tblLook w:val="04A0" w:firstRow="1" w:lastRow="0" w:firstColumn="1" w:lastColumn="0" w:noHBand="0" w:noVBand="1"/>
      </w:tblPr>
      <w:tblGrid>
        <w:gridCol w:w="2503"/>
        <w:gridCol w:w="2694"/>
      </w:tblGrid>
      <w:tr w:rsidR="00466BEF" w:rsidRPr="00EF3444" w14:paraId="4011D99C" w14:textId="77777777" w:rsidTr="00466BEF">
        <w:trPr>
          <w:trHeight w:val="1903"/>
        </w:trPr>
        <w:tc>
          <w:tcPr>
            <w:tcW w:w="2532" w:type="dxa"/>
          </w:tcPr>
          <w:p w14:paraId="1CB21B7B" w14:textId="09615504" w:rsidR="00466BEF" w:rsidRPr="00EF3444" w:rsidRDefault="00466BEF" w:rsidP="00B85686">
            <w:pPr>
              <w:spacing w:before="20" w:after="40"/>
              <w:jc w:val="both"/>
              <w:rPr>
                <w:lang w:val="tr-TR"/>
              </w:rPr>
            </w:pPr>
            <w:r w:rsidRPr="00EF3444">
              <w:rPr>
                <w:noProof/>
                <w:lang w:val="tr-TR"/>
              </w:rPr>
              <w:drawing>
                <wp:inline distT="0" distB="0" distL="0" distR="0" wp14:anchorId="76073FE9" wp14:editId="6CA048AA">
                  <wp:extent cx="1319917" cy="1084580"/>
                  <wp:effectExtent l="0" t="0" r="0" b="1270"/>
                  <wp:docPr id="210837063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837063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9900" cy="1092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1" w:type="dxa"/>
          </w:tcPr>
          <w:p w14:paraId="77D4F6ED" w14:textId="5C10A448" w:rsidR="00466BEF" w:rsidRPr="00EF3444" w:rsidRDefault="00466BEF" w:rsidP="00466BEF">
            <w:pPr>
              <w:spacing w:before="40" w:after="40"/>
              <w:jc w:val="both"/>
              <w:rPr>
                <w:lang w:val="tr-TR"/>
              </w:rPr>
            </w:pPr>
            <w:r w:rsidRPr="00EF3444">
              <w:rPr>
                <w:lang w:val="tr-TR"/>
              </w:rPr>
              <w:t>Bütçe yaparken paramızı doğru harcamak için bir liste hazırlarız. Bu listede yaşamak için zorunlu olan harcamalar ile eğlence harcamaları yer alır.</w:t>
            </w:r>
          </w:p>
        </w:tc>
      </w:tr>
    </w:tbl>
    <w:p w14:paraId="3D8794FE" w14:textId="22167189" w:rsidR="00466BEF" w:rsidRPr="00EF3444" w:rsidRDefault="00466BEF" w:rsidP="00466BEF">
      <w:pPr>
        <w:spacing w:before="40" w:after="80"/>
        <w:jc w:val="both"/>
        <w:rPr>
          <w:lang w:val="tr-TR"/>
        </w:rPr>
      </w:pPr>
      <w:r w:rsidRPr="00EF3444">
        <w:rPr>
          <w:b/>
          <w:lang w:val="tr-TR"/>
        </w:rPr>
        <w:t>Cebimizdeki parayı harcarken bütçemizin bozulmaması için ilk önce 'isteklerimizi mi' yoksa 'temel ihtiyaçlarımızı mı' satın almalıyız? Cevabı yazarak istek ve ihtiyaca birer örnek veriniz.</w:t>
      </w:r>
    </w:p>
    <w:p w14:paraId="6648ADB7" w14:textId="555A1701" w:rsidR="00092AFA" w:rsidRPr="00EF3444" w:rsidRDefault="00000000" w:rsidP="00B85686">
      <w:pPr>
        <w:spacing w:before="40"/>
        <w:jc w:val="both"/>
        <w:rPr>
          <w:color w:val="BFBFBF"/>
          <w:lang w:val="tr-TR"/>
        </w:rPr>
      </w:pPr>
      <w:r w:rsidRPr="00EF3444">
        <w:rPr>
          <w:color w:val="BFBFBF"/>
          <w:lang w:val="tr-TR"/>
        </w:rPr>
        <w:t xml:space="preserve">Öğrenci Cevap Alanı: </w:t>
      </w:r>
    </w:p>
    <w:p w14:paraId="759EB368" w14:textId="77777777" w:rsidR="00E164C1" w:rsidRDefault="00E164C1" w:rsidP="00B85686">
      <w:pPr>
        <w:spacing w:before="40"/>
        <w:jc w:val="both"/>
        <w:rPr>
          <w:color w:val="BFBFBF"/>
          <w:lang w:val="tr-TR"/>
        </w:rPr>
      </w:pPr>
    </w:p>
    <w:p w14:paraId="0AEA940F" w14:textId="585951A9" w:rsidR="00466BEF" w:rsidRPr="00EF3444" w:rsidRDefault="00E164C1" w:rsidP="00B85686">
      <w:pPr>
        <w:spacing w:before="40"/>
        <w:jc w:val="both"/>
        <w:rPr>
          <w:color w:val="BFBFBF"/>
          <w:lang w:val="tr-TR"/>
        </w:rPr>
      </w:pPr>
      <w:r>
        <w:rPr>
          <w:color w:val="BFBFBF"/>
          <w:lang w:val="tr-TR"/>
        </w:rPr>
        <w:t>İstek:</w:t>
      </w:r>
    </w:p>
    <w:p w14:paraId="56B1601C" w14:textId="4268ED65" w:rsidR="00466BEF" w:rsidRPr="00EF3444" w:rsidRDefault="00E164C1" w:rsidP="00B85686">
      <w:pPr>
        <w:spacing w:before="40"/>
        <w:jc w:val="both"/>
        <w:rPr>
          <w:color w:val="BFBFBF"/>
          <w:lang w:val="tr-TR"/>
        </w:rPr>
      </w:pPr>
      <w:r>
        <w:rPr>
          <w:color w:val="BFBFBF"/>
          <w:lang w:val="tr-TR"/>
        </w:rPr>
        <w:t>İhtiyaç:</w:t>
      </w:r>
    </w:p>
    <w:p w14:paraId="0D3D25C4" w14:textId="77777777" w:rsidR="00092AFA" w:rsidRPr="00EF3444" w:rsidRDefault="00000000" w:rsidP="00B85686">
      <w:pPr>
        <w:keepNext/>
        <w:spacing w:before="240" w:after="40"/>
        <w:jc w:val="both"/>
        <w:rPr>
          <w:lang w:val="tr-TR"/>
        </w:rPr>
      </w:pPr>
      <w:r w:rsidRPr="00EF3444">
        <w:rPr>
          <w:b/>
          <w:color w:val="2E74B5"/>
          <w:lang w:val="tr-TR"/>
        </w:rPr>
        <w:t xml:space="preserve">SORU 10 </w:t>
      </w:r>
      <w:r w:rsidRPr="00EF3444">
        <w:rPr>
          <w:color w:val="7F7F7F"/>
          <w:sz w:val="18"/>
          <w:lang w:val="tr-TR"/>
        </w:rPr>
        <w:t>[SB.5.5.2]</w:t>
      </w:r>
    </w:p>
    <w:p w14:paraId="5EC740DA" w14:textId="0C7569E9" w:rsidR="00092AFA" w:rsidRPr="00EF3444" w:rsidRDefault="00EF3444" w:rsidP="00B85686">
      <w:pPr>
        <w:spacing w:before="40" w:after="40"/>
        <w:jc w:val="both"/>
        <w:rPr>
          <w:lang w:val="tr-TR"/>
        </w:rPr>
      </w:pPr>
      <w:r w:rsidRPr="00EF3444">
        <w:rPr>
          <w:noProof/>
          <w:lang w:val="tr-TR"/>
        </w:rPr>
        <w:drawing>
          <wp:inline distT="0" distB="0" distL="0" distR="0" wp14:anchorId="3B8185C0" wp14:editId="701BFB97">
            <wp:extent cx="1504950" cy="920770"/>
            <wp:effectExtent l="0" t="0" r="0" b="0"/>
            <wp:docPr id="204492981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92981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30793" cy="936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3444">
        <w:rPr>
          <w:noProof/>
          <w:lang w:val="tr-TR"/>
        </w:rPr>
        <w:drawing>
          <wp:inline distT="0" distB="0" distL="0" distR="0" wp14:anchorId="0F6CD1A9" wp14:editId="4ED10EF8">
            <wp:extent cx="1741154" cy="890829"/>
            <wp:effectExtent l="0" t="0" r="0" b="5080"/>
            <wp:docPr id="56547495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47495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69157" cy="905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3444">
        <w:rPr>
          <w:lang w:val="tr-TR"/>
        </w:rPr>
        <w:t>Haftalık harçlığının hepsini ilk günden oyuncak ve dondurmaya harcayan bir çocuk, hafta ortasında kalemi bittiğinde yeni kalem alacak para bulamamıştır.</w:t>
      </w:r>
    </w:p>
    <w:p w14:paraId="1D0FD9B8" w14:textId="77777777" w:rsidR="00092AFA" w:rsidRPr="00EF3444" w:rsidRDefault="00000000" w:rsidP="00B85686">
      <w:pPr>
        <w:spacing w:before="40" w:after="80"/>
        <w:jc w:val="both"/>
        <w:rPr>
          <w:lang w:val="tr-TR"/>
        </w:rPr>
      </w:pPr>
      <w:r w:rsidRPr="00EF3444">
        <w:rPr>
          <w:b/>
          <w:lang w:val="tr-TR"/>
        </w:rPr>
        <w:t>Bu çocuğun parasız kalmaması için harçlığını alır almaz nasıl bir plan yapmasını önerirsiniz?</w:t>
      </w:r>
    </w:p>
    <w:p w14:paraId="04201840" w14:textId="7048628F" w:rsidR="00092AFA" w:rsidRPr="00EF3444" w:rsidRDefault="00000000" w:rsidP="00B85686">
      <w:pPr>
        <w:spacing w:before="40"/>
        <w:jc w:val="both"/>
        <w:rPr>
          <w:color w:val="BFBFBF"/>
          <w:lang w:val="tr-TR"/>
        </w:rPr>
      </w:pPr>
      <w:r w:rsidRPr="00EF3444">
        <w:rPr>
          <w:color w:val="BFBFBF"/>
          <w:lang w:val="tr-TR"/>
        </w:rPr>
        <w:t xml:space="preserve">Öğrenci Cevap Alanı: </w:t>
      </w:r>
    </w:p>
    <w:p w14:paraId="4AD54961" w14:textId="77777777" w:rsidR="00EF3444" w:rsidRPr="00EF3444" w:rsidRDefault="00EF3444" w:rsidP="00B85686">
      <w:pPr>
        <w:spacing w:before="40"/>
        <w:jc w:val="both"/>
        <w:rPr>
          <w:lang w:val="tr-TR"/>
        </w:rPr>
      </w:pPr>
    </w:p>
    <w:p w14:paraId="5E4F0FC3" w14:textId="77777777" w:rsidR="00092AFA" w:rsidRPr="00EF3444" w:rsidRDefault="00000000">
      <w:pPr>
        <w:rPr>
          <w:lang w:val="tr-TR"/>
        </w:rPr>
      </w:pPr>
      <w:r w:rsidRPr="00EF3444">
        <w:rPr>
          <w:lang w:val="tr-TR"/>
        </w:rPr>
        <w:br w:type="page"/>
      </w:r>
    </w:p>
    <w:p w14:paraId="604E3C72" w14:textId="77777777" w:rsidR="00B85686" w:rsidRPr="00EF3444" w:rsidRDefault="00B85686">
      <w:pPr>
        <w:jc w:val="center"/>
        <w:rPr>
          <w:b/>
          <w:color w:val="C00000"/>
          <w:sz w:val="26"/>
          <w:lang w:val="tr-TR"/>
        </w:rPr>
        <w:sectPr w:rsidR="00B85686" w:rsidRPr="00EF3444" w:rsidSect="00AC4656">
          <w:type w:val="continuous"/>
          <w:pgSz w:w="11909" w:h="16834"/>
          <w:pgMar w:top="426" w:right="427" w:bottom="142" w:left="567" w:header="720" w:footer="720" w:gutter="0"/>
          <w:cols w:num="2" w:space="425"/>
          <w:docGrid w:linePitch="360"/>
        </w:sectPr>
      </w:pPr>
    </w:p>
    <w:p w14:paraId="1A1C94BE" w14:textId="46735FD6" w:rsidR="00092AFA" w:rsidRPr="00EF3444" w:rsidRDefault="00000000">
      <w:pPr>
        <w:jc w:val="center"/>
        <w:rPr>
          <w:lang w:val="tr-TR"/>
        </w:rPr>
      </w:pPr>
      <w:r w:rsidRPr="00EF3444">
        <w:rPr>
          <w:b/>
          <w:color w:val="C00000"/>
          <w:sz w:val="26"/>
          <w:lang w:val="tr-TR"/>
        </w:rPr>
        <w:lastRenderedPageBreak/>
        <w:t>5. SINIF SOSYAL BİLGİLER DERSİ 2. DÖNEM 2. ORTAK YAZILI</w:t>
      </w:r>
      <w:r w:rsidRPr="00EF3444">
        <w:rPr>
          <w:b/>
          <w:color w:val="C00000"/>
          <w:sz w:val="26"/>
          <w:lang w:val="tr-TR"/>
        </w:rPr>
        <w:br/>
        <w:t>CEVAP ANAHTARI</w:t>
      </w:r>
    </w:p>
    <w:p w14:paraId="5582FBE3" w14:textId="550BB1B7" w:rsidR="00092AFA" w:rsidRPr="00EF3444" w:rsidRDefault="00000000">
      <w:pPr>
        <w:spacing w:before="160" w:after="80"/>
        <w:rPr>
          <w:lang w:val="tr-TR"/>
        </w:rPr>
      </w:pPr>
      <w:r w:rsidRPr="00EF3444">
        <w:rPr>
          <w:b/>
          <w:color w:val="C00000"/>
          <w:lang w:val="tr-TR"/>
        </w:rPr>
        <w:t xml:space="preserve">SORU 1 CEVAP ANAHTARI: </w:t>
      </w:r>
      <w:r w:rsidRPr="00EF3444">
        <w:rPr>
          <w:lang w:val="tr-TR"/>
        </w:rPr>
        <w:t xml:space="preserve">Sümerler yazı ile kültürel/bilim alanında, </w:t>
      </w:r>
      <w:r w:rsidR="00EF3444">
        <w:rPr>
          <w:lang w:val="tr-TR"/>
        </w:rPr>
        <w:t>Lidyalılar</w:t>
      </w:r>
      <w:r w:rsidRPr="00EF3444">
        <w:rPr>
          <w:lang w:val="tr-TR"/>
        </w:rPr>
        <w:t xml:space="preserve"> ise </w:t>
      </w:r>
      <w:r w:rsidR="00EF3444">
        <w:rPr>
          <w:lang w:val="tr-TR"/>
        </w:rPr>
        <w:t xml:space="preserve">ekonomi </w:t>
      </w:r>
      <w:r w:rsidRPr="00EF3444">
        <w:rPr>
          <w:lang w:val="tr-TR"/>
        </w:rPr>
        <w:t xml:space="preserve">ve </w:t>
      </w:r>
      <w:r w:rsidR="00EF3444">
        <w:rPr>
          <w:lang w:val="tr-TR"/>
        </w:rPr>
        <w:t xml:space="preserve">ticaret </w:t>
      </w:r>
      <w:r w:rsidRPr="00EF3444">
        <w:rPr>
          <w:lang w:val="tr-TR"/>
        </w:rPr>
        <w:t>alanında katkı sağlamıştır.</w:t>
      </w:r>
    </w:p>
    <w:p w14:paraId="1D061C84" w14:textId="77777777" w:rsidR="00092AFA" w:rsidRPr="00EF3444" w:rsidRDefault="00000000">
      <w:pPr>
        <w:spacing w:before="160" w:after="80"/>
        <w:rPr>
          <w:lang w:val="tr-TR"/>
        </w:rPr>
      </w:pPr>
      <w:r w:rsidRPr="00EF3444">
        <w:rPr>
          <w:b/>
          <w:color w:val="C00000"/>
          <w:lang w:val="tr-TR"/>
        </w:rPr>
        <w:t xml:space="preserve">SORU 2 CEVAP ANAHTARI: </w:t>
      </w:r>
      <w:r w:rsidRPr="00EF3444">
        <w:rPr>
          <w:lang w:val="tr-TR"/>
        </w:rPr>
        <w:t>Seçim yapmak halkın kendi kendini yönetmesini sağlar. Bu yüzden cumhuriyet, demokrasinin en iyi uygulandığı yönetim şeklidir.</w:t>
      </w:r>
    </w:p>
    <w:p w14:paraId="0E80C0C2" w14:textId="77777777" w:rsidR="00092AFA" w:rsidRPr="00EF3444" w:rsidRDefault="00000000">
      <w:pPr>
        <w:spacing w:before="160" w:after="80"/>
        <w:rPr>
          <w:lang w:val="tr-TR"/>
        </w:rPr>
      </w:pPr>
      <w:r w:rsidRPr="00EF3444">
        <w:rPr>
          <w:b/>
          <w:color w:val="C00000"/>
          <w:lang w:val="tr-TR"/>
        </w:rPr>
        <w:t xml:space="preserve">SORU 3 CEVAP ANAHTARI: </w:t>
      </w:r>
      <w:r w:rsidRPr="00EF3444">
        <w:rPr>
          <w:lang w:val="tr-TR"/>
        </w:rPr>
        <w:t>Çevrenin temiz kalmasını sağlar, hastalıklardan korur ve diğer insanlara örnek olarak toplumda düzeni artırır.</w:t>
      </w:r>
    </w:p>
    <w:p w14:paraId="7C6F8CEB" w14:textId="77777777" w:rsidR="00092AFA" w:rsidRPr="00EF3444" w:rsidRDefault="00000000">
      <w:pPr>
        <w:spacing w:before="160" w:after="80"/>
        <w:rPr>
          <w:lang w:val="tr-TR"/>
        </w:rPr>
      </w:pPr>
      <w:r w:rsidRPr="00EF3444">
        <w:rPr>
          <w:b/>
          <w:color w:val="C00000"/>
          <w:lang w:val="tr-TR"/>
        </w:rPr>
        <w:t xml:space="preserve">SORU 4 CEVAP ANAHTARI: </w:t>
      </w:r>
      <w:r w:rsidRPr="00EF3444">
        <w:rPr>
          <w:lang w:val="tr-TR"/>
        </w:rPr>
        <w:t>Sınıfta gürültü olurdu, düzen bozulurdu ve hiç kimse dersi doğru dürüst öğrenemezdi.</w:t>
      </w:r>
    </w:p>
    <w:p w14:paraId="5E7E0749" w14:textId="77777777" w:rsidR="00092AFA" w:rsidRPr="00EF3444" w:rsidRDefault="00000000">
      <w:pPr>
        <w:spacing w:before="160" w:after="80"/>
        <w:rPr>
          <w:lang w:val="tr-TR"/>
        </w:rPr>
      </w:pPr>
      <w:r w:rsidRPr="00EF3444">
        <w:rPr>
          <w:b/>
          <w:color w:val="C00000"/>
          <w:lang w:val="tr-TR"/>
        </w:rPr>
        <w:t xml:space="preserve">SORU 5 CEVAP ANAHTARI: </w:t>
      </w:r>
      <w:r w:rsidRPr="00EF3444">
        <w:rPr>
          <w:lang w:val="tr-TR"/>
        </w:rPr>
        <w:t>Bu tür çevre ve altyapı sorunları için ilk olarak Belediye Başkanlığına (veya Beyaz Masa hattına) başvurmalıyız.</w:t>
      </w:r>
    </w:p>
    <w:p w14:paraId="23EA555C" w14:textId="7EC2E5DA" w:rsidR="00092AFA" w:rsidRPr="00EF3444" w:rsidRDefault="00000000">
      <w:pPr>
        <w:spacing w:before="160" w:after="80"/>
        <w:rPr>
          <w:lang w:val="tr-TR"/>
        </w:rPr>
      </w:pPr>
      <w:r w:rsidRPr="00EF3444">
        <w:rPr>
          <w:b/>
          <w:color w:val="C00000"/>
          <w:lang w:val="tr-TR"/>
        </w:rPr>
        <w:t xml:space="preserve">SORU 6 CEVAP ANAHTARI: </w:t>
      </w:r>
      <w:r w:rsidR="00B85686" w:rsidRPr="00EF3444">
        <w:rPr>
          <w:lang w:val="tr-TR"/>
        </w:rPr>
        <w:t>Dilekçe yazarak iletebilirler.</w:t>
      </w:r>
    </w:p>
    <w:p w14:paraId="6FD97C17" w14:textId="77777777" w:rsidR="00092AFA" w:rsidRPr="00EF3444" w:rsidRDefault="00000000">
      <w:pPr>
        <w:spacing w:before="160" w:after="80"/>
        <w:rPr>
          <w:lang w:val="tr-TR"/>
        </w:rPr>
      </w:pPr>
      <w:r w:rsidRPr="00EF3444">
        <w:rPr>
          <w:b/>
          <w:color w:val="C00000"/>
          <w:lang w:val="tr-TR"/>
        </w:rPr>
        <w:t xml:space="preserve">SORU 7 CEVAP ANAHTARI: </w:t>
      </w:r>
      <w:r w:rsidRPr="00EF3444">
        <w:rPr>
          <w:lang w:val="tr-TR"/>
        </w:rPr>
        <w:t>Faturalarımız daha az gelir, böylece paramız cebimizde kalır ve aile bütçemize maddi katkı sağlar.</w:t>
      </w:r>
    </w:p>
    <w:p w14:paraId="057A7E1D" w14:textId="77777777" w:rsidR="00092AFA" w:rsidRPr="00EF3444" w:rsidRDefault="00000000">
      <w:pPr>
        <w:spacing w:before="160" w:after="80"/>
        <w:rPr>
          <w:lang w:val="tr-TR"/>
        </w:rPr>
      </w:pPr>
      <w:r w:rsidRPr="00EF3444">
        <w:rPr>
          <w:b/>
          <w:color w:val="C00000"/>
          <w:lang w:val="tr-TR"/>
        </w:rPr>
        <w:t xml:space="preserve">SORU 8 CEVAP ANAHTARI: </w:t>
      </w:r>
      <w:r w:rsidRPr="00EF3444">
        <w:rPr>
          <w:lang w:val="tr-TR"/>
        </w:rPr>
        <w:t>Büyük bir kuraklık ve susuzluk tehlikesi yaşanabilir; göller ve akarsular kuruyabilir.</w:t>
      </w:r>
    </w:p>
    <w:p w14:paraId="4744C679" w14:textId="3BE7AF8D" w:rsidR="00092AFA" w:rsidRPr="00EF3444" w:rsidRDefault="00000000">
      <w:pPr>
        <w:spacing w:before="160" w:after="80"/>
        <w:rPr>
          <w:lang w:val="tr-TR"/>
        </w:rPr>
      </w:pPr>
      <w:r w:rsidRPr="00EF3444">
        <w:rPr>
          <w:b/>
          <w:color w:val="C00000"/>
          <w:lang w:val="tr-TR"/>
        </w:rPr>
        <w:t xml:space="preserve">SORU 9 CEVAP ANAHTARI: </w:t>
      </w:r>
      <w:r w:rsidRPr="00EF3444">
        <w:rPr>
          <w:lang w:val="tr-TR"/>
        </w:rPr>
        <w:t>İlk önce temel ihtiyaçlarımızı (beslenme, barınma, giyinme gibi zorunlu harcamaları) satın almalıyız.</w:t>
      </w:r>
      <w:r w:rsidR="00E164C1">
        <w:rPr>
          <w:lang w:val="tr-TR"/>
        </w:rPr>
        <w:t xml:space="preserve"> Örnekler kişisel cevaplara göre değişir.</w:t>
      </w:r>
    </w:p>
    <w:p w14:paraId="347EE2AE" w14:textId="77777777" w:rsidR="00092AFA" w:rsidRPr="00EF3444" w:rsidRDefault="00000000">
      <w:pPr>
        <w:spacing w:before="160" w:after="80"/>
        <w:rPr>
          <w:lang w:val="tr-TR"/>
        </w:rPr>
      </w:pPr>
      <w:r w:rsidRPr="00EF3444">
        <w:rPr>
          <w:b/>
          <w:color w:val="C00000"/>
          <w:lang w:val="tr-TR"/>
        </w:rPr>
        <w:t xml:space="preserve">SORU 10 CEVAP ANAHTARI: </w:t>
      </w:r>
      <w:r w:rsidRPr="00EF3444">
        <w:rPr>
          <w:lang w:val="tr-TR"/>
        </w:rPr>
        <w:t>Harçlığını alır almaz önce kalem gibi okul ihtiyaçlarına para ayırmalı, kalan parayı ise yavaş yavaş harcamalıdır.</w:t>
      </w:r>
    </w:p>
    <w:sectPr w:rsidR="00092AFA" w:rsidRPr="00EF3444" w:rsidSect="00ED72BC">
      <w:type w:val="continuous"/>
      <w:pgSz w:w="11909" w:h="16834"/>
      <w:pgMar w:top="426" w:right="427" w:bottom="142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4432526">
    <w:abstractNumId w:val="8"/>
  </w:num>
  <w:num w:numId="2" w16cid:durableId="1918663636">
    <w:abstractNumId w:val="6"/>
  </w:num>
  <w:num w:numId="3" w16cid:durableId="1496535280">
    <w:abstractNumId w:val="5"/>
  </w:num>
  <w:num w:numId="4" w16cid:durableId="1241254103">
    <w:abstractNumId w:val="4"/>
  </w:num>
  <w:num w:numId="5" w16cid:durableId="758139204">
    <w:abstractNumId w:val="7"/>
  </w:num>
  <w:num w:numId="6" w16cid:durableId="322927661">
    <w:abstractNumId w:val="3"/>
  </w:num>
  <w:num w:numId="7" w16cid:durableId="853884253">
    <w:abstractNumId w:val="2"/>
  </w:num>
  <w:num w:numId="8" w16cid:durableId="2065444282">
    <w:abstractNumId w:val="1"/>
  </w:num>
  <w:num w:numId="9" w16cid:durableId="449398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2AFA"/>
    <w:rsid w:val="0015074B"/>
    <w:rsid w:val="00157D8D"/>
    <w:rsid w:val="0029639D"/>
    <w:rsid w:val="00326F90"/>
    <w:rsid w:val="003F2F14"/>
    <w:rsid w:val="0040597B"/>
    <w:rsid w:val="00466BEF"/>
    <w:rsid w:val="00533AE1"/>
    <w:rsid w:val="007A3BD6"/>
    <w:rsid w:val="00AA1D8D"/>
    <w:rsid w:val="00AC4656"/>
    <w:rsid w:val="00B47730"/>
    <w:rsid w:val="00B85686"/>
    <w:rsid w:val="00CB0664"/>
    <w:rsid w:val="00E164C1"/>
    <w:rsid w:val="00ED72BC"/>
    <w:rsid w:val="00EF3444"/>
    <w:rsid w:val="00FC693F"/>
    <w:rsid w:val="00FE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D26D31"/>
  <w14:defaultImageDpi w14:val="300"/>
  <w15:docId w15:val="{12EE0D7E-33EA-497A-93F3-D4D08FD2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color w:val="333333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837</Words>
  <Characters>4771</Characters>
  <Application>Microsoft Office Word</Application>
  <DocSecurity>0</DocSecurity>
  <Lines>39</Lines>
  <Paragraphs>11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5597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Administrator</cp:lastModifiedBy>
  <cp:revision>3</cp:revision>
  <dcterms:created xsi:type="dcterms:W3CDTF">2026-06-04T22:26:00Z</dcterms:created>
  <dcterms:modified xsi:type="dcterms:W3CDTF">2026-06-04T22:28:00Z</dcterms:modified>
  <cp:category/>
</cp:coreProperties>
</file>