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8235EC" w:rsidRPr="008235EC" w:rsidTr="008235EC">
        <w:tc>
          <w:tcPr>
            <w:tcW w:w="9638" w:type="dxa"/>
            <w:gridSpan w:val="3"/>
          </w:tcPr>
          <w:p w:rsidR="00C527AF" w:rsidRPr="008235EC" w:rsidRDefault="008235EC">
            <w:pPr>
              <w:spacing w:after="40"/>
              <w:jc w:val="center"/>
              <w:rPr>
                <w:color w:val="auto"/>
              </w:rPr>
            </w:pPr>
            <w:r w:rsidRPr="008235EC">
              <w:rPr>
                <w:color w:val="auto"/>
                <w:sz w:val="24"/>
              </w:rPr>
              <w:t>………………….</w:t>
            </w:r>
            <w:r w:rsidRPr="008235EC">
              <w:rPr>
                <w:color w:val="auto"/>
                <w:sz w:val="24"/>
              </w:rPr>
              <w:t xml:space="preserve"> ORTAOKULU MÜDÜRLÜĞÜ</w:t>
            </w:r>
          </w:p>
          <w:p w:rsidR="00C527AF" w:rsidRPr="008235EC" w:rsidRDefault="008235EC">
            <w:pPr>
              <w:spacing w:after="40"/>
              <w:jc w:val="center"/>
              <w:rPr>
                <w:color w:val="auto"/>
              </w:rPr>
            </w:pPr>
            <w:r w:rsidRPr="008235EC">
              <w:rPr>
                <w:color w:val="auto"/>
                <w:sz w:val="21"/>
              </w:rPr>
              <w:t>2026-2027 EĞİTİM-ÖĞRETİM YILI</w:t>
            </w:r>
          </w:p>
          <w:p w:rsidR="00C527AF" w:rsidRPr="008235EC" w:rsidRDefault="008235EC">
            <w:pPr>
              <w:spacing w:after="40"/>
              <w:jc w:val="center"/>
              <w:rPr>
                <w:color w:val="auto"/>
              </w:rPr>
            </w:pPr>
            <w:r w:rsidRPr="008235EC">
              <w:rPr>
                <w:b/>
                <w:color w:val="auto"/>
                <w:sz w:val="38"/>
              </w:rPr>
              <w:t>ORGAN BAĞIŞI VE NAKLİ HAFTASI</w:t>
            </w:r>
          </w:p>
          <w:p w:rsidR="00C527AF" w:rsidRPr="008235EC" w:rsidRDefault="008235EC">
            <w:pPr>
              <w:spacing w:after="40"/>
              <w:jc w:val="center"/>
              <w:rPr>
                <w:color w:val="auto"/>
              </w:rPr>
            </w:pPr>
            <w:r w:rsidRPr="008235EC">
              <w:rPr>
                <w:b/>
                <w:color w:val="auto"/>
                <w:sz w:val="28"/>
              </w:rPr>
              <w:t>KUTLAMA PROGRAMI</w:t>
            </w:r>
          </w:p>
          <w:p w:rsidR="00C527AF" w:rsidRPr="008235EC" w:rsidRDefault="008235EC">
            <w:pPr>
              <w:spacing w:after="40"/>
              <w:jc w:val="center"/>
              <w:rPr>
                <w:color w:val="auto"/>
              </w:rPr>
            </w:pPr>
            <w:r w:rsidRPr="008235EC">
              <w:rPr>
                <w:color w:val="auto"/>
                <w:sz w:val="21"/>
              </w:rPr>
              <w:t>5 Kasım 2026 Perşembe  ·  3-9 Kasım 2026</w:t>
            </w:r>
          </w:p>
        </w:tc>
      </w:tr>
      <w:tr w:rsidR="008235EC" w:rsidRPr="008235EC" w:rsidTr="008235EC">
        <w:tc>
          <w:tcPr>
            <w:tcW w:w="3213" w:type="dxa"/>
          </w:tcPr>
          <w:p w:rsidR="00C527AF" w:rsidRPr="008235EC" w:rsidRDefault="008235EC">
            <w:pPr>
              <w:rPr>
                <w:color w:val="auto"/>
              </w:rPr>
            </w:pPr>
            <w:proofErr w:type="spellStart"/>
            <w:r w:rsidRPr="008235EC">
              <w:rPr>
                <w:b/>
                <w:color w:val="auto"/>
                <w:sz w:val="17"/>
              </w:rPr>
              <w:t>Tarih</w:t>
            </w:r>
            <w:proofErr w:type="spellEnd"/>
            <w:r w:rsidRPr="008235EC">
              <w:rPr>
                <w:b/>
                <w:color w:val="auto"/>
                <w:sz w:val="17"/>
              </w:rPr>
              <w:br/>
            </w:r>
            <w:r w:rsidRPr="008235EC">
              <w:rPr>
                <w:color w:val="auto"/>
                <w:sz w:val="19"/>
              </w:rPr>
              <w:t xml:space="preserve">5 </w:t>
            </w:r>
            <w:proofErr w:type="spellStart"/>
            <w:r w:rsidRPr="008235EC">
              <w:rPr>
                <w:color w:val="auto"/>
                <w:sz w:val="19"/>
              </w:rPr>
              <w:t>Kasım</w:t>
            </w:r>
            <w:proofErr w:type="spellEnd"/>
            <w:r w:rsidRPr="008235EC">
              <w:rPr>
                <w:color w:val="auto"/>
                <w:sz w:val="19"/>
              </w:rPr>
              <w:t xml:space="preserve"> 2026 Perşembe</w:t>
            </w:r>
          </w:p>
        </w:tc>
        <w:tc>
          <w:tcPr>
            <w:tcW w:w="3213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17"/>
              </w:rPr>
              <w:t>Yer</w:t>
            </w:r>
            <w:r w:rsidRPr="008235EC">
              <w:rPr>
                <w:b/>
                <w:color w:val="auto"/>
                <w:sz w:val="17"/>
              </w:rPr>
              <w:br/>
            </w:r>
            <w:r w:rsidRPr="008235EC">
              <w:rPr>
                <w:color w:val="auto"/>
                <w:sz w:val="19"/>
              </w:rPr>
              <w:t>Okul bahçesi / konferans salonu</w:t>
            </w:r>
          </w:p>
        </w:tc>
        <w:tc>
          <w:tcPr>
            <w:tcW w:w="3213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17"/>
              </w:rPr>
              <w:t>Hazırlayan</w:t>
            </w:r>
            <w:r w:rsidRPr="008235EC">
              <w:rPr>
                <w:b/>
                <w:color w:val="auto"/>
                <w:sz w:val="17"/>
              </w:rPr>
              <w:br/>
            </w:r>
            <w:r w:rsidRPr="008235EC">
              <w:rPr>
                <w:color w:val="auto"/>
                <w:sz w:val="19"/>
              </w:rPr>
              <w:t xml:space="preserve">Burcu Yıldız — Fen Bilimleri </w:t>
            </w:r>
            <w:r w:rsidRPr="008235EC">
              <w:rPr>
                <w:color w:val="auto"/>
                <w:sz w:val="19"/>
              </w:rPr>
              <w:t>Öğretmeni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t xml:space="preserve">PROGRAM </w:t>
      </w:r>
      <w:proofErr w:type="spellStart"/>
      <w:r w:rsidRPr="008235EC">
        <w:rPr>
          <w:b/>
          <w:color w:val="auto"/>
          <w:sz w:val="26"/>
        </w:rPr>
        <w:t>AKIŞI</w:t>
      </w:r>
      <w:proofErr w:type="spellEnd"/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737"/>
        <w:gridCol w:w="4762"/>
        <w:gridCol w:w="2835"/>
        <w:gridCol w:w="1304"/>
      </w:tblGrid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20"/>
              </w:rPr>
              <w:t>Sıra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20"/>
              </w:rPr>
              <w:t>Etkinlik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20"/>
              </w:rPr>
              <w:t>Görevli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b/>
                <w:color w:val="auto"/>
                <w:sz w:val="20"/>
              </w:rPr>
              <w:t>Sınıfı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1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Saygı duruşu ve İstiklâl Marşı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Tüm okul</w:t>
            </w:r>
          </w:p>
        </w:tc>
        <w:tc>
          <w:tcPr>
            <w:tcW w:w="1304" w:type="dxa"/>
          </w:tcPr>
          <w:p w:rsidR="00C527AF" w:rsidRPr="008235EC" w:rsidRDefault="00C527AF">
            <w:pPr>
              <w:rPr>
                <w:color w:val="auto"/>
              </w:rPr>
            </w:pP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2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Açılış ve sunum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Deniz Yılmaz – Nehir Demir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8/A – 8/B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3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Günün anlam ve önemi konuşması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Ela Kaya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7/A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4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“Hayata Umut Ol” şiiri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Poyraz Demir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5/A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5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 xml:space="preserve">Organ </w:t>
            </w:r>
            <w:r w:rsidRPr="008235EC">
              <w:rPr>
                <w:color w:val="auto"/>
                <w:sz w:val="20"/>
              </w:rPr>
              <w:t>bağışı ve nakli nedir? (sunum)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Masal Çelik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6/B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6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“Paylaşılan Can” şiiri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Atlas Şahin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6/A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7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Organ bağışı neden önemli? (sunum)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Duru Öztürk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7/B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8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“İyilik Yaşatır” şiiri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Çınar Koç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5/C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9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İyilik ve paylaşma üzerine güzel sözler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Zeynep Arslan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5/B</w:t>
            </w:r>
          </w:p>
        </w:tc>
      </w:tr>
      <w:tr w:rsidR="008235EC" w:rsidRPr="008235EC" w:rsidTr="008235EC">
        <w:tc>
          <w:tcPr>
            <w:tcW w:w="737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10</w:t>
            </w:r>
          </w:p>
        </w:tc>
        <w:tc>
          <w:tcPr>
            <w:tcW w:w="4762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 xml:space="preserve">Kapanış </w:t>
            </w:r>
            <w:r w:rsidRPr="008235EC">
              <w:rPr>
                <w:color w:val="auto"/>
                <w:sz w:val="20"/>
              </w:rPr>
              <w:t>ve farkındalık etkinliği</w:t>
            </w:r>
          </w:p>
        </w:tc>
        <w:tc>
          <w:tcPr>
            <w:tcW w:w="2835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Deniz Yılmaz – Nehir Demir</w:t>
            </w:r>
          </w:p>
        </w:tc>
        <w:tc>
          <w:tcPr>
            <w:tcW w:w="1304" w:type="dxa"/>
          </w:tcPr>
          <w:p w:rsidR="00C527AF" w:rsidRPr="008235EC" w:rsidRDefault="008235EC">
            <w:pPr>
              <w:rPr>
                <w:color w:val="auto"/>
              </w:rPr>
            </w:pPr>
            <w:r w:rsidRPr="008235EC">
              <w:rPr>
                <w:color w:val="auto"/>
                <w:sz w:val="20"/>
              </w:rPr>
              <w:t>8/A – 8/B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8235EC">
        <w:rPr>
          <w:b/>
          <w:color w:val="auto"/>
          <w:sz w:val="26"/>
        </w:rPr>
        <w:t>SUNUCU</w:t>
      </w:r>
      <w:proofErr w:type="spellEnd"/>
      <w:r w:rsidRPr="008235EC">
        <w:rPr>
          <w:b/>
          <w:color w:val="auto"/>
          <w:sz w:val="26"/>
        </w:rPr>
        <w:t xml:space="preserve"> </w:t>
      </w:r>
      <w:proofErr w:type="spellStart"/>
      <w:r w:rsidRPr="008235EC">
        <w:rPr>
          <w:b/>
          <w:color w:val="auto"/>
          <w:sz w:val="26"/>
        </w:rPr>
        <w:t>METNI</w:t>
      </w:r>
      <w:proofErr w:type="spellEnd"/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b/>
          <w:color w:val="auto"/>
        </w:rPr>
        <w:t>1. Sunucu:</w:t>
      </w:r>
      <w:r w:rsidRPr="008235EC">
        <w:rPr>
          <w:color w:val="auto"/>
        </w:rPr>
        <w:t xml:space="preserve"> Sayın Müdürüm, Değerli Öğretmenlerim, Sevgili Arkadaşlar;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b/>
          <w:color w:val="auto"/>
        </w:rPr>
        <w:t>2. Sunucu:</w:t>
      </w:r>
      <w:r w:rsidRPr="008235EC">
        <w:rPr>
          <w:color w:val="auto"/>
        </w:rPr>
        <w:t xml:space="preserve"> Organ Bağışı ve Nakli Haftası’nda umudu ve iyiliği paylaşmak için düzenlediğimiz programımıza hoş geldiniz. Programımıza saygı duruşu ve İstiklâl Marşımızla başlıyoruz.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1. Sunucu: </w:t>
      </w:r>
      <w:r w:rsidRPr="008235EC">
        <w:rPr>
          <w:i/>
          <w:color w:val="auto"/>
        </w:rPr>
        <w:t>“Bir organ bağışı, birçok hayata umut olmaktır.”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>Günün anlam ve önemini anl</w:t>
      </w:r>
      <w:r w:rsidRPr="008235EC">
        <w:rPr>
          <w:color w:val="auto"/>
        </w:rPr>
        <w:t xml:space="preserve">atmak üzere 7/A sınıfından </w:t>
      </w:r>
      <w:r w:rsidRPr="008235EC">
        <w:rPr>
          <w:b/>
          <w:color w:val="auto"/>
        </w:rPr>
        <w:t>Ela Kaya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2. Sunucu: </w:t>
      </w:r>
      <w:r w:rsidRPr="008235EC">
        <w:rPr>
          <w:i/>
          <w:color w:val="auto"/>
        </w:rPr>
        <w:t>“Paylaşmak, iyiliğin en güzel hâlidir.”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 xml:space="preserve">“Hayata Umut Ol” şiirini okumak üzere 5/A sınıfından </w:t>
      </w:r>
      <w:r w:rsidRPr="008235EC">
        <w:rPr>
          <w:b/>
          <w:color w:val="auto"/>
        </w:rPr>
        <w:t>Poyraz Demir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1. Sunucu: </w:t>
      </w:r>
      <w:r w:rsidRPr="008235EC">
        <w:rPr>
          <w:i/>
          <w:color w:val="auto"/>
        </w:rPr>
        <w:t>“Bilmek ve anlatmak, bir hayatın başlangıcı olabilir.”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>Org</w:t>
      </w:r>
      <w:r w:rsidRPr="008235EC">
        <w:rPr>
          <w:color w:val="auto"/>
        </w:rPr>
        <w:t xml:space="preserve">an bağışı ve nakli nedir sorusunu yanıtlayan sunumu için 6/B sınıfından </w:t>
      </w:r>
      <w:r w:rsidRPr="008235EC">
        <w:rPr>
          <w:b/>
          <w:color w:val="auto"/>
        </w:rPr>
        <w:t>Masal Çelik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2. Sunucu: </w:t>
      </w:r>
      <w:r w:rsidRPr="008235EC">
        <w:rPr>
          <w:i/>
          <w:color w:val="auto"/>
        </w:rPr>
        <w:t>“Veren el, alan eli her zaman mutlu eder.”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 xml:space="preserve">“Paylaşılan Can” şiirini okumak üzere 6/A sınıfından </w:t>
      </w:r>
      <w:r w:rsidRPr="008235EC">
        <w:rPr>
          <w:b/>
          <w:color w:val="auto"/>
        </w:rPr>
        <w:t>Atlas Şahin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1. Sunucu: </w:t>
      </w:r>
      <w:r w:rsidRPr="008235EC">
        <w:rPr>
          <w:i/>
          <w:color w:val="auto"/>
        </w:rPr>
        <w:t xml:space="preserve">“Hayatı </w:t>
      </w:r>
      <w:r w:rsidRPr="008235EC">
        <w:rPr>
          <w:i/>
          <w:color w:val="auto"/>
        </w:rPr>
        <w:t>paylaşmak, en büyük armağandır.”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 xml:space="preserve">Organ bağışının neden önemli olduğunu anlatmak üzere 7/B sınıfından </w:t>
      </w:r>
      <w:r w:rsidRPr="008235EC">
        <w:rPr>
          <w:b/>
          <w:color w:val="auto"/>
        </w:rPr>
        <w:t>Duru Öztürk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2. Sunucu: </w:t>
      </w:r>
      <w:r w:rsidRPr="008235EC">
        <w:rPr>
          <w:i/>
          <w:color w:val="auto"/>
        </w:rPr>
        <w:t>“İyilik, bir insandan diğerine akan bir ırmaktır.”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 xml:space="preserve">“İyilik Yaşatır” şiirini okumak üzere 5/C sınıfından </w:t>
      </w:r>
      <w:r w:rsidRPr="008235EC">
        <w:rPr>
          <w:b/>
          <w:color w:val="auto"/>
        </w:rPr>
        <w:t>Çınar Koç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keepNext/>
        <w:spacing w:after="20"/>
        <w:rPr>
          <w:color w:val="auto"/>
        </w:rPr>
      </w:pPr>
      <w:r w:rsidRPr="008235EC">
        <w:rPr>
          <w:b/>
          <w:color w:val="auto"/>
        </w:rPr>
        <w:t xml:space="preserve">1. Sunucu: </w:t>
      </w:r>
      <w:r w:rsidRPr="008235EC">
        <w:rPr>
          <w:i/>
          <w:color w:val="auto"/>
        </w:rPr>
        <w:t>“Bir can kurtaran, bütün insanlığı kurtarmış gibidir.”</w:t>
      </w:r>
    </w:p>
    <w:p w:rsidR="00C527AF" w:rsidRPr="008235EC" w:rsidRDefault="008235EC">
      <w:pPr>
        <w:spacing w:after="140"/>
        <w:rPr>
          <w:color w:val="auto"/>
        </w:rPr>
      </w:pPr>
      <w:r w:rsidRPr="008235EC">
        <w:rPr>
          <w:color w:val="auto"/>
        </w:rPr>
        <w:t xml:space="preserve">İyilik ve paylaşma üzerine güzel sözleri okumak üzere 5/B sınıfından </w:t>
      </w:r>
      <w:r w:rsidRPr="008235EC">
        <w:rPr>
          <w:b/>
          <w:color w:val="auto"/>
        </w:rPr>
        <w:t>Zeynep Arslan</w:t>
      </w:r>
      <w:r w:rsidRPr="008235EC">
        <w:rPr>
          <w:color w:val="auto"/>
        </w:rPr>
        <w:t xml:space="preserve"> kürsüye geliyor.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b/>
          <w:color w:val="auto"/>
        </w:rPr>
        <w:t>2. Sunucu:</w:t>
      </w:r>
      <w:r w:rsidRPr="008235EC">
        <w:rPr>
          <w:color w:val="auto"/>
        </w:rPr>
        <w:t xml:space="preserve"> Programımızın sonunda, organ bağışının önemini anlatan bir </w:t>
      </w:r>
      <w:r w:rsidRPr="008235EC">
        <w:rPr>
          <w:b/>
          <w:color w:val="auto"/>
        </w:rPr>
        <w:t>fa</w:t>
      </w:r>
      <w:r w:rsidRPr="008235EC">
        <w:rPr>
          <w:b/>
          <w:color w:val="auto"/>
        </w:rPr>
        <w:t>rkındalık köşesi</w:t>
      </w:r>
      <w:r w:rsidRPr="008235EC">
        <w:rPr>
          <w:color w:val="auto"/>
        </w:rPr>
        <w:t xml:space="preserve"> oluşturacak; öğrendiklerimizi ailelerimize anlatacağımıza söz vereceğiz.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b/>
          <w:color w:val="auto"/>
        </w:rPr>
        <w:t>1. Sunucu:</w:t>
      </w:r>
      <w:r w:rsidRPr="008235EC">
        <w:rPr>
          <w:color w:val="auto"/>
        </w:rPr>
        <w:t xml:space="preserve"> Organ Bağışı ve Nakli Haftası programımız burada sona ermiştir. İyiliği paylaşmayı unutmayalım. Bizi ilgiyle dinlediğiniz için teşekkür ederiz.</w:t>
      </w:r>
    </w:p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lastRenderedPageBreak/>
        <w:t>GÜNÜN ANLAM</w:t>
      </w:r>
      <w:r w:rsidRPr="008235EC">
        <w:rPr>
          <w:b/>
          <w:color w:val="auto"/>
          <w:sz w:val="26"/>
        </w:rPr>
        <w:t xml:space="preserve"> VE ÖNEMI (KONUŞMA METNI)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color w:val="auto"/>
        </w:rPr>
        <w:t>Sayın Müdürüm, değerli öğretmenlerim, sevgili arkadaşlar;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color w:val="auto"/>
        </w:rPr>
        <w:t xml:space="preserve">Bazı hastalıklarda, bir organ görevini yapamaz hâle gelir. İşte o zaman hastaya </w:t>
      </w:r>
      <w:r w:rsidRPr="008235EC">
        <w:rPr>
          <w:b/>
          <w:color w:val="auto"/>
        </w:rPr>
        <w:t>sağlıklı bir organın nakledilmesi</w:t>
      </w:r>
      <w:r w:rsidRPr="008235EC">
        <w:rPr>
          <w:color w:val="auto"/>
        </w:rPr>
        <w:t xml:space="preserve"> gerekir; buna </w:t>
      </w:r>
      <w:r w:rsidRPr="008235EC">
        <w:rPr>
          <w:b/>
          <w:color w:val="auto"/>
        </w:rPr>
        <w:t>organ nakli</w:t>
      </w:r>
      <w:r w:rsidRPr="008235EC">
        <w:rPr>
          <w:color w:val="auto"/>
        </w:rPr>
        <w:t xml:space="preserve"> denir. Nakledilecek organın gele</w:t>
      </w:r>
      <w:r w:rsidRPr="008235EC">
        <w:rPr>
          <w:color w:val="auto"/>
        </w:rPr>
        <w:t xml:space="preserve">bilmesi için ise </w:t>
      </w:r>
      <w:r w:rsidRPr="008235EC">
        <w:rPr>
          <w:b/>
          <w:color w:val="auto"/>
        </w:rPr>
        <w:t>organ bağışı</w:t>
      </w:r>
      <w:r w:rsidRPr="008235EC">
        <w:rPr>
          <w:color w:val="auto"/>
        </w:rPr>
        <w:t xml:space="preserve"> gereklidir. Organ bağışı; bir kişinin, hayatını kaybettikten sonra organlarının ihtiyacı olan hastalara nakledilmesine, hayattayken izin vermesidir.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color w:val="auto"/>
        </w:rPr>
        <w:t xml:space="preserve">Ülkemizde pek çok hasta, bir organ nakli bekler. Bu hastaların iyileşmesi ve </w:t>
      </w:r>
      <w:r w:rsidRPr="008235EC">
        <w:rPr>
          <w:color w:val="auto"/>
        </w:rPr>
        <w:t xml:space="preserve">yeniden sağlıkla yaşayabilmesi, bağış yapan </w:t>
      </w:r>
      <w:r w:rsidRPr="008235EC">
        <w:rPr>
          <w:b/>
          <w:color w:val="auto"/>
        </w:rPr>
        <w:t>gönüllü insanlar</w:t>
      </w:r>
      <w:r w:rsidRPr="008235EC">
        <w:rPr>
          <w:color w:val="auto"/>
        </w:rPr>
        <w:t xml:space="preserve"> sayesinde mümkün olur. Bir kişinin organ bağışı, </w:t>
      </w:r>
      <w:r w:rsidRPr="008235EC">
        <w:rPr>
          <w:b/>
          <w:color w:val="auto"/>
        </w:rPr>
        <w:t>birçok hastaya hayat ve umut</w:t>
      </w:r>
      <w:r w:rsidRPr="008235EC">
        <w:rPr>
          <w:color w:val="auto"/>
        </w:rPr>
        <w:t xml:space="preserve"> olabilir. Bu yüzden organ bağışı, insanın yapabileceği en büyük iyiliklerden biridir.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color w:val="auto"/>
        </w:rPr>
        <w:t xml:space="preserve">Organ bağışı </w:t>
      </w:r>
      <w:r w:rsidRPr="008235EC">
        <w:rPr>
          <w:b/>
          <w:color w:val="auto"/>
        </w:rPr>
        <w:t>gönüllülük</w:t>
      </w:r>
      <w:r w:rsidRPr="008235EC">
        <w:rPr>
          <w:color w:val="auto"/>
        </w:rPr>
        <w:t xml:space="preserve"> esasına</w:t>
      </w:r>
      <w:r w:rsidRPr="008235EC">
        <w:rPr>
          <w:color w:val="auto"/>
        </w:rPr>
        <w:t xml:space="preserve"> dayanır ve </w:t>
      </w:r>
      <w:r w:rsidRPr="008235EC">
        <w:rPr>
          <w:b/>
          <w:color w:val="auto"/>
        </w:rPr>
        <w:t>18 yaşından büyük</w:t>
      </w:r>
      <w:r w:rsidRPr="008235EC">
        <w:rPr>
          <w:color w:val="auto"/>
        </w:rPr>
        <w:t xml:space="preserve"> kişiler tarafından yapılır. Bu çalışmalar ülkemizde </w:t>
      </w:r>
      <w:r w:rsidRPr="008235EC">
        <w:rPr>
          <w:b/>
          <w:color w:val="auto"/>
        </w:rPr>
        <w:t>T.C. Sağlık Bakanlığı</w:t>
      </w:r>
      <w:r w:rsidRPr="008235EC">
        <w:rPr>
          <w:color w:val="auto"/>
        </w:rPr>
        <w:t xml:space="preserve"> tarafından yürütülür. Bazı organlar (örneğin böbrek) uygun şartlarda </w:t>
      </w:r>
      <w:r w:rsidRPr="008235EC">
        <w:rPr>
          <w:b/>
          <w:color w:val="auto"/>
        </w:rPr>
        <w:t>yaşayan bir vericiden</w:t>
      </w:r>
      <w:r w:rsidRPr="008235EC">
        <w:rPr>
          <w:color w:val="auto"/>
        </w:rPr>
        <w:t xml:space="preserve"> de bağışlanabilir.</w:t>
      </w:r>
    </w:p>
    <w:p w:rsidR="00C527AF" w:rsidRPr="008235EC" w:rsidRDefault="008235EC">
      <w:pPr>
        <w:spacing w:after="120"/>
        <w:jc w:val="both"/>
        <w:rPr>
          <w:color w:val="auto"/>
        </w:rPr>
      </w:pPr>
      <w:r w:rsidRPr="008235EC">
        <w:rPr>
          <w:color w:val="auto"/>
        </w:rPr>
        <w:t xml:space="preserve">Peki biz öğrenciler ne yapabiliriz? Henüz </w:t>
      </w:r>
      <w:r w:rsidRPr="008235EC">
        <w:rPr>
          <w:color w:val="auto"/>
        </w:rPr>
        <w:t xml:space="preserve">bağış yapacak yaşta değiliz; ama </w:t>
      </w:r>
      <w:r w:rsidRPr="008235EC">
        <w:rPr>
          <w:b/>
          <w:color w:val="auto"/>
        </w:rPr>
        <w:t>farkındalık</w:t>
      </w:r>
      <w:r w:rsidRPr="008235EC">
        <w:rPr>
          <w:color w:val="auto"/>
        </w:rPr>
        <w:t xml:space="preserve"> oluşturabiliriz. Organ bağışının ne kadar önemli olduğunu öğrenir, ailemize ve çevremize doğru bilgiyle anlatırsak, belki bir gün yaptığımız bu küçük paylaşım, birinin hayatını kurtarır. İyiliği yaymak dileğiyle</w:t>
      </w:r>
      <w:r w:rsidRPr="008235EC">
        <w:rPr>
          <w:color w:val="auto"/>
        </w:rPr>
        <w:t xml:space="preserve"> hepinizi sevgiyle selamlıyorum.</w:t>
      </w:r>
    </w:p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t>HAYATA UMUT OL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235EC" w:rsidRPr="008235EC">
        <w:trPr>
          <w:jc w:val="center"/>
        </w:trPr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Bir kalp durur, bir kalp bekler,</w:t>
            </w:r>
            <w:r w:rsidRPr="008235EC">
              <w:rPr>
                <w:i/>
                <w:color w:val="auto"/>
                <w:sz w:val="21"/>
              </w:rPr>
              <w:br/>
              <w:t>Umutla bakar yarınlara;</w:t>
            </w:r>
            <w:r w:rsidRPr="008235EC">
              <w:rPr>
                <w:i/>
                <w:color w:val="auto"/>
                <w:sz w:val="21"/>
              </w:rPr>
              <w:br/>
              <w:t>Sen bir iyilik tohumu ek,</w:t>
            </w:r>
            <w:r w:rsidRPr="008235EC">
              <w:rPr>
                <w:i/>
                <w:color w:val="auto"/>
                <w:sz w:val="21"/>
              </w:rPr>
              <w:br/>
              <w:t>Umut ol o yorgun canlara.</w:t>
            </w:r>
          </w:p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İyilik dolaşır dünyada,</w:t>
            </w:r>
            <w:r w:rsidRPr="008235EC">
              <w:rPr>
                <w:i/>
                <w:color w:val="auto"/>
                <w:sz w:val="21"/>
              </w:rPr>
              <w:br/>
              <w:t>Bir yürekten bir yüreğe;</w:t>
            </w:r>
            <w:r w:rsidRPr="008235EC">
              <w:rPr>
                <w:i/>
                <w:color w:val="auto"/>
                <w:sz w:val="21"/>
              </w:rPr>
              <w:br/>
              <w:t>Sen de bir umut ışığı ol,</w:t>
            </w:r>
            <w:r w:rsidRPr="008235EC">
              <w:rPr>
                <w:i/>
                <w:color w:val="auto"/>
                <w:sz w:val="21"/>
              </w:rPr>
              <w:br/>
              <w:t xml:space="preserve">Hayat ver, umut ol </w:t>
            </w:r>
            <w:r w:rsidRPr="008235EC">
              <w:rPr>
                <w:i/>
                <w:color w:val="auto"/>
                <w:sz w:val="21"/>
              </w:rPr>
              <w:t>herkese.</w:t>
            </w:r>
          </w:p>
        </w:tc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Paylaşmak çoğaltır sevinci,</w:t>
            </w:r>
            <w:r w:rsidRPr="008235EC">
              <w:rPr>
                <w:i/>
                <w:color w:val="auto"/>
                <w:sz w:val="21"/>
              </w:rPr>
              <w:br/>
              <w:t>Azalmaz hiç veren elin;</w:t>
            </w:r>
            <w:r w:rsidRPr="008235EC">
              <w:rPr>
                <w:i/>
                <w:color w:val="auto"/>
                <w:sz w:val="21"/>
              </w:rPr>
              <w:br/>
              <w:t>Bir bağış, bir hayat demektir,</w:t>
            </w:r>
            <w:r w:rsidRPr="008235EC">
              <w:rPr>
                <w:i/>
                <w:color w:val="auto"/>
                <w:sz w:val="21"/>
              </w:rPr>
              <w:br/>
              <w:t>Umut olur hasta bir bedenin.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8235EC">
        <w:rPr>
          <w:b/>
          <w:color w:val="auto"/>
          <w:sz w:val="26"/>
        </w:rPr>
        <w:t>PAYLAŞILAN</w:t>
      </w:r>
      <w:proofErr w:type="spellEnd"/>
      <w:r w:rsidRPr="008235EC">
        <w:rPr>
          <w:b/>
          <w:color w:val="auto"/>
          <w:sz w:val="26"/>
        </w:rPr>
        <w:t xml:space="preserve"> CAN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235EC" w:rsidRPr="008235EC">
        <w:trPr>
          <w:jc w:val="center"/>
        </w:trPr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En büyük armağan bu dünyada,</w:t>
            </w:r>
            <w:r w:rsidRPr="008235EC">
              <w:rPr>
                <w:i/>
                <w:color w:val="auto"/>
                <w:sz w:val="21"/>
              </w:rPr>
              <w:br/>
              <w:t>Bir başkasına can vermektir;</w:t>
            </w:r>
            <w:r w:rsidRPr="008235EC">
              <w:rPr>
                <w:i/>
                <w:color w:val="auto"/>
                <w:sz w:val="21"/>
              </w:rPr>
              <w:br/>
              <w:t>Görmeden, tanımadan sevmek,</w:t>
            </w:r>
            <w:r w:rsidRPr="008235EC">
              <w:rPr>
                <w:i/>
                <w:color w:val="auto"/>
                <w:sz w:val="21"/>
              </w:rPr>
              <w:br/>
              <w:t>İyiliğin ta kendisidir.</w:t>
            </w:r>
          </w:p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Unutma, i</w:t>
            </w:r>
            <w:r w:rsidRPr="008235EC">
              <w:rPr>
                <w:i/>
                <w:color w:val="auto"/>
                <w:sz w:val="21"/>
              </w:rPr>
              <w:t>yilik ölmez asla,</w:t>
            </w:r>
            <w:r w:rsidRPr="008235EC">
              <w:rPr>
                <w:i/>
                <w:color w:val="auto"/>
                <w:sz w:val="21"/>
              </w:rPr>
              <w:br/>
              <w:t>Bir bedende yaşar yeniden;</w:t>
            </w:r>
            <w:r w:rsidRPr="008235EC">
              <w:rPr>
                <w:i/>
                <w:color w:val="auto"/>
                <w:sz w:val="21"/>
              </w:rPr>
              <w:br/>
              <w:t>Paylaşmak en güzel sevgidir,</w:t>
            </w:r>
            <w:r w:rsidRPr="008235EC">
              <w:rPr>
                <w:i/>
                <w:color w:val="auto"/>
                <w:sz w:val="21"/>
              </w:rPr>
              <w:br/>
              <w:t>Hayat verir, umut verir gönülden.</w:t>
            </w:r>
          </w:p>
        </w:tc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Bir el uzanır karanlığa,</w:t>
            </w:r>
            <w:r w:rsidRPr="008235EC">
              <w:rPr>
                <w:i/>
                <w:color w:val="auto"/>
                <w:sz w:val="21"/>
              </w:rPr>
              <w:br/>
              <w:t>Söner sanılan bir ışık yanar;</w:t>
            </w:r>
            <w:r w:rsidRPr="008235EC">
              <w:rPr>
                <w:i/>
                <w:color w:val="auto"/>
                <w:sz w:val="21"/>
              </w:rPr>
              <w:br/>
              <w:t>Paylaşılan bir can sayesinde</w:t>
            </w:r>
            <w:r w:rsidRPr="008235EC">
              <w:rPr>
                <w:i/>
                <w:color w:val="auto"/>
                <w:sz w:val="21"/>
              </w:rPr>
              <w:br/>
              <w:t>Bir çocuk yeniden gülümser, koşar.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8235EC">
        <w:rPr>
          <w:b/>
          <w:color w:val="auto"/>
          <w:sz w:val="26"/>
        </w:rPr>
        <w:t>İYILIK</w:t>
      </w:r>
      <w:proofErr w:type="spellEnd"/>
      <w:r w:rsidRPr="008235EC">
        <w:rPr>
          <w:b/>
          <w:color w:val="auto"/>
          <w:sz w:val="26"/>
        </w:rPr>
        <w:t xml:space="preserve"> </w:t>
      </w:r>
      <w:proofErr w:type="spellStart"/>
      <w:r w:rsidRPr="008235EC">
        <w:rPr>
          <w:b/>
          <w:color w:val="auto"/>
          <w:sz w:val="26"/>
        </w:rPr>
        <w:t>YAŞATIR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235EC" w:rsidRPr="008235EC">
        <w:trPr>
          <w:jc w:val="center"/>
        </w:trPr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İyilik bir mu</w:t>
            </w:r>
            <w:r w:rsidRPr="008235EC">
              <w:rPr>
                <w:i/>
                <w:color w:val="auto"/>
                <w:sz w:val="21"/>
              </w:rPr>
              <w:t>m gibidir,</w:t>
            </w:r>
            <w:r w:rsidRPr="008235EC">
              <w:rPr>
                <w:i/>
                <w:color w:val="auto"/>
                <w:sz w:val="21"/>
              </w:rPr>
              <w:br/>
              <w:t>Yakar, ama azalmaz ışığı;</w:t>
            </w:r>
            <w:r w:rsidRPr="008235EC">
              <w:rPr>
                <w:i/>
                <w:color w:val="auto"/>
                <w:sz w:val="21"/>
              </w:rPr>
              <w:br/>
              <w:t>Bir başkasına can olmak,</w:t>
            </w:r>
            <w:r w:rsidRPr="008235EC">
              <w:rPr>
                <w:i/>
                <w:color w:val="auto"/>
                <w:sz w:val="21"/>
              </w:rPr>
              <w:br/>
              <w:t>En güzelidir iyiliğin.</w:t>
            </w:r>
          </w:p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t>Anlat sevdiklerine bunu,</w:t>
            </w:r>
            <w:r w:rsidRPr="008235EC">
              <w:rPr>
                <w:i/>
                <w:color w:val="auto"/>
                <w:sz w:val="21"/>
              </w:rPr>
              <w:br/>
            </w:r>
            <w:r w:rsidRPr="008235EC">
              <w:rPr>
                <w:i/>
                <w:color w:val="auto"/>
                <w:sz w:val="21"/>
              </w:rPr>
              <w:lastRenderedPageBreak/>
              <w:t>İyilik yayılsın dilden dile;</w:t>
            </w:r>
            <w:r w:rsidRPr="008235EC">
              <w:rPr>
                <w:i/>
                <w:color w:val="auto"/>
                <w:sz w:val="21"/>
              </w:rPr>
              <w:br/>
              <w:t>Bir farkındalık bile bazen</w:t>
            </w:r>
            <w:r w:rsidRPr="008235EC">
              <w:rPr>
                <w:i/>
                <w:color w:val="auto"/>
                <w:sz w:val="21"/>
              </w:rPr>
              <w:br/>
              <w:t>Umut olur bir hasta yüreğe.</w:t>
            </w:r>
          </w:p>
        </w:tc>
        <w:tc>
          <w:tcPr>
            <w:tcW w:w="4819" w:type="dxa"/>
          </w:tcPr>
          <w:p w:rsidR="00C527AF" w:rsidRPr="008235EC" w:rsidRDefault="008235EC">
            <w:pPr>
              <w:spacing w:after="160"/>
              <w:rPr>
                <w:color w:val="auto"/>
              </w:rPr>
            </w:pPr>
            <w:r w:rsidRPr="008235EC">
              <w:rPr>
                <w:i/>
                <w:color w:val="auto"/>
                <w:sz w:val="21"/>
              </w:rPr>
              <w:lastRenderedPageBreak/>
              <w:t>Bilmediğin bir insanın</w:t>
            </w:r>
            <w:r w:rsidRPr="008235EC">
              <w:rPr>
                <w:i/>
                <w:color w:val="auto"/>
                <w:sz w:val="21"/>
              </w:rPr>
              <w:br/>
              <w:t>Yüzünü güldürür belki bir gün;</w:t>
            </w:r>
            <w:r w:rsidRPr="008235EC">
              <w:rPr>
                <w:i/>
                <w:color w:val="auto"/>
                <w:sz w:val="21"/>
              </w:rPr>
              <w:br/>
              <w:t>Paylaştı</w:t>
            </w:r>
            <w:r w:rsidRPr="008235EC">
              <w:rPr>
                <w:i/>
                <w:color w:val="auto"/>
                <w:sz w:val="21"/>
              </w:rPr>
              <w:t>ğın o küçük umut</w:t>
            </w:r>
            <w:r w:rsidRPr="008235EC">
              <w:rPr>
                <w:i/>
                <w:color w:val="auto"/>
                <w:sz w:val="21"/>
              </w:rPr>
              <w:br/>
              <w:t>Büyük olur, kocaman, bütün.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lastRenderedPageBreak/>
        <w:t xml:space="preserve">ORGAN </w:t>
      </w:r>
      <w:proofErr w:type="spellStart"/>
      <w:r w:rsidRPr="008235EC">
        <w:rPr>
          <w:b/>
          <w:color w:val="auto"/>
          <w:sz w:val="26"/>
        </w:rPr>
        <w:t>BAĞIŞI</w:t>
      </w:r>
      <w:proofErr w:type="spellEnd"/>
      <w:r w:rsidRPr="008235EC">
        <w:rPr>
          <w:b/>
          <w:color w:val="auto"/>
          <w:sz w:val="26"/>
        </w:rPr>
        <w:t xml:space="preserve"> </w:t>
      </w:r>
      <w:proofErr w:type="spellStart"/>
      <w:r w:rsidRPr="008235EC">
        <w:rPr>
          <w:b/>
          <w:color w:val="auto"/>
          <w:sz w:val="26"/>
        </w:rPr>
        <w:t>VE</w:t>
      </w:r>
      <w:proofErr w:type="spellEnd"/>
      <w:r w:rsidRPr="008235EC">
        <w:rPr>
          <w:b/>
          <w:color w:val="auto"/>
          <w:sz w:val="26"/>
        </w:rPr>
        <w:t xml:space="preserve"> </w:t>
      </w:r>
      <w:proofErr w:type="spellStart"/>
      <w:r w:rsidRPr="008235EC">
        <w:rPr>
          <w:b/>
          <w:color w:val="auto"/>
          <w:sz w:val="26"/>
        </w:rPr>
        <w:t>NAKLI</w:t>
      </w:r>
      <w:proofErr w:type="spellEnd"/>
      <w:r w:rsidRPr="008235EC">
        <w:rPr>
          <w:b/>
          <w:color w:val="auto"/>
          <w:sz w:val="26"/>
        </w:rPr>
        <w:t xml:space="preserve"> NEDIR? (SUNUM METNI)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b/>
          <w:color w:val="auto"/>
        </w:rPr>
        <w:t>Organ nakli</w:t>
      </w:r>
      <w:r w:rsidRPr="008235EC">
        <w:rPr>
          <w:color w:val="auto"/>
        </w:rPr>
        <w:t>, görevini yapamayan bir organın yerine sağlıklı bir organın yerleştirilmesidir.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b/>
          <w:color w:val="auto"/>
        </w:rPr>
        <w:t>Organ bağışı</w:t>
      </w:r>
      <w:r w:rsidRPr="008235EC">
        <w:rPr>
          <w:color w:val="auto"/>
        </w:rPr>
        <w:t xml:space="preserve">, bir kişinin organlarının, ihtiyacı olan hastalara </w:t>
      </w:r>
      <w:r w:rsidRPr="008235EC">
        <w:rPr>
          <w:color w:val="auto"/>
        </w:rPr>
        <w:t>nakledilmesine izin vermesidir.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Organ bağışı </w:t>
      </w:r>
      <w:r w:rsidRPr="008235EC">
        <w:rPr>
          <w:b/>
          <w:color w:val="auto"/>
        </w:rPr>
        <w:t>gönüllülük</w:t>
      </w:r>
      <w:r w:rsidRPr="008235EC">
        <w:rPr>
          <w:color w:val="auto"/>
        </w:rPr>
        <w:t xml:space="preserve"> esasına dayanır ve </w:t>
      </w:r>
      <w:r w:rsidRPr="008235EC">
        <w:rPr>
          <w:b/>
          <w:color w:val="auto"/>
        </w:rPr>
        <w:t>18 yaşından büyük</w:t>
      </w:r>
      <w:r w:rsidRPr="008235EC">
        <w:rPr>
          <w:color w:val="auto"/>
        </w:rPr>
        <w:t xml:space="preserve"> kişilerce yapılır.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Bağış, hayatını kaybeden kişilerden (</w:t>
      </w:r>
      <w:r w:rsidRPr="008235EC">
        <w:rPr>
          <w:b/>
          <w:color w:val="auto"/>
        </w:rPr>
        <w:t>kadavradan</w:t>
      </w:r>
      <w:r w:rsidRPr="008235EC">
        <w:rPr>
          <w:color w:val="auto"/>
        </w:rPr>
        <w:t xml:space="preserve">) ya da uygun durumlarda </w:t>
      </w:r>
      <w:r w:rsidRPr="008235EC">
        <w:rPr>
          <w:b/>
          <w:color w:val="auto"/>
        </w:rPr>
        <w:t>yaşayan bir vericiden</w:t>
      </w:r>
      <w:r w:rsidRPr="008235EC">
        <w:rPr>
          <w:color w:val="auto"/>
        </w:rPr>
        <w:t xml:space="preserve"> (örneğin bir böbrek) olabilir.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Bir kişinin organ b</w:t>
      </w:r>
      <w:r w:rsidRPr="008235EC">
        <w:rPr>
          <w:color w:val="auto"/>
        </w:rPr>
        <w:t xml:space="preserve">ağışı, </w:t>
      </w:r>
      <w:r w:rsidRPr="008235EC">
        <w:rPr>
          <w:b/>
          <w:color w:val="auto"/>
        </w:rPr>
        <w:t>birçok hastaya</w:t>
      </w:r>
      <w:r w:rsidRPr="008235EC">
        <w:rPr>
          <w:color w:val="auto"/>
        </w:rPr>
        <w:t xml:space="preserve"> hayat ve umut olabilir.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Bu çalışmalar ülkemizde </w:t>
      </w:r>
      <w:r w:rsidRPr="008235EC">
        <w:rPr>
          <w:b/>
          <w:color w:val="auto"/>
        </w:rPr>
        <w:t>T.C. Sağlık Bakanlığı</w:t>
      </w:r>
      <w:r w:rsidRPr="008235EC">
        <w:rPr>
          <w:color w:val="auto"/>
        </w:rPr>
        <w:t xml:space="preserve"> tarafından yürütülür.</w:t>
      </w:r>
    </w:p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t>ORGAN BAĞIŞI NEDEN ÖNEMLI?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Ülkemizde pek çok hasta, iyileşmek için bir </w:t>
      </w:r>
      <w:r w:rsidRPr="008235EC">
        <w:rPr>
          <w:b/>
          <w:color w:val="auto"/>
        </w:rPr>
        <w:t>organ nakli bekler</w:t>
      </w:r>
      <w:r w:rsidRPr="008235EC">
        <w:rPr>
          <w:color w:val="auto"/>
        </w:rPr>
        <w:t>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Bağış yapan gönüllüler sayesinde bu hastalar </w:t>
      </w:r>
      <w:r w:rsidRPr="008235EC">
        <w:rPr>
          <w:b/>
          <w:color w:val="auto"/>
        </w:rPr>
        <w:t>yeniden sağlıkla yaşayabilir</w:t>
      </w:r>
      <w:r w:rsidRPr="008235EC">
        <w:rPr>
          <w:color w:val="auto"/>
        </w:rPr>
        <w:t>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Bir bağış, aynı anda </w:t>
      </w:r>
      <w:r w:rsidRPr="008235EC">
        <w:rPr>
          <w:b/>
          <w:color w:val="auto"/>
        </w:rPr>
        <w:t>birden fazla hastaya</w:t>
      </w:r>
      <w:r w:rsidRPr="008235EC">
        <w:rPr>
          <w:color w:val="auto"/>
        </w:rPr>
        <w:t xml:space="preserve"> umut olabilir.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Organ bağışı, insanın yapabileceği </w:t>
      </w:r>
      <w:r w:rsidRPr="008235EC">
        <w:rPr>
          <w:b/>
          <w:color w:val="auto"/>
        </w:rPr>
        <w:t>en büyük iyiliklerden</w:t>
      </w:r>
      <w:r w:rsidRPr="008235EC">
        <w:rPr>
          <w:color w:val="auto"/>
        </w:rPr>
        <w:t xml:space="preserve"> biridir.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Biz öğrenciler </w:t>
      </w:r>
      <w:r w:rsidRPr="008235EC">
        <w:rPr>
          <w:b/>
          <w:color w:val="auto"/>
        </w:rPr>
        <w:t>farkındalık</w:t>
      </w:r>
      <w:r w:rsidRPr="008235EC">
        <w:rPr>
          <w:color w:val="auto"/>
        </w:rPr>
        <w:t xml:space="preserve"> oluşturabilir, ailemize doğru bilgiyle anlatabiliriz.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Doğru bilgi, yanlış in</w:t>
      </w:r>
      <w:r w:rsidRPr="008235EC">
        <w:rPr>
          <w:color w:val="auto"/>
        </w:rPr>
        <w:t>anışların önüne geçer ve daha çok insanın bağışçı olmasını sağlar.</w:t>
      </w:r>
    </w:p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t>İYILIK VE PAYLAŞMA ÜZERINE GÜZEL SÖZLER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“Bir can kurtaran, bütün insanlığı kurtarmış gibidir.”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“Veren el, alan elden üstündür.”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“İyilik eden iyilik bulur.”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“Paylaşmak, iyiliğin en güzel hâl</w:t>
      </w:r>
      <w:r w:rsidRPr="008235EC">
        <w:rPr>
          <w:color w:val="auto"/>
        </w:rPr>
        <w:t>idir.”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“İyilik, paylaştıkça çoğalır.”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>“Bir organ bağışı, birçok hayata umut olmaktır.”</w:t>
      </w:r>
    </w:p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r w:rsidRPr="008235EC">
        <w:rPr>
          <w:b/>
          <w:color w:val="auto"/>
          <w:sz w:val="26"/>
        </w:rPr>
        <w:t>OKULDA YAPILABILECEK E</w:t>
      </w:r>
      <w:bookmarkStart w:id="0" w:name="_GoBack"/>
      <w:bookmarkEnd w:id="0"/>
      <w:r w:rsidRPr="008235EC">
        <w:rPr>
          <w:b/>
          <w:color w:val="auto"/>
          <w:sz w:val="26"/>
        </w:rPr>
        <w:t>TKINLIKLER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Organ bağışını </w:t>
      </w:r>
      <w:r w:rsidRPr="008235EC">
        <w:rPr>
          <w:b/>
          <w:color w:val="auto"/>
        </w:rPr>
        <w:t>doğru bilgiyle</w:t>
      </w:r>
      <w:r w:rsidRPr="008235EC">
        <w:rPr>
          <w:color w:val="auto"/>
        </w:rPr>
        <w:t xml:space="preserve"> anlatan farkındalık panosu ve sunum (yaş düzeyine uygun)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İyilik ve paylaşma temalı </w:t>
      </w:r>
      <w:r w:rsidRPr="008235EC">
        <w:rPr>
          <w:b/>
          <w:color w:val="auto"/>
        </w:rPr>
        <w:t>şiir, resim ve afiş</w:t>
      </w:r>
      <w:r w:rsidRPr="008235EC">
        <w:rPr>
          <w:color w:val="auto"/>
        </w:rPr>
        <w:t xml:space="preserve"> çal</w:t>
      </w:r>
      <w:r w:rsidRPr="008235EC">
        <w:rPr>
          <w:color w:val="auto"/>
        </w:rPr>
        <w:t>ışması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“Öğrendiklerimi aileme anlatıyorum” </w:t>
      </w:r>
      <w:r w:rsidRPr="008235EC">
        <w:rPr>
          <w:b/>
          <w:color w:val="auto"/>
        </w:rPr>
        <w:t>bilgilendirme kartları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Yanlış inanışları düzelten </w:t>
      </w:r>
      <w:r w:rsidRPr="008235EC">
        <w:rPr>
          <w:b/>
          <w:color w:val="auto"/>
        </w:rPr>
        <w:t>doğru bilgi köşesi</w:t>
      </w:r>
      <w:r w:rsidRPr="008235EC">
        <w:rPr>
          <w:color w:val="auto"/>
        </w:rPr>
        <w:t xml:space="preserve"> (Sağlık Bakanlığı kaynaklı)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İyilik ve dayanışma temalı </w:t>
      </w:r>
      <w:r w:rsidRPr="008235EC">
        <w:rPr>
          <w:b/>
          <w:color w:val="auto"/>
        </w:rPr>
        <w:t>sınıf etkinlikleri</w:t>
      </w:r>
    </w:p>
    <w:p w:rsidR="00C527AF" w:rsidRPr="008235EC" w:rsidRDefault="008235EC">
      <w:pPr>
        <w:pStyle w:val="ListeMaddemi"/>
        <w:spacing w:after="60"/>
        <w:rPr>
          <w:color w:val="auto"/>
        </w:rPr>
      </w:pPr>
      <w:r w:rsidRPr="008235EC">
        <w:rPr>
          <w:color w:val="auto"/>
        </w:rPr>
        <w:t xml:space="preserve">Okulda bir </w:t>
      </w:r>
      <w:r w:rsidRPr="008235EC">
        <w:rPr>
          <w:b/>
          <w:color w:val="auto"/>
        </w:rPr>
        <w:t>umut/iyilik ağacı</w:t>
      </w:r>
      <w:r w:rsidRPr="008235EC">
        <w:rPr>
          <w:color w:val="auto"/>
        </w:rPr>
        <w:t>: öğrencilerin güzel dilek kartları</w:t>
      </w:r>
    </w:p>
    <w:p w:rsidR="00C527AF" w:rsidRPr="008235EC" w:rsidRDefault="00C527AF">
      <w:pPr>
        <w:rPr>
          <w:color w:val="auto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819"/>
        <w:gridCol w:w="4819"/>
      </w:tblGrid>
      <w:tr w:rsidR="008235EC" w:rsidRPr="008235EC">
        <w:trPr>
          <w:cantSplit/>
          <w:jc w:val="center"/>
        </w:trPr>
        <w:tc>
          <w:tcPr>
            <w:tcW w:w="4819" w:type="dxa"/>
          </w:tcPr>
          <w:p w:rsidR="00C527AF" w:rsidRPr="008235EC" w:rsidRDefault="008235EC" w:rsidP="008235EC">
            <w:pPr>
              <w:jc w:val="center"/>
              <w:rPr>
                <w:color w:val="auto"/>
              </w:rPr>
            </w:pPr>
            <w:proofErr w:type="spellStart"/>
            <w:r w:rsidRPr="008235EC">
              <w:rPr>
                <w:b/>
                <w:color w:val="auto"/>
                <w:sz w:val="21"/>
              </w:rPr>
              <w:t>Burcu</w:t>
            </w:r>
            <w:proofErr w:type="spellEnd"/>
            <w:r w:rsidRPr="008235EC">
              <w:rPr>
                <w:b/>
                <w:color w:val="auto"/>
                <w:sz w:val="21"/>
              </w:rPr>
              <w:t xml:space="preserve"> </w:t>
            </w:r>
            <w:proofErr w:type="spellStart"/>
            <w:r w:rsidRPr="008235EC">
              <w:rPr>
                <w:b/>
                <w:color w:val="auto"/>
                <w:sz w:val="21"/>
              </w:rPr>
              <w:t>Yıldız</w:t>
            </w:r>
            <w:proofErr w:type="spellEnd"/>
            <w:r w:rsidRPr="008235EC">
              <w:rPr>
                <w:b/>
                <w:color w:val="auto"/>
                <w:sz w:val="21"/>
              </w:rPr>
              <w:br/>
            </w:r>
            <w:r w:rsidRPr="008235EC">
              <w:rPr>
                <w:color w:val="auto"/>
                <w:sz w:val="20"/>
              </w:rPr>
              <w:t xml:space="preserve">                  </w:t>
            </w:r>
            <w:proofErr w:type="spellStart"/>
            <w:r w:rsidRPr="008235EC">
              <w:rPr>
                <w:color w:val="auto"/>
                <w:sz w:val="20"/>
              </w:rPr>
              <w:t>Öğretmeni</w:t>
            </w:r>
            <w:proofErr w:type="spellEnd"/>
            <w:r w:rsidRPr="008235EC">
              <w:rPr>
                <w:color w:val="auto"/>
                <w:sz w:val="20"/>
              </w:rPr>
              <w:br/>
            </w:r>
            <w:proofErr w:type="spellStart"/>
            <w:r w:rsidRPr="008235EC">
              <w:rPr>
                <w:color w:val="auto"/>
                <w:sz w:val="19"/>
              </w:rPr>
              <w:t>Hazırlayan</w:t>
            </w:r>
            <w:proofErr w:type="spellEnd"/>
          </w:p>
        </w:tc>
        <w:tc>
          <w:tcPr>
            <w:tcW w:w="4819" w:type="dxa"/>
          </w:tcPr>
          <w:p w:rsidR="00C527AF" w:rsidRPr="008235EC" w:rsidRDefault="008235EC">
            <w:pPr>
              <w:jc w:val="center"/>
              <w:rPr>
                <w:color w:val="auto"/>
              </w:rPr>
            </w:pPr>
            <w:r w:rsidRPr="008235EC">
              <w:rPr>
                <w:b/>
                <w:color w:val="auto"/>
                <w:sz w:val="21"/>
              </w:rPr>
              <w:t>U</w:t>
            </w:r>
            <w:r w:rsidRPr="008235EC">
              <w:rPr>
                <w:b/>
                <w:color w:val="auto"/>
                <w:sz w:val="21"/>
              </w:rPr>
              <w:t>YGUNDUR</w:t>
            </w:r>
            <w:r w:rsidRPr="008235EC">
              <w:rPr>
                <w:b/>
                <w:color w:val="auto"/>
                <w:sz w:val="21"/>
              </w:rPr>
              <w:br/>
            </w:r>
            <w:r w:rsidRPr="008235EC">
              <w:rPr>
                <w:b/>
                <w:color w:val="auto"/>
                <w:sz w:val="21"/>
              </w:rPr>
              <w:t>…… / …… / 2026</w:t>
            </w:r>
            <w:r w:rsidRPr="008235EC">
              <w:rPr>
                <w:b/>
                <w:color w:val="auto"/>
                <w:sz w:val="21"/>
              </w:rPr>
              <w:br/>
            </w:r>
            <w:r w:rsidRPr="008235EC">
              <w:rPr>
                <w:color w:val="auto"/>
                <w:sz w:val="20"/>
              </w:rPr>
              <w:t>……………………………</w:t>
            </w:r>
            <w:r w:rsidRPr="008235EC">
              <w:rPr>
                <w:color w:val="auto"/>
                <w:sz w:val="20"/>
              </w:rPr>
              <w:br/>
            </w:r>
            <w:r w:rsidRPr="008235EC">
              <w:rPr>
                <w:color w:val="auto"/>
                <w:sz w:val="19"/>
              </w:rPr>
              <w:t>Okul Müdürü</w:t>
            </w:r>
          </w:p>
        </w:tc>
      </w:tr>
    </w:tbl>
    <w:p w:rsidR="00C527AF" w:rsidRPr="008235EC" w:rsidRDefault="008235EC">
      <w:pPr>
        <w:keepNext/>
        <w:pBdr>
          <w:bottom w:val="single" w:sz="8" w:space="2" w:color="8B5E3C"/>
        </w:pBdr>
        <w:spacing w:before="280" w:after="80"/>
        <w:rPr>
          <w:color w:val="auto"/>
        </w:rPr>
      </w:pPr>
      <w:proofErr w:type="spellStart"/>
      <w:r w:rsidRPr="008235EC">
        <w:rPr>
          <w:b/>
          <w:color w:val="auto"/>
          <w:sz w:val="26"/>
        </w:rPr>
        <w:t>KAYNAKÇA</w:t>
      </w:r>
      <w:proofErr w:type="spellEnd"/>
    </w:p>
    <w:p w:rsidR="00C527AF" w:rsidRPr="008235EC" w:rsidRDefault="008235EC">
      <w:pPr>
        <w:pStyle w:val="ListeNumaras"/>
        <w:spacing w:after="40"/>
        <w:rPr>
          <w:color w:val="auto"/>
        </w:rPr>
      </w:pPr>
      <w:r w:rsidRPr="008235EC">
        <w:rPr>
          <w:color w:val="auto"/>
          <w:sz w:val="18"/>
        </w:rPr>
        <w:t>T.C. Sağlık Bakanlığı — Organ, Doku Nakli ve Diyaliz Hizmetleri; organ bağışı ve nakli (saglik.gov.tr).</w:t>
      </w:r>
    </w:p>
    <w:p w:rsidR="00C527AF" w:rsidRPr="008235EC" w:rsidRDefault="008235EC">
      <w:pPr>
        <w:pStyle w:val="ListeNumaras"/>
        <w:spacing w:after="40"/>
        <w:rPr>
          <w:color w:val="auto"/>
        </w:rPr>
      </w:pPr>
      <w:r w:rsidRPr="008235EC">
        <w:rPr>
          <w:color w:val="auto"/>
          <w:sz w:val="18"/>
        </w:rPr>
        <w:t xml:space="preserve">T.C. Sağlık Bakanlığı — organ bağışında gönüllülük </w:t>
      </w:r>
      <w:r w:rsidRPr="008235EC">
        <w:rPr>
          <w:color w:val="auto"/>
          <w:sz w:val="18"/>
        </w:rPr>
        <w:t>ve 18 yaş esası.</w:t>
      </w:r>
    </w:p>
    <w:sectPr w:rsidR="00C527AF" w:rsidRPr="008235EC" w:rsidSect="00034616">
      <w:pgSz w:w="11906" w:h="16838"/>
      <w:pgMar w:top="907" w:right="1134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235EC"/>
    <w:rsid w:val="00AA1D8D"/>
    <w:rsid w:val="00B47730"/>
    <w:rsid w:val="00C527A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63CB2D"/>
  <w14:defaultImageDpi w14:val="300"/>
  <w15:docId w15:val="{88C51979-B01B-422E-87AA-8327F942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4BBA90-493E-4BD9-B1AD-4256FD179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 Bağışı ve Nakli Haftası Kutlama Programı (2026-2027)</dc:title>
  <dc:subject>Belirli Günler ve Haftalar — Organ Bağışı ve Nakli Haftası</dc:subject>
  <dc:creator>evrakburada</dc:creator>
  <cp:keywords>organ bağışı ve nakli haftası kutlama programı, organ bağışı nedir, organ nakli, neden önemli, iyilik paylaşma şiirleri, sunucu metni, belirli günler ve haftalar</cp:keywords>
  <dc:description/>
  <cp:lastModifiedBy>HP</cp:lastModifiedBy>
  <cp:revision>2</cp:revision>
  <dcterms:created xsi:type="dcterms:W3CDTF">2013-12-23T23:15:00Z</dcterms:created>
  <dcterms:modified xsi:type="dcterms:W3CDTF">2026-10-17T12:42:00Z</dcterms:modified>
  <cp:category/>
</cp:coreProperties>
</file>