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417285" w:rsidRPr="00417285" w:rsidTr="004172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495940" w:rsidRPr="00417285" w:rsidRDefault="00DE2DA1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417285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30"/>
              </w:rPr>
              <w:t>MÜZİK KULÜBÜ</w:t>
            </w:r>
          </w:p>
          <w:p w:rsidR="00495940" w:rsidRPr="00417285" w:rsidRDefault="00DE2DA1">
            <w:pPr>
              <w:spacing w:after="100"/>
              <w:jc w:val="center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24"/>
              </w:rPr>
              <w:t>TOPLUM HİZMETİ ÇALIŞMA PLANI</w:t>
            </w:r>
          </w:p>
        </w:tc>
      </w:tr>
    </w:tbl>
    <w:p w:rsidR="00495940" w:rsidRPr="00417285" w:rsidRDefault="00495940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417285" w:rsidRPr="00417285" w:rsidTr="004172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495940" w:rsidRPr="00417285" w:rsidRDefault="00DE2DA1">
            <w:pPr>
              <w:jc w:val="center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6"/>
              </w:rPr>
              <w:t>KULÜP</w:t>
            </w:r>
            <w:r w:rsidRPr="00417285">
              <w:rPr>
                <w:color w:val="000000" w:themeColor="text1"/>
                <w:sz w:val="16"/>
              </w:rPr>
              <w:br/>
            </w:r>
            <w:r w:rsidRPr="00417285">
              <w:rPr>
                <w:b w:val="0"/>
                <w:color w:val="000000" w:themeColor="text1"/>
                <w:sz w:val="20"/>
              </w:rPr>
              <w:t>Müzik Kulübü</w:t>
            </w:r>
          </w:p>
        </w:tc>
        <w:tc>
          <w:tcPr>
            <w:tcW w:w="3251" w:type="dxa"/>
          </w:tcPr>
          <w:p w:rsidR="00495940" w:rsidRPr="00417285" w:rsidRDefault="00DE2D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6"/>
              </w:rPr>
              <w:t>DANIŞMAN ÖĞRETMEN</w:t>
            </w:r>
            <w:r w:rsidRPr="00417285">
              <w:rPr>
                <w:color w:val="000000" w:themeColor="text1"/>
                <w:sz w:val="16"/>
              </w:rPr>
              <w:br/>
            </w:r>
            <w:r w:rsidRPr="00417285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495940" w:rsidRPr="00417285" w:rsidRDefault="00DE2D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6"/>
              </w:rPr>
              <w:t>EĞİTİM-ÖĞRETİM YILI</w:t>
            </w:r>
            <w:r w:rsidRPr="00417285">
              <w:rPr>
                <w:color w:val="000000" w:themeColor="text1"/>
                <w:sz w:val="16"/>
              </w:rPr>
              <w:br/>
            </w:r>
            <w:r w:rsidRPr="00417285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495940" w:rsidRPr="00417285" w:rsidRDefault="00495940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77"/>
        <w:gridCol w:w="629"/>
        <w:gridCol w:w="5108"/>
        <w:gridCol w:w="1519"/>
        <w:gridCol w:w="1474"/>
      </w:tblGrid>
      <w:tr w:rsidR="00417285" w:rsidRPr="00417285" w:rsidTr="004172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jc w:val="center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AY</w:t>
            </w:r>
          </w:p>
        </w:tc>
        <w:tc>
          <w:tcPr>
            <w:tcW w:w="573" w:type="dxa"/>
          </w:tcPr>
          <w:p w:rsidR="00495940" w:rsidRPr="00417285" w:rsidRDefault="00DE2D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SÜRE</w:t>
            </w:r>
          </w:p>
        </w:tc>
        <w:tc>
          <w:tcPr>
            <w:tcW w:w="5108" w:type="dxa"/>
          </w:tcPr>
          <w:p w:rsidR="00495940" w:rsidRPr="00417285" w:rsidRDefault="00DE2D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YAPILACAK ETKİNLİKLER</w:t>
            </w:r>
          </w:p>
        </w:tc>
        <w:tc>
          <w:tcPr>
            <w:tcW w:w="1519" w:type="dxa"/>
          </w:tcPr>
          <w:p w:rsidR="00495940" w:rsidRPr="00417285" w:rsidRDefault="00DE2D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KATILANLAR</w:t>
            </w:r>
          </w:p>
        </w:tc>
        <w:tc>
          <w:tcPr>
            <w:tcW w:w="1474" w:type="dxa"/>
          </w:tcPr>
          <w:p w:rsidR="00495940" w:rsidRPr="00417285" w:rsidRDefault="00DE2D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BELİRLİ GÜN VE HAFTALAR</w:t>
            </w:r>
          </w:p>
        </w:tc>
      </w:tr>
      <w:tr w:rsidR="00417285" w:rsidRPr="00417285" w:rsidTr="004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417285">
              <w:rPr>
                <w:color w:val="000000" w:themeColor="text1"/>
                <w:sz w:val="17"/>
              </w:rPr>
              <w:t>EKİM</w:t>
            </w:r>
            <w:proofErr w:type="spellEnd"/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Okul ve çevresinin temizlenmesi,kağıtların geri dönüşüm noktasında toplanması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417285">
              <w:rPr>
                <w:color w:val="000000" w:themeColor="text1"/>
                <w:sz w:val="17"/>
              </w:rPr>
              <w:t>EKİM</w:t>
            </w:r>
            <w:proofErr w:type="spellEnd"/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Kağıt toplama projesinin okuldaki öğrencilere duyurulması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417285">
              <w:rPr>
                <w:color w:val="000000" w:themeColor="text1"/>
                <w:sz w:val="17"/>
              </w:rPr>
              <w:t>KASIM</w:t>
            </w:r>
            <w:proofErr w:type="spellEnd"/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İhtiyaç sahibi öğrencilere defter yardımı</w:t>
            </w:r>
            <w:r w:rsidRPr="00417285">
              <w:rPr>
                <w:color w:val="000000" w:themeColor="text1"/>
                <w:sz w:val="17"/>
              </w:rPr>
              <w:t xml:space="preserve"> yapılması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417285">
              <w:rPr>
                <w:color w:val="000000" w:themeColor="text1"/>
                <w:sz w:val="17"/>
              </w:rPr>
              <w:t>KASIM</w:t>
            </w:r>
            <w:proofErr w:type="spellEnd"/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Geri dönüşümlü atıkların çöpten ayrılması hususunda halkın bilinçlendirilmesi,afişler asılması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417285">
              <w:rPr>
                <w:color w:val="000000" w:themeColor="text1"/>
                <w:sz w:val="17"/>
              </w:rPr>
              <w:t>ARALIK</w:t>
            </w:r>
            <w:proofErr w:type="spellEnd"/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 xml:space="preserve">Kendi okulunun veya imkânları yetersiz diğer okulların kitap, </w:t>
            </w:r>
            <w:r w:rsidRPr="00417285">
              <w:rPr>
                <w:color w:val="000000" w:themeColor="text1"/>
                <w:sz w:val="17"/>
              </w:rPr>
              <w:t>araç-gereç ve</w:t>
            </w:r>
          </w:p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ihtiyaçlarını gidermek için kampanyalar düzenlenmesi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417285">
              <w:rPr>
                <w:color w:val="000000" w:themeColor="text1"/>
                <w:sz w:val="17"/>
              </w:rPr>
              <w:t>ARALIK</w:t>
            </w:r>
            <w:proofErr w:type="spellEnd"/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Geri dönüşüm konusunda öğrencilerin ve halkın bilinçlendirilmesi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417285">
              <w:rPr>
                <w:color w:val="000000" w:themeColor="text1"/>
                <w:sz w:val="17"/>
              </w:rPr>
              <w:t>OCAK</w:t>
            </w:r>
            <w:proofErr w:type="spellEnd"/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 xml:space="preserve">Kağıt biriktirme ve geri dönüşüme gönderme </w:t>
            </w:r>
            <w:r w:rsidRPr="00417285">
              <w:rPr>
                <w:color w:val="000000" w:themeColor="text1"/>
                <w:sz w:val="17"/>
              </w:rPr>
              <w:t>hakkında toplumun bilinçlendirilmesi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417285">
              <w:rPr>
                <w:color w:val="000000" w:themeColor="text1"/>
                <w:sz w:val="17"/>
              </w:rPr>
              <w:t>OCAK</w:t>
            </w:r>
            <w:proofErr w:type="spellEnd"/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Sınıfların ziyaret edilmesi,kağıt biriktirme kampanyasını hatırlatılması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417285">
              <w:rPr>
                <w:color w:val="000000" w:themeColor="text1"/>
                <w:sz w:val="17"/>
              </w:rPr>
              <w:t>ŞUBAT</w:t>
            </w:r>
            <w:proofErr w:type="spellEnd"/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 xml:space="preserve">Müzik kulübü olarak öğrendiğimiz şarkılardan okulumuza sunum </w:t>
            </w:r>
            <w:r w:rsidRPr="00417285">
              <w:rPr>
                <w:color w:val="000000" w:themeColor="text1"/>
                <w:sz w:val="17"/>
              </w:rPr>
              <w:t>hazırlığı yapılması. Kağıtların geri dönüşümde toplanması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417285">
              <w:rPr>
                <w:color w:val="000000" w:themeColor="text1"/>
                <w:sz w:val="17"/>
              </w:rPr>
              <w:t>ŞUBAT</w:t>
            </w:r>
            <w:proofErr w:type="spellEnd"/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yapmanın,dinlemenin insanlara yararları hakkında toplumu bilinçlendirilmesi,</w:t>
            </w:r>
          </w:p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1. dönem kullandığımız kitapların toplanarak geri dönüşümde toplanması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MART</w:t>
            </w:r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Alt sınıflardaki ve kendi sınıfımızdaki öğrencilerin ders, ödev ve proje çalışmalarına yardımcı olunması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MART</w:t>
            </w:r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23 nisan gösterilerinde kullanılabilecek müziklerin belirlenmesi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 xml:space="preserve">Müzik </w:t>
            </w:r>
            <w:r w:rsidRPr="00417285">
              <w:rPr>
                <w:color w:val="000000" w:themeColor="text1"/>
                <w:sz w:val="17"/>
              </w:rPr>
              <w:t>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NİSAN</w:t>
            </w:r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İnternetin faydalı ve bilinçli kullanımı hakkında arkadaşlarının bilinçlendirilmesi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NİSAN</w:t>
            </w:r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23 Nisan gösterileri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417285">
              <w:rPr>
                <w:color w:val="000000" w:themeColor="text1"/>
                <w:sz w:val="17"/>
              </w:rPr>
              <w:t>MAYIS</w:t>
            </w:r>
            <w:proofErr w:type="spellEnd"/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 xml:space="preserve">Komşularımızda ve evimizde biriken </w:t>
            </w:r>
            <w:r w:rsidRPr="00417285">
              <w:rPr>
                <w:color w:val="000000" w:themeColor="text1"/>
                <w:sz w:val="17"/>
              </w:rPr>
              <w:t>kağıtların toplanarak okuldaki geri dönüşüm noktasına atılması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417285">
              <w:rPr>
                <w:color w:val="000000" w:themeColor="text1"/>
                <w:sz w:val="17"/>
              </w:rPr>
              <w:t>MAYIS</w:t>
            </w:r>
            <w:proofErr w:type="spellEnd"/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Geri dönüştürülebilen kullanılmış malzemeler konusunda öğrencilerin ve çevre halkının bilinçlendirilmesi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417285" w:rsidRPr="00417285" w:rsidTr="00417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495940" w:rsidRPr="00417285" w:rsidRDefault="00DE2DA1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417285">
              <w:rPr>
                <w:color w:val="000000" w:themeColor="text1"/>
                <w:sz w:val="17"/>
              </w:rPr>
              <w:t>HAZİRAN</w:t>
            </w:r>
            <w:proofErr w:type="spellEnd"/>
          </w:p>
        </w:tc>
        <w:tc>
          <w:tcPr>
            <w:tcW w:w="573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108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 xml:space="preserve">Yıl </w:t>
            </w:r>
            <w:r w:rsidRPr="00417285">
              <w:rPr>
                <w:color w:val="000000" w:themeColor="text1"/>
                <w:sz w:val="17"/>
              </w:rPr>
              <w:t>boyunca toplanan kağıtların ilgili yerlere teslimi,sonuçtan öğrencilerin bilgilendirilmesi</w:t>
            </w:r>
          </w:p>
        </w:tc>
        <w:tc>
          <w:tcPr>
            <w:tcW w:w="1519" w:type="dxa"/>
          </w:tcPr>
          <w:p w:rsidR="00495940" w:rsidRPr="00417285" w:rsidRDefault="00DE2DA1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17"/>
              </w:rPr>
              <w:t>Müzik kulübü öğrencileri</w:t>
            </w:r>
          </w:p>
        </w:tc>
        <w:tc>
          <w:tcPr>
            <w:tcW w:w="1474" w:type="dxa"/>
          </w:tcPr>
          <w:p w:rsidR="00495940" w:rsidRPr="00417285" w:rsidRDefault="004959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:rsidR="00495940" w:rsidRPr="00417285" w:rsidRDefault="00495940">
      <w:pPr>
        <w:spacing w:after="0"/>
        <w:rPr>
          <w:color w:val="000000" w:themeColor="text1"/>
        </w:rPr>
      </w:pPr>
    </w:p>
    <w:p w:rsidR="00495940" w:rsidRPr="00417285" w:rsidRDefault="00DE2DA1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417285">
        <w:rPr>
          <w:b/>
          <w:color w:val="000000" w:themeColor="text1"/>
        </w:rPr>
        <w:t>Notlar</w:t>
      </w:r>
    </w:p>
    <w:p w:rsidR="00495940" w:rsidRPr="00417285" w:rsidRDefault="00DE2DA1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417285">
        <w:rPr>
          <w:b/>
          <w:color w:val="000000" w:themeColor="text1"/>
          <w:sz w:val="19"/>
        </w:rPr>
        <w:t>1.</w:t>
      </w:r>
      <w:r w:rsidRPr="00417285">
        <w:rPr>
          <w:b/>
          <w:color w:val="000000" w:themeColor="text1"/>
          <w:sz w:val="19"/>
        </w:rPr>
        <w:tab/>
      </w:r>
      <w:r w:rsidRPr="00417285">
        <w:rPr>
          <w:color w:val="000000" w:themeColor="text1"/>
          <w:sz w:val="19"/>
        </w:rPr>
        <w:t>Toplum hizmeti çevreyi rahatsız etmeyecek şekilde yapılacaktır.</w:t>
      </w:r>
    </w:p>
    <w:p w:rsidR="00495940" w:rsidRPr="00417285" w:rsidRDefault="00DE2DA1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417285">
        <w:rPr>
          <w:b/>
          <w:color w:val="000000" w:themeColor="text1"/>
          <w:sz w:val="19"/>
        </w:rPr>
        <w:t>2.</w:t>
      </w:r>
      <w:r w:rsidRPr="00417285">
        <w:rPr>
          <w:b/>
          <w:color w:val="000000" w:themeColor="text1"/>
          <w:sz w:val="19"/>
        </w:rPr>
        <w:tab/>
      </w:r>
      <w:r w:rsidRPr="00417285">
        <w:rPr>
          <w:color w:val="000000" w:themeColor="text1"/>
          <w:sz w:val="19"/>
        </w:rPr>
        <w:t>Değişik bent:.</w:t>
      </w:r>
    </w:p>
    <w:p w:rsidR="00495940" w:rsidRPr="00417285" w:rsidRDefault="00DE2DA1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417285">
        <w:rPr>
          <w:b/>
          <w:color w:val="000000" w:themeColor="text1"/>
          <w:sz w:val="19"/>
        </w:rPr>
        <w:t>3.</w:t>
      </w:r>
      <w:r w:rsidRPr="00417285">
        <w:rPr>
          <w:b/>
          <w:color w:val="000000" w:themeColor="text1"/>
          <w:sz w:val="19"/>
        </w:rPr>
        <w:tab/>
      </w:r>
      <w:r w:rsidRPr="00417285">
        <w:rPr>
          <w:color w:val="000000" w:themeColor="text1"/>
          <w:sz w:val="19"/>
        </w:rPr>
        <w:t>2008/26804 RG) Öğrenciler, ilköğretimin 1,</w:t>
      </w:r>
      <w:r w:rsidRPr="00417285">
        <w:rPr>
          <w:color w:val="000000" w:themeColor="text1"/>
          <w:sz w:val="19"/>
        </w:rPr>
        <w:t xml:space="preserve"> 2 ve 3 üncü sınıflarında yılda 5 saat; 4, 5, 6, 7 ve 8 inci sınıflarında 10 saat; ortaöğretim kurumlarının hazırlık sınıfları dâhil tüm sınıflarında 15 saatten az olmamak üzere ders yılı başında yapılan öğretmenler kurulunca belirlenen toplum hizmeti çalı</w:t>
      </w:r>
      <w:r w:rsidRPr="00417285">
        <w:rPr>
          <w:color w:val="000000" w:themeColor="text1"/>
          <w:sz w:val="19"/>
        </w:rPr>
        <w:t>şmalarına katılırlar.</w:t>
      </w:r>
    </w:p>
    <w:p w:rsidR="00495940" w:rsidRPr="00417285" w:rsidRDefault="00DE2DA1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417285">
        <w:rPr>
          <w:b/>
          <w:color w:val="000000" w:themeColor="text1"/>
          <w:sz w:val="19"/>
        </w:rPr>
        <w:t>4.</w:t>
      </w:r>
      <w:r w:rsidRPr="00417285">
        <w:rPr>
          <w:b/>
          <w:color w:val="000000" w:themeColor="text1"/>
          <w:sz w:val="19"/>
        </w:rPr>
        <w:tab/>
      </w:r>
      <w:r w:rsidRPr="00417285">
        <w:rPr>
          <w:color w:val="000000" w:themeColor="text1"/>
          <w:sz w:val="19"/>
        </w:rPr>
        <w:t>Toplum Hizmeti çalışmaları için öğrenci velilerinden izin belgesi alınacaktır.</w:t>
      </w:r>
    </w:p>
    <w:p w:rsidR="00495940" w:rsidRPr="00417285" w:rsidRDefault="00495940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495940" w:rsidRPr="00417285">
        <w:trPr>
          <w:cantSplit/>
          <w:jc w:val="center"/>
        </w:trPr>
        <w:tc>
          <w:tcPr>
            <w:tcW w:w="9752" w:type="dxa"/>
          </w:tcPr>
          <w:p w:rsidR="00495940" w:rsidRPr="00417285" w:rsidRDefault="00DE2DA1">
            <w:pPr>
              <w:jc w:val="center"/>
              <w:rPr>
                <w:color w:val="000000" w:themeColor="text1"/>
              </w:rPr>
            </w:pPr>
            <w:r w:rsidRPr="00417285">
              <w:rPr>
                <w:color w:val="000000" w:themeColor="text1"/>
                <w:sz w:val="21"/>
              </w:rPr>
              <w:t>……………………………</w:t>
            </w:r>
            <w:r w:rsidRPr="00417285">
              <w:rPr>
                <w:color w:val="000000" w:themeColor="text1"/>
                <w:sz w:val="21"/>
              </w:rPr>
              <w:br/>
            </w:r>
            <w:r w:rsidRPr="00417285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495940" w:rsidRPr="00417285" w:rsidRDefault="00495940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417285" w:rsidRPr="00417285">
        <w:trPr>
          <w:cantSplit/>
          <w:jc w:val="center"/>
        </w:trPr>
        <w:tc>
          <w:tcPr>
            <w:tcW w:w="9752" w:type="dxa"/>
          </w:tcPr>
          <w:p w:rsidR="00495940" w:rsidRPr="00417285" w:rsidRDefault="00DE2DA1">
            <w:pPr>
              <w:jc w:val="center"/>
              <w:rPr>
                <w:color w:val="000000" w:themeColor="text1"/>
              </w:rPr>
            </w:pPr>
            <w:r w:rsidRPr="00417285">
              <w:rPr>
                <w:b/>
                <w:color w:val="000000" w:themeColor="text1"/>
              </w:rPr>
              <w:lastRenderedPageBreak/>
              <w:t>UYGUNDUR</w:t>
            </w:r>
            <w:r w:rsidRPr="00417285">
              <w:rPr>
                <w:b/>
                <w:color w:val="000000" w:themeColor="text1"/>
              </w:rPr>
              <w:br/>
            </w:r>
            <w:r w:rsidRPr="00417285">
              <w:rPr>
                <w:color w:val="000000" w:themeColor="text1"/>
                <w:sz w:val="21"/>
              </w:rPr>
              <w:t>…… / …… / 2026</w:t>
            </w:r>
            <w:r w:rsidRPr="00417285">
              <w:rPr>
                <w:color w:val="000000" w:themeColor="text1"/>
                <w:sz w:val="21"/>
              </w:rPr>
              <w:br/>
            </w:r>
            <w:r w:rsidRPr="00417285">
              <w:rPr>
                <w:color w:val="000000" w:themeColor="text1"/>
                <w:sz w:val="21"/>
              </w:rPr>
              <w:br/>
              <w:t>……………………………</w:t>
            </w:r>
            <w:r w:rsidRPr="00417285">
              <w:rPr>
                <w:color w:val="000000" w:themeColor="text1"/>
                <w:sz w:val="21"/>
              </w:rPr>
              <w:br/>
            </w:r>
            <w:r w:rsidRPr="00417285">
              <w:rPr>
                <w:b/>
                <w:color w:val="000000" w:themeColor="text1"/>
                <w:sz w:val="20"/>
              </w:rPr>
              <w:t>Okul Müdürü</w:t>
            </w:r>
          </w:p>
        </w:tc>
      </w:tr>
      <w:bookmarkEnd w:id="0"/>
    </w:tbl>
    <w:p w:rsidR="00DE2DA1" w:rsidRPr="00417285" w:rsidRDefault="00DE2DA1">
      <w:pPr>
        <w:rPr>
          <w:color w:val="000000" w:themeColor="text1"/>
        </w:rPr>
      </w:pPr>
    </w:p>
    <w:sectPr w:rsidR="00DE2DA1" w:rsidRPr="00417285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7285"/>
    <w:rsid w:val="00495940"/>
    <w:rsid w:val="00AA1D8D"/>
    <w:rsid w:val="00B47730"/>
    <w:rsid w:val="00CB0664"/>
    <w:rsid w:val="00DE2DA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0AF965CC-B782-49BC-93BA-33436F4DF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41728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921BAA1-C398-4EA4-93F0-509E96C01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Müzik Kulübü Toplum Hizmeti Çalışma Planı 2026-2027</dc:title>
  <dc:subject>toplum hizmeti çalışma planı</dc:subject>
  <dc:creator>evrakburada</dc:creator>
  <cp:keywords>sosyal kulüp, toplum hizmeti çalışma planı</cp:keywords>
  <dc:description/>
  <cp:lastModifiedBy>HP</cp:lastModifiedBy>
  <cp:revision>3</cp:revision>
  <dcterms:created xsi:type="dcterms:W3CDTF">2013-12-23T23:15:00Z</dcterms:created>
  <dcterms:modified xsi:type="dcterms:W3CDTF">2026-10-17T07:38:00Z</dcterms:modified>
  <cp:category/>
</cp:coreProperties>
</file>