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9376EE" w:rsidRPr="009376EE" w:rsidTr="009376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gridSpan w:val="3"/>
          </w:tcPr>
          <w:p w:rsidR="00285487" w:rsidRPr="009376EE" w:rsidRDefault="009376EE">
            <w:pPr>
              <w:spacing w:after="40"/>
              <w:jc w:val="center"/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4"/>
              </w:rPr>
              <w:t>…………………………</w:t>
            </w:r>
            <w:r w:rsidRPr="009376EE">
              <w:rPr>
                <w:b w:val="0"/>
                <w:color w:val="000000" w:themeColor="text1"/>
                <w:sz w:val="24"/>
              </w:rPr>
              <w:t xml:space="preserve"> </w:t>
            </w:r>
            <w:proofErr w:type="spellStart"/>
            <w:r w:rsidRPr="009376EE">
              <w:rPr>
                <w:b w:val="0"/>
                <w:color w:val="000000" w:themeColor="text1"/>
                <w:sz w:val="24"/>
              </w:rPr>
              <w:t>ORTAOKULU</w:t>
            </w:r>
            <w:proofErr w:type="spellEnd"/>
            <w:r w:rsidRPr="009376EE">
              <w:rPr>
                <w:b w:val="0"/>
                <w:color w:val="000000" w:themeColor="text1"/>
                <w:sz w:val="24"/>
              </w:rPr>
              <w:t xml:space="preserve"> </w:t>
            </w:r>
            <w:proofErr w:type="spellStart"/>
            <w:r w:rsidRPr="009376EE">
              <w:rPr>
                <w:b w:val="0"/>
                <w:color w:val="000000" w:themeColor="text1"/>
                <w:sz w:val="24"/>
              </w:rPr>
              <w:t>MÜDÜRLÜĞÜ</w:t>
            </w:r>
            <w:proofErr w:type="spellEnd"/>
          </w:p>
          <w:p w:rsidR="00285487" w:rsidRPr="009376EE" w:rsidRDefault="009376EE">
            <w:pPr>
              <w:spacing w:after="40"/>
              <w:jc w:val="center"/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285487" w:rsidRPr="009376EE" w:rsidRDefault="009376EE">
            <w:pPr>
              <w:spacing w:after="40"/>
              <w:jc w:val="center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40"/>
              </w:rPr>
              <w:t>LÖSEMİLİ ÇOCUKLAR HAFTASI</w:t>
            </w:r>
          </w:p>
          <w:p w:rsidR="00285487" w:rsidRPr="009376EE" w:rsidRDefault="009376EE">
            <w:pPr>
              <w:spacing w:after="40"/>
              <w:jc w:val="center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8"/>
              </w:rPr>
              <w:t>KUTLAMA PROGRAMI</w:t>
            </w:r>
          </w:p>
          <w:p w:rsidR="00285487" w:rsidRPr="009376EE" w:rsidRDefault="009376EE">
            <w:pPr>
              <w:spacing w:after="40"/>
              <w:jc w:val="center"/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1"/>
              </w:rPr>
              <w:t>4 Kasım 2026 Çarşamba  ·  2-8 Kasım 2026</w:t>
            </w:r>
          </w:p>
        </w:tc>
      </w:tr>
      <w:tr w:rsidR="009376EE" w:rsidRPr="009376EE" w:rsidTr="009376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3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proofErr w:type="spellStart"/>
            <w:r w:rsidRPr="009376EE">
              <w:rPr>
                <w:color w:val="000000" w:themeColor="text1"/>
                <w:sz w:val="17"/>
              </w:rPr>
              <w:t>Tarih</w:t>
            </w:r>
            <w:proofErr w:type="spellEnd"/>
            <w:r w:rsidRPr="009376EE">
              <w:rPr>
                <w:color w:val="000000" w:themeColor="text1"/>
                <w:sz w:val="17"/>
              </w:rPr>
              <w:br/>
            </w:r>
            <w:r w:rsidRPr="009376EE">
              <w:rPr>
                <w:b w:val="0"/>
                <w:color w:val="000000" w:themeColor="text1"/>
                <w:sz w:val="19"/>
              </w:rPr>
              <w:t xml:space="preserve">4 </w:t>
            </w:r>
            <w:proofErr w:type="spellStart"/>
            <w:r w:rsidRPr="009376EE">
              <w:rPr>
                <w:b w:val="0"/>
                <w:color w:val="000000" w:themeColor="text1"/>
                <w:sz w:val="19"/>
              </w:rPr>
              <w:t>Kasım</w:t>
            </w:r>
            <w:proofErr w:type="spellEnd"/>
            <w:r w:rsidRPr="009376EE">
              <w:rPr>
                <w:b w:val="0"/>
                <w:color w:val="000000" w:themeColor="text1"/>
                <w:sz w:val="19"/>
              </w:rPr>
              <w:t xml:space="preserve"> 2026 Çarşamba</w:t>
            </w:r>
          </w:p>
        </w:tc>
        <w:tc>
          <w:tcPr>
            <w:tcW w:w="3213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b/>
                <w:color w:val="000000" w:themeColor="text1"/>
                <w:sz w:val="17"/>
              </w:rPr>
              <w:t>Yer</w:t>
            </w:r>
            <w:r w:rsidRPr="009376EE">
              <w:rPr>
                <w:b/>
                <w:color w:val="000000" w:themeColor="text1"/>
                <w:sz w:val="17"/>
              </w:rPr>
              <w:br/>
            </w:r>
            <w:r w:rsidRPr="009376EE">
              <w:rPr>
                <w:color w:val="000000" w:themeColor="text1"/>
                <w:sz w:val="19"/>
              </w:rPr>
              <w:t>Okul bahçesi / konferans salonu</w:t>
            </w:r>
          </w:p>
        </w:tc>
        <w:tc>
          <w:tcPr>
            <w:tcW w:w="3213" w:type="dxa"/>
          </w:tcPr>
          <w:p w:rsidR="00285487" w:rsidRPr="009376EE" w:rsidRDefault="009376EE" w:rsidP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9376EE">
              <w:rPr>
                <w:b/>
                <w:color w:val="000000" w:themeColor="text1"/>
                <w:sz w:val="17"/>
              </w:rPr>
              <w:t>Hazırlayan</w:t>
            </w:r>
            <w:proofErr w:type="spellEnd"/>
            <w:r w:rsidRPr="009376EE">
              <w:rPr>
                <w:b/>
                <w:color w:val="000000" w:themeColor="text1"/>
                <w:sz w:val="17"/>
              </w:rPr>
              <w:br/>
            </w:r>
          </w:p>
        </w:tc>
      </w:tr>
    </w:tbl>
    <w:p w:rsidR="00285487" w:rsidRPr="009376EE" w:rsidRDefault="009376EE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9376EE">
        <w:rPr>
          <w:b/>
          <w:color w:val="000000" w:themeColor="text1"/>
          <w:sz w:val="26"/>
        </w:rPr>
        <w:t xml:space="preserve">PROGRAM </w:t>
      </w:r>
      <w:proofErr w:type="spellStart"/>
      <w:r w:rsidRPr="009376EE">
        <w:rPr>
          <w:b/>
          <w:color w:val="000000" w:themeColor="text1"/>
          <w:sz w:val="26"/>
        </w:rPr>
        <w:t>AKIŞI</w:t>
      </w:r>
      <w:proofErr w:type="spellEnd"/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737"/>
        <w:gridCol w:w="4762"/>
        <w:gridCol w:w="2835"/>
        <w:gridCol w:w="1304"/>
      </w:tblGrid>
      <w:tr w:rsidR="009376EE" w:rsidRPr="009376EE" w:rsidTr="009376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Sıra</w:t>
            </w:r>
          </w:p>
        </w:tc>
        <w:tc>
          <w:tcPr>
            <w:tcW w:w="4762" w:type="dxa"/>
          </w:tcPr>
          <w:p w:rsidR="00285487" w:rsidRPr="009376EE" w:rsidRDefault="009376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Etkinlik</w:t>
            </w:r>
          </w:p>
        </w:tc>
        <w:tc>
          <w:tcPr>
            <w:tcW w:w="2835" w:type="dxa"/>
          </w:tcPr>
          <w:p w:rsidR="00285487" w:rsidRPr="009376EE" w:rsidRDefault="009376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Görevli</w:t>
            </w:r>
          </w:p>
        </w:tc>
        <w:tc>
          <w:tcPr>
            <w:tcW w:w="1304" w:type="dxa"/>
          </w:tcPr>
          <w:p w:rsidR="00285487" w:rsidRPr="009376EE" w:rsidRDefault="009376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Sınıfı</w:t>
            </w:r>
          </w:p>
        </w:tc>
      </w:tr>
      <w:tr w:rsidR="009376EE" w:rsidRPr="009376EE" w:rsidTr="009376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0"/>
              </w:rPr>
              <w:t>1</w:t>
            </w:r>
          </w:p>
        </w:tc>
        <w:tc>
          <w:tcPr>
            <w:tcW w:w="4762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Saygı duruşu ve İstiklâl Marşı</w:t>
            </w:r>
          </w:p>
        </w:tc>
        <w:tc>
          <w:tcPr>
            <w:tcW w:w="2835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Tüm okul</w:t>
            </w:r>
          </w:p>
        </w:tc>
        <w:tc>
          <w:tcPr>
            <w:tcW w:w="1304" w:type="dxa"/>
          </w:tcPr>
          <w:p w:rsidR="00285487" w:rsidRPr="009376EE" w:rsidRDefault="002854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9376EE" w:rsidRPr="009376EE" w:rsidTr="009376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0"/>
              </w:rPr>
              <w:t>2</w:t>
            </w:r>
          </w:p>
        </w:tc>
        <w:tc>
          <w:tcPr>
            <w:tcW w:w="4762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Açılış ve sunum</w:t>
            </w:r>
          </w:p>
        </w:tc>
        <w:tc>
          <w:tcPr>
            <w:tcW w:w="2835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Umut Yılmaz – Melek Demir</w:t>
            </w:r>
          </w:p>
        </w:tc>
        <w:tc>
          <w:tcPr>
            <w:tcW w:w="1304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8/A</w:t>
            </w:r>
            <w:bookmarkStart w:id="0" w:name="_GoBack"/>
            <w:bookmarkEnd w:id="0"/>
            <w:r w:rsidRPr="009376EE">
              <w:rPr>
                <w:color w:val="000000" w:themeColor="text1"/>
                <w:sz w:val="20"/>
              </w:rPr>
              <w:t xml:space="preserve"> – 8/B</w:t>
            </w:r>
          </w:p>
        </w:tc>
      </w:tr>
      <w:tr w:rsidR="009376EE" w:rsidRPr="009376EE" w:rsidTr="009376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0"/>
              </w:rPr>
              <w:t>3</w:t>
            </w:r>
          </w:p>
        </w:tc>
        <w:tc>
          <w:tcPr>
            <w:tcW w:w="4762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Günün anlam ve önemi konuşması</w:t>
            </w:r>
          </w:p>
        </w:tc>
        <w:tc>
          <w:tcPr>
            <w:tcW w:w="2835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Defne Kaya</w:t>
            </w:r>
          </w:p>
        </w:tc>
        <w:tc>
          <w:tcPr>
            <w:tcW w:w="1304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7/A</w:t>
            </w:r>
          </w:p>
        </w:tc>
      </w:tr>
      <w:tr w:rsidR="009376EE" w:rsidRPr="009376EE" w:rsidTr="009376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0"/>
              </w:rPr>
              <w:t>4</w:t>
            </w:r>
          </w:p>
        </w:tc>
        <w:tc>
          <w:tcPr>
            <w:tcW w:w="4762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“Umut” şiiri</w:t>
            </w:r>
          </w:p>
        </w:tc>
        <w:tc>
          <w:tcPr>
            <w:tcW w:w="2835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Can Demir</w:t>
            </w:r>
          </w:p>
        </w:tc>
        <w:tc>
          <w:tcPr>
            <w:tcW w:w="1304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5/A</w:t>
            </w:r>
          </w:p>
        </w:tc>
      </w:tr>
      <w:tr w:rsidR="009376EE" w:rsidRPr="009376EE" w:rsidTr="009376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0"/>
              </w:rPr>
              <w:t>5</w:t>
            </w:r>
          </w:p>
        </w:tc>
        <w:tc>
          <w:tcPr>
            <w:tcW w:w="4762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Lösemi nedir? (sunum)</w:t>
            </w:r>
          </w:p>
        </w:tc>
        <w:tc>
          <w:tcPr>
            <w:tcW w:w="2835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 xml:space="preserve">Zehra </w:t>
            </w:r>
            <w:r w:rsidRPr="009376EE">
              <w:rPr>
                <w:color w:val="000000" w:themeColor="text1"/>
                <w:sz w:val="20"/>
              </w:rPr>
              <w:t>Çelik</w:t>
            </w:r>
          </w:p>
        </w:tc>
        <w:tc>
          <w:tcPr>
            <w:tcW w:w="1304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6/B</w:t>
            </w:r>
          </w:p>
        </w:tc>
      </w:tr>
      <w:tr w:rsidR="009376EE" w:rsidRPr="009376EE" w:rsidTr="009376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0"/>
              </w:rPr>
              <w:t>6</w:t>
            </w:r>
          </w:p>
        </w:tc>
        <w:tc>
          <w:tcPr>
            <w:tcW w:w="4762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“Yanındayım” şiiri</w:t>
            </w:r>
          </w:p>
        </w:tc>
        <w:tc>
          <w:tcPr>
            <w:tcW w:w="2835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Aras Şahin</w:t>
            </w:r>
          </w:p>
        </w:tc>
        <w:tc>
          <w:tcPr>
            <w:tcW w:w="1304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6/A</w:t>
            </w:r>
          </w:p>
        </w:tc>
      </w:tr>
      <w:tr w:rsidR="009376EE" w:rsidRPr="009376EE" w:rsidTr="009376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0"/>
              </w:rPr>
              <w:t>7</w:t>
            </w:r>
          </w:p>
        </w:tc>
        <w:tc>
          <w:tcPr>
            <w:tcW w:w="4762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Lösemili arkadaşlarımıza nasıl destek olabiliriz? (sunum)</w:t>
            </w:r>
          </w:p>
        </w:tc>
        <w:tc>
          <w:tcPr>
            <w:tcW w:w="2835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İpek Öztürk</w:t>
            </w:r>
          </w:p>
        </w:tc>
        <w:tc>
          <w:tcPr>
            <w:tcW w:w="1304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7/B</w:t>
            </w:r>
          </w:p>
        </w:tc>
      </w:tr>
      <w:tr w:rsidR="009376EE" w:rsidRPr="009376EE" w:rsidTr="009376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0"/>
              </w:rPr>
              <w:t>8</w:t>
            </w:r>
          </w:p>
        </w:tc>
        <w:tc>
          <w:tcPr>
            <w:tcW w:w="4762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“Küçük Kahramanlar” şiiri</w:t>
            </w:r>
          </w:p>
        </w:tc>
        <w:tc>
          <w:tcPr>
            <w:tcW w:w="2835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Mavi Koç</w:t>
            </w:r>
          </w:p>
        </w:tc>
        <w:tc>
          <w:tcPr>
            <w:tcW w:w="1304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5/C</w:t>
            </w:r>
          </w:p>
        </w:tc>
      </w:tr>
      <w:tr w:rsidR="009376EE" w:rsidRPr="009376EE" w:rsidTr="009376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0"/>
              </w:rPr>
              <w:t>9</w:t>
            </w:r>
          </w:p>
        </w:tc>
        <w:tc>
          <w:tcPr>
            <w:tcW w:w="4762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Umut ve dostluk üzerine güzel sözler</w:t>
            </w:r>
          </w:p>
        </w:tc>
        <w:tc>
          <w:tcPr>
            <w:tcW w:w="2835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Yağız Arslan</w:t>
            </w:r>
          </w:p>
        </w:tc>
        <w:tc>
          <w:tcPr>
            <w:tcW w:w="1304" w:type="dxa"/>
          </w:tcPr>
          <w:p w:rsidR="00285487" w:rsidRPr="009376EE" w:rsidRDefault="009376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5/B</w:t>
            </w:r>
          </w:p>
        </w:tc>
      </w:tr>
      <w:tr w:rsidR="009376EE" w:rsidRPr="009376EE" w:rsidTr="009376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285487" w:rsidRPr="009376EE" w:rsidRDefault="009376EE">
            <w:pPr>
              <w:rPr>
                <w:color w:val="000000" w:themeColor="text1"/>
              </w:rPr>
            </w:pPr>
            <w:r w:rsidRPr="009376EE">
              <w:rPr>
                <w:b w:val="0"/>
                <w:color w:val="000000" w:themeColor="text1"/>
                <w:sz w:val="20"/>
              </w:rPr>
              <w:t>10</w:t>
            </w:r>
          </w:p>
        </w:tc>
        <w:tc>
          <w:tcPr>
            <w:tcW w:w="4762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 xml:space="preserve">Kapanış ve “umut kartları” </w:t>
            </w:r>
            <w:r w:rsidRPr="009376EE">
              <w:rPr>
                <w:color w:val="000000" w:themeColor="text1"/>
                <w:sz w:val="20"/>
              </w:rPr>
              <w:t>etkinliği</w:t>
            </w:r>
          </w:p>
        </w:tc>
        <w:tc>
          <w:tcPr>
            <w:tcW w:w="2835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Umut Yılmaz – Melek Demir</w:t>
            </w:r>
          </w:p>
        </w:tc>
        <w:tc>
          <w:tcPr>
            <w:tcW w:w="1304" w:type="dxa"/>
          </w:tcPr>
          <w:p w:rsidR="00285487" w:rsidRPr="009376EE" w:rsidRDefault="00937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376EE">
              <w:rPr>
                <w:color w:val="000000" w:themeColor="text1"/>
                <w:sz w:val="20"/>
              </w:rPr>
              <w:t>8/A – 8/B</w:t>
            </w:r>
          </w:p>
        </w:tc>
      </w:tr>
    </w:tbl>
    <w:p w:rsidR="00285487" w:rsidRPr="009376EE" w:rsidRDefault="009376EE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9376EE">
        <w:rPr>
          <w:b/>
          <w:color w:val="000000" w:themeColor="text1"/>
          <w:sz w:val="26"/>
        </w:rPr>
        <w:t>SUNUCU</w:t>
      </w:r>
      <w:proofErr w:type="spellEnd"/>
      <w:r w:rsidRPr="009376EE">
        <w:rPr>
          <w:b/>
          <w:color w:val="000000" w:themeColor="text1"/>
          <w:sz w:val="26"/>
        </w:rPr>
        <w:t xml:space="preserve"> </w:t>
      </w:r>
      <w:proofErr w:type="spellStart"/>
      <w:r w:rsidRPr="009376EE">
        <w:rPr>
          <w:b/>
          <w:color w:val="000000" w:themeColor="text1"/>
          <w:sz w:val="26"/>
        </w:rPr>
        <w:t>METNI</w:t>
      </w:r>
      <w:proofErr w:type="spellEnd"/>
    </w:p>
    <w:p w:rsidR="00285487" w:rsidRPr="009376EE" w:rsidRDefault="009376EE">
      <w:pPr>
        <w:spacing w:after="120"/>
        <w:jc w:val="both"/>
        <w:rPr>
          <w:color w:val="000000" w:themeColor="text1"/>
        </w:rPr>
      </w:pPr>
      <w:r w:rsidRPr="009376EE">
        <w:rPr>
          <w:b/>
          <w:color w:val="000000" w:themeColor="text1"/>
        </w:rPr>
        <w:t>1. Sunucu:</w:t>
      </w:r>
      <w:r w:rsidRPr="009376EE">
        <w:rPr>
          <w:color w:val="000000" w:themeColor="text1"/>
        </w:rPr>
        <w:t xml:space="preserve"> Sayın Müdürüm, Değerli Öğretmenlerim, Sevgili Arkadaşlar;</w:t>
      </w:r>
    </w:p>
    <w:p w:rsidR="00285487" w:rsidRPr="009376EE" w:rsidRDefault="009376EE">
      <w:pPr>
        <w:spacing w:after="120"/>
        <w:jc w:val="both"/>
        <w:rPr>
          <w:color w:val="000000" w:themeColor="text1"/>
        </w:rPr>
      </w:pPr>
      <w:r w:rsidRPr="009376EE">
        <w:rPr>
          <w:b/>
          <w:color w:val="000000" w:themeColor="text1"/>
        </w:rPr>
        <w:t>2. Sunucu:</w:t>
      </w:r>
      <w:r w:rsidRPr="009376EE">
        <w:rPr>
          <w:color w:val="000000" w:themeColor="text1"/>
        </w:rPr>
        <w:t xml:space="preserve"> Lösemili Çocuklar Haftası’nda umudu ve dostluğu paylaşmak için düzenlediğimiz programımıza hoş geldiniz. Programımıza saygı duruşu ve İstiklâl Marşımızla başlıyoruz.</w:t>
      </w:r>
    </w:p>
    <w:p w:rsidR="00285487" w:rsidRPr="009376EE" w:rsidRDefault="009376EE">
      <w:pPr>
        <w:keepNext/>
        <w:spacing w:after="20"/>
        <w:rPr>
          <w:color w:val="000000" w:themeColor="text1"/>
        </w:rPr>
      </w:pPr>
      <w:r w:rsidRPr="009376EE">
        <w:rPr>
          <w:b/>
          <w:color w:val="000000" w:themeColor="text1"/>
        </w:rPr>
        <w:t xml:space="preserve">1. Sunucu: </w:t>
      </w:r>
      <w:r w:rsidRPr="009376EE">
        <w:rPr>
          <w:i/>
          <w:color w:val="000000" w:themeColor="text1"/>
        </w:rPr>
        <w:t>“Umut, en karanlık gecede bile yanan küçük bir ışıktır.”</w:t>
      </w:r>
    </w:p>
    <w:p w:rsidR="00285487" w:rsidRPr="009376EE" w:rsidRDefault="009376EE">
      <w:pPr>
        <w:spacing w:after="140"/>
        <w:rPr>
          <w:color w:val="000000" w:themeColor="text1"/>
        </w:rPr>
      </w:pPr>
      <w:r w:rsidRPr="009376EE">
        <w:rPr>
          <w:color w:val="000000" w:themeColor="text1"/>
        </w:rPr>
        <w:t>Günün anlam ve önemin</w:t>
      </w:r>
      <w:r w:rsidRPr="009376EE">
        <w:rPr>
          <w:color w:val="000000" w:themeColor="text1"/>
        </w:rPr>
        <w:t xml:space="preserve">i anlatmak üzere 7/A sınıfından </w:t>
      </w:r>
      <w:r w:rsidRPr="009376EE">
        <w:rPr>
          <w:b/>
          <w:color w:val="000000" w:themeColor="text1"/>
        </w:rPr>
        <w:t>Defne Kaya</w:t>
      </w:r>
      <w:r w:rsidRPr="009376EE">
        <w:rPr>
          <w:color w:val="000000" w:themeColor="text1"/>
        </w:rPr>
        <w:t xml:space="preserve"> kürsüye geliyor.</w:t>
      </w:r>
    </w:p>
    <w:p w:rsidR="00285487" w:rsidRPr="009376EE" w:rsidRDefault="009376EE">
      <w:pPr>
        <w:keepNext/>
        <w:spacing w:after="20"/>
        <w:rPr>
          <w:color w:val="000000" w:themeColor="text1"/>
        </w:rPr>
      </w:pPr>
      <w:r w:rsidRPr="009376EE">
        <w:rPr>
          <w:b/>
          <w:color w:val="000000" w:themeColor="text1"/>
        </w:rPr>
        <w:t xml:space="preserve">2. Sunucu: </w:t>
      </w:r>
      <w:r w:rsidRPr="009376EE">
        <w:rPr>
          <w:i/>
          <w:color w:val="000000" w:themeColor="text1"/>
        </w:rPr>
        <w:t>“Bir gülümseme, bazen en güçlü ilaçtır.”</w:t>
      </w:r>
    </w:p>
    <w:p w:rsidR="00285487" w:rsidRPr="009376EE" w:rsidRDefault="009376EE">
      <w:pPr>
        <w:spacing w:after="140"/>
        <w:rPr>
          <w:color w:val="000000" w:themeColor="text1"/>
        </w:rPr>
      </w:pPr>
      <w:r w:rsidRPr="009376EE">
        <w:rPr>
          <w:color w:val="000000" w:themeColor="text1"/>
        </w:rPr>
        <w:t xml:space="preserve">“Umut” şiirini okumak üzere 5/A sınıfından </w:t>
      </w:r>
      <w:r w:rsidRPr="009376EE">
        <w:rPr>
          <w:b/>
          <w:color w:val="000000" w:themeColor="text1"/>
        </w:rPr>
        <w:t>Can Demir</w:t>
      </w:r>
      <w:r w:rsidRPr="009376EE">
        <w:rPr>
          <w:color w:val="000000" w:themeColor="text1"/>
        </w:rPr>
        <w:t xml:space="preserve"> kürsüye geliyor.</w:t>
      </w:r>
    </w:p>
    <w:p w:rsidR="00285487" w:rsidRPr="009376EE" w:rsidRDefault="009376EE">
      <w:pPr>
        <w:keepNext/>
        <w:spacing w:after="20"/>
        <w:rPr>
          <w:color w:val="000000" w:themeColor="text1"/>
        </w:rPr>
      </w:pPr>
      <w:r w:rsidRPr="009376EE">
        <w:rPr>
          <w:b/>
          <w:color w:val="000000" w:themeColor="text1"/>
        </w:rPr>
        <w:t xml:space="preserve">1. Sunucu: </w:t>
      </w:r>
      <w:r w:rsidRPr="009376EE">
        <w:rPr>
          <w:i/>
          <w:color w:val="000000" w:themeColor="text1"/>
        </w:rPr>
        <w:t>“Bilmek, korkuyu yener; öğrendikçe daha iyi destek oluruz.”</w:t>
      </w:r>
    </w:p>
    <w:p w:rsidR="00285487" w:rsidRPr="009376EE" w:rsidRDefault="009376EE">
      <w:pPr>
        <w:spacing w:after="140"/>
        <w:rPr>
          <w:color w:val="000000" w:themeColor="text1"/>
        </w:rPr>
      </w:pPr>
      <w:r w:rsidRPr="009376EE">
        <w:rPr>
          <w:color w:val="000000" w:themeColor="text1"/>
        </w:rPr>
        <w:t>Lös</w:t>
      </w:r>
      <w:r w:rsidRPr="009376EE">
        <w:rPr>
          <w:color w:val="000000" w:themeColor="text1"/>
        </w:rPr>
        <w:t xml:space="preserve">emi nedir sorusunu yanıtlayan sunumu için 6/B sınıfından </w:t>
      </w:r>
      <w:r w:rsidRPr="009376EE">
        <w:rPr>
          <w:b/>
          <w:color w:val="000000" w:themeColor="text1"/>
        </w:rPr>
        <w:t>Zehra Çelik</w:t>
      </w:r>
      <w:r w:rsidRPr="009376EE">
        <w:rPr>
          <w:color w:val="000000" w:themeColor="text1"/>
        </w:rPr>
        <w:t xml:space="preserve"> kürsüye geliyor.</w:t>
      </w:r>
    </w:p>
    <w:p w:rsidR="00285487" w:rsidRPr="009376EE" w:rsidRDefault="009376EE">
      <w:pPr>
        <w:keepNext/>
        <w:spacing w:after="20"/>
        <w:rPr>
          <w:color w:val="000000" w:themeColor="text1"/>
        </w:rPr>
      </w:pPr>
      <w:r w:rsidRPr="009376EE">
        <w:rPr>
          <w:b/>
          <w:color w:val="000000" w:themeColor="text1"/>
        </w:rPr>
        <w:t xml:space="preserve">2. Sunucu: </w:t>
      </w:r>
      <w:r w:rsidRPr="009376EE">
        <w:rPr>
          <w:i/>
          <w:color w:val="000000" w:themeColor="text1"/>
        </w:rPr>
        <w:t>“Dostluk, zor günlerde en çok ihtiyaç duyulan şeydir.”</w:t>
      </w:r>
    </w:p>
    <w:p w:rsidR="00285487" w:rsidRPr="009376EE" w:rsidRDefault="009376EE">
      <w:pPr>
        <w:spacing w:after="140"/>
        <w:rPr>
          <w:color w:val="000000" w:themeColor="text1"/>
        </w:rPr>
      </w:pPr>
      <w:r w:rsidRPr="009376EE">
        <w:rPr>
          <w:color w:val="000000" w:themeColor="text1"/>
        </w:rPr>
        <w:t xml:space="preserve">“Yanındayım” şiirini okumak üzere 6/A sınıfından </w:t>
      </w:r>
      <w:r w:rsidRPr="009376EE">
        <w:rPr>
          <w:b/>
          <w:color w:val="000000" w:themeColor="text1"/>
        </w:rPr>
        <w:t>Aras Şahin</w:t>
      </w:r>
      <w:r w:rsidRPr="009376EE">
        <w:rPr>
          <w:color w:val="000000" w:themeColor="text1"/>
        </w:rPr>
        <w:t xml:space="preserve"> kürsüye geliyor.</w:t>
      </w:r>
    </w:p>
    <w:p w:rsidR="00285487" w:rsidRPr="009376EE" w:rsidRDefault="009376EE">
      <w:pPr>
        <w:keepNext/>
        <w:spacing w:after="20"/>
        <w:rPr>
          <w:color w:val="000000" w:themeColor="text1"/>
        </w:rPr>
      </w:pPr>
      <w:r w:rsidRPr="009376EE">
        <w:rPr>
          <w:b/>
          <w:color w:val="000000" w:themeColor="text1"/>
        </w:rPr>
        <w:t xml:space="preserve">1. Sunucu: </w:t>
      </w:r>
      <w:r w:rsidRPr="009376EE">
        <w:rPr>
          <w:i/>
          <w:color w:val="000000" w:themeColor="text1"/>
        </w:rPr>
        <w:t>“Küçük bir iyili</w:t>
      </w:r>
      <w:r w:rsidRPr="009376EE">
        <w:rPr>
          <w:i/>
          <w:color w:val="000000" w:themeColor="text1"/>
        </w:rPr>
        <w:t>k, büyük bir umut olabilir.”</w:t>
      </w:r>
    </w:p>
    <w:p w:rsidR="00285487" w:rsidRPr="009376EE" w:rsidRDefault="009376EE">
      <w:pPr>
        <w:spacing w:after="140"/>
        <w:rPr>
          <w:color w:val="000000" w:themeColor="text1"/>
        </w:rPr>
      </w:pPr>
      <w:r w:rsidRPr="009376EE">
        <w:rPr>
          <w:color w:val="000000" w:themeColor="text1"/>
        </w:rPr>
        <w:t xml:space="preserve">Lösemili arkadaşlarımıza nasıl destek olabileceğimizi anlatmak üzere 7/B sınıfından </w:t>
      </w:r>
      <w:r w:rsidRPr="009376EE">
        <w:rPr>
          <w:b/>
          <w:color w:val="000000" w:themeColor="text1"/>
        </w:rPr>
        <w:t>İpek Öztürk</w:t>
      </w:r>
      <w:r w:rsidRPr="009376EE">
        <w:rPr>
          <w:color w:val="000000" w:themeColor="text1"/>
        </w:rPr>
        <w:t xml:space="preserve"> kürsüye geliyor.</w:t>
      </w:r>
    </w:p>
    <w:p w:rsidR="00285487" w:rsidRPr="009376EE" w:rsidRDefault="009376EE">
      <w:pPr>
        <w:keepNext/>
        <w:spacing w:after="20"/>
        <w:rPr>
          <w:color w:val="000000" w:themeColor="text1"/>
        </w:rPr>
      </w:pPr>
      <w:r w:rsidRPr="009376EE">
        <w:rPr>
          <w:b/>
          <w:color w:val="000000" w:themeColor="text1"/>
        </w:rPr>
        <w:t xml:space="preserve">2. Sunucu: </w:t>
      </w:r>
      <w:r w:rsidRPr="009376EE">
        <w:rPr>
          <w:i/>
          <w:color w:val="000000" w:themeColor="text1"/>
        </w:rPr>
        <w:t>“Birlikte olduğumuzda hiçbir savaş zor değildir.”</w:t>
      </w:r>
    </w:p>
    <w:p w:rsidR="00285487" w:rsidRPr="009376EE" w:rsidRDefault="009376EE">
      <w:pPr>
        <w:spacing w:after="140"/>
        <w:rPr>
          <w:color w:val="000000" w:themeColor="text1"/>
        </w:rPr>
      </w:pPr>
      <w:r w:rsidRPr="009376EE">
        <w:rPr>
          <w:color w:val="000000" w:themeColor="text1"/>
        </w:rPr>
        <w:t xml:space="preserve">“Küçük Kahramanlar” şiirini okumak üzere 5/C sınıfından </w:t>
      </w:r>
      <w:r w:rsidRPr="009376EE">
        <w:rPr>
          <w:b/>
          <w:color w:val="000000" w:themeColor="text1"/>
        </w:rPr>
        <w:t>Mavi Koç</w:t>
      </w:r>
      <w:r w:rsidRPr="009376EE">
        <w:rPr>
          <w:color w:val="000000" w:themeColor="text1"/>
        </w:rPr>
        <w:t xml:space="preserve"> kürsüye geliyor.</w:t>
      </w:r>
    </w:p>
    <w:p w:rsidR="00285487" w:rsidRPr="009376EE" w:rsidRDefault="009376EE">
      <w:pPr>
        <w:keepNext/>
        <w:spacing w:after="20"/>
        <w:rPr>
          <w:color w:val="000000" w:themeColor="text1"/>
        </w:rPr>
      </w:pPr>
      <w:r w:rsidRPr="009376EE">
        <w:rPr>
          <w:b/>
          <w:color w:val="000000" w:themeColor="text1"/>
        </w:rPr>
        <w:t xml:space="preserve">1. Sunucu: </w:t>
      </w:r>
      <w:r w:rsidRPr="009376EE">
        <w:rPr>
          <w:i/>
          <w:color w:val="000000" w:themeColor="text1"/>
        </w:rPr>
        <w:t>“Umut varsa, her şey mümkündür.”</w:t>
      </w:r>
    </w:p>
    <w:p w:rsidR="00285487" w:rsidRPr="009376EE" w:rsidRDefault="009376EE">
      <w:pPr>
        <w:spacing w:after="140"/>
        <w:rPr>
          <w:color w:val="000000" w:themeColor="text1"/>
        </w:rPr>
      </w:pPr>
      <w:r w:rsidRPr="009376EE">
        <w:rPr>
          <w:color w:val="000000" w:themeColor="text1"/>
        </w:rPr>
        <w:t xml:space="preserve">Umut ve dostluk üzerine güzel sözleri okumak üzere 5/B sınıfından </w:t>
      </w:r>
      <w:r w:rsidRPr="009376EE">
        <w:rPr>
          <w:b/>
          <w:color w:val="000000" w:themeColor="text1"/>
        </w:rPr>
        <w:t>Yağız Arslan</w:t>
      </w:r>
      <w:r w:rsidRPr="009376EE">
        <w:rPr>
          <w:color w:val="000000" w:themeColor="text1"/>
        </w:rPr>
        <w:t xml:space="preserve"> kürsüye geliyor.</w:t>
      </w:r>
    </w:p>
    <w:p w:rsidR="00285487" w:rsidRPr="009376EE" w:rsidRDefault="009376EE">
      <w:pPr>
        <w:spacing w:after="120"/>
        <w:jc w:val="both"/>
        <w:rPr>
          <w:color w:val="000000" w:themeColor="text1"/>
        </w:rPr>
      </w:pPr>
      <w:r w:rsidRPr="009376EE">
        <w:rPr>
          <w:b/>
          <w:color w:val="000000" w:themeColor="text1"/>
        </w:rPr>
        <w:t>2. Sunucu:</w:t>
      </w:r>
      <w:r w:rsidRPr="009376EE">
        <w:rPr>
          <w:color w:val="000000" w:themeColor="text1"/>
        </w:rPr>
        <w:t xml:space="preserve"> Programımızın sonunda, </w:t>
      </w:r>
      <w:r w:rsidRPr="009376EE">
        <w:rPr>
          <w:color w:val="000000" w:themeColor="text1"/>
        </w:rPr>
        <w:t xml:space="preserve">lösemiyle mücadele eden küçük kahramanlara moral olması için </w:t>
      </w:r>
      <w:r w:rsidRPr="009376EE">
        <w:rPr>
          <w:b/>
          <w:color w:val="000000" w:themeColor="text1"/>
        </w:rPr>
        <w:t>“umut kartları”</w:t>
      </w:r>
      <w:r w:rsidRPr="009376EE">
        <w:rPr>
          <w:color w:val="000000" w:themeColor="text1"/>
        </w:rPr>
        <w:t xml:space="preserve"> hazırlayacağız; her birimiz bir güzel dilek yazacağız.</w:t>
      </w:r>
    </w:p>
    <w:p w:rsidR="00285487" w:rsidRPr="009376EE" w:rsidRDefault="009376EE">
      <w:pPr>
        <w:spacing w:after="120"/>
        <w:jc w:val="both"/>
        <w:rPr>
          <w:color w:val="000000" w:themeColor="text1"/>
        </w:rPr>
      </w:pPr>
      <w:r w:rsidRPr="009376EE">
        <w:rPr>
          <w:b/>
          <w:color w:val="000000" w:themeColor="text1"/>
        </w:rPr>
        <w:t>1. Sunucu:</w:t>
      </w:r>
      <w:r w:rsidRPr="009376EE">
        <w:rPr>
          <w:color w:val="000000" w:themeColor="text1"/>
        </w:rPr>
        <w:t xml:space="preserve"> Lösemili Çocuklar Haftası programımız burada sona ermiştir. Umudun hiç bitmediğini unutmayalım. Bizi ilgiyle dinl</w:t>
      </w:r>
      <w:r w:rsidRPr="009376EE">
        <w:rPr>
          <w:color w:val="000000" w:themeColor="text1"/>
        </w:rPr>
        <w:t>ediğiniz için teşekkür ederiz.</w:t>
      </w:r>
    </w:p>
    <w:p w:rsidR="00285487" w:rsidRPr="009376EE" w:rsidRDefault="009376EE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9376EE">
        <w:rPr>
          <w:b/>
          <w:color w:val="000000" w:themeColor="text1"/>
          <w:sz w:val="26"/>
        </w:rPr>
        <w:lastRenderedPageBreak/>
        <w:t>GÜNÜN ANLAM VE ÖNEMI (KONUŞMA METNI)</w:t>
      </w:r>
    </w:p>
    <w:p w:rsidR="00285487" w:rsidRPr="009376EE" w:rsidRDefault="009376EE">
      <w:pPr>
        <w:spacing w:after="120"/>
        <w:jc w:val="both"/>
        <w:rPr>
          <w:color w:val="000000" w:themeColor="text1"/>
        </w:rPr>
      </w:pPr>
      <w:r w:rsidRPr="009376EE">
        <w:rPr>
          <w:color w:val="000000" w:themeColor="text1"/>
        </w:rPr>
        <w:t>Sayın Müdürüm, değerli öğretmenlerim, sevgili arkadaşlar;</w:t>
      </w:r>
    </w:p>
    <w:p w:rsidR="00285487" w:rsidRPr="009376EE" w:rsidRDefault="009376EE">
      <w:pPr>
        <w:spacing w:after="120"/>
        <w:jc w:val="both"/>
        <w:rPr>
          <w:color w:val="000000" w:themeColor="text1"/>
        </w:rPr>
      </w:pPr>
      <w:r w:rsidRPr="009376EE">
        <w:rPr>
          <w:color w:val="000000" w:themeColor="text1"/>
        </w:rPr>
        <w:t xml:space="preserve">Bu hafta, </w:t>
      </w:r>
      <w:r w:rsidRPr="009376EE">
        <w:rPr>
          <w:b/>
          <w:color w:val="000000" w:themeColor="text1"/>
        </w:rPr>
        <w:t>lösemi</w:t>
      </w:r>
      <w:r w:rsidRPr="009376EE">
        <w:rPr>
          <w:color w:val="000000" w:themeColor="text1"/>
        </w:rPr>
        <w:t xml:space="preserve"> ile mücadele eden çocukları hatırlamak, onlara umut ve destek olmak için belirlenmiştir. Lösemi, halk arasında </w:t>
      </w:r>
      <w:r w:rsidRPr="009376EE">
        <w:rPr>
          <w:b/>
          <w:color w:val="000000" w:themeColor="text1"/>
        </w:rPr>
        <w:t>ka</w:t>
      </w:r>
      <w:r w:rsidRPr="009376EE">
        <w:rPr>
          <w:b/>
          <w:color w:val="000000" w:themeColor="text1"/>
        </w:rPr>
        <w:t>n kanseri</w:t>
      </w:r>
      <w:r w:rsidRPr="009376EE">
        <w:rPr>
          <w:color w:val="000000" w:themeColor="text1"/>
        </w:rPr>
        <w:t xml:space="preserve"> olarak bilinen bir hastalıktır ve çocukluk çağında </w:t>
      </w:r>
      <w:r w:rsidRPr="009376EE">
        <w:rPr>
          <w:b/>
          <w:color w:val="000000" w:themeColor="text1"/>
        </w:rPr>
        <w:t>en sık görülen kanser türüdür</w:t>
      </w:r>
      <w:r w:rsidRPr="009376EE">
        <w:rPr>
          <w:color w:val="000000" w:themeColor="text1"/>
        </w:rPr>
        <w:t xml:space="preserve">. Ama hemen söyleyelim: Bu hastalık, tıbbın ilerlemesiyle büyük ölçüde </w:t>
      </w:r>
      <w:r w:rsidRPr="009376EE">
        <w:rPr>
          <w:b/>
          <w:color w:val="000000" w:themeColor="text1"/>
        </w:rPr>
        <w:t>tedavi edilebilmektedir</w:t>
      </w:r>
      <w:r w:rsidRPr="009376EE">
        <w:rPr>
          <w:color w:val="000000" w:themeColor="text1"/>
        </w:rPr>
        <w:t>; erken tanı konulan çocukların önemli bir bölümü tamamen iyileşerek sağ</w:t>
      </w:r>
      <w:r w:rsidRPr="009376EE">
        <w:rPr>
          <w:color w:val="000000" w:themeColor="text1"/>
        </w:rPr>
        <w:t>lıklı yaşamlarına devam etmektedir.</w:t>
      </w:r>
    </w:p>
    <w:p w:rsidR="00285487" w:rsidRPr="009376EE" w:rsidRDefault="009376EE">
      <w:pPr>
        <w:spacing w:after="120"/>
        <w:jc w:val="both"/>
        <w:rPr>
          <w:color w:val="000000" w:themeColor="text1"/>
        </w:rPr>
      </w:pPr>
      <w:r w:rsidRPr="009376EE">
        <w:rPr>
          <w:color w:val="000000" w:themeColor="text1"/>
        </w:rPr>
        <w:t xml:space="preserve">Lösemili çocuklar bir süre hastanede tedavi görür; bu dönemde okuldan ve arkadaşlarından uzak kalabilirler. İşte en çok ihtiyaç duydukları şey, tam da bu noktada bizim </w:t>
      </w:r>
      <w:r w:rsidRPr="009376EE">
        <w:rPr>
          <w:b/>
          <w:color w:val="000000" w:themeColor="text1"/>
        </w:rPr>
        <w:t>dostluğumuz ve moralimizdir</w:t>
      </w:r>
      <w:r w:rsidRPr="009376EE">
        <w:rPr>
          <w:color w:val="000000" w:themeColor="text1"/>
        </w:rPr>
        <w:t xml:space="preserve">. Unutmayalım: </w:t>
      </w:r>
      <w:r w:rsidRPr="009376EE">
        <w:rPr>
          <w:b/>
          <w:color w:val="000000" w:themeColor="text1"/>
        </w:rPr>
        <w:t>Lösemi bul</w:t>
      </w:r>
      <w:r w:rsidRPr="009376EE">
        <w:rPr>
          <w:b/>
          <w:color w:val="000000" w:themeColor="text1"/>
        </w:rPr>
        <w:t>aşıcı bir hastalık değildir.</w:t>
      </w:r>
      <w:r w:rsidRPr="009376EE">
        <w:rPr>
          <w:color w:val="000000" w:themeColor="text1"/>
        </w:rPr>
        <w:t xml:space="preserve"> Lösemili bir arkadaşımızla oynamaktan, yan yana oturmaktan çekinmemize gerek yoktur; tam tersine, onun yanında olmak en güzel ilaçtır.</w:t>
      </w:r>
    </w:p>
    <w:p w:rsidR="00285487" w:rsidRPr="009376EE" w:rsidRDefault="009376EE">
      <w:pPr>
        <w:spacing w:after="120"/>
        <w:jc w:val="both"/>
        <w:rPr>
          <w:color w:val="000000" w:themeColor="text1"/>
        </w:rPr>
      </w:pPr>
      <w:r w:rsidRPr="009376EE">
        <w:rPr>
          <w:color w:val="000000" w:themeColor="text1"/>
        </w:rPr>
        <w:t xml:space="preserve">Hastalığın tedavisinde bazen </w:t>
      </w:r>
      <w:r w:rsidRPr="009376EE">
        <w:rPr>
          <w:b/>
          <w:color w:val="000000" w:themeColor="text1"/>
        </w:rPr>
        <w:t>kök hücre (ilik) nakli</w:t>
      </w:r>
      <w:r w:rsidRPr="009376EE">
        <w:rPr>
          <w:color w:val="000000" w:themeColor="text1"/>
        </w:rPr>
        <w:t xml:space="preserve"> gerekir. Ülkemizde kök hücre bağışı </w:t>
      </w:r>
      <w:r w:rsidRPr="009376EE">
        <w:rPr>
          <w:b/>
          <w:color w:val="000000" w:themeColor="text1"/>
        </w:rPr>
        <w:t>TÜRK</w:t>
      </w:r>
      <w:r w:rsidRPr="009376EE">
        <w:rPr>
          <w:b/>
          <w:color w:val="000000" w:themeColor="text1"/>
        </w:rPr>
        <w:t>ÖK — Türkiye Kök Hücre Koordinasyon Merkezi</w:t>
      </w:r>
      <w:r w:rsidRPr="009376EE">
        <w:rPr>
          <w:color w:val="000000" w:themeColor="text1"/>
        </w:rPr>
        <w:t xml:space="preserve"> tarafından yürütülür. Ayrıca düzenli </w:t>
      </w:r>
      <w:r w:rsidRPr="009376EE">
        <w:rPr>
          <w:b/>
          <w:color w:val="000000" w:themeColor="text1"/>
        </w:rPr>
        <w:t>kan bağışı</w:t>
      </w:r>
      <w:r w:rsidRPr="009376EE">
        <w:rPr>
          <w:color w:val="000000" w:themeColor="text1"/>
        </w:rPr>
        <w:t xml:space="preserve"> da tedavi gören çocuklar için büyük önem taşır. Büyüklerimizin yapacağı bir kök hücre ya da kan bağışı, bir çocuğun hayatını kurtarabilir.</w:t>
      </w:r>
    </w:p>
    <w:p w:rsidR="00285487" w:rsidRPr="009376EE" w:rsidRDefault="009376EE">
      <w:pPr>
        <w:spacing w:after="120"/>
        <w:jc w:val="both"/>
        <w:rPr>
          <w:color w:val="000000" w:themeColor="text1"/>
        </w:rPr>
      </w:pPr>
      <w:r w:rsidRPr="009376EE">
        <w:rPr>
          <w:color w:val="000000" w:themeColor="text1"/>
        </w:rPr>
        <w:t>Bize düşen görev; lösemil</w:t>
      </w:r>
      <w:r w:rsidRPr="009376EE">
        <w:rPr>
          <w:color w:val="000000" w:themeColor="text1"/>
        </w:rPr>
        <w:t>i arkadaşlarımıza sevgiyle yaklaşmak, onları dışlamamak, iyileştiklerinde sınıfımıza sıcak bir şekilde geri karşılamak ve her zaman umudu paylaşmaktır. Bu küçük kahramanlara ve ailelerine sağlıklı, mutlu günler diliyor; hepinizi sevgiyle selamlıyorum.</w:t>
      </w:r>
    </w:p>
    <w:p w:rsidR="00285487" w:rsidRPr="009376EE" w:rsidRDefault="009376EE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9376EE">
        <w:rPr>
          <w:b/>
          <w:color w:val="000000" w:themeColor="text1"/>
          <w:sz w:val="26"/>
        </w:rPr>
        <w:t>UMUT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9376EE" w:rsidRPr="009376EE">
        <w:trPr>
          <w:jc w:val="center"/>
        </w:trPr>
        <w:tc>
          <w:tcPr>
            <w:tcW w:w="4819" w:type="dxa"/>
          </w:tcPr>
          <w:p w:rsidR="00285487" w:rsidRPr="009376EE" w:rsidRDefault="009376EE">
            <w:pPr>
              <w:spacing w:after="160"/>
              <w:rPr>
                <w:color w:val="000000" w:themeColor="text1"/>
              </w:rPr>
            </w:pPr>
            <w:r w:rsidRPr="009376EE">
              <w:rPr>
                <w:i/>
                <w:color w:val="000000" w:themeColor="text1"/>
                <w:sz w:val="21"/>
              </w:rPr>
              <w:t>Karanlık geceye inat,</w:t>
            </w:r>
            <w:r w:rsidRPr="009376EE">
              <w:rPr>
                <w:i/>
                <w:color w:val="000000" w:themeColor="text1"/>
                <w:sz w:val="21"/>
              </w:rPr>
              <w:br/>
              <w:t>Bir yıldız parlar gökyüzünde;</w:t>
            </w:r>
            <w:r w:rsidRPr="009376EE">
              <w:rPr>
                <w:i/>
                <w:color w:val="000000" w:themeColor="text1"/>
                <w:sz w:val="21"/>
              </w:rPr>
              <w:br/>
              <w:t>Her zorluğun ardında saklı,</w:t>
            </w:r>
            <w:r w:rsidRPr="009376EE">
              <w:rPr>
                <w:i/>
                <w:color w:val="000000" w:themeColor="text1"/>
                <w:sz w:val="21"/>
              </w:rPr>
              <w:br/>
              <w:t>Bir umut vardır yüreğinde.</w:t>
            </w:r>
          </w:p>
          <w:p w:rsidR="00285487" w:rsidRPr="009376EE" w:rsidRDefault="009376EE">
            <w:pPr>
              <w:spacing w:after="160"/>
              <w:rPr>
                <w:color w:val="000000" w:themeColor="text1"/>
              </w:rPr>
            </w:pPr>
            <w:r w:rsidRPr="009376EE">
              <w:rPr>
                <w:i/>
                <w:color w:val="000000" w:themeColor="text1"/>
                <w:sz w:val="21"/>
              </w:rPr>
              <w:t>Bir tohum toprağın altında,</w:t>
            </w:r>
            <w:r w:rsidRPr="009376EE">
              <w:rPr>
                <w:i/>
                <w:color w:val="000000" w:themeColor="text1"/>
                <w:sz w:val="21"/>
              </w:rPr>
              <w:br/>
              <w:t>Sabırla baharı bekler;</w:t>
            </w:r>
            <w:r w:rsidRPr="009376EE">
              <w:rPr>
                <w:i/>
                <w:color w:val="000000" w:themeColor="text1"/>
                <w:sz w:val="21"/>
              </w:rPr>
              <w:br/>
              <w:t>Sen de güçlüsün, dayan biraz,</w:t>
            </w:r>
            <w:r w:rsidRPr="009376EE">
              <w:rPr>
                <w:i/>
                <w:color w:val="000000" w:themeColor="text1"/>
                <w:sz w:val="21"/>
              </w:rPr>
              <w:br/>
              <w:t>Umut eden hep kazanır der.</w:t>
            </w:r>
          </w:p>
        </w:tc>
        <w:tc>
          <w:tcPr>
            <w:tcW w:w="4819" w:type="dxa"/>
          </w:tcPr>
          <w:p w:rsidR="00285487" w:rsidRPr="009376EE" w:rsidRDefault="009376EE">
            <w:pPr>
              <w:spacing w:after="160"/>
              <w:rPr>
                <w:color w:val="000000" w:themeColor="text1"/>
              </w:rPr>
            </w:pPr>
            <w:r w:rsidRPr="009376EE">
              <w:rPr>
                <w:i/>
                <w:color w:val="000000" w:themeColor="text1"/>
                <w:sz w:val="21"/>
              </w:rPr>
              <w:t>Bugün zor olsa da belki,</w:t>
            </w:r>
            <w:r w:rsidRPr="009376EE">
              <w:rPr>
                <w:i/>
                <w:color w:val="000000" w:themeColor="text1"/>
                <w:sz w:val="21"/>
              </w:rPr>
              <w:br/>
              <w:t xml:space="preserve">Yarın güneş </w:t>
            </w:r>
            <w:r w:rsidRPr="009376EE">
              <w:rPr>
                <w:i/>
                <w:color w:val="000000" w:themeColor="text1"/>
                <w:sz w:val="21"/>
              </w:rPr>
              <w:t>doğacak yine;</w:t>
            </w:r>
            <w:r w:rsidRPr="009376EE">
              <w:rPr>
                <w:i/>
                <w:color w:val="000000" w:themeColor="text1"/>
                <w:sz w:val="21"/>
              </w:rPr>
              <w:br/>
              <w:t>Gülümse küçük kahraman,</w:t>
            </w:r>
            <w:r w:rsidRPr="009376EE">
              <w:rPr>
                <w:i/>
                <w:color w:val="000000" w:themeColor="text1"/>
                <w:sz w:val="21"/>
              </w:rPr>
              <w:br/>
              <w:t>Umut hep seninle, seninle.</w:t>
            </w:r>
          </w:p>
        </w:tc>
      </w:tr>
    </w:tbl>
    <w:p w:rsidR="00285487" w:rsidRPr="009376EE" w:rsidRDefault="009376EE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9376EE">
        <w:rPr>
          <w:b/>
          <w:color w:val="000000" w:themeColor="text1"/>
          <w:sz w:val="26"/>
        </w:rPr>
        <w:t>YANINDAYIM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9376EE" w:rsidRPr="009376EE">
        <w:trPr>
          <w:jc w:val="center"/>
        </w:trPr>
        <w:tc>
          <w:tcPr>
            <w:tcW w:w="4819" w:type="dxa"/>
          </w:tcPr>
          <w:p w:rsidR="00285487" w:rsidRPr="009376EE" w:rsidRDefault="009376EE">
            <w:pPr>
              <w:spacing w:after="160"/>
              <w:rPr>
                <w:color w:val="000000" w:themeColor="text1"/>
              </w:rPr>
            </w:pPr>
            <w:r w:rsidRPr="009376EE">
              <w:rPr>
                <w:i/>
                <w:color w:val="000000" w:themeColor="text1"/>
                <w:sz w:val="21"/>
              </w:rPr>
              <w:t>Uzaktasın şimdi bizden,</w:t>
            </w:r>
            <w:r w:rsidRPr="009376EE">
              <w:rPr>
                <w:i/>
                <w:color w:val="000000" w:themeColor="text1"/>
                <w:sz w:val="21"/>
              </w:rPr>
              <w:br/>
              <w:t>Ama kalbimiz hep seninle;</w:t>
            </w:r>
            <w:r w:rsidRPr="009376EE">
              <w:rPr>
                <w:i/>
                <w:color w:val="000000" w:themeColor="text1"/>
                <w:sz w:val="21"/>
              </w:rPr>
              <w:br/>
              <w:t>Her gün bir dilek tutarız,</w:t>
            </w:r>
            <w:r w:rsidRPr="009376EE">
              <w:rPr>
                <w:i/>
                <w:color w:val="000000" w:themeColor="text1"/>
                <w:sz w:val="21"/>
              </w:rPr>
              <w:br/>
              <w:t>Sağlıkla dön aramıza diye.</w:t>
            </w:r>
          </w:p>
          <w:p w:rsidR="00285487" w:rsidRPr="009376EE" w:rsidRDefault="009376EE">
            <w:pPr>
              <w:spacing w:after="160"/>
              <w:rPr>
                <w:color w:val="000000" w:themeColor="text1"/>
              </w:rPr>
            </w:pPr>
            <w:r w:rsidRPr="009376EE">
              <w:rPr>
                <w:i/>
                <w:color w:val="000000" w:themeColor="text1"/>
                <w:sz w:val="21"/>
              </w:rPr>
              <w:t>Korkma, yalnız değilsin sen,</w:t>
            </w:r>
            <w:r w:rsidRPr="009376EE">
              <w:rPr>
                <w:i/>
                <w:color w:val="000000" w:themeColor="text1"/>
                <w:sz w:val="21"/>
              </w:rPr>
              <w:br/>
              <w:t>Bir orduyuz arkanda senin;</w:t>
            </w:r>
            <w:r w:rsidRPr="009376EE">
              <w:rPr>
                <w:i/>
                <w:color w:val="000000" w:themeColor="text1"/>
                <w:sz w:val="21"/>
              </w:rPr>
              <w:br/>
              <w:t xml:space="preserve">Sevgiyle, dua ile, </w:t>
            </w:r>
            <w:r w:rsidRPr="009376EE">
              <w:rPr>
                <w:i/>
                <w:color w:val="000000" w:themeColor="text1"/>
                <w:sz w:val="21"/>
              </w:rPr>
              <w:t>umutla</w:t>
            </w:r>
            <w:r w:rsidRPr="009376EE">
              <w:rPr>
                <w:i/>
                <w:color w:val="000000" w:themeColor="text1"/>
                <w:sz w:val="21"/>
              </w:rPr>
              <w:br/>
              <w:t>Yanındayım, hep yanındayım.</w:t>
            </w:r>
          </w:p>
        </w:tc>
        <w:tc>
          <w:tcPr>
            <w:tcW w:w="4819" w:type="dxa"/>
          </w:tcPr>
          <w:p w:rsidR="00285487" w:rsidRPr="009376EE" w:rsidRDefault="009376EE">
            <w:pPr>
              <w:spacing w:after="160"/>
              <w:rPr>
                <w:color w:val="000000" w:themeColor="text1"/>
              </w:rPr>
            </w:pPr>
            <w:r w:rsidRPr="009376EE">
              <w:rPr>
                <w:i/>
                <w:color w:val="000000" w:themeColor="text1"/>
                <w:sz w:val="21"/>
              </w:rPr>
              <w:t>Boş kalan sıran bekler seni,</w:t>
            </w:r>
            <w:r w:rsidRPr="009376EE">
              <w:rPr>
                <w:i/>
                <w:color w:val="000000" w:themeColor="text1"/>
                <w:sz w:val="21"/>
              </w:rPr>
              <w:br/>
              <w:t>Defterin, kalemin, gülüşün;</w:t>
            </w:r>
            <w:r w:rsidRPr="009376EE">
              <w:rPr>
                <w:i/>
                <w:color w:val="000000" w:themeColor="text1"/>
                <w:sz w:val="21"/>
              </w:rPr>
              <w:br/>
              <w:t>Arkadaşların burada hep,</w:t>
            </w:r>
            <w:r w:rsidRPr="009376EE">
              <w:rPr>
                <w:i/>
                <w:color w:val="000000" w:themeColor="text1"/>
                <w:sz w:val="21"/>
              </w:rPr>
              <w:br/>
              <w:t>Yanındayız, bil ki büyüğün küçüğün.</w:t>
            </w:r>
          </w:p>
        </w:tc>
      </w:tr>
    </w:tbl>
    <w:p w:rsidR="00285487" w:rsidRPr="009376EE" w:rsidRDefault="009376EE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9376EE">
        <w:rPr>
          <w:b/>
          <w:color w:val="000000" w:themeColor="text1"/>
          <w:sz w:val="26"/>
        </w:rPr>
        <w:t>KÜÇÜK</w:t>
      </w:r>
      <w:proofErr w:type="spellEnd"/>
      <w:r w:rsidRPr="009376EE">
        <w:rPr>
          <w:b/>
          <w:color w:val="000000" w:themeColor="text1"/>
          <w:sz w:val="26"/>
        </w:rPr>
        <w:t xml:space="preserve"> </w:t>
      </w:r>
      <w:proofErr w:type="spellStart"/>
      <w:r w:rsidRPr="009376EE">
        <w:rPr>
          <w:b/>
          <w:color w:val="000000" w:themeColor="text1"/>
          <w:sz w:val="26"/>
        </w:rPr>
        <w:t>KAHRAMANLAR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9376EE" w:rsidRPr="009376EE">
        <w:trPr>
          <w:jc w:val="center"/>
        </w:trPr>
        <w:tc>
          <w:tcPr>
            <w:tcW w:w="4819" w:type="dxa"/>
          </w:tcPr>
          <w:p w:rsidR="00285487" w:rsidRPr="009376EE" w:rsidRDefault="009376EE">
            <w:pPr>
              <w:spacing w:after="160"/>
              <w:rPr>
                <w:color w:val="000000" w:themeColor="text1"/>
              </w:rPr>
            </w:pPr>
            <w:r w:rsidRPr="009376EE">
              <w:rPr>
                <w:i/>
                <w:color w:val="000000" w:themeColor="text1"/>
                <w:sz w:val="21"/>
              </w:rPr>
              <w:t>Küçücük elleriyle savaşır,</w:t>
            </w:r>
            <w:r w:rsidRPr="009376EE">
              <w:rPr>
                <w:i/>
                <w:color w:val="000000" w:themeColor="text1"/>
                <w:sz w:val="21"/>
              </w:rPr>
              <w:br/>
              <w:t>Korkmadan, yılmadan her gün;</w:t>
            </w:r>
            <w:r w:rsidRPr="009376EE">
              <w:rPr>
                <w:i/>
                <w:color w:val="000000" w:themeColor="text1"/>
                <w:sz w:val="21"/>
              </w:rPr>
              <w:br/>
              <w:t>Gülümser hastane koridorunda</w:t>
            </w:r>
            <w:r w:rsidRPr="009376EE">
              <w:rPr>
                <w:i/>
                <w:color w:val="000000" w:themeColor="text1"/>
                <w:sz w:val="21"/>
              </w:rPr>
              <w:t>,</w:t>
            </w:r>
            <w:r w:rsidRPr="009376EE">
              <w:rPr>
                <w:i/>
                <w:color w:val="000000" w:themeColor="text1"/>
                <w:sz w:val="21"/>
              </w:rPr>
              <w:br/>
            </w:r>
            <w:r w:rsidRPr="009376EE">
              <w:rPr>
                <w:i/>
                <w:color w:val="000000" w:themeColor="text1"/>
                <w:sz w:val="21"/>
              </w:rPr>
              <w:lastRenderedPageBreak/>
              <w:t>En büyük kahraman odur bütün.</w:t>
            </w:r>
          </w:p>
          <w:p w:rsidR="00285487" w:rsidRPr="009376EE" w:rsidRDefault="009376EE">
            <w:pPr>
              <w:spacing w:after="160"/>
              <w:rPr>
                <w:color w:val="000000" w:themeColor="text1"/>
              </w:rPr>
            </w:pPr>
            <w:r w:rsidRPr="009376EE">
              <w:rPr>
                <w:i/>
                <w:color w:val="000000" w:themeColor="text1"/>
                <w:sz w:val="21"/>
              </w:rPr>
              <w:t>Alkışlayalım bu küçükleri,</w:t>
            </w:r>
            <w:r w:rsidRPr="009376EE">
              <w:rPr>
                <w:i/>
                <w:color w:val="000000" w:themeColor="text1"/>
                <w:sz w:val="21"/>
              </w:rPr>
              <w:br/>
              <w:t>Umudu hiç bırakmayanları;</w:t>
            </w:r>
            <w:r w:rsidRPr="009376EE">
              <w:rPr>
                <w:i/>
                <w:color w:val="000000" w:themeColor="text1"/>
                <w:sz w:val="21"/>
              </w:rPr>
              <w:br/>
              <w:t>Sevgiyle sarıp sarmalayalım,</w:t>
            </w:r>
            <w:r w:rsidRPr="009376EE">
              <w:rPr>
                <w:i/>
                <w:color w:val="000000" w:themeColor="text1"/>
                <w:sz w:val="21"/>
              </w:rPr>
              <w:br/>
              <w:t>Bizim küçük kahramanları.</w:t>
            </w:r>
          </w:p>
        </w:tc>
        <w:tc>
          <w:tcPr>
            <w:tcW w:w="4819" w:type="dxa"/>
          </w:tcPr>
          <w:p w:rsidR="00285487" w:rsidRPr="009376EE" w:rsidRDefault="009376EE">
            <w:pPr>
              <w:spacing w:after="160"/>
              <w:rPr>
                <w:color w:val="000000" w:themeColor="text1"/>
              </w:rPr>
            </w:pPr>
            <w:r w:rsidRPr="009376EE">
              <w:rPr>
                <w:i/>
                <w:color w:val="000000" w:themeColor="text1"/>
                <w:sz w:val="21"/>
              </w:rPr>
              <w:lastRenderedPageBreak/>
              <w:t>Saçları dökülse de belki,</w:t>
            </w:r>
            <w:r w:rsidRPr="009376EE">
              <w:rPr>
                <w:i/>
                <w:color w:val="000000" w:themeColor="text1"/>
                <w:sz w:val="21"/>
              </w:rPr>
              <w:br/>
              <w:t>Yüreğinde koca bir cesaret;</w:t>
            </w:r>
            <w:r w:rsidRPr="009376EE">
              <w:rPr>
                <w:i/>
                <w:color w:val="000000" w:themeColor="text1"/>
                <w:sz w:val="21"/>
              </w:rPr>
              <w:br/>
              <w:t>Her gülüşü bir zafer onun,</w:t>
            </w:r>
            <w:r w:rsidRPr="009376EE">
              <w:rPr>
                <w:i/>
                <w:color w:val="000000" w:themeColor="text1"/>
                <w:sz w:val="21"/>
              </w:rPr>
              <w:br/>
            </w:r>
            <w:r w:rsidRPr="009376EE">
              <w:rPr>
                <w:i/>
                <w:color w:val="000000" w:themeColor="text1"/>
                <w:sz w:val="21"/>
              </w:rPr>
              <w:lastRenderedPageBreak/>
              <w:t>Her sabahı yeni bir fırsat.</w:t>
            </w:r>
          </w:p>
        </w:tc>
      </w:tr>
    </w:tbl>
    <w:p w:rsidR="00285487" w:rsidRPr="009376EE" w:rsidRDefault="009376EE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9376EE">
        <w:rPr>
          <w:b/>
          <w:color w:val="000000" w:themeColor="text1"/>
          <w:sz w:val="26"/>
        </w:rPr>
        <w:lastRenderedPageBreak/>
        <w:t>LÖSEMI</w:t>
      </w:r>
      <w:proofErr w:type="spellEnd"/>
      <w:r w:rsidRPr="009376EE">
        <w:rPr>
          <w:b/>
          <w:color w:val="000000" w:themeColor="text1"/>
          <w:sz w:val="26"/>
        </w:rPr>
        <w:t xml:space="preserve"> </w:t>
      </w:r>
      <w:proofErr w:type="spellStart"/>
      <w:r w:rsidRPr="009376EE">
        <w:rPr>
          <w:b/>
          <w:color w:val="000000" w:themeColor="text1"/>
          <w:sz w:val="26"/>
        </w:rPr>
        <w:t>NEDIR</w:t>
      </w:r>
      <w:proofErr w:type="spellEnd"/>
      <w:r w:rsidRPr="009376EE">
        <w:rPr>
          <w:b/>
          <w:color w:val="000000" w:themeColor="text1"/>
          <w:sz w:val="26"/>
        </w:rPr>
        <w:t>? (SUNUM METNI)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b/>
          <w:color w:val="000000" w:themeColor="text1"/>
        </w:rPr>
        <w:t>Lösemi</w:t>
      </w:r>
      <w:r w:rsidRPr="009376EE">
        <w:rPr>
          <w:color w:val="000000" w:themeColor="text1"/>
        </w:rPr>
        <w:t xml:space="preserve">, halk arasında </w:t>
      </w:r>
      <w:r w:rsidRPr="009376EE">
        <w:rPr>
          <w:b/>
          <w:color w:val="000000" w:themeColor="text1"/>
        </w:rPr>
        <w:t>kan kanseri</w:t>
      </w:r>
      <w:r w:rsidRPr="009376EE">
        <w:rPr>
          <w:color w:val="000000" w:themeColor="text1"/>
        </w:rPr>
        <w:t xml:space="preserve"> olarak bilinen; kanın üretildiği kemik iliğini etkileyen bir hastalıktır.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Çocukluk çağında </w:t>
      </w:r>
      <w:r w:rsidRPr="009376EE">
        <w:rPr>
          <w:b/>
          <w:color w:val="000000" w:themeColor="text1"/>
        </w:rPr>
        <w:t>en sık görülen kanser türüdür</w:t>
      </w:r>
      <w:r w:rsidRPr="009376EE">
        <w:rPr>
          <w:color w:val="000000" w:themeColor="text1"/>
        </w:rPr>
        <w:t xml:space="preserve">; ancak günümüzde tıbbın ilerlemesiyle büyük ölçüde </w:t>
      </w:r>
      <w:r w:rsidRPr="009376EE">
        <w:rPr>
          <w:b/>
          <w:color w:val="000000" w:themeColor="text1"/>
        </w:rPr>
        <w:t>tedavi edilebilmektedir</w:t>
      </w:r>
      <w:r w:rsidRPr="009376EE">
        <w:rPr>
          <w:color w:val="000000" w:themeColor="text1"/>
        </w:rPr>
        <w:t>.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b/>
          <w:color w:val="000000" w:themeColor="text1"/>
        </w:rPr>
        <w:t>Erken tanı</w:t>
      </w:r>
      <w:r w:rsidRPr="009376EE">
        <w:rPr>
          <w:color w:val="000000" w:themeColor="text1"/>
        </w:rPr>
        <w:t xml:space="preserve"> çok önemlidir; erken fark edilen hastalarda iyileşme şansı yüksektir.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b/>
          <w:color w:val="000000" w:themeColor="text1"/>
        </w:rPr>
        <w:t>Lösemi bulaşıcı bir hastalık DEĞİLDİR</w:t>
      </w:r>
      <w:r w:rsidRPr="009376EE">
        <w:rPr>
          <w:color w:val="000000" w:themeColor="text1"/>
        </w:rPr>
        <w:t>; lösemili bir arkadaşla oynamaktan, yan yana olmaktan çekinmeye gerek yoktur.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Tedavide bazen </w:t>
      </w:r>
      <w:r w:rsidRPr="009376EE">
        <w:rPr>
          <w:b/>
          <w:color w:val="000000" w:themeColor="text1"/>
        </w:rPr>
        <w:t>kök hücre (ilik) nakli</w:t>
      </w:r>
      <w:r w:rsidRPr="009376EE">
        <w:rPr>
          <w:color w:val="000000" w:themeColor="text1"/>
        </w:rPr>
        <w:t xml:space="preserve"> gerekir; ülkemizde bu</w:t>
      </w:r>
      <w:r w:rsidRPr="009376EE">
        <w:rPr>
          <w:color w:val="000000" w:themeColor="text1"/>
        </w:rPr>
        <w:t xml:space="preserve"> çalışmalar </w:t>
      </w:r>
      <w:r w:rsidRPr="009376EE">
        <w:rPr>
          <w:b/>
          <w:color w:val="000000" w:themeColor="text1"/>
        </w:rPr>
        <w:t>TÜRKÖK — Türkiye Kök Hücre Koordinasyon Merkezi</w:t>
      </w:r>
      <w:r w:rsidRPr="009376EE">
        <w:rPr>
          <w:color w:val="000000" w:themeColor="text1"/>
        </w:rPr>
        <w:t xml:space="preserve"> tarafından yürütülür.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Düzenli </w:t>
      </w:r>
      <w:r w:rsidRPr="009376EE">
        <w:rPr>
          <w:b/>
          <w:color w:val="000000" w:themeColor="text1"/>
        </w:rPr>
        <w:t>kan bağışı</w:t>
      </w:r>
      <w:r w:rsidRPr="009376EE">
        <w:rPr>
          <w:color w:val="000000" w:themeColor="text1"/>
        </w:rPr>
        <w:t xml:space="preserve"> da tedavi gören çocuklar için hayati önem taşır.</w:t>
      </w:r>
    </w:p>
    <w:p w:rsidR="00285487" w:rsidRPr="009376EE" w:rsidRDefault="009376EE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9376EE">
        <w:rPr>
          <w:b/>
          <w:color w:val="000000" w:themeColor="text1"/>
          <w:sz w:val="26"/>
        </w:rPr>
        <w:t>LÖSEMILI ARKADAŞLARIMIZA NASIL DESTEK OLABILIRIZ?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Onları </w:t>
      </w:r>
      <w:r w:rsidRPr="009376EE">
        <w:rPr>
          <w:b/>
          <w:color w:val="000000" w:themeColor="text1"/>
        </w:rPr>
        <w:t>dışlamayalım</w:t>
      </w:r>
      <w:r w:rsidRPr="009376EE">
        <w:rPr>
          <w:color w:val="000000" w:themeColor="text1"/>
        </w:rPr>
        <w:t xml:space="preserve">; hastalığın bulaşıcı olmadığını </w:t>
      </w:r>
      <w:r w:rsidRPr="009376EE">
        <w:rPr>
          <w:color w:val="000000" w:themeColor="text1"/>
        </w:rPr>
        <w:t>bilelim ve çevremize anlatalım.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Hastanedeyken </w:t>
      </w:r>
      <w:r w:rsidRPr="009376EE">
        <w:rPr>
          <w:b/>
          <w:color w:val="000000" w:themeColor="text1"/>
        </w:rPr>
        <w:t>kart, mektup ve resimlerle</w:t>
      </w:r>
      <w:r w:rsidRPr="009376EE">
        <w:rPr>
          <w:color w:val="000000" w:themeColor="text1"/>
        </w:rPr>
        <w:t xml:space="preserve"> moral verelim; “seni özledik” diyelim.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İyileşip döndüklerinde sınıfımıza </w:t>
      </w:r>
      <w:r w:rsidRPr="009376EE">
        <w:rPr>
          <w:b/>
          <w:color w:val="000000" w:themeColor="text1"/>
        </w:rPr>
        <w:t>sıcak bir şekilde</w:t>
      </w:r>
      <w:r w:rsidRPr="009376EE">
        <w:rPr>
          <w:color w:val="000000" w:themeColor="text1"/>
        </w:rPr>
        <w:t xml:space="preserve"> karşılayalım, boş sıralarını hep bekleyelim.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Büyüklerimizi </w:t>
      </w:r>
      <w:r w:rsidRPr="009376EE">
        <w:rPr>
          <w:b/>
          <w:color w:val="000000" w:themeColor="text1"/>
        </w:rPr>
        <w:t>kan ve kök hücre bağışına</w:t>
      </w:r>
      <w:r w:rsidRPr="009376EE">
        <w:rPr>
          <w:color w:val="000000" w:themeColor="text1"/>
        </w:rPr>
        <w:t xml:space="preserve"> teşvik </w:t>
      </w:r>
      <w:r w:rsidRPr="009376EE">
        <w:rPr>
          <w:color w:val="000000" w:themeColor="text1"/>
        </w:rPr>
        <w:t>edelim (TÜRKÖK, Türk Kızılay).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Umut ve iyilik dolu </w:t>
      </w:r>
      <w:r w:rsidRPr="009376EE">
        <w:rPr>
          <w:b/>
          <w:color w:val="000000" w:themeColor="text1"/>
        </w:rPr>
        <w:t>etkinliklere</w:t>
      </w:r>
      <w:r w:rsidRPr="009376EE">
        <w:rPr>
          <w:color w:val="000000" w:themeColor="text1"/>
        </w:rPr>
        <w:t xml:space="preserve"> katılalım; farkındalık için sınıf panosu hazırlayalım.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Her zaman </w:t>
      </w:r>
      <w:r w:rsidRPr="009376EE">
        <w:rPr>
          <w:b/>
          <w:color w:val="000000" w:themeColor="text1"/>
        </w:rPr>
        <w:t>umudu</w:t>
      </w:r>
      <w:r w:rsidRPr="009376EE">
        <w:rPr>
          <w:color w:val="000000" w:themeColor="text1"/>
        </w:rPr>
        <w:t xml:space="preserve"> paylaşalım; bir gülümseme bile büyük bir destektir.</w:t>
      </w:r>
    </w:p>
    <w:p w:rsidR="00285487" w:rsidRPr="009376EE" w:rsidRDefault="009376EE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9376EE">
        <w:rPr>
          <w:b/>
          <w:color w:val="000000" w:themeColor="text1"/>
          <w:sz w:val="26"/>
        </w:rPr>
        <w:t>UMUT VE DOSTLUK ÜZERINE GÜZEL SÖZLER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>“Umut, en karanlık gecede bile y</w:t>
      </w:r>
      <w:r w:rsidRPr="009376EE">
        <w:rPr>
          <w:color w:val="000000" w:themeColor="text1"/>
        </w:rPr>
        <w:t>anan küçük bir ışıktır.”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>“Bir gülümseme, bazen en güçlü ilaçtır.”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>“Dostluk, zor günlerde belli olur.”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>“Birlikten kuvvet doğar.”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>“İyilik eden iyilik bulur.”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>“Umut varsa, her şey mümkündür.”</w:t>
      </w:r>
    </w:p>
    <w:p w:rsidR="00285487" w:rsidRPr="009376EE" w:rsidRDefault="009376EE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9376EE">
        <w:rPr>
          <w:b/>
          <w:color w:val="000000" w:themeColor="text1"/>
          <w:sz w:val="26"/>
        </w:rPr>
        <w:t>OKULDA YAPILABILECEK ETKINLIKLER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Lösemili çocuklara </w:t>
      </w:r>
      <w:r w:rsidRPr="009376EE">
        <w:rPr>
          <w:b/>
          <w:color w:val="000000" w:themeColor="text1"/>
        </w:rPr>
        <w:t>“umut kartları”</w:t>
      </w:r>
      <w:r w:rsidRPr="009376EE">
        <w:rPr>
          <w:color w:val="000000" w:themeColor="text1"/>
        </w:rPr>
        <w:t>, mektup ve resim hazırlama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Umut ve dostluk temalı </w:t>
      </w:r>
      <w:r w:rsidRPr="009376EE">
        <w:rPr>
          <w:b/>
          <w:color w:val="000000" w:themeColor="text1"/>
        </w:rPr>
        <w:t>şiir, resim ve afiş</w:t>
      </w:r>
      <w:r w:rsidRPr="009376EE">
        <w:rPr>
          <w:color w:val="000000" w:themeColor="text1"/>
        </w:rPr>
        <w:t xml:space="preserve"> çalışması; farkındalık panosu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Lösemi ve kök hücre bağışını </w:t>
      </w:r>
      <w:r w:rsidRPr="009376EE">
        <w:rPr>
          <w:b/>
          <w:color w:val="000000" w:themeColor="text1"/>
        </w:rPr>
        <w:t>doğru bilgiyle</w:t>
      </w:r>
      <w:r w:rsidRPr="009376EE">
        <w:rPr>
          <w:color w:val="000000" w:themeColor="text1"/>
        </w:rPr>
        <w:t xml:space="preserve"> anlatan sunum (yaş düzeyine uygun)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Büyükleri </w:t>
      </w:r>
      <w:r w:rsidRPr="009376EE">
        <w:rPr>
          <w:b/>
          <w:color w:val="000000" w:themeColor="text1"/>
        </w:rPr>
        <w:t>kan ve kök hücre bağışına</w:t>
      </w:r>
      <w:r w:rsidRPr="009376EE">
        <w:rPr>
          <w:color w:val="000000" w:themeColor="text1"/>
        </w:rPr>
        <w:t xml:space="preserve"> teşvik eden bilgilendirme köşesi (TÜRKÖK</w:t>
      </w:r>
      <w:r w:rsidRPr="009376EE">
        <w:rPr>
          <w:color w:val="000000" w:themeColor="text1"/>
        </w:rPr>
        <w:t>, Kızılay)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“İyilik ve moral” temalı </w:t>
      </w:r>
      <w:r w:rsidRPr="009376EE">
        <w:rPr>
          <w:b/>
          <w:color w:val="000000" w:themeColor="text1"/>
        </w:rPr>
        <w:t>sınıf etkinlikleri</w:t>
      </w:r>
      <w:r w:rsidRPr="009376EE">
        <w:rPr>
          <w:color w:val="000000" w:themeColor="text1"/>
        </w:rPr>
        <w:t>; küçük dayanışma projeleri</w:t>
      </w:r>
    </w:p>
    <w:p w:rsidR="00285487" w:rsidRPr="009376EE" w:rsidRDefault="009376EE">
      <w:pPr>
        <w:pStyle w:val="ListeMaddemi"/>
        <w:spacing w:after="60"/>
        <w:rPr>
          <w:color w:val="000000" w:themeColor="text1"/>
        </w:rPr>
      </w:pPr>
      <w:r w:rsidRPr="009376EE">
        <w:rPr>
          <w:color w:val="000000" w:themeColor="text1"/>
        </w:rPr>
        <w:t xml:space="preserve">Okulda </w:t>
      </w:r>
      <w:r w:rsidRPr="009376EE">
        <w:rPr>
          <w:b/>
          <w:color w:val="000000" w:themeColor="text1"/>
        </w:rPr>
        <w:t>umut ağacı</w:t>
      </w:r>
      <w:r w:rsidRPr="009376EE">
        <w:rPr>
          <w:color w:val="000000" w:themeColor="text1"/>
        </w:rPr>
        <w:t>: öğrencilerin güzel dileklerini yazdığı kartlar</w:t>
      </w:r>
    </w:p>
    <w:p w:rsidR="00285487" w:rsidRPr="009376EE" w:rsidRDefault="00285487">
      <w:pPr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9376EE" w:rsidRPr="009376EE">
        <w:trPr>
          <w:cantSplit/>
          <w:jc w:val="center"/>
        </w:trPr>
        <w:tc>
          <w:tcPr>
            <w:tcW w:w="4819" w:type="dxa"/>
          </w:tcPr>
          <w:p w:rsidR="00285487" w:rsidRPr="009376EE" w:rsidRDefault="009376EE">
            <w:pPr>
              <w:jc w:val="center"/>
              <w:rPr>
                <w:color w:val="000000" w:themeColor="text1"/>
              </w:rPr>
            </w:pPr>
            <w:r w:rsidRPr="009376EE">
              <w:rPr>
                <w:b/>
                <w:color w:val="000000" w:themeColor="text1"/>
                <w:sz w:val="21"/>
              </w:rPr>
              <w:lastRenderedPageBreak/>
              <w:br/>
            </w:r>
            <w:r w:rsidRPr="009376EE">
              <w:rPr>
                <w:color w:val="000000" w:themeColor="text1"/>
                <w:sz w:val="20"/>
              </w:rPr>
              <w:t>Rehber Öğretmen</w:t>
            </w:r>
            <w:r w:rsidRPr="009376EE">
              <w:rPr>
                <w:color w:val="000000" w:themeColor="text1"/>
                <w:sz w:val="20"/>
              </w:rPr>
              <w:br/>
            </w:r>
            <w:r w:rsidRPr="009376EE">
              <w:rPr>
                <w:color w:val="000000" w:themeColor="text1"/>
                <w:sz w:val="19"/>
              </w:rPr>
              <w:t>Hazırlayan</w:t>
            </w:r>
          </w:p>
        </w:tc>
        <w:tc>
          <w:tcPr>
            <w:tcW w:w="4819" w:type="dxa"/>
          </w:tcPr>
          <w:p w:rsidR="00285487" w:rsidRPr="009376EE" w:rsidRDefault="009376EE">
            <w:pPr>
              <w:jc w:val="center"/>
              <w:rPr>
                <w:color w:val="000000" w:themeColor="text1"/>
              </w:rPr>
            </w:pPr>
            <w:r w:rsidRPr="009376EE">
              <w:rPr>
                <w:b/>
                <w:color w:val="000000" w:themeColor="text1"/>
                <w:sz w:val="21"/>
              </w:rPr>
              <w:t>UYGUNDUR</w:t>
            </w:r>
            <w:r w:rsidRPr="009376EE">
              <w:rPr>
                <w:b/>
                <w:color w:val="000000" w:themeColor="text1"/>
                <w:sz w:val="21"/>
              </w:rPr>
              <w:br/>
            </w:r>
            <w:r w:rsidRPr="009376EE">
              <w:rPr>
                <w:b/>
                <w:color w:val="000000" w:themeColor="text1"/>
                <w:sz w:val="21"/>
              </w:rPr>
              <w:t>…… / …… / 2026</w:t>
            </w:r>
            <w:r w:rsidRPr="009376EE">
              <w:rPr>
                <w:b/>
                <w:color w:val="000000" w:themeColor="text1"/>
                <w:sz w:val="21"/>
              </w:rPr>
              <w:br/>
            </w:r>
            <w:r w:rsidRPr="009376EE">
              <w:rPr>
                <w:color w:val="000000" w:themeColor="text1"/>
                <w:sz w:val="20"/>
              </w:rPr>
              <w:t>……………………………</w:t>
            </w:r>
            <w:r w:rsidRPr="009376EE">
              <w:rPr>
                <w:color w:val="000000" w:themeColor="text1"/>
                <w:sz w:val="20"/>
              </w:rPr>
              <w:br/>
            </w:r>
            <w:r w:rsidRPr="009376EE">
              <w:rPr>
                <w:color w:val="000000" w:themeColor="text1"/>
                <w:sz w:val="19"/>
              </w:rPr>
              <w:t>Okul Müdürü</w:t>
            </w:r>
          </w:p>
        </w:tc>
      </w:tr>
    </w:tbl>
    <w:p w:rsidR="00285487" w:rsidRPr="009376EE" w:rsidRDefault="009376EE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9376EE">
        <w:rPr>
          <w:b/>
          <w:color w:val="000000" w:themeColor="text1"/>
          <w:sz w:val="26"/>
        </w:rPr>
        <w:t>KAYNAKÇA</w:t>
      </w:r>
      <w:proofErr w:type="spellEnd"/>
    </w:p>
    <w:p w:rsidR="00285487" w:rsidRPr="009376EE" w:rsidRDefault="009376EE">
      <w:pPr>
        <w:pStyle w:val="ListeNumaras"/>
        <w:spacing w:after="40"/>
        <w:rPr>
          <w:color w:val="000000" w:themeColor="text1"/>
        </w:rPr>
      </w:pPr>
      <w:r w:rsidRPr="009376EE">
        <w:rPr>
          <w:color w:val="000000" w:themeColor="text1"/>
          <w:sz w:val="18"/>
        </w:rPr>
        <w:t>T.C. Sağlık</w:t>
      </w:r>
      <w:r w:rsidRPr="009376EE">
        <w:rPr>
          <w:color w:val="000000" w:themeColor="text1"/>
          <w:sz w:val="18"/>
        </w:rPr>
        <w:t xml:space="preserve"> Bakanlığı — çocukluk çağı kanserleri ve erken tanının önemi (saglik.gov.tr).</w:t>
      </w:r>
    </w:p>
    <w:p w:rsidR="00285487" w:rsidRPr="009376EE" w:rsidRDefault="009376EE">
      <w:pPr>
        <w:pStyle w:val="ListeNumaras"/>
        <w:spacing w:after="40"/>
        <w:rPr>
          <w:color w:val="000000" w:themeColor="text1"/>
        </w:rPr>
      </w:pPr>
      <w:r w:rsidRPr="009376EE">
        <w:rPr>
          <w:color w:val="000000" w:themeColor="text1"/>
          <w:sz w:val="18"/>
        </w:rPr>
        <w:t>TÜRKÖK — Türkiye Kök Hücre Koordinasyon Merkezi (T.C. Sağlık Bakanlığı, 2014).</w:t>
      </w:r>
    </w:p>
    <w:p w:rsidR="00285487" w:rsidRPr="009376EE" w:rsidRDefault="009376EE">
      <w:pPr>
        <w:pStyle w:val="ListeNumaras"/>
        <w:spacing w:after="40"/>
        <w:rPr>
          <w:color w:val="000000" w:themeColor="text1"/>
        </w:rPr>
      </w:pPr>
      <w:r w:rsidRPr="009376EE">
        <w:rPr>
          <w:color w:val="000000" w:themeColor="text1"/>
          <w:sz w:val="18"/>
        </w:rPr>
        <w:t>Türk Kızılay — kan ve kök hücre bağışı (kizilay.org.tr).</w:t>
      </w:r>
    </w:p>
    <w:sectPr w:rsidR="00285487" w:rsidRPr="009376EE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85487"/>
    <w:rsid w:val="0029639D"/>
    <w:rsid w:val="00326F90"/>
    <w:rsid w:val="009376E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E09AB"/>
  <w14:defaultImageDpi w14:val="300"/>
  <w15:docId w15:val="{DC5FF24E-0A97-41B6-B3E1-2DF39534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9376E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0996120-0FFD-44CA-9C45-F926FE982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Lösemili Çocuklar Haftası Kutlama Programı (2026-2027)</dc:title>
  <dc:subject>Belirli Günler ve Haftalar — Lösemili Çocuklar Haftası</dc:subject>
  <dc:creator>evrakburada</dc:creator>
  <cp:keywords>lösemili çocuklar haftası kutlama programı, lösemi nedir, kan kanseri, kök hücre bağışı türkök, umut şiirleri, nasıl destek olabiliriz, sunucu metni, belirli günler ve haftalar</cp:keywords>
  <dc:description/>
  <cp:lastModifiedBy>HP</cp:lastModifiedBy>
  <cp:revision>3</cp:revision>
  <dcterms:created xsi:type="dcterms:W3CDTF">2013-12-23T23:15:00Z</dcterms:created>
  <dcterms:modified xsi:type="dcterms:W3CDTF">2026-10-17T12:38:00Z</dcterms:modified>
  <cp:category/>
</cp:coreProperties>
</file>