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b/>
          <w:sz w:val="26"/>
        </w:rPr>
        <w:t>T.C.</w:t>
      </w:r>
    </w:p>
    <w:p>
      <w:pPr>
        <w:spacing w:after="80"/>
        <w:jc w:val="center"/>
      </w:pPr>
      <w:r>
        <w:rPr>
          <w:b/>
          <w:sz w:val="24"/>
        </w:rPr>
        <w:t>…………… VALİLİĞİ / KAYMAKAMLIĞI</w:t>
      </w:r>
    </w:p>
    <w:p>
      <w:pPr>
        <w:spacing w:after="80"/>
        <w:jc w:val="center"/>
      </w:pPr>
      <w:r>
        <w:rPr>
          <w:b/>
          <w:sz w:val="24"/>
        </w:rPr>
        <w:t>……………………………………………… MÜDÜRLÜĞÜ</w:t>
      </w:r>
    </w:p>
    <w:p>
      <w:pPr>
        <w:spacing w:after="80"/>
        <w:jc w:val="center"/>
      </w:pPr>
      <w:r>
        <w:rPr>
          <w:b/>
          <w:sz w:val="24"/>
        </w:rPr>
        <w:t>……… - ……… EĞİTİM ÖĞRETİM YILI</w:t>
      </w:r>
    </w:p>
    <w:p>
      <w:pPr>
        <w:spacing w:after="80"/>
        <w:jc w:val="center"/>
      </w:pPr>
      <w:r>
        <w:rPr>
          <w:b/>
          <w:sz w:val="24"/>
        </w:rPr>
        <w:t>……………………………… KULÜBÜ DENETLEME KURULU RAPORU</w:t>
      </w:r>
    </w:p>
    <w:p>
      <w:pPr>
        <w:spacing w:after="120"/>
        <w:jc w:val="both"/>
      </w:pPr>
      <w:r>
        <w:rPr>
          <w:b w:val="0"/>
          <w:sz w:val="24"/>
        </w:rPr>
      </w:r>
    </w:p>
    <w:p>
      <w:pPr>
        <w:spacing w:after="40"/>
      </w:pPr>
      <w:r>
        <w:rPr>
          <w:b/>
        </w:rPr>
        <w:t xml:space="preserve">Dönem                 : </w:t>
      </w:r>
      <w:r>
        <w:t>1. Dönem / 2. Dönem</w:t>
      </w:r>
    </w:p>
    <w:p>
      <w:pPr>
        <w:spacing w:after="40"/>
      </w:pPr>
      <w:r>
        <w:rPr>
          <w:b/>
        </w:rPr>
        <w:t xml:space="preserve">İnceleme Tarihi       : </w:t>
      </w:r>
      <w:r>
        <w:t>……………………………………</w:t>
      </w:r>
    </w:p>
    <w:p>
      <w:pPr>
        <w:spacing w:after="40"/>
      </w:pPr>
      <w:r>
        <w:rPr>
          <w:b/>
        </w:rPr>
        <w:t xml:space="preserve">Danışman Öğretmen     : </w:t>
      </w:r>
      <w:r>
        <w:t>……………………………………</w:t>
      </w:r>
    </w:p>
    <w:p>
      <w:pPr>
        <w:spacing w:after="120"/>
        <w:jc w:val="both"/>
      </w:pPr>
      <w:r>
        <w:rPr>
          <w:b w:val="0"/>
          <w:sz w:val="24"/>
        </w:rPr>
      </w:r>
    </w:p>
    <w:p>
      <w:pPr>
        <w:spacing w:after="60"/>
        <w:jc w:val="both"/>
      </w:pPr>
      <w:r>
        <w:rPr>
          <w:b/>
          <w:sz w:val="24"/>
        </w:rPr>
        <w:t>İNCELENEN HUSUSLAR</w:t>
      </w:r>
    </w:p>
    <w:p>
      <w:pPr>
        <w:spacing w:after="40"/>
        <w:ind w:left="340"/>
        <w:jc w:val="both"/>
      </w:pPr>
      <w:r>
        <w:t>1. Yıllık çalışma planının uygulanma durumu.</w:t>
      </w:r>
    </w:p>
    <w:p>
      <w:pPr>
        <w:spacing w:after="40"/>
        <w:ind w:left="340"/>
        <w:jc w:val="both"/>
      </w:pPr>
      <w:r>
        <w:t>2. Toplantı tutanaklarının düzenli tutulup tutulmadığı.</w:t>
      </w:r>
    </w:p>
    <w:p>
      <w:pPr>
        <w:spacing w:after="40"/>
        <w:ind w:left="340"/>
        <w:jc w:val="both"/>
      </w:pPr>
      <w:r>
        <w:t>3. Üye listesinin güncelliği.</w:t>
      </w:r>
    </w:p>
    <w:p>
      <w:pPr>
        <w:spacing w:after="40"/>
        <w:ind w:left="340"/>
        <w:jc w:val="both"/>
      </w:pPr>
      <w:r>
        <w:t>4. Toplum hizmeti çalışmalarının plana uygunluğu.</w:t>
      </w:r>
    </w:p>
    <w:p>
      <w:pPr>
        <w:spacing w:after="40"/>
        <w:ind w:left="340"/>
        <w:jc w:val="both"/>
      </w:pPr>
      <w:r>
        <w:t>5. Kullanılan malzeme ve yapılan duyuruların kayda geçirilmesi.</w:t>
      </w:r>
    </w:p>
    <w:p>
      <w:pPr>
        <w:spacing w:after="120"/>
        <w:jc w:val="both"/>
      </w:pPr>
      <w:r>
        <w:rPr>
          <w:b w:val="0"/>
          <w:sz w:val="24"/>
        </w:rPr>
      </w:r>
    </w:p>
    <w:p>
      <w:pPr>
        <w:spacing w:after="60"/>
        <w:jc w:val="both"/>
      </w:pPr>
      <w:r>
        <w:rPr>
          <w:b/>
          <w:sz w:val="24"/>
        </w:rPr>
        <w:t>SONUÇ</w:t>
      </w:r>
    </w:p>
    <w:p>
      <w:pPr>
        <w:spacing w:after="40"/>
        <w:jc w:val="both"/>
      </w:pPr>
      <w:r>
        <w:rPr>
          <w:b/>
          <w:sz w:val="24"/>
        </w:rPr>
      </w:r>
    </w:p>
    <w:p>
      <w:pPr>
        <w:spacing w:after="120"/>
        <w:jc w:val="both"/>
      </w:pPr>
      <w:r>
        <w:rPr>
          <w:b w:val="0"/>
          <w:sz w:val="24"/>
        </w:rPr>
        <w:t>Yapılan inceleme sonucunda kulüp çalışmalarının yıllık çalışma planına ve kulüp tüzüğüne uygun olarak yürütüldüğü görülmüştür. Tespit edilen eksiklikler ve öneriler danışman öğretmene bildirilmiştir.</w:t>
      </w:r>
    </w:p>
    <w:p>
      <w:pPr>
        <w:spacing w:after="120"/>
        <w:jc w:val="both"/>
      </w:pPr>
      <w:r>
        <w:rPr>
          <w:b w:val="0"/>
          <w:sz w:val="24"/>
        </w:rPr>
      </w:r>
    </w:p>
    <w:tbl>
      <w:tblPr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pPr>
              <w:jc w:val="center"/>
            </w:pPr>
            <w:r>
              <w:br/>
              <w:t>……………………………………</w:t>
            </w:r>
          </w:p>
        </w:tc>
        <w:tc>
          <w:tcPr>
            <w:tcW w:type="dxa" w:w="3249"/>
          </w:tcPr>
          <w:p>
            <w:pPr>
              <w:jc w:val="center"/>
            </w:pPr>
            <w:r>
              <w:br/>
              <w:t>……………………………………</w:t>
            </w:r>
          </w:p>
        </w:tc>
        <w:tc>
          <w:tcPr>
            <w:tcW w:type="dxa" w:w="3249"/>
          </w:tcPr>
          <w:p>
            <w:pPr>
              <w:jc w:val="center"/>
            </w:pPr>
            <w:r>
              <w:br/>
              <w:t>……………………………………</w:t>
            </w:r>
          </w:p>
        </w:tc>
      </w:tr>
      <w:tr>
        <w:tc>
          <w:tcPr>
            <w:tcW w:type="dxa" w:w="3249"/>
          </w:tcPr>
          <w:p>
            <w:pPr>
              <w:jc w:val="center"/>
            </w:pPr>
            <w:r>
              <w:rPr>
                <w:b/>
              </w:rPr>
              <w:t>Denetleme Kurulu Üyesi</w:t>
            </w:r>
          </w:p>
        </w:tc>
        <w:tc>
          <w:tcPr>
            <w:tcW w:type="dxa" w:w="3249"/>
          </w:tcPr>
          <w:p>
            <w:pPr>
              <w:jc w:val="center"/>
            </w:pPr>
            <w:r>
              <w:rPr>
                <w:b/>
              </w:rPr>
              <w:t>Denetleme Kurulu Üyesi</w:t>
            </w:r>
          </w:p>
        </w:tc>
        <w:tc>
          <w:tcPr>
            <w:tcW w:type="dxa" w:w="3249"/>
          </w:tcPr>
          <w:p>
            <w:pPr>
              <w:jc w:val="center"/>
            </w:pPr>
            <w:r>
              <w:rPr>
                <w:b/>
              </w:rPr>
              <w:t>Denetleme Kurulu Üyesi</w:t>
            </w:r>
          </w:p>
        </w:tc>
      </w:tr>
    </w:tbl>
    <w:p>
      <w:pPr>
        <w:spacing w:after="120"/>
        <w:jc w:val="both"/>
      </w:pPr>
      <w:r>
        <w:rPr>
          <w:b w:val="0"/>
          <w:sz w:val="24"/>
        </w:rPr>
      </w:r>
    </w:p>
    <w:p>
      <w:pPr>
        <w:spacing w:after="40"/>
        <w:jc w:val="center"/>
      </w:pPr>
      <w:r>
        <w:rPr>
          <w:b/>
          <w:sz w:val="24"/>
        </w:rPr>
        <w:t>UYGUNDUR</w:t>
      </w:r>
    </w:p>
    <w:p>
      <w:pPr>
        <w:spacing w:after="40"/>
        <w:jc w:val="center"/>
      </w:pPr>
      <w:r>
        <w:rPr>
          <w:b w:val="0"/>
          <w:sz w:val="24"/>
        </w:rPr>
        <w:t>……………………………………</w:t>
      </w:r>
    </w:p>
    <w:p>
      <w:pPr>
        <w:spacing w:after="120"/>
        <w:jc w:val="center"/>
      </w:pPr>
      <w:r>
        <w:rPr>
          <w:b/>
          <w:sz w:val="24"/>
        </w:rPr>
        <w:t>Okul Müdürü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