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D84090" w:rsidTr="00F55BAF">
        <w:tc>
          <w:tcPr>
            <w:tcW w:w="9978" w:type="dxa"/>
          </w:tcPr>
          <w:p w:rsidR="00D84090" w:rsidRDefault="002A29FD">
            <w:pPr>
              <w:spacing w:before="100" w:after="20"/>
              <w:jc w:val="center"/>
            </w:pPr>
            <w:r>
              <w:rPr>
                <w:sz w:val="21"/>
              </w:rPr>
              <w:t>2026-2027 EĞİTİM-ÖĞRETİM YILI</w:t>
            </w:r>
          </w:p>
          <w:p w:rsidR="00D84090" w:rsidRDefault="00F55BAF">
            <w:pPr>
              <w:spacing w:after="20"/>
              <w:jc w:val="center"/>
            </w:pPr>
            <w:r>
              <w:rPr>
                <w:b/>
                <w:sz w:val="26"/>
              </w:rPr>
              <w:t xml:space="preserve"> </w:t>
            </w:r>
          </w:p>
          <w:p w:rsidR="00D84090" w:rsidRDefault="002A29FD">
            <w:pPr>
              <w:spacing w:after="20"/>
              <w:jc w:val="center"/>
            </w:pPr>
            <w:r>
              <w:rPr>
                <w:b/>
                <w:sz w:val="30"/>
              </w:rPr>
              <w:t>5. SINIF KÜLTÜR VE MEDENİYETİMİZE YÖN VERENLER-1 DERSİ</w:t>
            </w:r>
          </w:p>
          <w:p w:rsidR="00D84090" w:rsidRDefault="002A29FD">
            <w:pPr>
              <w:spacing w:after="20"/>
              <w:jc w:val="center"/>
            </w:pPr>
            <w:r>
              <w:rPr>
                <w:b/>
                <w:sz w:val="24"/>
              </w:rPr>
              <w:t>GÜNLÜK PLAN</w:t>
            </w:r>
          </w:p>
          <w:p w:rsidR="00D84090" w:rsidRDefault="002A29FD">
            <w:pPr>
              <w:spacing w:after="100"/>
              <w:jc w:val="center"/>
            </w:pPr>
            <w:r>
              <w:rPr>
                <w:sz w:val="21"/>
              </w:rPr>
              <w:t>6. Hafta  ·  19–23 Ekim 2026</w:t>
            </w:r>
          </w:p>
        </w:tc>
      </w:tr>
    </w:tbl>
    <w:p w:rsidR="00D84090" w:rsidRDefault="00D84090">
      <w:pPr>
        <w:spacing w:after="0"/>
      </w:pPr>
    </w:p>
    <w:tbl>
      <w:tblPr>
        <w:tblStyle w:val="DzTablo1"/>
        <w:tblW w:w="0" w:type="auto"/>
        <w:tblLook w:val="04A0" w:firstRow="1" w:lastRow="0" w:firstColumn="1" w:lastColumn="0" w:noHBand="0" w:noVBand="1"/>
      </w:tblPr>
      <w:tblGrid>
        <w:gridCol w:w="2494"/>
        <w:gridCol w:w="2494"/>
        <w:gridCol w:w="2494"/>
        <w:gridCol w:w="2494"/>
      </w:tblGrid>
      <w:tr w:rsidR="00D84090" w:rsidTr="00F55B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4" w:type="dxa"/>
          </w:tcPr>
          <w:p w:rsidR="00D84090" w:rsidRDefault="002A29FD">
            <w:pPr>
              <w:jc w:val="center"/>
            </w:pPr>
            <w:r>
              <w:rPr>
                <w:sz w:val="16"/>
              </w:rPr>
              <w:t>DERS</w:t>
            </w:r>
            <w:r>
              <w:rPr>
                <w:sz w:val="16"/>
              </w:rPr>
              <w:br/>
            </w:r>
            <w:r>
              <w:rPr>
                <w:b w:val="0"/>
                <w:sz w:val="20"/>
              </w:rPr>
              <w:t>Kültür ve Medeniyetimize Yön Verenler-1</w:t>
            </w:r>
          </w:p>
        </w:tc>
        <w:tc>
          <w:tcPr>
            <w:tcW w:w="2494" w:type="dxa"/>
          </w:tcPr>
          <w:p w:rsidR="00D84090" w:rsidRDefault="002A29FD" w:rsidP="00F55BAF">
            <w:pPr>
              <w:jc w:val="center"/>
              <w:cnfStyle w:val="100000000000" w:firstRow="1" w:lastRow="0" w:firstColumn="0" w:lastColumn="0" w:oddVBand="0" w:evenVBand="0" w:oddHBand="0" w:evenHBand="0" w:firstRowFirstColumn="0" w:firstRowLastColumn="0" w:lastRowFirstColumn="0" w:lastRowLastColumn="0"/>
            </w:pPr>
            <w:r>
              <w:rPr>
                <w:sz w:val="16"/>
              </w:rPr>
              <w:t>SINIF</w:t>
            </w:r>
            <w:r>
              <w:rPr>
                <w:sz w:val="16"/>
              </w:rPr>
              <w:br/>
            </w:r>
            <w:r w:rsidR="00F55BAF">
              <w:rPr>
                <w:sz w:val="20"/>
              </w:rPr>
              <w:t xml:space="preserve"> </w:t>
            </w:r>
          </w:p>
        </w:tc>
        <w:tc>
          <w:tcPr>
            <w:tcW w:w="2494" w:type="dxa"/>
          </w:tcPr>
          <w:p w:rsidR="00D84090" w:rsidRDefault="002A29FD">
            <w:pPr>
              <w:jc w:val="center"/>
              <w:cnfStyle w:val="100000000000" w:firstRow="1" w:lastRow="0" w:firstColumn="0" w:lastColumn="0" w:oddVBand="0" w:evenVBand="0" w:oddHBand="0" w:evenHBand="0" w:firstRowFirstColumn="0" w:firstRowLastColumn="0" w:lastRowFirstColumn="0" w:lastRowLastColumn="0"/>
            </w:pPr>
            <w:r>
              <w:rPr>
                <w:sz w:val="16"/>
              </w:rPr>
              <w:t>HAFTA</w:t>
            </w:r>
            <w:r>
              <w:rPr>
                <w:sz w:val="16"/>
              </w:rPr>
              <w:br/>
            </w:r>
            <w:r>
              <w:rPr>
                <w:b w:val="0"/>
                <w:sz w:val="20"/>
              </w:rPr>
              <w:t>6. Hafta</w:t>
            </w:r>
          </w:p>
        </w:tc>
        <w:tc>
          <w:tcPr>
            <w:tcW w:w="2494" w:type="dxa"/>
          </w:tcPr>
          <w:p w:rsidR="00D84090" w:rsidRDefault="002A29FD">
            <w:pPr>
              <w:jc w:val="center"/>
              <w:cnfStyle w:val="100000000000" w:firstRow="1" w:lastRow="0" w:firstColumn="0" w:lastColumn="0" w:oddVBand="0" w:evenVBand="0" w:oddHBand="0" w:evenHBand="0" w:firstRowFirstColumn="0" w:firstRowLastColumn="0" w:lastRowFirstColumn="0" w:lastRowLastColumn="0"/>
            </w:pPr>
            <w:r>
              <w:rPr>
                <w:sz w:val="16"/>
              </w:rPr>
              <w:t>ÖNERİLEN SÜRE</w:t>
            </w:r>
            <w:r>
              <w:rPr>
                <w:sz w:val="16"/>
              </w:rPr>
              <w:br/>
            </w:r>
            <w:r>
              <w:rPr>
                <w:b w:val="0"/>
                <w:sz w:val="20"/>
              </w:rPr>
              <w:t>2 ders saati</w:t>
            </w:r>
          </w:p>
        </w:tc>
      </w:tr>
    </w:tbl>
    <w:p w:rsidR="00D84090" w:rsidRDefault="00D84090">
      <w:pPr>
        <w:spacing w:after="0"/>
      </w:pPr>
    </w:p>
    <w:p w:rsidR="00D84090" w:rsidRDefault="002A29FD">
      <w:pPr>
        <w:keepNext/>
        <w:pBdr>
          <w:bottom w:val="single" w:sz="8" w:space="2" w:color="4A2A14"/>
        </w:pBdr>
        <w:spacing w:before="120" w:after="80"/>
      </w:pPr>
      <w:r>
        <w:rPr>
          <w:b/>
          <w:sz w:val="23"/>
        </w:rPr>
        <w:t xml:space="preserve">1. </w:t>
      </w:r>
      <w:r>
        <w:rPr>
          <w:b/>
          <w:sz w:val="23"/>
        </w:rPr>
        <w:t>BÖLÜM  ·  DERS BİLGİLERİ</w:t>
      </w:r>
    </w:p>
    <w:tbl>
      <w:tblPr>
        <w:tblStyle w:val="TabloKlavuzu"/>
        <w:tblW w:w="0" w:type="auto"/>
        <w:tblLook w:val="04A0" w:firstRow="1" w:lastRow="0" w:firstColumn="1" w:lastColumn="0" w:noHBand="0" w:noVBand="1"/>
      </w:tblPr>
      <w:tblGrid>
        <w:gridCol w:w="2438"/>
        <w:gridCol w:w="7540"/>
      </w:tblGrid>
      <w:tr w:rsidR="00D84090" w:rsidTr="00F55BAF">
        <w:tc>
          <w:tcPr>
            <w:tcW w:w="2438" w:type="dxa"/>
          </w:tcPr>
          <w:p w:rsidR="00D84090" w:rsidRDefault="002A29FD">
            <w:r>
              <w:rPr>
                <w:b/>
                <w:sz w:val="20"/>
              </w:rPr>
              <w:t>Ünite / Tema Adı / No</w:t>
            </w:r>
          </w:p>
        </w:tc>
        <w:tc>
          <w:tcPr>
            <w:tcW w:w="7540" w:type="dxa"/>
          </w:tcPr>
          <w:p w:rsidR="00D84090" w:rsidRDefault="002A29FD">
            <w:pPr>
              <w:spacing w:after="40" w:line="259" w:lineRule="auto"/>
            </w:pPr>
            <w:r>
              <w:rPr>
                <w:sz w:val="20"/>
              </w:rPr>
              <w:t>1. ÜNİTE: KÜLTÜR VE MEDENİYET</w:t>
            </w:r>
          </w:p>
        </w:tc>
      </w:tr>
      <w:tr w:rsidR="00D84090" w:rsidTr="00F55BAF">
        <w:tc>
          <w:tcPr>
            <w:tcW w:w="2438" w:type="dxa"/>
          </w:tcPr>
          <w:p w:rsidR="00D84090" w:rsidRDefault="002A29FD">
            <w:r>
              <w:rPr>
                <w:b/>
                <w:sz w:val="20"/>
              </w:rPr>
              <w:t>İçerik Çerçevesi</w:t>
            </w:r>
          </w:p>
        </w:tc>
        <w:tc>
          <w:tcPr>
            <w:tcW w:w="7540" w:type="dxa"/>
          </w:tcPr>
          <w:p w:rsidR="00D84090" w:rsidRDefault="002A29FD">
            <w:pPr>
              <w:spacing w:after="40" w:line="259" w:lineRule="auto"/>
            </w:pPr>
            <w:r>
              <w:rPr>
                <w:sz w:val="20"/>
              </w:rPr>
              <w:t>Kültür ve Medeniyetin Korunması ve Sürdürülebilirliği</w:t>
            </w:r>
          </w:p>
        </w:tc>
      </w:tr>
    </w:tbl>
    <w:p w:rsidR="00D84090" w:rsidRDefault="00D84090">
      <w:pPr>
        <w:spacing w:after="0"/>
      </w:pPr>
    </w:p>
    <w:p w:rsidR="00D84090" w:rsidRDefault="002A29FD">
      <w:pPr>
        <w:keepNext/>
        <w:pBdr>
          <w:bottom w:val="single" w:sz="8" w:space="2" w:color="4A2A14"/>
        </w:pBdr>
        <w:spacing w:before="120" w:after="80"/>
      </w:pPr>
      <w:r>
        <w:rPr>
          <w:b/>
          <w:sz w:val="23"/>
        </w:rPr>
        <w:t>2. BÖLÜM  ·  BECERİLER, EĞİLİMLER VE PROGRAMLAR ARASI BİLEŞENLER</w:t>
      </w:r>
    </w:p>
    <w:tbl>
      <w:tblPr>
        <w:tblStyle w:val="TabloKlavuzu"/>
        <w:tblW w:w="0" w:type="auto"/>
        <w:tblLook w:val="04A0" w:firstRow="1" w:lastRow="0" w:firstColumn="1" w:lastColumn="0" w:noHBand="0" w:noVBand="1"/>
      </w:tblPr>
      <w:tblGrid>
        <w:gridCol w:w="2438"/>
        <w:gridCol w:w="7540"/>
      </w:tblGrid>
      <w:tr w:rsidR="00D84090" w:rsidTr="00F55BAF">
        <w:tc>
          <w:tcPr>
            <w:tcW w:w="2438" w:type="dxa"/>
          </w:tcPr>
          <w:p w:rsidR="00D84090" w:rsidRDefault="002A29FD">
            <w:r>
              <w:rPr>
                <w:b/>
                <w:sz w:val="20"/>
              </w:rPr>
              <w:t>Kavramsal Beceriler</w:t>
            </w:r>
          </w:p>
        </w:tc>
        <w:tc>
          <w:tcPr>
            <w:tcW w:w="7540" w:type="dxa"/>
          </w:tcPr>
          <w:p w:rsidR="00D84090" w:rsidRDefault="002A29FD">
            <w:pPr>
              <w:spacing w:after="40" w:line="259" w:lineRule="auto"/>
            </w:pPr>
            <w:r>
              <w:rPr>
                <w:sz w:val="20"/>
              </w:rPr>
              <w:t xml:space="preserve">KB2.14. Yorumlama </w:t>
            </w:r>
            <w:r>
              <w:rPr>
                <w:sz w:val="20"/>
              </w:rPr>
              <w:t>KB2.10. Çıkarım Yapma</w:t>
            </w:r>
          </w:p>
        </w:tc>
      </w:tr>
      <w:tr w:rsidR="00D84090" w:rsidTr="00F55BAF">
        <w:tc>
          <w:tcPr>
            <w:tcW w:w="2438" w:type="dxa"/>
          </w:tcPr>
          <w:p w:rsidR="00D84090" w:rsidRDefault="002A29FD">
            <w:r>
              <w:rPr>
                <w:b/>
                <w:sz w:val="20"/>
              </w:rPr>
              <w:t>Eğilimler</w:t>
            </w:r>
          </w:p>
        </w:tc>
        <w:tc>
          <w:tcPr>
            <w:tcW w:w="7540" w:type="dxa"/>
          </w:tcPr>
          <w:p w:rsidR="00D84090" w:rsidRDefault="002A29FD">
            <w:pPr>
              <w:spacing w:after="40" w:line="259" w:lineRule="auto"/>
            </w:pPr>
            <w:r>
              <w:rPr>
                <w:sz w:val="20"/>
              </w:rPr>
              <w:t>E1.1. Merak, E3.1. Muhakeme, E3.2. Odaklanma, E3.3. Yaratıcılık, E3.5. Açık Fikirlilik</w:t>
            </w:r>
          </w:p>
        </w:tc>
      </w:tr>
      <w:tr w:rsidR="00D84090" w:rsidTr="00F55BAF">
        <w:tc>
          <w:tcPr>
            <w:tcW w:w="2438" w:type="dxa"/>
          </w:tcPr>
          <w:p w:rsidR="00D84090" w:rsidRDefault="002A29FD">
            <w:r>
              <w:rPr>
                <w:b/>
                <w:sz w:val="20"/>
              </w:rPr>
              <w:t>Programlar Arası Bileşenler</w:t>
            </w:r>
          </w:p>
        </w:tc>
        <w:tc>
          <w:tcPr>
            <w:tcW w:w="7540" w:type="dxa"/>
          </w:tcPr>
          <w:p w:rsidR="00D84090" w:rsidRDefault="002A29FD">
            <w:pPr>
              <w:spacing w:after="40" w:line="259" w:lineRule="auto"/>
            </w:pPr>
            <w:r>
              <w:rPr>
                <w:b/>
                <w:sz w:val="20"/>
              </w:rPr>
              <w:t xml:space="preserve">Sosyal-Duygusal Öğrenme Becerileri: </w:t>
            </w:r>
            <w:r>
              <w:rPr>
                <w:sz w:val="20"/>
              </w:rPr>
              <w:t>SDB2.1. İletişim, SDB2.2. İş Birliği, SDB3.3. Sorumlu Karar Verme</w:t>
            </w:r>
          </w:p>
          <w:p w:rsidR="00D84090" w:rsidRDefault="002A29FD">
            <w:pPr>
              <w:spacing w:after="40" w:line="259" w:lineRule="auto"/>
            </w:pPr>
            <w:r>
              <w:rPr>
                <w:b/>
                <w:sz w:val="20"/>
              </w:rPr>
              <w:t>Değer</w:t>
            </w:r>
            <w:r>
              <w:rPr>
                <w:b/>
                <w:sz w:val="20"/>
              </w:rPr>
              <w:t xml:space="preserve">ler: </w:t>
            </w:r>
            <w:r>
              <w:rPr>
                <w:sz w:val="20"/>
              </w:rPr>
              <w:t>D15. Sevgi, D16. Sorumluluk, D19. Vatanseverlik</w:t>
            </w:r>
          </w:p>
          <w:p w:rsidR="00D84090" w:rsidRDefault="002A29FD">
            <w:pPr>
              <w:spacing w:after="40" w:line="259" w:lineRule="auto"/>
            </w:pPr>
            <w:r>
              <w:rPr>
                <w:b/>
                <w:sz w:val="20"/>
              </w:rPr>
              <w:t xml:space="preserve">Okuryazarlık Becerileri: </w:t>
            </w:r>
            <w:r>
              <w:rPr>
                <w:sz w:val="20"/>
              </w:rPr>
              <w:t>OB1. Bilgi Okuryazarlığı, OB2. Dijital Okuryazarlık, OB4. Görsel Okuryazarlık</w:t>
            </w:r>
          </w:p>
        </w:tc>
      </w:tr>
      <w:tr w:rsidR="00D84090" w:rsidTr="00F55BAF">
        <w:tc>
          <w:tcPr>
            <w:tcW w:w="2438" w:type="dxa"/>
          </w:tcPr>
          <w:p w:rsidR="00D84090" w:rsidRDefault="002A29FD">
            <w:r>
              <w:rPr>
                <w:b/>
                <w:sz w:val="20"/>
              </w:rPr>
              <w:t>Disiplinler Arası İlişkiler</w:t>
            </w:r>
          </w:p>
        </w:tc>
        <w:tc>
          <w:tcPr>
            <w:tcW w:w="7540" w:type="dxa"/>
          </w:tcPr>
          <w:p w:rsidR="00D84090" w:rsidRDefault="002A29FD">
            <w:pPr>
              <w:spacing w:after="40" w:line="259" w:lineRule="auto"/>
            </w:pPr>
            <w:r>
              <w:rPr>
                <w:sz w:val="20"/>
              </w:rPr>
              <w:t>Sosyal Bilgiler, Türkçe, Din Kültürü ve Ahlak Bilgisi</w:t>
            </w:r>
          </w:p>
        </w:tc>
      </w:tr>
    </w:tbl>
    <w:p w:rsidR="00D84090" w:rsidRDefault="00D84090">
      <w:pPr>
        <w:spacing w:after="0"/>
      </w:pPr>
    </w:p>
    <w:p w:rsidR="00D84090" w:rsidRDefault="002A29FD">
      <w:pPr>
        <w:keepNext/>
        <w:pBdr>
          <w:bottom w:val="single" w:sz="8" w:space="2" w:color="4A2A14"/>
        </w:pBdr>
        <w:spacing w:before="120" w:after="80"/>
      </w:pPr>
      <w:r>
        <w:rPr>
          <w:b/>
          <w:sz w:val="23"/>
        </w:rPr>
        <w:t xml:space="preserve">3. BÖLÜM  ·  </w:t>
      </w:r>
      <w:r>
        <w:rPr>
          <w:b/>
          <w:sz w:val="23"/>
        </w:rPr>
        <w:t>ÖĞRENME ÇIKTILARI VE ÖĞRENME-ÖĞRETME YAŞANTILARI</w:t>
      </w:r>
    </w:p>
    <w:tbl>
      <w:tblPr>
        <w:tblStyle w:val="TabloKlavuzu"/>
        <w:tblW w:w="0" w:type="auto"/>
        <w:tblLook w:val="04A0" w:firstRow="1" w:lastRow="0" w:firstColumn="1" w:lastColumn="0" w:noHBand="0" w:noVBand="1"/>
      </w:tblPr>
      <w:tblGrid>
        <w:gridCol w:w="2438"/>
        <w:gridCol w:w="7540"/>
      </w:tblGrid>
      <w:tr w:rsidR="00D84090" w:rsidTr="00F55BAF">
        <w:tc>
          <w:tcPr>
            <w:tcW w:w="2438" w:type="dxa"/>
          </w:tcPr>
          <w:p w:rsidR="00D84090" w:rsidRDefault="002A29FD">
            <w:r>
              <w:rPr>
                <w:b/>
                <w:sz w:val="20"/>
              </w:rPr>
              <w:t>Öğrenme Çıktıları</w:t>
            </w:r>
          </w:p>
        </w:tc>
        <w:tc>
          <w:tcPr>
            <w:tcW w:w="7540" w:type="dxa"/>
          </w:tcPr>
          <w:p w:rsidR="00D84090" w:rsidRDefault="002A29FD">
            <w:pPr>
              <w:spacing w:after="40" w:line="259" w:lineRule="auto"/>
              <w:jc w:val="both"/>
            </w:pPr>
            <w:r>
              <w:rPr>
                <w:b/>
                <w:sz w:val="20"/>
              </w:rPr>
              <w:t xml:space="preserve">KMYV.1.1.2. </w:t>
            </w:r>
            <w:r>
              <w:rPr>
                <w:sz w:val="20"/>
              </w:rPr>
              <w:t>Kültür ve medeniyetin korunmasının kültür ve medeniyetin sürdürülebilirliğine katkısına yönelik çıkarım yapabilme</w:t>
            </w:r>
          </w:p>
        </w:tc>
      </w:tr>
      <w:tr w:rsidR="00D84090" w:rsidTr="00F55BAF">
        <w:tc>
          <w:tcPr>
            <w:tcW w:w="2438" w:type="dxa"/>
          </w:tcPr>
          <w:p w:rsidR="00D84090" w:rsidRDefault="002A29FD">
            <w:r>
              <w:rPr>
                <w:b/>
                <w:sz w:val="20"/>
              </w:rPr>
              <w:t>Anahtar Kavramlar</w:t>
            </w:r>
          </w:p>
        </w:tc>
        <w:tc>
          <w:tcPr>
            <w:tcW w:w="7540" w:type="dxa"/>
          </w:tcPr>
          <w:p w:rsidR="00D84090" w:rsidRDefault="002A29FD">
            <w:pPr>
              <w:spacing w:after="40" w:line="259" w:lineRule="auto"/>
              <w:jc w:val="both"/>
            </w:pPr>
            <w:r>
              <w:rPr>
                <w:sz w:val="20"/>
              </w:rPr>
              <w:t>bilim, din, eğitim, gelenek, görenek, kültür</w:t>
            </w:r>
            <w:r>
              <w:rPr>
                <w:sz w:val="20"/>
              </w:rPr>
              <w:t>, medeniyet, mimari, müzik, sanat, somut olma yan unsur, somut unsur, sürdürülebilirlik, tarih, yemek</w:t>
            </w:r>
          </w:p>
        </w:tc>
      </w:tr>
      <w:tr w:rsidR="00D84090" w:rsidTr="00F55BAF">
        <w:tc>
          <w:tcPr>
            <w:tcW w:w="2438" w:type="dxa"/>
          </w:tcPr>
          <w:p w:rsidR="00D84090" w:rsidRDefault="002A29FD">
            <w:r>
              <w:rPr>
                <w:b/>
                <w:sz w:val="20"/>
              </w:rPr>
              <w:t>Öğrenme-Öğretme Yaşantıları</w:t>
            </w:r>
          </w:p>
        </w:tc>
        <w:tc>
          <w:tcPr>
            <w:tcW w:w="7540" w:type="dxa"/>
          </w:tcPr>
          <w:p w:rsidR="00D84090" w:rsidRDefault="002A29FD">
            <w:pPr>
              <w:spacing w:after="40" w:line="259" w:lineRule="auto"/>
              <w:jc w:val="both"/>
            </w:pPr>
            <w:r>
              <w:rPr>
                <w:b/>
                <w:sz w:val="20"/>
              </w:rPr>
              <w:t xml:space="preserve">Temel Kabuller: </w:t>
            </w:r>
            <w:r>
              <w:rPr>
                <w:sz w:val="20"/>
              </w:rPr>
              <w:t xml:space="preserve">Öğrencilerin kültür, kültürel miras, manevi değerler, geleneksel çocuk oyunları, ortak miras, millî kültür, </w:t>
            </w:r>
            <w:r>
              <w:rPr>
                <w:sz w:val="20"/>
              </w:rPr>
              <w:t>sanat, tarih gibi temel kavramlar ve yakın çevresindeki ortak miras ögeleri hakkında temel bilgilere sahip oldukları kabul edilmektedir.</w:t>
            </w:r>
          </w:p>
          <w:p w:rsidR="00D84090" w:rsidRDefault="002A29FD">
            <w:pPr>
              <w:spacing w:after="40" w:line="259" w:lineRule="auto"/>
              <w:jc w:val="both"/>
            </w:pPr>
            <w:r>
              <w:rPr>
                <w:b/>
                <w:sz w:val="20"/>
              </w:rPr>
              <w:t xml:space="preserve">Ön Değerlendirme Süreci: </w:t>
            </w:r>
            <w:r>
              <w:rPr>
                <w:sz w:val="20"/>
              </w:rPr>
              <w:t>Öğrencilerden “Kültür ve medeniyet kavramlarını duyduğunuzda aklınıza neler geliyor?” sorusuna</w:t>
            </w:r>
            <w:r>
              <w:rPr>
                <w:sz w:val="20"/>
              </w:rPr>
              <w:t xml:space="preserve"> cevap vermeleri istenebilir. Öğrencilere “Kültür ve medeniyeti oluşturan unsurların ko</w:t>
            </w:r>
            <w:r w:rsidR="00F55BAF">
              <w:rPr>
                <w:sz w:val="20"/>
              </w:rPr>
              <w:t xml:space="preserve">runması niçin </w:t>
            </w:r>
            <w:proofErr w:type="spellStart"/>
            <w:r w:rsidR="00F55BAF">
              <w:rPr>
                <w:sz w:val="20"/>
              </w:rPr>
              <w:t>önemlidir</w:t>
            </w:r>
            <w:proofErr w:type="spellEnd"/>
            <w:r w:rsidR="00F55BAF">
              <w:rPr>
                <w:sz w:val="20"/>
              </w:rPr>
              <w:t>?”, “</w:t>
            </w:r>
            <w:proofErr w:type="spellStart"/>
            <w:r w:rsidR="00F55BAF">
              <w:rPr>
                <w:sz w:val="20"/>
              </w:rPr>
              <w:t>Kül</w:t>
            </w:r>
            <w:r>
              <w:rPr>
                <w:sz w:val="20"/>
              </w:rPr>
              <w:t>tür</w:t>
            </w:r>
            <w:proofErr w:type="spellEnd"/>
            <w:r>
              <w:rPr>
                <w:sz w:val="20"/>
              </w:rPr>
              <w:t xml:space="preserve"> </w:t>
            </w:r>
            <w:proofErr w:type="spellStart"/>
            <w:r>
              <w:rPr>
                <w:sz w:val="20"/>
              </w:rPr>
              <w:t>ve</w:t>
            </w:r>
            <w:proofErr w:type="spellEnd"/>
            <w:r>
              <w:rPr>
                <w:sz w:val="20"/>
              </w:rPr>
              <w:t xml:space="preserve"> </w:t>
            </w:r>
            <w:proofErr w:type="spellStart"/>
            <w:r>
              <w:rPr>
                <w:sz w:val="20"/>
              </w:rPr>
              <w:t>medeniyeti</w:t>
            </w:r>
            <w:proofErr w:type="spellEnd"/>
            <w:r>
              <w:rPr>
                <w:sz w:val="20"/>
              </w:rPr>
              <w:t xml:space="preserve"> </w:t>
            </w:r>
            <w:proofErr w:type="spellStart"/>
            <w:r>
              <w:rPr>
                <w:sz w:val="20"/>
              </w:rPr>
              <w:t>oluşturan</w:t>
            </w:r>
            <w:proofErr w:type="spellEnd"/>
            <w:r>
              <w:rPr>
                <w:sz w:val="20"/>
              </w:rPr>
              <w:t xml:space="preserve"> unsurların korunması ve sürdürülebilirliği için neler yapılabilir?” gibi açık uçlu sorular sorulabilir.</w:t>
            </w:r>
          </w:p>
          <w:p w:rsidR="00D84090" w:rsidRDefault="002A29FD">
            <w:pPr>
              <w:spacing w:after="40" w:line="259" w:lineRule="auto"/>
              <w:jc w:val="both"/>
            </w:pPr>
            <w:r>
              <w:rPr>
                <w:b/>
                <w:sz w:val="20"/>
              </w:rPr>
              <w:t>Köprü</w:t>
            </w:r>
            <w:r>
              <w:rPr>
                <w:b/>
                <w:sz w:val="20"/>
              </w:rPr>
              <w:t xml:space="preserve"> Kurma: </w:t>
            </w:r>
            <w:r>
              <w:rPr>
                <w:sz w:val="20"/>
              </w:rPr>
              <w:t>Öğrencilerden katıldıkları bayram kutlaması, düğün veya teknoloji fuarlarında gözlemle dikleri kültür ve medeniyete ait ögelere örnekler vermeleri, kültür ve medeniyeti oluşturan ögelerin korunması ve sürdürülebilirliği için bireysel ve toplumsal o</w:t>
            </w:r>
            <w:r>
              <w:rPr>
                <w:sz w:val="20"/>
              </w:rPr>
              <w:t>larak neler yapıla bileceğini belirlemeleri istenebilir.</w:t>
            </w:r>
          </w:p>
          <w:p w:rsidR="00D84090" w:rsidRDefault="002A29FD">
            <w:pPr>
              <w:spacing w:after="40" w:line="259" w:lineRule="auto"/>
            </w:pPr>
            <w:r>
              <w:rPr>
                <w:b/>
                <w:sz w:val="20"/>
              </w:rPr>
              <w:t xml:space="preserve">Öğrenme-Öğretme Uygulamaları: </w:t>
            </w:r>
            <w:r>
              <w:rPr>
                <w:sz w:val="20"/>
              </w:rPr>
              <w:t>KMYV.1.1.2</w:t>
            </w:r>
          </w:p>
          <w:p w:rsidR="00D84090" w:rsidRDefault="002A29FD">
            <w:pPr>
              <w:spacing w:after="40" w:line="259" w:lineRule="auto"/>
              <w:jc w:val="both"/>
            </w:pPr>
            <w:r>
              <w:rPr>
                <w:sz w:val="20"/>
              </w:rPr>
              <w:t>“Kültür ve medeniyetin korunması ve sürdürülebilirliği neden önemlidir?” gibi sorularla beyin fırtınası yapılır. Öğrenciler kültür ve medeniyeti koruma uygula</w:t>
            </w:r>
            <w:r>
              <w:rPr>
                <w:sz w:val="20"/>
              </w:rPr>
              <w:t>malarının kültür ve medeniyetin sürdürülebilirliğine sağladığı faydalara dair varsayımlarda bulunur. Öğrencilerin ortaya koydukları varsayımlar, herhangi bir eleştiriye tabi tutulmadan kayıt altına alınır. Ortak varsayımlardan hareketle öğrencilerden kültü</w:t>
            </w:r>
            <w:r>
              <w:rPr>
                <w:sz w:val="20"/>
              </w:rPr>
              <w:t xml:space="preserve">r ve medeniyeti koruma uygulamalarının kültür ve medeniyetin sürdürülebilirliğine sağladığı faydalara dair uygulamaları listelemeleri ve </w:t>
            </w:r>
            <w:r>
              <w:rPr>
                <w:sz w:val="20"/>
              </w:rPr>
              <w:lastRenderedPageBreak/>
              <w:t>paylaşmaları istenir (). Bu aşamada kültürel mirasın bir emanet olduğu vurgusu yapılır. Din kültürü̈ ve ahlak bilgisi d</w:t>
            </w:r>
            <w:r>
              <w:rPr>
                <w:sz w:val="20"/>
              </w:rPr>
              <w:t>ersiyle ilişki kurularak “emanet” kavramı ayet ve hadisi şeriflerle açıklanarak millî ve manevi sözlerle (veciz sözler, okuma metinleri vb.) desteklenebilir. Vatanseverlik değeri bağlamında öğrencilerin ülke varlıklarına sahip çıkmanın önemini fark etmeler</w:t>
            </w:r>
            <w:r>
              <w:rPr>
                <w:sz w:val="20"/>
              </w:rPr>
              <w:t>i sağlanır (). Öğrenciler küçük gruplar oluşturur. Her grup kültür ve medeniyeti koruma uygulamalarına örnek olan gazete haberini inceler. Bu süreçte yazılı, görsel veya dijital kaynaklardan yararlanılabilir (, , ).Öğrenciler den incelenen haberden yola çı</w:t>
            </w:r>
            <w:r>
              <w:rPr>
                <w:sz w:val="20"/>
              </w:rPr>
              <w:t>karak kültür ve medeniyeti koruma uygulamalarının kültür ve medeniyetin sürdürülebilirliğine sağladığı faydaların benzerlik ve farklılıklarını karşılaştırdığı bir köşe yazısı oluşturmaları ve bunları sınıfta paylaşmaları istenir (). Kültür ve medeniyetin k</w:t>
            </w:r>
            <w:r>
              <w:rPr>
                <w:sz w:val="20"/>
              </w:rPr>
              <w:t>orunmasında ve sürdürülebilirliğinde karşılaşılan sorunlar ile ilgili verilen yazılı ve görsel kaynaklar öğretmen rehberliğinde incelenir (, ). ”Vızıltı 44” tekniği kapsamında öğrenciler dört gruba ayrılarak öğrencilerden kültür ve medeniyeti koruma uygula</w:t>
            </w:r>
            <w:r>
              <w:rPr>
                <w:sz w:val="20"/>
              </w:rPr>
              <w:t>malarının kültür ve medeniyetin sürdürülebilirliğine sunduğu katkıları ifade eden mantıksal önermeler sunmaları istenir. Gruplarda ortaya çıkan önermeler ise “Öğrenme Galerisi” yöntemiyle sunulabilir. Tüm öğrencilerin galerileri inceleyerek kültür ve meden</w:t>
            </w:r>
            <w:r>
              <w:rPr>
                <w:sz w:val="20"/>
              </w:rPr>
              <w:t>iyetin korunması ve sürdürülebilmesine dair farklı fikirler edinmeleri sağlanır (, ). Öğrencilerin kültür ve medeniyete ait mirasa sevgi duymaları, bu mirasın korunması sürecinde duyarlı davranmaları ve onu gelecek kuşaklara aktarmayı toplumsal bir sorumlu</w:t>
            </w:r>
            <w:r>
              <w:rPr>
                <w:sz w:val="20"/>
              </w:rPr>
              <w:t>luk olarak benimsemeleri sağlanır (, ). Kültür ve medeniyeti koruma uygulamalarının kültür ve medeniyetin sürekliliğine sağladığı faydalara ulaştığı çıkarımları tutarlılık, geçerlilik ve kapsayıcılık ölçütlerine göre delillerle değerlendirir. Öğrencilerden</w:t>
            </w:r>
            <w:r>
              <w:rPr>
                <w:sz w:val="20"/>
              </w:rPr>
              <w:t xml:space="preserve"> “Kültür ve Medeniyet Miras Elçisi” rolü ile belirledikleri bir kültür ve medeniyet unsurunu korumak üzere halkı bilgilendirici bir doğaçlama etkinliği yapmaları istenir (,, , . Canlandırma süreci gözlem formu veya derecelendirme ölçeği ile değerlendirileb</w:t>
            </w:r>
            <w:r>
              <w:rPr>
                <w:sz w:val="20"/>
              </w:rPr>
              <w:t>ilir.</w:t>
            </w:r>
          </w:p>
        </w:tc>
      </w:tr>
      <w:tr w:rsidR="00D84090" w:rsidTr="00F55BAF">
        <w:tc>
          <w:tcPr>
            <w:tcW w:w="2438" w:type="dxa"/>
          </w:tcPr>
          <w:p w:rsidR="00D84090" w:rsidRDefault="002A29FD">
            <w:r>
              <w:rPr>
                <w:b/>
                <w:sz w:val="20"/>
              </w:rPr>
              <w:lastRenderedPageBreak/>
              <w:t>İçerik</w:t>
            </w:r>
          </w:p>
        </w:tc>
        <w:tc>
          <w:tcPr>
            <w:tcW w:w="7540" w:type="dxa"/>
          </w:tcPr>
          <w:p w:rsidR="00D84090" w:rsidRDefault="002A29FD">
            <w:pPr>
              <w:spacing w:after="40" w:line="259" w:lineRule="auto"/>
              <w:jc w:val="center"/>
            </w:pPr>
            <w:r>
              <w:rPr>
                <w:noProof/>
                <w:lang w:val="tr-TR" w:eastAsia="tr-TR"/>
              </w:rPr>
              <w:drawing>
                <wp:inline distT="0" distB="0" distL="0" distR="0">
                  <wp:extent cx="4644000" cy="16713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4644000" cy="1671344"/>
                          </a:xfrm>
                          <a:prstGeom prst="rect">
                            <a:avLst/>
                          </a:prstGeom>
                        </pic:spPr>
                      </pic:pic>
                    </a:graphicData>
                  </a:graphic>
                </wp:inline>
              </w:drawing>
            </w:r>
          </w:p>
          <w:p w:rsidR="00D84090" w:rsidRDefault="002A29FD">
            <w:pPr>
              <w:spacing w:after="40" w:line="259" w:lineRule="auto"/>
              <w:jc w:val="center"/>
            </w:pPr>
            <w:r>
              <w:rPr>
                <w:noProof/>
                <w:lang w:val="tr-TR" w:eastAsia="tr-TR"/>
              </w:rPr>
              <w:lastRenderedPageBreak/>
              <w:drawing>
                <wp:inline distT="0" distB="0" distL="0" distR="0">
                  <wp:extent cx="4644000" cy="479661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7"/>
                          <a:stretch>
                            <a:fillRect/>
                          </a:stretch>
                        </pic:blipFill>
                        <pic:spPr>
                          <a:xfrm>
                            <a:off x="0" y="0"/>
                            <a:ext cx="4644000" cy="4796619"/>
                          </a:xfrm>
                          <a:prstGeom prst="rect">
                            <a:avLst/>
                          </a:prstGeom>
                        </pic:spPr>
                      </pic:pic>
                    </a:graphicData>
                  </a:graphic>
                </wp:inline>
              </w:drawing>
            </w:r>
          </w:p>
        </w:tc>
      </w:tr>
    </w:tbl>
    <w:p w:rsidR="00D84090" w:rsidRDefault="00D84090">
      <w:pPr>
        <w:spacing w:after="0"/>
      </w:pPr>
    </w:p>
    <w:p w:rsidR="00D84090" w:rsidRDefault="002A29FD">
      <w:pPr>
        <w:keepNext/>
        <w:pBdr>
          <w:bottom w:val="single" w:sz="8" w:space="2" w:color="4A2A14"/>
        </w:pBdr>
        <w:spacing w:before="120" w:after="80"/>
      </w:pPr>
      <w:r>
        <w:rPr>
          <w:b/>
          <w:sz w:val="23"/>
        </w:rPr>
        <w:t>4. BÖLÜM  ·  FARKLILAŞTIRMA</w:t>
      </w:r>
    </w:p>
    <w:tbl>
      <w:tblPr>
        <w:tblStyle w:val="TabloKlavuzu"/>
        <w:tblW w:w="0" w:type="auto"/>
        <w:tblLook w:val="04A0" w:firstRow="1" w:lastRow="0" w:firstColumn="1" w:lastColumn="0" w:noHBand="0" w:noVBand="1"/>
      </w:tblPr>
      <w:tblGrid>
        <w:gridCol w:w="2438"/>
        <w:gridCol w:w="7540"/>
      </w:tblGrid>
      <w:tr w:rsidR="00D84090" w:rsidTr="00F55BAF">
        <w:tc>
          <w:tcPr>
            <w:tcW w:w="2438" w:type="dxa"/>
          </w:tcPr>
          <w:p w:rsidR="00D84090" w:rsidRDefault="002A29FD">
            <w:r>
              <w:rPr>
                <w:b/>
                <w:sz w:val="20"/>
              </w:rPr>
              <w:t>Zenginleştirme</w:t>
            </w:r>
          </w:p>
        </w:tc>
        <w:tc>
          <w:tcPr>
            <w:tcW w:w="7540" w:type="dxa"/>
          </w:tcPr>
          <w:p w:rsidR="00D84090" w:rsidRDefault="002A29FD">
            <w:pPr>
              <w:spacing w:after="40" w:line="259" w:lineRule="auto"/>
              <w:jc w:val="both"/>
            </w:pPr>
            <w:r>
              <w:rPr>
                <w:sz w:val="20"/>
              </w:rPr>
              <w:t xml:space="preserve">Öğrencilerden kültür ve medeniyet arasındaki ilişkiyi anlatan dijital bir sunum veya kart oyunu hazırlamaları istenebilir. Öğrencilerden yaşadıkları şehirdeki veya ülkemizdeki risk altındaki </w:t>
            </w:r>
            <w:r>
              <w:rPr>
                <w:sz w:val="20"/>
              </w:rPr>
              <w:t>kültürel bir mirası (tarihî bir bina, unutulmaya yüz tutmuş bir zanaat vb.) seçerek bir kampanya planlamaları istenebilir. Bu kampanya için afiş, broşür veya sosyal medya içeriği gibi görsel materyaller tasarlanabilir.</w:t>
            </w:r>
          </w:p>
        </w:tc>
      </w:tr>
      <w:tr w:rsidR="00D84090" w:rsidTr="00F55BAF">
        <w:tc>
          <w:tcPr>
            <w:tcW w:w="2438" w:type="dxa"/>
          </w:tcPr>
          <w:p w:rsidR="00D84090" w:rsidRDefault="002A29FD">
            <w:r>
              <w:rPr>
                <w:b/>
                <w:sz w:val="20"/>
              </w:rPr>
              <w:t>Destekleme</w:t>
            </w:r>
          </w:p>
        </w:tc>
        <w:tc>
          <w:tcPr>
            <w:tcW w:w="7540" w:type="dxa"/>
          </w:tcPr>
          <w:p w:rsidR="00D84090" w:rsidRDefault="002A29FD">
            <w:pPr>
              <w:spacing w:after="40" w:line="259" w:lineRule="auto"/>
              <w:jc w:val="both"/>
            </w:pPr>
            <w:r>
              <w:rPr>
                <w:sz w:val="20"/>
              </w:rPr>
              <w:t>Kültür ve medeniyet kavra</w:t>
            </w:r>
            <w:r>
              <w:rPr>
                <w:sz w:val="20"/>
              </w:rPr>
              <w:t>mlarına ilişkin görsellerin yer aldığı kart oyunları oynatılabilir. Kültürel mirası konu alan belgesel veya filmler izletilebilir.</w:t>
            </w:r>
          </w:p>
        </w:tc>
      </w:tr>
    </w:tbl>
    <w:p w:rsidR="00D84090" w:rsidRDefault="00D84090">
      <w:pPr>
        <w:spacing w:after="0"/>
      </w:pPr>
    </w:p>
    <w:p w:rsidR="00D84090" w:rsidRDefault="002A29FD">
      <w:pPr>
        <w:keepNext/>
        <w:pBdr>
          <w:bottom w:val="single" w:sz="8" w:space="2" w:color="4A2A14"/>
        </w:pBdr>
        <w:spacing w:before="120" w:after="80"/>
      </w:pPr>
      <w:r>
        <w:rPr>
          <w:b/>
          <w:sz w:val="23"/>
        </w:rPr>
        <w:t>5. BÖLÜM  ·  ÖĞRENME KANITLARI (ÖLÇME VE DEĞERLENDİRME)</w:t>
      </w:r>
    </w:p>
    <w:tbl>
      <w:tblPr>
        <w:tblStyle w:val="TabloKlavuzu"/>
        <w:tblW w:w="0" w:type="auto"/>
        <w:tblLook w:val="04A0" w:firstRow="1" w:lastRow="0" w:firstColumn="1" w:lastColumn="0" w:noHBand="0" w:noVBand="1"/>
      </w:tblPr>
      <w:tblGrid>
        <w:gridCol w:w="2438"/>
        <w:gridCol w:w="7540"/>
      </w:tblGrid>
      <w:tr w:rsidR="00D84090" w:rsidTr="00F55BAF">
        <w:tc>
          <w:tcPr>
            <w:tcW w:w="2438" w:type="dxa"/>
          </w:tcPr>
          <w:p w:rsidR="00D84090" w:rsidRDefault="002A29FD">
            <w:r>
              <w:rPr>
                <w:b/>
                <w:sz w:val="20"/>
              </w:rPr>
              <w:t>Öğrenme Kanıtları (Ölçme ve Değerlendirme)</w:t>
            </w:r>
          </w:p>
        </w:tc>
        <w:tc>
          <w:tcPr>
            <w:tcW w:w="7540" w:type="dxa"/>
          </w:tcPr>
          <w:p w:rsidR="00D84090" w:rsidRDefault="002A29FD">
            <w:pPr>
              <w:spacing w:after="40" w:line="259" w:lineRule="auto"/>
              <w:jc w:val="both"/>
            </w:pPr>
            <w:r>
              <w:rPr>
                <w:sz w:val="20"/>
              </w:rPr>
              <w:t>Öğrenme çıktılarının değ</w:t>
            </w:r>
            <w:r>
              <w:rPr>
                <w:sz w:val="20"/>
              </w:rPr>
              <w:t>erlendirilmesinde öğrencilerin ilgi, yetenek ve öğrenme düzeyleri dikkate alınarak dereceli puanlama anahtarı, sunum kontrol listesi, öz değerlendirme</w:t>
            </w:r>
            <w:bookmarkStart w:id="0" w:name="_GoBack"/>
            <w:bookmarkEnd w:id="0"/>
            <w:r>
              <w:rPr>
                <w:sz w:val="20"/>
              </w:rPr>
              <w:t>, ak ran değerlendirme formları gibi çeşitli ölçme ve değerlendirme araçları kullanılabilir. Öğrencilerden</w:t>
            </w:r>
            <w:r>
              <w:rPr>
                <w:sz w:val="20"/>
              </w:rPr>
              <w:t xml:space="preserve"> performans görevi kapsamında kültür ve medeniyetin unsurları, kültürel miras ögelerini tanıtmak amacıyla tanıtım broşürü, canlandırma (drama), dijital sunum veya kültürel mirasın korunmasına yönelik çözüm önerileri içeren bir proje dosyası hazır lamaları </w:t>
            </w:r>
            <w:r>
              <w:rPr>
                <w:sz w:val="20"/>
              </w:rPr>
              <w:t>istenebilir.</w:t>
            </w:r>
          </w:p>
        </w:tc>
      </w:tr>
    </w:tbl>
    <w:p w:rsidR="00D84090" w:rsidRDefault="00D84090">
      <w:pPr>
        <w:spacing w:after="0"/>
      </w:pPr>
    </w:p>
    <w:p w:rsidR="00D84090" w:rsidRDefault="00D84090">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D84090">
        <w:trPr>
          <w:cantSplit/>
          <w:jc w:val="center"/>
        </w:trPr>
        <w:tc>
          <w:tcPr>
            <w:tcW w:w="4989" w:type="dxa"/>
          </w:tcPr>
          <w:p w:rsidR="00D84090" w:rsidRDefault="002A29FD" w:rsidP="00F55BAF">
            <w:pPr>
              <w:jc w:val="center"/>
            </w:pPr>
            <w:r>
              <w:rPr>
                <w:sz w:val="21"/>
              </w:rPr>
              <w:lastRenderedPageBreak/>
              <w:br/>
              <w:t>19.10.2026</w:t>
            </w:r>
            <w:r>
              <w:rPr>
                <w:sz w:val="21"/>
              </w:rPr>
              <w:br/>
            </w:r>
            <w:r>
              <w:rPr>
                <w:sz w:val="21"/>
              </w:rPr>
              <w:br/>
            </w:r>
            <w:r w:rsidR="00F55BAF">
              <w:rPr>
                <w:b/>
                <w:sz w:val="21"/>
              </w:rPr>
              <w:t xml:space="preserve"> </w:t>
            </w:r>
            <w:r>
              <w:rPr>
                <w:b/>
                <w:sz w:val="21"/>
              </w:rPr>
              <w:br/>
            </w:r>
            <w:r>
              <w:rPr>
                <w:sz w:val="20"/>
              </w:rPr>
              <w:t>Ders Öğretmeni</w:t>
            </w:r>
          </w:p>
        </w:tc>
        <w:tc>
          <w:tcPr>
            <w:tcW w:w="4989" w:type="dxa"/>
          </w:tcPr>
          <w:p w:rsidR="00D84090" w:rsidRDefault="002A29FD" w:rsidP="00F55BAF">
            <w:pPr>
              <w:jc w:val="center"/>
            </w:pPr>
            <w:r>
              <w:rPr>
                <w:b/>
                <w:sz w:val="21"/>
              </w:rPr>
              <w:t>UYGUNDUR</w:t>
            </w:r>
            <w:r>
              <w:rPr>
                <w:b/>
                <w:sz w:val="21"/>
              </w:rPr>
              <w:br/>
              <w:t>19.10.2026</w:t>
            </w:r>
            <w:r>
              <w:rPr>
                <w:b/>
                <w:sz w:val="21"/>
              </w:rPr>
              <w:br/>
            </w:r>
            <w:r>
              <w:rPr>
                <w:b/>
                <w:sz w:val="21"/>
              </w:rPr>
              <w:br/>
            </w:r>
            <w:r w:rsidR="00F55BAF">
              <w:rPr>
                <w:b/>
                <w:sz w:val="21"/>
              </w:rPr>
              <w:t xml:space="preserve"> </w:t>
            </w:r>
            <w:r>
              <w:rPr>
                <w:b/>
                <w:sz w:val="21"/>
              </w:rPr>
              <w:br/>
            </w:r>
            <w:r>
              <w:rPr>
                <w:sz w:val="20"/>
              </w:rPr>
              <w:t>Okul Müdürü</w:t>
            </w:r>
          </w:p>
        </w:tc>
      </w:tr>
    </w:tbl>
    <w:p w:rsidR="002A29FD" w:rsidRDefault="002A29FD"/>
    <w:sectPr w:rsidR="002A29FD"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2A29FD"/>
    <w:rsid w:val="00326F90"/>
    <w:rsid w:val="00AA1D8D"/>
    <w:rsid w:val="00B47730"/>
    <w:rsid w:val="00CB0664"/>
    <w:rsid w:val="00D84090"/>
    <w:rsid w:val="00F55BA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2962D3"/>
  <w14:defaultImageDpi w14:val="300"/>
  <w15:docId w15:val="{DB9E2EC6-08F8-4A1D-8670-091C0522A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F55BA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AFBD68-9F1B-4918-B361-9C5895C92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962</Words>
  <Characters>5487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6437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 Sınıf Kültür ve Medeniyetimize Yön Verenler-1 Günlük Plan — 6. Hafta</dc:title>
  <dc:subject>günlük plan</dc:subject>
  <dc:creator>evrakburada</dc:creator>
  <cp:keywords>günlük plan, Kültür ve Medeniyetimize Yön Verenler-1, 5. sınıf, 6. hafta</cp:keywords>
  <dc:description/>
  <cp:lastModifiedBy>HP</cp:lastModifiedBy>
  <cp:revision>2</cp:revision>
  <dcterms:created xsi:type="dcterms:W3CDTF">2013-12-23T23:15:00Z</dcterms:created>
  <dcterms:modified xsi:type="dcterms:W3CDTF">2026-10-21T14:08:00Z</dcterms:modified>
  <cp:category/>
</cp:coreProperties>
</file>