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E57D56" w:rsidRPr="00E57D56" w:rsidTr="00E57D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8F53FE" w:rsidRPr="00E57D56" w:rsidRDefault="00AD3D07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E57D56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26"/>
              </w:rPr>
              <w:t>……………………………………… OKULU</w:t>
            </w:r>
          </w:p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30"/>
              </w:rPr>
              <w:t>KÜLTÜR VE EDEBİYAT KULÜBÜ</w:t>
            </w:r>
          </w:p>
          <w:p w:rsidR="008F53FE" w:rsidRPr="00E57D56" w:rsidRDefault="00AD3D07">
            <w:pPr>
              <w:spacing w:after="100"/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24"/>
              </w:rPr>
              <w:t>TOPLUM HİZMETİ ÇALIŞMA PLANI</w:t>
            </w:r>
          </w:p>
        </w:tc>
      </w:tr>
    </w:tbl>
    <w:p w:rsidR="008F53FE" w:rsidRPr="00E57D56" w:rsidRDefault="008F53FE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E57D56" w:rsidRPr="00E57D56" w:rsidTr="00E57D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8F53FE" w:rsidRPr="00E57D56" w:rsidRDefault="00AD3D07">
            <w:pPr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6"/>
              </w:rPr>
              <w:t>KULÜP</w:t>
            </w:r>
            <w:r w:rsidRPr="00E57D56">
              <w:rPr>
                <w:color w:val="000000" w:themeColor="text1"/>
                <w:sz w:val="16"/>
              </w:rPr>
              <w:br/>
            </w:r>
            <w:r w:rsidRPr="00E57D56">
              <w:rPr>
                <w:b w:val="0"/>
                <w:color w:val="000000" w:themeColor="text1"/>
                <w:sz w:val="20"/>
              </w:rPr>
              <w:t>Kültür ve Edebiyat Kulübü</w:t>
            </w:r>
          </w:p>
        </w:tc>
        <w:tc>
          <w:tcPr>
            <w:tcW w:w="3251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6"/>
              </w:rPr>
              <w:t>DANIŞMAN ÖĞRETMEN</w:t>
            </w:r>
            <w:r w:rsidRPr="00E57D56">
              <w:rPr>
                <w:color w:val="000000" w:themeColor="text1"/>
                <w:sz w:val="16"/>
              </w:rPr>
              <w:br/>
            </w:r>
            <w:r w:rsidRPr="00E57D56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6"/>
              </w:rPr>
              <w:t>EĞİTİM-ÖĞRETİM YILI</w:t>
            </w:r>
            <w:r w:rsidRPr="00E57D56">
              <w:rPr>
                <w:color w:val="000000" w:themeColor="text1"/>
                <w:sz w:val="16"/>
              </w:rPr>
              <w:br/>
            </w:r>
            <w:r w:rsidRPr="00E57D56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8F53FE" w:rsidRPr="00E57D56" w:rsidRDefault="008F53FE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077"/>
        <w:gridCol w:w="629"/>
        <w:gridCol w:w="5244"/>
        <w:gridCol w:w="1718"/>
        <w:gridCol w:w="1230"/>
      </w:tblGrid>
      <w:tr w:rsidR="00E57D56" w:rsidRPr="00E57D56" w:rsidTr="00E57D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AY</w:t>
            </w:r>
          </w:p>
        </w:tc>
        <w:tc>
          <w:tcPr>
            <w:tcW w:w="482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SÜRE</w:t>
            </w:r>
          </w:p>
        </w:tc>
        <w:tc>
          <w:tcPr>
            <w:tcW w:w="5244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YAPILACAK ETKİNLİKLER</w:t>
            </w:r>
          </w:p>
        </w:tc>
        <w:tc>
          <w:tcPr>
            <w:tcW w:w="1718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KATILANLAR</w:t>
            </w:r>
          </w:p>
        </w:tc>
        <w:tc>
          <w:tcPr>
            <w:tcW w:w="1230" w:type="dxa"/>
          </w:tcPr>
          <w:p w:rsidR="008F53FE" w:rsidRPr="00E57D56" w:rsidRDefault="00AD3D0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BELİRLİ GÜN</w:t>
            </w:r>
            <w:r w:rsidRPr="00E57D56">
              <w:rPr>
                <w:color w:val="000000" w:themeColor="text1"/>
                <w:sz w:val="17"/>
              </w:rPr>
              <w:t xml:space="preserve"> VE HAFTALAR</w:t>
            </w:r>
          </w:p>
        </w:tc>
      </w:tr>
      <w:tr w:rsidR="00E57D56" w:rsidRPr="00E57D56" w:rsidTr="00E57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EKİM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Toplum hizmeti ile alakalı olan yönetmelik hakkında bilginin verilmesi</w:t>
            </w:r>
          </w:p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Toplum hizmetlerinin seçilmesi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KASIM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Okulu ve çevresini güzelleştirme çalışmaları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 xml:space="preserve">Okul kitaplıklarındaki </w:t>
            </w:r>
            <w:r w:rsidRPr="00E57D56">
              <w:rPr>
                <w:color w:val="000000" w:themeColor="text1"/>
                <w:sz w:val="17"/>
              </w:rPr>
              <w:t>kitapların bakımın yapılması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 kitaplığının zenginleştirilme çalışmalarının yapılması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 öğrencilerini kitap okumaya özendirme çalışmaları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ARALIK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Her hanede ne kadar kitap bulunduğunun tespiti çalışmaları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OCAK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Okulu ve çevresini güzelleştirme çalışmaları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 bahçesinin bakım ve onarımının yapılması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 ve Çevresinin Temizlenmesi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ŞUBAT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 xml:space="preserve">İhtiyaç sahibi insanlara </w:t>
            </w:r>
            <w:r w:rsidRPr="00E57D56">
              <w:rPr>
                <w:color w:val="000000" w:themeColor="text1"/>
                <w:sz w:val="17"/>
              </w:rPr>
              <w:t>yardımcı olmak</w:t>
            </w:r>
          </w:p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Çevrelerindeki yaşlı ve bakıma muhtaç insanların tespit çalışmaları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MART</w:t>
            </w:r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Çevrelerindeki yaşlı ve bakıma muhtaç insanlara yardımcı olmak amacıyla belirlenen insanları ziyaret etmek.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 xml:space="preserve">Toplum </w:t>
            </w:r>
            <w:r w:rsidRPr="00E57D56">
              <w:rPr>
                <w:color w:val="000000" w:themeColor="text1"/>
                <w:sz w:val="17"/>
              </w:rPr>
              <w:t>kurallarına uyması için öğrencileri ve halkı bilinçlendirmek</w:t>
            </w:r>
          </w:p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Okulumuz çevre temizliğinin yapılması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NİSAN</w:t>
            </w:r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Öğrencilerin Türkçeyi güzel konuşması için çalışmalarda bulunulması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 xml:space="preserve">Kültür ve Edebiyat kulübü </w:t>
            </w:r>
            <w:r w:rsidRPr="00E57D56">
              <w:rPr>
                <w:color w:val="000000" w:themeColor="text1"/>
                <w:sz w:val="17"/>
              </w:rPr>
              <w:t>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E57D56" w:rsidRPr="00E57D56" w:rsidTr="00E57D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7" w:type="dxa"/>
          </w:tcPr>
          <w:p w:rsidR="008F53FE" w:rsidRPr="00E57D56" w:rsidRDefault="00AD3D07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E57D56">
              <w:rPr>
                <w:color w:val="000000" w:themeColor="text1"/>
                <w:sz w:val="17"/>
              </w:rPr>
              <w:t>MAYIS</w:t>
            </w:r>
            <w:proofErr w:type="spellEnd"/>
          </w:p>
        </w:tc>
        <w:tc>
          <w:tcPr>
            <w:tcW w:w="482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1 SAAT</w:t>
            </w:r>
          </w:p>
        </w:tc>
        <w:tc>
          <w:tcPr>
            <w:tcW w:w="5244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Alt ve diğer sınıflardaki öğrencilerin ders,ödev ve proje çalışmalarına yardımcı olmak</w:t>
            </w:r>
          </w:p>
        </w:tc>
        <w:tc>
          <w:tcPr>
            <w:tcW w:w="1718" w:type="dxa"/>
          </w:tcPr>
          <w:p w:rsidR="008F53FE" w:rsidRPr="00E57D56" w:rsidRDefault="00AD3D07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17"/>
              </w:rPr>
              <w:t>Kültür ve Edebiyat kulübü öğrencileri</w:t>
            </w:r>
          </w:p>
        </w:tc>
        <w:tc>
          <w:tcPr>
            <w:tcW w:w="1230" w:type="dxa"/>
          </w:tcPr>
          <w:p w:rsidR="008F53FE" w:rsidRPr="00E57D56" w:rsidRDefault="008F53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8F53FE" w:rsidRPr="00E57D56" w:rsidRDefault="008F53FE">
      <w:pPr>
        <w:spacing w:after="0"/>
        <w:rPr>
          <w:color w:val="000000" w:themeColor="text1"/>
        </w:rPr>
      </w:pPr>
    </w:p>
    <w:p w:rsidR="008F53FE" w:rsidRPr="00E57D56" w:rsidRDefault="00AD3D07">
      <w:pPr>
        <w:keepNext/>
        <w:pBdr>
          <w:bottom w:val="single" w:sz="8" w:space="2" w:color="B08968"/>
        </w:pBdr>
        <w:spacing w:before="200" w:after="80"/>
        <w:rPr>
          <w:color w:val="000000" w:themeColor="text1"/>
        </w:rPr>
      </w:pPr>
      <w:r w:rsidRPr="00E57D56">
        <w:rPr>
          <w:b/>
          <w:color w:val="000000" w:themeColor="text1"/>
        </w:rPr>
        <w:t>Notlar</w:t>
      </w:r>
    </w:p>
    <w:p w:rsidR="008F53FE" w:rsidRPr="00E57D56" w:rsidRDefault="00AD3D07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E57D56">
        <w:rPr>
          <w:b/>
          <w:color w:val="000000" w:themeColor="text1"/>
          <w:sz w:val="19"/>
        </w:rPr>
        <w:t>1.</w:t>
      </w:r>
      <w:r w:rsidRPr="00E57D56">
        <w:rPr>
          <w:b/>
          <w:color w:val="000000" w:themeColor="text1"/>
          <w:sz w:val="19"/>
        </w:rPr>
        <w:tab/>
      </w:r>
      <w:r w:rsidRPr="00E57D56">
        <w:rPr>
          <w:color w:val="000000" w:themeColor="text1"/>
          <w:sz w:val="19"/>
        </w:rPr>
        <w:t>Toplum hizmeti çevreyi rahatsız etmeyecek şekilde yapılacaktır.</w:t>
      </w:r>
    </w:p>
    <w:p w:rsidR="008F53FE" w:rsidRPr="00E57D56" w:rsidRDefault="00AD3D07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E57D56">
        <w:rPr>
          <w:b/>
          <w:color w:val="000000" w:themeColor="text1"/>
          <w:sz w:val="19"/>
        </w:rPr>
        <w:t>2.</w:t>
      </w:r>
      <w:r w:rsidRPr="00E57D56">
        <w:rPr>
          <w:b/>
          <w:color w:val="000000" w:themeColor="text1"/>
          <w:sz w:val="19"/>
        </w:rPr>
        <w:tab/>
      </w:r>
      <w:r w:rsidRPr="00E57D56">
        <w:rPr>
          <w:color w:val="000000" w:themeColor="text1"/>
          <w:sz w:val="19"/>
        </w:rPr>
        <w:t>Değişik bent:.</w:t>
      </w:r>
    </w:p>
    <w:p w:rsidR="008F53FE" w:rsidRPr="00E57D56" w:rsidRDefault="00AD3D07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E57D56">
        <w:rPr>
          <w:b/>
          <w:color w:val="000000" w:themeColor="text1"/>
          <w:sz w:val="19"/>
        </w:rPr>
        <w:t>3.</w:t>
      </w:r>
      <w:r w:rsidRPr="00E57D56">
        <w:rPr>
          <w:b/>
          <w:color w:val="000000" w:themeColor="text1"/>
          <w:sz w:val="19"/>
        </w:rPr>
        <w:tab/>
      </w:r>
      <w:r w:rsidRPr="00E57D56">
        <w:rPr>
          <w:color w:val="000000" w:themeColor="text1"/>
          <w:sz w:val="19"/>
        </w:rPr>
        <w:t>2008/26804 RG) Öğrenciler, ilköğretimin 1, 2 ve 3 üncü sınıflarında yılda 5 saat; 4, 5, 6, 7 ve 8 inci sınıflarında 10 saat; ortaöğretim kurumlarının hazırlık sınıfları dâhil tüm sınıflarında 15 saatten az olmamak üzere ders yılı başında yapılan öğretmenle</w:t>
      </w:r>
      <w:r w:rsidRPr="00E57D56">
        <w:rPr>
          <w:color w:val="000000" w:themeColor="text1"/>
          <w:sz w:val="19"/>
        </w:rPr>
        <w:t>r kurulunca belirlenen toplum hizmeti çalışmalarına katılırlar.</w:t>
      </w:r>
    </w:p>
    <w:p w:rsidR="008F53FE" w:rsidRPr="00E57D56" w:rsidRDefault="00AD3D07">
      <w:pPr>
        <w:tabs>
          <w:tab w:val="left" w:pos="510"/>
        </w:tabs>
        <w:spacing w:after="60" w:line="269" w:lineRule="auto"/>
        <w:ind w:left="510" w:hanging="340"/>
        <w:jc w:val="both"/>
        <w:rPr>
          <w:color w:val="000000" w:themeColor="text1"/>
        </w:rPr>
      </w:pPr>
      <w:r w:rsidRPr="00E57D56">
        <w:rPr>
          <w:b/>
          <w:color w:val="000000" w:themeColor="text1"/>
          <w:sz w:val="19"/>
        </w:rPr>
        <w:t>4.</w:t>
      </w:r>
      <w:r w:rsidRPr="00E57D56">
        <w:rPr>
          <w:b/>
          <w:color w:val="000000" w:themeColor="text1"/>
          <w:sz w:val="19"/>
        </w:rPr>
        <w:tab/>
      </w:r>
      <w:r w:rsidRPr="00E57D56">
        <w:rPr>
          <w:color w:val="000000" w:themeColor="text1"/>
          <w:sz w:val="19"/>
        </w:rPr>
        <w:t>Toplum Hizmeti çalışmaları için öğrenci velilerinden izin belgesi alınacaktır.</w:t>
      </w:r>
    </w:p>
    <w:p w:rsidR="008F53FE" w:rsidRPr="00E57D56" w:rsidRDefault="008F53FE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8F53FE" w:rsidRPr="00E57D56">
        <w:trPr>
          <w:cantSplit/>
          <w:jc w:val="center"/>
        </w:trPr>
        <w:tc>
          <w:tcPr>
            <w:tcW w:w="9752" w:type="dxa"/>
          </w:tcPr>
          <w:p w:rsidR="008F53FE" w:rsidRPr="00E57D56" w:rsidRDefault="00AD3D07">
            <w:pPr>
              <w:jc w:val="center"/>
              <w:rPr>
                <w:color w:val="000000" w:themeColor="text1"/>
              </w:rPr>
            </w:pPr>
            <w:r w:rsidRPr="00E57D56">
              <w:rPr>
                <w:color w:val="000000" w:themeColor="text1"/>
                <w:sz w:val="21"/>
              </w:rPr>
              <w:t>……………………………</w:t>
            </w:r>
            <w:r w:rsidRPr="00E57D56">
              <w:rPr>
                <w:color w:val="000000" w:themeColor="text1"/>
                <w:sz w:val="21"/>
              </w:rPr>
              <w:br/>
            </w:r>
            <w:r w:rsidRPr="00E57D56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</w:tbl>
    <w:p w:rsidR="008F53FE" w:rsidRPr="00E57D56" w:rsidRDefault="008F53FE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E57D56" w:rsidRPr="00E57D56">
        <w:trPr>
          <w:cantSplit/>
          <w:jc w:val="center"/>
        </w:trPr>
        <w:tc>
          <w:tcPr>
            <w:tcW w:w="9752" w:type="dxa"/>
          </w:tcPr>
          <w:p w:rsidR="008F53FE" w:rsidRPr="00E57D56" w:rsidRDefault="00AD3D07">
            <w:pPr>
              <w:jc w:val="center"/>
              <w:rPr>
                <w:color w:val="000000" w:themeColor="text1"/>
              </w:rPr>
            </w:pPr>
            <w:r w:rsidRPr="00E57D56">
              <w:rPr>
                <w:b/>
                <w:color w:val="000000" w:themeColor="text1"/>
              </w:rPr>
              <w:t>UYGUNDUR</w:t>
            </w:r>
            <w:r w:rsidRPr="00E57D56">
              <w:rPr>
                <w:b/>
                <w:color w:val="000000" w:themeColor="text1"/>
              </w:rPr>
              <w:br/>
            </w:r>
            <w:r w:rsidRPr="00E57D56">
              <w:rPr>
                <w:color w:val="000000" w:themeColor="text1"/>
                <w:sz w:val="21"/>
              </w:rPr>
              <w:t>…… / …… / 2026</w:t>
            </w:r>
            <w:r w:rsidRPr="00E57D56">
              <w:rPr>
                <w:color w:val="000000" w:themeColor="text1"/>
                <w:sz w:val="21"/>
              </w:rPr>
              <w:br/>
            </w:r>
            <w:r w:rsidRPr="00E57D56">
              <w:rPr>
                <w:color w:val="000000" w:themeColor="text1"/>
                <w:sz w:val="21"/>
              </w:rPr>
              <w:br/>
              <w:t>……………………………</w:t>
            </w:r>
            <w:r w:rsidRPr="00E57D56">
              <w:rPr>
                <w:color w:val="000000" w:themeColor="text1"/>
                <w:sz w:val="21"/>
              </w:rPr>
              <w:br/>
            </w:r>
            <w:r w:rsidRPr="00E57D56">
              <w:rPr>
                <w:b/>
                <w:color w:val="000000" w:themeColor="text1"/>
                <w:sz w:val="20"/>
              </w:rPr>
              <w:t>Okul Müdürü</w:t>
            </w:r>
          </w:p>
        </w:tc>
      </w:tr>
      <w:bookmarkEnd w:id="0"/>
    </w:tbl>
    <w:p w:rsidR="00AD3D07" w:rsidRPr="00E57D56" w:rsidRDefault="00AD3D07">
      <w:pPr>
        <w:rPr>
          <w:color w:val="000000" w:themeColor="text1"/>
        </w:rPr>
      </w:pPr>
    </w:p>
    <w:sectPr w:rsidR="00AD3D07" w:rsidRPr="00E57D56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F53FE"/>
    <w:rsid w:val="00AA1D8D"/>
    <w:rsid w:val="00AD3D07"/>
    <w:rsid w:val="00B47730"/>
    <w:rsid w:val="00CB0664"/>
    <w:rsid w:val="00E57D5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437884F-99AE-43CA-B7BC-8487E1988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E57D5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B29790D-14EE-4BAC-8A3B-405261D6A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Kültür ve Edebiyat Kulübü Toplum Hizmeti Çalışma Planı 2026-2027</dc:title>
  <dc:subject>toplum hizmeti çalışma planı</dc:subject>
  <dc:creator>evrakburada</dc:creator>
  <cp:keywords>sosyal kulüp, toplum hizmeti çalışma planı</cp:keywords>
  <dc:description/>
  <cp:lastModifiedBy>HP</cp:lastModifiedBy>
  <cp:revision>2</cp:revision>
  <dcterms:created xsi:type="dcterms:W3CDTF">2013-12-23T23:15:00Z</dcterms:created>
  <dcterms:modified xsi:type="dcterms:W3CDTF">2026-10-17T07:29:00Z</dcterms:modified>
  <cp:category/>
</cp:coreProperties>
</file>