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DzTablo1"/>
        <w:tblW w:w="0" w:type="auto"/>
        <w:tblLook w:val="04A0" w:firstRow="1" w:lastRow="0" w:firstColumn="1" w:lastColumn="0" w:noHBand="0" w:noVBand="1"/>
      </w:tblPr>
      <w:tblGrid>
        <w:gridCol w:w="9752"/>
      </w:tblGrid>
      <w:tr w:rsidR="006A10C1" w:rsidRPr="006A10C1" w:rsidTr="006A10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52" w:type="dxa"/>
          </w:tcPr>
          <w:p w:rsidR="00660607" w:rsidRPr="006A10C1" w:rsidRDefault="009D2FB6">
            <w:pPr>
              <w:spacing w:before="100" w:after="20"/>
              <w:jc w:val="center"/>
              <w:rPr>
                <w:color w:val="000000" w:themeColor="text1"/>
              </w:rPr>
            </w:pPr>
            <w:bookmarkStart w:id="0" w:name="_GoBack"/>
            <w:r w:rsidRPr="006A10C1">
              <w:rPr>
                <w:b w:val="0"/>
                <w:color w:val="000000" w:themeColor="text1"/>
                <w:sz w:val="21"/>
              </w:rPr>
              <w:t>2026-2027 EĞİTİM-ÖĞRETİM YILI</w:t>
            </w:r>
          </w:p>
          <w:p w:rsidR="00660607" w:rsidRPr="006A10C1" w:rsidRDefault="009D2FB6">
            <w:pPr>
              <w:spacing w:after="20"/>
              <w:jc w:val="center"/>
              <w:rPr>
                <w:color w:val="000000" w:themeColor="text1"/>
              </w:rPr>
            </w:pPr>
            <w:r w:rsidRPr="006A10C1">
              <w:rPr>
                <w:color w:val="000000" w:themeColor="text1"/>
                <w:sz w:val="26"/>
              </w:rPr>
              <w:t>……………………………………… OKULU</w:t>
            </w:r>
          </w:p>
          <w:p w:rsidR="00660607" w:rsidRPr="006A10C1" w:rsidRDefault="009D2FB6">
            <w:pPr>
              <w:spacing w:after="20"/>
              <w:jc w:val="center"/>
              <w:rPr>
                <w:color w:val="000000" w:themeColor="text1"/>
              </w:rPr>
            </w:pPr>
            <w:r w:rsidRPr="006A10C1">
              <w:rPr>
                <w:color w:val="000000" w:themeColor="text1"/>
                <w:sz w:val="30"/>
              </w:rPr>
              <w:t>KÜLTÜR VE EDEBİYAT KULÜBÜ</w:t>
            </w:r>
          </w:p>
          <w:p w:rsidR="00660607" w:rsidRPr="006A10C1" w:rsidRDefault="009D2FB6">
            <w:pPr>
              <w:spacing w:after="100"/>
              <w:jc w:val="center"/>
              <w:rPr>
                <w:color w:val="000000" w:themeColor="text1"/>
              </w:rPr>
            </w:pPr>
            <w:r w:rsidRPr="006A10C1">
              <w:rPr>
                <w:color w:val="000000" w:themeColor="text1"/>
                <w:sz w:val="24"/>
              </w:rPr>
              <w:t>TOPLANTI TUTANAKLARI</w:t>
            </w:r>
          </w:p>
        </w:tc>
      </w:tr>
    </w:tbl>
    <w:p w:rsidR="00660607" w:rsidRPr="006A10C1" w:rsidRDefault="00660607">
      <w:pPr>
        <w:spacing w:after="0"/>
        <w:rPr>
          <w:color w:val="000000" w:themeColor="text1"/>
        </w:rPr>
      </w:pPr>
    </w:p>
    <w:p w:rsidR="00660607" w:rsidRPr="006A10C1" w:rsidRDefault="009D2FB6">
      <w:pPr>
        <w:spacing w:after="160"/>
        <w:jc w:val="center"/>
        <w:rPr>
          <w:color w:val="000000" w:themeColor="text1"/>
        </w:rPr>
      </w:pPr>
      <w:r w:rsidRPr="006A10C1">
        <w:rPr>
          <w:b/>
          <w:color w:val="000000" w:themeColor="text1"/>
          <w:sz w:val="23"/>
        </w:rPr>
        <w:t>……………………………… OKULU MÜDÜRLÜĞÜNE</w:t>
      </w:r>
    </w:p>
    <w:p w:rsidR="00660607" w:rsidRPr="006A10C1" w:rsidRDefault="009D2FB6">
      <w:pPr>
        <w:spacing w:after="100"/>
        <w:ind w:firstLine="567"/>
        <w:jc w:val="both"/>
        <w:rPr>
          <w:color w:val="000000" w:themeColor="text1"/>
        </w:rPr>
      </w:pPr>
      <w:r w:rsidRPr="006A10C1">
        <w:rPr>
          <w:color w:val="000000" w:themeColor="text1"/>
        </w:rPr>
        <w:t xml:space="preserve">Okul genelinde mevcut sosyal kulüplerden Kültür ve Edebiyat Kulübü’nün sene başı toplantısını, …../…/……. tarihinde, ……… </w:t>
      </w:r>
      <w:r w:rsidRPr="006A10C1">
        <w:rPr>
          <w:color w:val="000000" w:themeColor="text1"/>
        </w:rPr>
        <w:t>odasında, Saat …… ile …… arasında aşağıda belirttiğimiz gündem maddelerini görüşmek üzere toplantı yapmak istiyorum.</w:t>
      </w:r>
    </w:p>
    <w:p w:rsidR="00660607" w:rsidRPr="006A10C1" w:rsidRDefault="009D2FB6">
      <w:pPr>
        <w:spacing w:after="100"/>
        <w:ind w:firstLine="567"/>
        <w:jc w:val="both"/>
        <w:rPr>
          <w:color w:val="000000" w:themeColor="text1"/>
        </w:rPr>
      </w:pPr>
      <w:r w:rsidRPr="006A10C1">
        <w:rPr>
          <w:color w:val="000000" w:themeColor="text1"/>
        </w:rPr>
        <w:t>Gereğinin yapılmasını arz ederim.</w:t>
      </w:r>
    </w:p>
    <w:p w:rsidR="00660607" w:rsidRPr="006A10C1" w:rsidRDefault="00660607">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6A10C1" w:rsidRPr="006A10C1">
        <w:trPr>
          <w:cantSplit/>
          <w:jc w:val="center"/>
        </w:trPr>
        <w:tc>
          <w:tcPr>
            <w:tcW w:w="9752" w:type="dxa"/>
          </w:tcPr>
          <w:p w:rsidR="00660607" w:rsidRPr="006A10C1" w:rsidRDefault="009D2FB6">
            <w:pPr>
              <w:jc w:val="center"/>
              <w:rPr>
                <w:color w:val="000000" w:themeColor="text1"/>
              </w:rPr>
            </w:pPr>
            <w:r w:rsidRPr="006A10C1">
              <w:rPr>
                <w:color w:val="000000" w:themeColor="text1"/>
                <w:sz w:val="21"/>
              </w:rPr>
              <w:t>……………………………</w:t>
            </w:r>
            <w:r w:rsidRPr="006A10C1">
              <w:rPr>
                <w:color w:val="000000" w:themeColor="text1"/>
                <w:sz w:val="21"/>
              </w:rPr>
              <w:br/>
            </w:r>
            <w:r w:rsidRPr="006A10C1">
              <w:rPr>
                <w:b/>
                <w:color w:val="000000" w:themeColor="text1"/>
                <w:sz w:val="20"/>
              </w:rPr>
              <w:t>Danışman Öğretmen</w:t>
            </w:r>
          </w:p>
        </w:tc>
      </w:tr>
    </w:tbl>
    <w:p w:rsidR="00660607" w:rsidRPr="006A10C1" w:rsidRDefault="009D2FB6">
      <w:pPr>
        <w:keepNext/>
        <w:pBdr>
          <w:bottom w:val="single" w:sz="8" w:space="2" w:color="B08968"/>
        </w:pBdr>
        <w:spacing w:before="200" w:after="80"/>
        <w:rPr>
          <w:color w:val="000000" w:themeColor="text1"/>
        </w:rPr>
      </w:pPr>
      <w:proofErr w:type="spellStart"/>
      <w:r w:rsidRPr="006A10C1">
        <w:rPr>
          <w:b/>
          <w:color w:val="000000" w:themeColor="text1"/>
        </w:rPr>
        <w:t>GÜNDEM</w:t>
      </w:r>
      <w:proofErr w:type="spellEnd"/>
      <w:r w:rsidRPr="006A10C1">
        <w:rPr>
          <w:b/>
          <w:color w:val="000000" w:themeColor="text1"/>
        </w:rPr>
        <w:t xml:space="preserve"> </w:t>
      </w:r>
      <w:proofErr w:type="spellStart"/>
      <w:r w:rsidRPr="006A10C1">
        <w:rPr>
          <w:b/>
          <w:color w:val="000000" w:themeColor="text1"/>
        </w:rPr>
        <w:t>MADDELERİ</w:t>
      </w:r>
      <w:proofErr w:type="spellEnd"/>
    </w:p>
    <w:p w:rsidR="00660607" w:rsidRPr="006A10C1" w:rsidRDefault="009D2FB6">
      <w:pPr>
        <w:tabs>
          <w:tab w:val="left" w:pos="510"/>
        </w:tabs>
        <w:spacing w:after="60" w:line="269" w:lineRule="auto"/>
        <w:ind w:left="510" w:hanging="340"/>
        <w:jc w:val="both"/>
        <w:rPr>
          <w:color w:val="000000" w:themeColor="text1"/>
        </w:rPr>
      </w:pPr>
      <w:r w:rsidRPr="006A10C1">
        <w:rPr>
          <w:b/>
          <w:color w:val="000000" w:themeColor="text1"/>
        </w:rPr>
        <w:t>1.</w:t>
      </w:r>
      <w:r w:rsidRPr="006A10C1">
        <w:rPr>
          <w:b/>
          <w:color w:val="000000" w:themeColor="text1"/>
        </w:rPr>
        <w:tab/>
      </w:r>
      <w:r w:rsidRPr="006A10C1">
        <w:rPr>
          <w:color w:val="000000" w:themeColor="text1"/>
        </w:rPr>
        <w:t>Öğrencilerle tanışma.</w:t>
      </w:r>
    </w:p>
    <w:p w:rsidR="00660607" w:rsidRPr="006A10C1" w:rsidRDefault="009D2FB6">
      <w:pPr>
        <w:tabs>
          <w:tab w:val="left" w:pos="510"/>
        </w:tabs>
        <w:spacing w:after="60" w:line="269" w:lineRule="auto"/>
        <w:ind w:left="510" w:hanging="340"/>
        <w:jc w:val="both"/>
        <w:rPr>
          <w:color w:val="000000" w:themeColor="text1"/>
        </w:rPr>
      </w:pPr>
      <w:r w:rsidRPr="006A10C1">
        <w:rPr>
          <w:b/>
          <w:color w:val="000000" w:themeColor="text1"/>
        </w:rPr>
        <w:t>2.</w:t>
      </w:r>
      <w:r w:rsidRPr="006A10C1">
        <w:rPr>
          <w:b/>
          <w:color w:val="000000" w:themeColor="text1"/>
        </w:rPr>
        <w:tab/>
      </w:r>
      <w:r w:rsidRPr="006A10C1">
        <w:rPr>
          <w:color w:val="000000" w:themeColor="text1"/>
        </w:rPr>
        <w:t xml:space="preserve">Kulüp yönetim ve denetleme </w:t>
      </w:r>
      <w:r w:rsidRPr="006A10C1">
        <w:rPr>
          <w:color w:val="000000" w:themeColor="text1"/>
        </w:rPr>
        <w:t>kurulunun seçimi.</w:t>
      </w:r>
    </w:p>
    <w:p w:rsidR="00660607" w:rsidRPr="006A10C1" w:rsidRDefault="009D2FB6">
      <w:pPr>
        <w:tabs>
          <w:tab w:val="left" w:pos="510"/>
        </w:tabs>
        <w:spacing w:after="60" w:line="269" w:lineRule="auto"/>
        <w:ind w:left="510" w:hanging="340"/>
        <w:jc w:val="both"/>
        <w:rPr>
          <w:color w:val="000000" w:themeColor="text1"/>
        </w:rPr>
      </w:pPr>
      <w:r w:rsidRPr="006A10C1">
        <w:rPr>
          <w:b/>
          <w:color w:val="000000" w:themeColor="text1"/>
        </w:rPr>
        <w:t>3.</w:t>
      </w:r>
      <w:r w:rsidRPr="006A10C1">
        <w:rPr>
          <w:b/>
          <w:color w:val="000000" w:themeColor="text1"/>
        </w:rPr>
        <w:tab/>
      </w:r>
      <w:r w:rsidRPr="006A10C1">
        <w:rPr>
          <w:color w:val="000000" w:themeColor="text1"/>
        </w:rPr>
        <w:t>Diğer kulüplerle iş birliğinin yapılması.</w:t>
      </w:r>
    </w:p>
    <w:p w:rsidR="00660607" w:rsidRPr="006A10C1" w:rsidRDefault="009D2FB6">
      <w:pPr>
        <w:tabs>
          <w:tab w:val="left" w:pos="510"/>
        </w:tabs>
        <w:spacing w:after="60" w:line="269" w:lineRule="auto"/>
        <w:ind w:left="510" w:hanging="340"/>
        <w:jc w:val="both"/>
        <w:rPr>
          <w:color w:val="000000" w:themeColor="text1"/>
        </w:rPr>
      </w:pPr>
      <w:r w:rsidRPr="006A10C1">
        <w:rPr>
          <w:b/>
          <w:color w:val="000000" w:themeColor="text1"/>
        </w:rPr>
        <w:t>4.</w:t>
      </w:r>
      <w:r w:rsidRPr="006A10C1">
        <w:rPr>
          <w:b/>
          <w:color w:val="000000" w:themeColor="text1"/>
        </w:rPr>
        <w:tab/>
      </w:r>
      <w:r w:rsidRPr="006A10C1">
        <w:rPr>
          <w:color w:val="000000" w:themeColor="text1"/>
        </w:rPr>
        <w:t>Kulübün amaçları ve görevleri.</w:t>
      </w:r>
    </w:p>
    <w:p w:rsidR="00660607" w:rsidRPr="006A10C1" w:rsidRDefault="009D2FB6">
      <w:pPr>
        <w:tabs>
          <w:tab w:val="left" w:pos="510"/>
        </w:tabs>
        <w:spacing w:after="60" w:line="269" w:lineRule="auto"/>
        <w:ind w:left="510" w:hanging="340"/>
        <w:jc w:val="both"/>
        <w:rPr>
          <w:color w:val="000000" w:themeColor="text1"/>
        </w:rPr>
      </w:pPr>
      <w:r w:rsidRPr="006A10C1">
        <w:rPr>
          <w:b/>
          <w:color w:val="000000" w:themeColor="text1"/>
        </w:rPr>
        <w:t>5.</w:t>
      </w:r>
      <w:r w:rsidRPr="006A10C1">
        <w:rPr>
          <w:b/>
          <w:color w:val="000000" w:themeColor="text1"/>
        </w:rPr>
        <w:tab/>
      </w:r>
      <w:r w:rsidRPr="006A10C1">
        <w:rPr>
          <w:color w:val="000000" w:themeColor="text1"/>
        </w:rPr>
        <w:t>Öğrencilerin kulüp çalışmalarında görevlendirilmesi.</w:t>
      </w:r>
    </w:p>
    <w:p w:rsidR="00660607" w:rsidRPr="006A10C1" w:rsidRDefault="009D2FB6">
      <w:pPr>
        <w:tabs>
          <w:tab w:val="left" w:pos="510"/>
        </w:tabs>
        <w:spacing w:after="60" w:line="269" w:lineRule="auto"/>
        <w:ind w:left="510" w:hanging="340"/>
        <w:jc w:val="both"/>
        <w:rPr>
          <w:color w:val="000000" w:themeColor="text1"/>
        </w:rPr>
      </w:pPr>
      <w:r w:rsidRPr="006A10C1">
        <w:rPr>
          <w:b/>
          <w:color w:val="000000" w:themeColor="text1"/>
        </w:rPr>
        <w:t>6.</w:t>
      </w:r>
      <w:r w:rsidRPr="006A10C1">
        <w:rPr>
          <w:b/>
          <w:color w:val="000000" w:themeColor="text1"/>
        </w:rPr>
        <w:tab/>
      </w:r>
      <w:r w:rsidRPr="006A10C1">
        <w:rPr>
          <w:color w:val="000000" w:themeColor="text1"/>
        </w:rPr>
        <w:t>Yapılan ve yapılacak çalışmalar.</w:t>
      </w:r>
    </w:p>
    <w:p w:rsidR="00660607" w:rsidRPr="006A10C1" w:rsidRDefault="009D2FB6">
      <w:pPr>
        <w:tabs>
          <w:tab w:val="left" w:pos="510"/>
        </w:tabs>
        <w:spacing w:after="60" w:line="269" w:lineRule="auto"/>
        <w:ind w:left="510" w:hanging="340"/>
        <w:jc w:val="both"/>
        <w:rPr>
          <w:color w:val="000000" w:themeColor="text1"/>
        </w:rPr>
      </w:pPr>
      <w:r w:rsidRPr="006A10C1">
        <w:rPr>
          <w:b/>
          <w:color w:val="000000" w:themeColor="text1"/>
        </w:rPr>
        <w:t>7.</w:t>
      </w:r>
      <w:r w:rsidRPr="006A10C1">
        <w:rPr>
          <w:b/>
          <w:color w:val="000000" w:themeColor="text1"/>
        </w:rPr>
        <w:tab/>
      </w:r>
      <w:r w:rsidRPr="006A10C1">
        <w:rPr>
          <w:color w:val="000000" w:themeColor="text1"/>
        </w:rPr>
        <w:t>Yıllık çalışma planının ve iç tüzüğün kabul edilmesi.</w:t>
      </w:r>
    </w:p>
    <w:p w:rsidR="00660607" w:rsidRPr="006A10C1" w:rsidRDefault="009D2FB6">
      <w:pPr>
        <w:tabs>
          <w:tab w:val="left" w:pos="510"/>
        </w:tabs>
        <w:spacing w:after="60" w:line="269" w:lineRule="auto"/>
        <w:ind w:left="510" w:hanging="340"/>
        <w:jc w:val="both"/>
        <w:rPr>
          <w:color w:val="000000" w:themeColor="text1"/>
        </w:rPr>
      </w:pPr>
      <w:r w:rsidRPr="006A10C1">
        <w:rPr>
          <w:b/>
          <w:color w:val="000000" w:themeColor="text1"/>
        </w:rPr>
        <w:t>8.</w:t>
      </w:r>
      <w:r w:rsidRPr="006A10C1">
        <w:rPr>
          <w:b/>
          <w:color w:val="000000" w:themeColor="text1"/>
        </w:rPr>
        <w:tab/>
      </w:r>
      <w:r w:rsidRPr="006A10C1">
        <w:rPr>
          <w:color w:val="000000" w:themeColor="text1"/>
        </w:rPr>
        <w:t>Dilek v</w:t>
      </w:r>
      <w:r w:rsidRPr="006A10C1">
        <w:rPr>
          <w:color w:val="000000" w:themeColor="text1"/>
        </w:rPr>
        <w:t>e temenniler, kapanış.</w:t>
      </w:r>
    </w:p>
    <w:p w:rsidR="00660607" w:rsidRPr="006A10C1" w:rsidRDefault="00660607">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660607" w:rsidRPr="006A10C1">
        <w:trPr>
          <w:cantSplit/>
          <w:jc w:val="center"/>
        </w:trPr>
        <w:tc>
          <w:tcPr>
            <w:tcW w:w="9752" w:type="dxa"/>
          </w:tcPr>
          <w:p w:rsidR="00660607" w:rsidRPr="006A10C1" w:rsidRDefault="009D2FB6">
            <w:pPr>
              <w:jc w:val="center"/>
              <w:rPr>
                <w:color w:val="000000" w:themeColor="text1"/>
              </w:rPr>
            </w:pPr>
            <w:r w:rsidRPr="006A10C1">
              <w:rPr>
                <w:color w:val="000000" w:themeColor="text1"/>
                <w:sz w:val="21"/>
              </w:rPr>
              <w:t>……………………………</w:t>
            </w:r>
            <w:r w:rsidRPr="006A10C1">
              <w:rPr>
                <w:color w:val="000000" w:themeColor="text1"/>
                <w:sz w:val="21"/>
              </w:rPr>
              <w:br/>
            </w:r>
            <w:r w:rsidRPr="006A10C1">
              <w:rPr>
                <w:b/>
                <w:color w:val="000000" w:themeColor="text1"/>
                <w:sz w:val="20"/>
              </w:rPr>
              <w:t>Danışman Öğretmen</w:t>
            </w:r>
          </w:p>
        </w:tc>
      </w:tr>
    </w:tbl>
    <w:p w:rsidR="00660607" w:rsidRPr="006A10C1" w:rsidRDefault="00660607">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6A10C1" w:rsidRPr="006A10C1">
        <w:trPr>
          <w:cantSplit/>
          <w:jc w:val="center"/>
        </w:trPr>
        <w:tc>
          <w:tcPr>
            <w:tcW w:w="9752" w:type="dxa"/>
          </w:tcPr>
          <w:p w:rsidR="00660607" w:rsidRPr="006A10C1" w:rsidRDefault="009D2FB6">
            <w:pPr>
              <w:jc w:val="center"/>
              <w:rPr>
                <w:color w:val="000000" w:themeColor="text1"/>
              </w:rPr>
            </w:pPr>
            <w:r w:rsidRPr="006A10C1">
              <w:rPr>
                <w:b/>
                <w:color w:val="000000" w:themeColor="text1"/>
              </w:rPr>
              <w:t>UYGUNDUR</w:t>
            </w:r>
            <w:r w:rsidRPr="006A10C1">
              <w:rPr>
                <w:b/>
                <w:color w:val="000000" w:themeColor="text1"/>
              </w:rPr>
              <w:br/>
            </w:r>
            <w:r w:rsidRPr="006A10C1">
              <w:rPr>
                <w:color w:val="000000" w:themeColor="text1"/>
                <w:sz w:val="21"/>
              </w:rPr>
              <w:t>…… / …… / 2026</w:t>
            </w:r>
            <w:r w:rsidRPr="006A10C1">
              <w:rPr>
                <w:color w:val="000000" w:themeColor="text1"/>
                <w:sz w:val="21"/>
              </w:rPr>
              <w:br/>
            </w:r>
            <w:r w:rsidRPr="006A10C1">
              <w:rPr>
                <w:color w:val="000000" w:themeColor="text1"/>
                <w:sz w:val="21"/>
              </w:rPr>
              <w:br/>
              <w:t>……………………………</w:t>
            </w:r>
            <w:r w:rsidRPr="006A10C1">
              <w:rPr>
                <w:color w:val="000000" w:themeColor="text1"/>
                <w:sz w:val="21"/>
              </w:rPr>
              <w:br/>
            </w:r>
            <w:r w:rsidRPr="006A10C1">
              <w:rPr>
                <w:b/>
                <w:color w:val="000000" w:themeColor="text1"/>
                <w:sz w:val="20"/>
              </w:rPr>
              <w:t>Okul Müdürü</w:t>
            </w:r>
          </w:p>
        </w:tc>
      </w:tr>
    </w:tbl>
    <w:p w:rsidR="00660607" w:rsidRPr="006A10C1" w:rsidRDefault="009D2FB6">
      <w:pPr>
        <w:spacing w:after="0"/>
        <w:rPr>
          <w:color w:val="000000" w:themeColor="text1"/>
        </w:rPr>
      </w:pPr>
      <w:r w:rsidRPr="006A10C1">
        <w:rPr>
          <w:color w:val="000000" w:themeColor="text1"/>
        </w:rPr>
        <w:br w:type="page"/>
      </w:r>
    </w:p>
    <w:tbl>
      <w:tblPr>
        <w:tblStyle w:val="DzTablo1"/>
        <w:tblW w:w="0" w:type="auto"/>
        <w:tblLook w:val="04A0" w:firstRow="1" w:lastRow="0" w:firstColumn="1" w:lastColumn="0" w:noHBand="0" w:noVBand="1"/>
      </w:tblPr>
      <w:tblGrid>
        <w:gridCol w:w="9752"/>
      </w:tblGrid>
      <w:tr w:rsidR="006A10C1" w:rsidRPr="006A10C1" w:rsidTr="006A10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52" w:type="dxa"/>
          </w:tcPr>
          <w:p w:rsidR="00660607" w:rsidRPr="006A10C1" w:rsidRDefault="009D2FB6">
            <w:pPr>
              <w:spacing w:before="100" w:after="20"/>
              <w:jc w:val="center"/>
              <w:rPr>
                <w:color w:val="000000" w:themeColor="text1"/>
              </w:rPr>
            </w:pPr>
            <w:r w:rsidRPr="006A10C1">
              <w:rPr>
                <w:b w:val="0"/>
                <w:color w:val="000000" w:themeColor="text1"/>
                <w:sz w:val="21"/>
              </w:rPr>
              <w:lastRenderedPageBreak/>
              <w:t>2026-2027 EĞİTİM-ÖĞRETİM YILI</w:t>
            </w:r>
          </w:p>
          <w:p w:rsidR="00660607" w:rsidRPr="006A10C1" w:rsidRDefault="009D2FB6">
            <w:pPr>
              <w:spacing w:after="20"/>
              <w:jc w:val="center"/>
              <w:rPr>
                <w:color w:val="000000" w:themeColor="text1"/>
              </w:rPr>
            </w:pPr>
            <w:r w:rsidRPr="006A10C1">
              <w:rPr>
                <w:color w:val="000000" w:themeColor="text1"/>
                <w:sz w:val="26"/>
              </w:rPr>
              <w:t>……………………………………… OKULU</w:t>
            </w:r>
          </w:p>
          <w:p w:rsidR="00660607" w:rsidRPr="006A10C1" w:rsidRDefault="009D2FB6">
            <w:pPr>
              <w:spacing w:after="20"/>
              <w:jc w:val="center"/>
              <w:rPr>
                <w:color w:val="000000" w:themeColor="text1"/>
              </w:rPr>
            </w:pPr>
            <w:r w:rsidRPr="006A10C1">
              <w:rPr>
                <w:color w:val="000000" w:themeColor="text1"/>
                <w:sz w:val="30"/>
              </w:rPr>
              <w:t>KÜLTÜR VE EDEBİYAT KULÜBÜ</w:t>
            </w:r>
          </w:p>
          <w:p w:rsidR="00660607" w:rsidRPr="006A10C1" w:rsidRDefault="009D2FB6">
            <w:pPr>
              <w:spacing w:after="100"/>
              <w:jc w:val="center"/>
              <w:rPr>
                <w:color w:val="000000" w:themeColor="text1"/>
              </w:rPr>
            </w:pPr>
            <w:r w:rsidRPr="006A10C1">
              <w:rPr>
                <w:color w:val="000000" w:themeColor="text1"/>
                <w:sz w:val="24"/>
              </w:rPr>
              <w:t>SENE BAŞI TOPLANTI TUTANAĞI</w:t>
            </w:r>
          </w:p>
        </w:tc>
      </w:tr>
    </w:tbl>
    <w:p w:rsidR="00660607" w:rsidRPr="006A10C1" w:rsidRDefault="00660607">
      <w:pPr>
        <w:spacing w:after="0"/>
        <w:rPr>
          <w:color w:val="000000" w:themeColor="text1"/>
        </w:rPr>
      </w:pPr>
    </w:p>
    <w:p w:rsidR="00660607" w:rsidRPr="006A10C1" w:rsidRDefault="009D2FB6">
      <w:pPr>
        <w:spacing w:after="100"/>
        <w:ind w:firstLine="567"/>
        <w:jc w:val="both"/>
        <w:rPr>
          <w:color w:val="000000" w:themeColor="text1"/>
        </w:rPr>
      </w:pPr>
      <w:r w:rsidRPr="006A10C1">
        <w:rPr>
          <w:color w:val="000000" w:themeColor="text1"/>
        </w:rPr>
        <w:t xml:space="preserve">Kültür ve Edebiyat Kulübü toplantısı </w:t>
      </w:r>
      <w:r w:rsidRPr="006A10C1">
        <w:rPr>
          <w:color w:val="000000" w:themeColor="text1"/>
        </w:rPr>
        <w:t>…/…/20…… tarihinde saat …………ve ……. sınıfında İstiklal Marşı’nın okunması ile başladı.</w:t>
      </w:r>
    </w:p>
    <w:p w:rsidR="00660607" w:rsidRPr="006A10C1" w:rsidRDefault="009D2FB6">
      <w:pPr>
        <w:spacing w:after="100"/>
        <w:ind w:firstLine="567"/>
        <w:jc w:val="both"/>
        <w:rPr>
          <w:color w:val="000000" w:themeColor="text1"/>
        </w:rPr>
      </w:pPr>
      <w:r w:rsidRPr="006A10C1">
        <w:rPr>
          <w:color w:val="000000" w:themeColor="text1"/>
        </w:rPr>
        <w:t>Kulüp danışman öğretmenleri ve öğrenciler kendilerini tanıttılar. Gündem maddeleri okundu. Kulüpte görev alacak öğrenciler seçildi ve bunlar karar tutanağında ayrıca beli</w:t>
      </w:r>
      <w:r w:rsidRPr="006A10C1">
        <w:rPr>
          <w:color w:val="000000" w:themeColor="text1"/>
        </w:rPr>
        <w:t>rtildi.</w:t>
      </w:r>
    </w:p>
    <w:p w:rsidR="00660607" w:rsidRPr="006A10C1" w:rsidRDefault="009D2FB6">
      <w:pPr>
        <w:spacing w:after="100"/>
        <w:ind w:firstLine="567"/>
        <w:jc w:val="both"/>
        <w:rPr>
          <w:color w:val="000000" w:themeColor="text1"/>
        </w:rPr>
      </w:pPr>
      <w:r w:rsidRPr="006A10C1">
        <w:rPr>
          <w:color w:val="000000" w:themeColor="text1"/>
        </w:rPr>
        <w:t>Kulüp içinde görevli öğrencilerin iş birliği içinde çalışmasının öneminden bahsedildikten sonra aynı iş birliğinin diğer kulüp üyeleri ile de yapılması gerektiğinin üzerinde duruldu.</w:t>
      </w:r>
    </w:p>
    <w:p w:rsidR="00660607" w:rsidRPr="006A10C1" w:rsidRDefault="009D2FB6">
      <w:pPr>
        <w:spacing w:after="100"/>
        <w:ind w:firstLine="567"/>
        <w:jc w:val="both"/>
        <w:rPr>
          <w:color w:val="000000" w:themeColor="text1"/>
        </w:rPr>
      </w:pPr>
      <w:r w:rsidRPr="006A10C1">
        <w:rPr>
          <w:color w:val="000000" w:themeColor="text1"/>
        </w:rPr>
        <w:t>Yıllık çalışma planı yapıldı ve iç tüzük kabul edildi.</w:t>
      </w:r>
    </w:p>
    <w:p w:rsidR="00660607" w:rsidRPr="006A10C1" w:rsidRDefault="009D2FB6">
      <w:pPr>
        <w:spacing w:after="100"/>
        <w:ind w:firstLine="567"/>
        <w:jc w:val="both"/>
        <w:rPr>
          <w:color w:val="000000" w:themeColor="text1"/>
        </w:rPr>
      </w:pPr>
      <w:r w:rsidRPr="006A10C1">
        <w:rPr>
          <w:color w:val="000000" w:themeColor="text1"/>
        </w:rPr>
        <w:t>Kulübün ön</w:t>
      </w:r>
      <w:r w:rsidRPr="006A10C1">
        <w:rPr>
          <w:color w:val="000000" w:themeColor="text1"/>
        </w:rPr>
        <w:t>eminin ve anlamının okuldaki tüm öğrencilere anlatılması gerektiği vurgulandı. Bunu yapabilmek için kulüple ilgili şiir, yazı ve resimlerin uygun olanlarını bu öğretim yılında sınıf ve okul panolarına asılması kararlaştırıldı. Panolara asılan şiir, yazı, r</w:t>
      </w:r>
      <w:r w:rsidRPr="006A10C1">
        <w:rPr>
          <w:color w:val="000000" w:themeColor="text1"/>
        </w:rPr>
        <w:t>esim vb. evrakların bir dosyada saklanabilmesi için pano düzenleme komisyonu kurulmasına karar verildi. Ayrıca, asılacak materyalin uygunluğunun denetlenmesi amacıyla bir yazı inceleme komisyonunun da kurulması gerektiği kararlaştırıldı.</w:t>
      </w:r>
    </w:p>
    <w:p w:rsidR="00660607" w:rsidRPr="006A10C1" w:rsidRDefault="009D2FB6">
      <w:pPr>
        <w:spacing w:after="100"/>
        <w:ind w:firstLine="567"/>
        <w:jc w:val="both"/>
        <w:rPr>
          <w:color w:val="000000" w:themeColor="text1"/>
        </w:rPr>
      </w:pPr>
      <w:r w:rsidRPr="006A10C1">
        <w:rPr>
          <w:color w:val="000000" w:themeColor="text1"/>
        </w:rPr>
        <w:t>Kültür ve Edebiyat</w:t>
      </w:r>
      <w:r w:rsidRPr="006A10C1">
        <w:rPr>
          <w:color w:val="000000" w:themeColor="text1"/>
        </w:rPr>
        <w:t xml:space="preserve"> Kulübünde tüm görev ve sorumlulukların öğrencilere ait olduğu, görevlilerin görevlerini zamanında ve tam yapması gerektiği, öğretmenlerin öğrencilere danışmanlık görevinde olduğu belirtildikten sonra başarılı bir eğitim-öğretim yılının geçmesi dileği ile </w:t>
      </w:r>
      <w:r w:rsidRPr="006A10C1">
        <w:rPr>
          <w:color w:val="000000" w:themeColor="text1"/>
        </w:rPr>
        <w:t>toplantıya son verildi.</w:t>
      </w:r>
    </w:p>
    <w:p w:rsidR="00660607" w:rsidRPr="006A10C1" w:rsidRDefault="00660607">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660607" w:rsidRPr="006A10C1">
        <w:trPr>
          <w:cantSplit/>
          <w:jc w:val="center"/>
        </w:trPr>
        <w:tc>
          <w:tcPr>
            <w:tcW w:w="9752" w:type="dxa"/>
          </w:tcPr>
          <w:p w:rsidR="00660607" w:rsidRPr="006A10C1" w:rsidRDefault="009D2FB6">
            <w:pPr>
              <w:jc w:val="center"/>
              <w:rPr>
                <w:color w:val="000000" w:themeColor="text1"/>
              </w:rPr>
            </w:pPr>
            <w:r w:rsidRPr="006A10C1">
              <w:rPr>
                <w:color w:val="000000" w:themeColor="text1"/>
                <w:sz w:val="21"/>
              </w:rPr>
              <w:t>……………………………</w:t>
            </w:r>
            <w:r w:rsidRPr="006A10C1">
              <w:rPr>
                <w:color w:val="000000" w:themeColor="text1"/>
                <w:sz w:val="21"/>
              </w:rPr>
              <w:br/>
            </w:r>
            <w:r w:rsidRPr="006A10C1">
              <w:rPr>
                <w:b/>
                <w:color w:val="000000" w:themeColor="text1"/>
                <w:sz w:val="20"/>
              </w:rPr>
              <w:t>Danışman Öğretmen</w:t>
            </w:r>
          </w:p>
        </w:tc>
      </w:tr>
    </w:tbl>
    <w:p w:rsidR="00660607" w:rsidRPr="006A10C1" w:rsidRDefault="00660607">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6A10C1" w:rsidRPr="006A10C1">
        <w:trPr>
          <w:cantSplit/>
          <w:jc w:val="center"/>
        </w:trPr>
        <w:tc>
          <w:tcPr>
            <w:tcW w:w="9752" w:type="dxa"/>
          </w:tcPr>
          <w:p w:rsidR="00660607" w:rsidRPr="006A10C1" w:rsidRDefault="009D2FB6">
            <w:pPr>
              <w:jc w:val="center"/>
              <w:rPr>
                <w:color w:val="000000" w:themeColor="text1"/>
              </w:rPr>
            </w:pPr>
            <w:r w:rsidRPr="006A10C1">
              <w:rPr>
                <w:b/>
                <w:color w:val="000000" w:themeColor="text1"/>
              </w:rPr>
              <w:t>UYGUNDUR</w:t>
            </w:r>
            <w:r w:rsidRPr="006A10C1">
              <w:rPr>
                <w:b/>
                <w:color w:val="000000" w:themeColor="text1"/>
              </w:rPr>
              <w:br/>
            </w:r>
            <w:r w:rsidRPr="006A10C1">
              <w:rPr>
                <w:color w:val="000000" w:themeColor="text1"/>
                <w:sz w:val="21"/>
              </w:rPr>
              <w:t>…… / …… / 2026</w:t>
            </w:r>
            <w:r w:rsidRPr="006A10C1">
              <w:rPr>
                <w:color w:val="000000" w:themeColor="text1"/>
                <w:sz w:val="21"/>
              </w:rPr>
              <w:br/>
            </w:r>
            <w:r w:rsidRPr="006A10C1">
              <w:rPr>
                <w:color w:val="000000" w:themeColor="text1"/>
                <w:sz w:val="21"/>
              </w:rPr>
              <w:br/>
              <w:t>……………………………</w:t>
            </w:r>
            <w:r w:rsidRPr="006A10C1">
              <w:rPr>
                <w:color w:val="000000" w:themeColor="text1"/>
                <w:sz w:val="21"/>
              </w:rPr>
              <w:br/>
            </w:r>
            <w:r w:rsidRPr="006A10C1">
              <w:rPr>
                <w:b/>
                <w:color w:val="000000" w:themeColor="text1"/>
                <w:sz w:val="20"/>
              </w:rPr>
              <w:t>Okul Müdürü</w:t>
            </w:r>
          </w:p>
        </w:tc>
      </w:tr>
    </w:tbl>
    <w:p w:rsidR="00660607" w:rsidRPr="006A10C1" w:rsidRDefault="009D2FB6">
      <w:pPr>
        <w:spacing w:after="0"/>
        <w:rPr>
          <w:color w:val="000000" w:themeColor="text1"/>
        </w:rPr>
      </w:pPr>
      <w:r w:rsidRPr="006A10C1">
        <w:rPr>
          <w:color w:val="000000" w:themeColor="text1"/>
        </w:rPr>
        <w:br w:type="page"/>
      </w:r>
    </w:p>
    <w:tbl>
      <w:tblPr>
        <w:tblStyle w:val="DzTablo1"/>
        <w:tblW w:w="0" w:type="auto"/>
        <w:tblLook w:val="04A0" w:firstRow="1" w:lastRow="0" w:firstColumn="1" w:lastColumn="0" w:noHBand="0" w:noVBand="1"/>
      </w:tblPr>
      <w:tblGrid>
        <w:gridCol w:w="9752"/>
      </w:tblGrid>
      <w:tr w:rsidR="006A10C1" w:rsidRPr="006A10C1" w:rsidTr="006A10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52" w:type="dxa"/>
          </w:tcPr>
          <w:p w:rsidR="00660607" w:rsidRPr="006A10C1" w:rsidRDefault="009D2FB6">
            <w:pPr>
              <w:spacing w:before="100" w:after="20"/>
              <w:jc w:val="center"/>
              <w:rPr>
                <w:color w:val="000000" w:themeColor="text1"/>
              </w:rPr>
            </w:pPr>
            <w:r w:rsidRPr="006A10C1">
              <w:rPr>
                <w:b w:val="0"/>
                <w:color w:val="000000" w:themeColor="text1"/>
                <w:sz w:val="21"/>
              </w:rPr>
              <w:lastRenderedPageBreak/>
              <w:t>2026-2027 EĞİTİM-ÖĞRETİM YILI</w:t>
            </w:r>
          </w:p>
          <w:p w:rsidR="00660607" w:rsidRPr="006A10C1" w:rsidRDefault="009D2FB6">
            <w:pPr>
              <w:spacing w:after="20"/>
              <w:jc w:val="center"/>
              <w:rPr>
                <w:color w:val="000000" w:themeColor="text1"/>
              </w:rPr>
            </w:pPr>
            <w:r w:rsidRPr="006A10C1">
              <w:rPr>
                <w:color w:val="000000" w:themeColor="text1"/>
                <w:sz w:val="26"/>
              </w:rPr>
              <w:t>……………………………………… OKULU</w:t>
            </w:r>
          </w:p>
          <w:p w:rsidR="00660607" w:rsidRPr="006A10C1" w:rsidRDefault="009D2FB6">
            <w:pPr>
              <w:spacing w:after="20"/>
              <w:jc w:val="center"/>
              <w:rPr>
                <w:color w:val="000000" w:themeColor="text1"/>
              </w:rPr>
            </w:pPr>
            <w:r w:rsidRPr="006A10C1">
              <w:rPr>
                <w:color w:val="000000" w:themeColor="text1"/>
                <w:sz w:val="30"/>
              </w:rPr>
              <w:t>KÜLTÜR VE EDEBİYAT KULÜBÜ</w:t>
            </w:r>
          </w:p>
          <w:p w:rsidR="00660607" w:rsidRPr="006A10C1" w:rsidRDefault="009D2FB6">
            <w:pPr>
              <w:spacing w:after="100"/>
              <w:jc w:val="center"/>
              <w:rPr>
                <w:color w:val="000000" w:themeColor="text1"/>
              </w:rPr>
            </w:pPr>
            <w:r w:rsidRPr="006A10C1">
              <w:rPr>
                <w:color w:val="000000" w:themeColor="text1"/>
                <w:sz w:val="24"/>
              </w:rPr>
              <w:t>SENE BAŞI TOPLANTI KARAR TUTANAĞI</w:t>
            </w:r>
          </w:p>
        </w:tc>
      </w:tr>
    </w:tbl>
    <w:p w:rsidR="00660607" w:rsidRPr="006A10C1" w:rsidRDefault="00660607">
      <w:pPr>
        <w:spacing w:after="0"/>
        <w:rPr>
          <w:color w:val="000000" w:themeColor="text1"/>
        </w:rPr>
      </w:pPr>
    </w:p>
    <w:p w:rsidR="00660607" w:rsidRPr="006A10C1" w:rsidRDefault="009D2FB6">
      <w:pPr>
        <w:tabs>
          <w:tab w:val="left" w:pos="510"/>
        </w:tabs>
        <w:spacing w:after="60" w:line="269" w:lineRule="auto"/>
        <w:ind w:left="510" w:hanging="340"/>
        <w:jc w:val="both"/>
        <w:rPr>
          <w:color w:val="000000" w:themeColor="text1"/>
        </w:rPr>
      </w:pPr>
      <w:r w:rsidRPr="006A10C1">
        <w:rPr>
          <w:b/>
          <w:color w:val="000000" w:themeColor="text1"/>
        </w:rPr>
        <w:t>1.</w:t>
      </w:r>
      <w:r w:rsidRPr="006A10C1">
        <w:rPr>
          <w:b/>
          <w:color w:val="000000" w:themeColor="text1"/>
        </w:rPr>
        <w:tab/>
      </w:r>
      <w:r w:rsidRPr="006A10C1">
        <w:rPr>
          <w:color w:val="000000" w:themeColor="text1"/>
        </w:rPr>
        <w:t xml:space="preserve">Yapılan yıllık çalışma </w:t>
      </w:r>
      <w:r w:rsidRPr="006A10C1">
        <w:rPr>
          <w:color w:val="000000" w:themeColor="text1"/>
        </w:rPr>
        <w:t>planının uygulanmasına,</w:t>
      </w:r>
    </w:p>
    <w:p w:rsidR="00660607" w:rsidRPr="006A10C1" w:rsidRDefault="009D2FB6">
      <w:pPr>
        <w:tabs>
          <w:tab w:val="left" w:pos="510"/>
        </w:tabs>
        <w:spacing w:after="60" w:line="269" w:lineRule="auto"/>
        <w:ind w:left="510" w:hanging="340"/>
        <w:jc w:val="both"/>
        <w:rPr>
          <w:color w:val="000000" w:themeColor="text1"/>
        </w:rPr>
      </w:pPr>
      <w:r w:rsidRPr="006A10C1">
        <w:rPr>
          <w:b/>
          <w:color w:val="000000" w:themeColor="text1"/>
        </w:rPr>
        <w:t>2.</w:t>
      </w:r>
      <w:r w:rsidRPr="006A10C1">
        <w:rPr>
          <w:b/>
          <w:color w:val="000000" w:themeColor="text1"/>
        </w:rPr>
        <w:tab/>
      </w:r>
      <w:r w:rsidRPr="006A10C1">
        <w:rPr>
          <w:color w:val="000000" w:themeColor="text1"/>
        </w:rPr>
        <w:t>Görevli öğrencilerin kulüp anlam ve önemini kendi sınıflarındaki diğer öğrencilere anlatmasına,</w:t>
      </w:r>
    </w:p>
    <w:p w:rsidR="00660607" w:rsidRPr="006A10C1" w:rsidRDefault="009D2FB6">
      <w:pPr>
        <w:tabs>
          <w:tab w:val="left" w:pos="510"/>
        </w:tabs>
        <w:spacing w:after="60" w:line="269" w:lineRule="auto"/>
        <w:ind w:left="510" w:hanging="340"/>
        <w:jc w:val="both"/>
        <w:rPr>
          <w:color w:val="000000" w:themeColor="text1"/>
        </w:rPr>
      </w:pPr>
      <w:r w:rsidRPr="006A10C1">
        <w:rPr>
          <w:b/>
          <w:color w:val="000000" w:themeColor="text1"/>
        </w:rPr>
        <w:t>3.</w:t>
      </w:r>
      <w:r w:rsidRPr="006A10C1">
        <w:rPr>
          <w:b/>
          <w:color w:val="000000" w:themeColor="text1"/>
        </w:rPr>
        <w:tab/>
      </w:r>
      <w:r w:rsidRPr="006A10C1">
        <w:rPr>
          <w:color w:val="000000" w:themeColor="text1"/>
        </w:rPr>
        <w:t>Kurulan yazı inceleme komisyonundan geçen resim, yazı, şiir ve diğer materyallerin, pano hazırlama komisyonu tarafından okulun uyg</w:t>
      </w:r>
      <w:r w:rsidRPr="006A10C1">
        <w:rPr>
          <w:color w:val="000000" w:themeColor="text1"/>
        </w:rPr>
        <w:t>un görülen panolarında sergilenmesine,</w:t>
      </w:r>
    </w:p>
    <w:p w:rsidR="00660607" w:rsidRPr="006A10C1" w:rsidRDefault="009D2FB6">
      <w:pPr>
        <w:tabs>
          <w:tab w:val="left" w:pos="510"/>
        </w:tabs>
        <w:spacing w:after="60" w:line="269" w:lineRule="auto"/>
        <w:ind w:left="510" w:hanging="340"/>
        <w:jc w:val="both"/>
        <w:rPr>
          <w:color w:val="000000" w:themeColor="text1"/>
        </w:rPr>
      </w:pPr>
      <w:r w:rsidRPr="006A10C1">
        <w:rPr>
          <w:b/>
          <w:color w:val="000000" w:themeColor="text1"/>
        </w:rPr>
        <w:t>4.</w:t>
      </w:r>
      <w:r w:rsidRPr="006A10C1">
        <w:rPr>
          <w:b/>
          <w:color w:val="000000" w:themeColor="text1"/>
        </w:rPr>
        <w:tab/>
      </w:r>
      <w:r w:rsidRPr="006A10C1">
        <w:rPr>
          <w:color w:val="000000" w:themeColor="text1"/>
        </w:rPr>
        <w:t>Kulüp görevlendirmelerinin;</w:t>
      </w:r>
    </w:p>
    <w:tbl>
      <w:tblPr>
        <w:tblStyle w:val="DzTablo1"/>
        <w:tblW w:w="0" w:type="auto"/>
        <w:tblLook w:val="04A0" w:firstRow="1" w:lastRow="0" w:firstColumn="1" w:lastColumn="0" w:noHBand="0" w:noVBand="1"/>
      </w:tblPr>
      <w:tblGrid>
        <w:gridCol w:w="3402"/>
        <w:gridCol w:w="1701"/>
        <w:gridCol w:w="4649"/>
      </w:tblGrid>
      <w:tr w:rsidR="006A10C1" w:rsidRPr="006A10C1" w:rsidTr="006A10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tcPr>
          <w:p w:rsidR="00660607" w:rsidRPr="006A10C1" w:rsidRDefault="009D2FB6">
            <w:pPr>
              <w:jc w:val="center"/>
              <w:rPr>
                <w:color w:val="000000" w:themeColor="text1"/>
              </w:rPr>
            </w:pPr>
            <w:r w:rsidRPr="006A10C1">
              <w:rPr>
                <w:color w:val="000000" w:themeColor="text1"/>
                <w:sz w:val="20"/>
              </w:rPr>
              <w:t>Görev</w:t>
            </w:r>
          </w:p>
        </w:tc>
        <w:tc>
          <w:tcPr>
            <w:tcW w:w="1701" w:type="dxa"/>
          </w:tcPr>
          <w:p w:rsidR="00660607" w:rsidRPr="006A10C1" w:rsidRDefault="009D2FB6">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6A10C1">
              <w:rPr>
                <w:color w:val="000000" w:themeColor="text1"/>
                <w:sz w:val="20"/>
              </w:rPr>
              <w:t>Sınıf</w:t>
            </w:r>
          </w:p>
        </w:tc>
        <w:tc>
          <w:tcPr>
            <w:tcW w:w="4649" w:type="dxa"/>
          </w:tcPr>
          <w:p w:rsidR="00660607" w:rsidRPr="006A10C1" w:rsidRDefault="009D2FB6">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6A10C1">
              <w:rPr>
                <w:color w:val="000000" w:themeColor="text1"/>
                <w:sz w:val="20"/>
              </w:rPr>
              <w:t>Ad Soyad</w:t>
            </w:r>
          </w:p>
        </w:tc>
      </w:tr>
      <w:tr w:rsidR="006A10C1" w:rsidRPr="006A10C1" w:rsidTr="006A10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tcPr>
          <w:p w:rsidR="00660607" w:rsidRPr="006A10C1" w:rsidRDefault="009D2FB6">
            <w:pPr>
              <w:spacing w:after="20"/>
              <w:rPr>
                <w:color w:val="000000" w:themeColor="text1"/>
              </w:rPr>
            </w:pPr>
            <w:proofErr w:type="spellStart"/>
            <w:r w:rsidRPr="006A10C1">
              <w:rPr>
                <w:b w:val="0"/>
                <w:color w:val="000000" w:themeColor="text1"/>
                <w:sz w:val="20"/>
              </w:rPr>
              <w:t>Başkan</w:t>
            </w:r>
            <w:proofErr w:type="spellEnd"/>
          </w:p>
        </w:tc>
        <w:tc>
          <w:tcPr>
            <w:tcW w:w="1701" w:type="dxa"/>
          </w:tcPr>
          <w:p w:rsidR="00660607" w:rsidRPr="006A10C1" w:rsidRDefault="00660607">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4649" w:type="dxa"/>
          </w:tcPr>
          <w:p w:rsidR="00660607" w:rsidRPr="006A10C1" w:rsidRDefault="00660607">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6A10C1" w:rsidRPr="006A10C1" w:rsidTr="006A10C1">
        <w:tc>
          <w:tcPr>
            <w:cnfStyle w:val="001000000000" w:firstRow="0" w:lastRow="0" w:firstColumn="1" w:lastColumn="0" w:oddVBand="0" w:evenVBand="0" w:oddHBand="0" w:evenHBand="0" w:firstRowFirstColumn="0" w:firstRowLastColumn="0" w:lastRowFirstColumn="0" w:lastRowLastColumn="0"/>
            <w:tcW w:w="3402" w:type="dxa"/>
          </w:tcPr>
          <w:p w:rsidR="00660607" w:rsidRPr="006A10C1" w:rsidRDefault="009D2FB6">
            <w:pPr>
              <w:spacing w:after="20"/>
              <w:rPr>
                <w:color w:val="000000" w:themeColor="text1"/>
              </w:rPr>
            </w:pPr>
            <w:r w:rsidRPr="006A10C1">
              <w:rPr>
                <w:b w:val="0"/>
                <w:color w:val="000000" w:themeColor="text1"/>
                <w:sz w:val="20"/>
              </w:rPr>
              <w:t>Başkan Yardımcısı</w:t>
            </w:r>
          </w:p>
        </w:tc>
        <w:tc>
          <w:tcPr>
            <w:tcW w:w="1701" w:type="dxa"/>
          </w:tcPr>
          <w:p w:rsidR="00660607" w:rsidRPr="006A10C1" w:rsidRDefault="00660607">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4649" w:type="dxa"/>
          </w:tcPr>
          <w:p w:rsidR="00660607" w:rsidRPr="006A10C1" w:rsidRDefault="00660607">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6A10C1" w:rsidRPr="006A10C1" w:rsidTr="006A10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tcPr>
          <w:p w:rsidR="00660607" w:rsidRPr="006A10C1" w:rsidRDefault="009D2FB6">
            <w:pPr>
              <w:spacing w:after="20"/>
              <w:rPr>
                <w:color w:val="000000" w:themeColor="text1"/>
              </w:rPr>
            </w:pPr>
            <w:proofErr w:type="spellStart"/>
            <w:r w:rsidRPr="006A10C1">
              <w:rPr>
                <w:b w:val="0"/>
                <w:color w:val="000000" w:themeColor="text1"/>
                <w:sz w:val="20"/>
              </w:rPr>
              <w:t>Sekreter</w:t>
            </w:r>
            <w:proofErr w:type="spellEnd"/>
          </w:p>
        </w:tc>
        <w:tc>
          <w:tcPr>
            <w:tcW w:w="1701" w:type="dxa"/>
          </w:tcPr>
          <w:p w:rsidR="00660607" w:rsidRPr="006A10C1" w:rsidRDefault="00660607">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4649" w:type="dxa"/>
          </w:tcPr>
          <w:p w:rsidR="00660607" w:rsidRPr="006A10C1" w:rsidRDefault="00660607">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6A10C1" w:rsidRPr="006A10C1" w:rsidTr="006A10C1">
        <w:tc>
          <w:tcPr>
            <w:cnfStyle w:val="001000000000" w:firstRow="0" w:lastRow="0" w:firstColumn="1" w:lastColumn="0" w:oddVBand="0" w:evenVBand="0" w:oddHBand="0" w:evenHBand="0" w:firstRowFirstColumn="0" w:firstRowLastColumn="0" w:lastRowFirstColumn="0" w:lastRowLastColumn="0"/>
            <w:tcW w:w="3402" w:type="dxa"/>
          </w:tcPr>
          <w:p w:rsidR="00660607" w:rsidRPr="006A10C1" w:rsidRDefault="009D2FB6">
            <w:pPr>
              <w:spacing w:after="20"/>
              <w:rPr>
                <w:color w:val="000000" w:themeColor="text1"/>
              </w:rPr>
            </w:pPr>
            <w:r w:rsidRPr="006A10C1">
              <w:rPr>
                <w:b w:val="0"/>
                <w:color w:val="000000" w:themeColor="text1"/>
                <w:sz w:val="20"/>
              </w:rPr>
              <w:t>Yönetim Kurulu</w:t>
            </w:r>
          </w:p>
        </w:tc>
        <w:tc>
          <w:tcPr>
            <w:tcW w:w="1701" w:type="dxa"/>
          </w:tcPr>
          <w:p w:rsidR="00660607" w:rsidRPr="006A10C1" w:rsidRDefault="00660607">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4649" w:type="dxa"/>
          </w:tcPr>
          <w:p w:rsidR="00660607" w:rsidRPr="006A10C1" w:rsidRDefault="00660607">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6A10C1" w:rsidRPr="006A10C1" w:rsidTr="006A10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tcPr>
          <w:p w:rsidR="00660607" w:rsidRPr="006A10C1" w:rsidRDefault="009D2FB6">
            <w:pPr>
              <w:spacing w:after="20"/>
              <w:rPr>
                <w:color w:val="000000" w:themeColor="text1"/>
              </w:rPr>
            </w:pPr>
            <w:proofErr w:type="spellStart"/>
            <w:r w:rsidRPr="006A10C1">
              <w:rPr>
                <w:b w:val="0"/>
                <w:color w:val="000000" w:themeColor="text1"/>
                <w:sz w:val="20"/>
              </w:rPr>
              <w:t>Denetim</w:t>
            </w:r>
            <w:proofErr w:type="spellEnd"/>
            <w:r w:rsidRPr="006A10C1">
              <w:rPr>
                <w:b w:val="0"/>
                <w:color w:val="000000" w:themeColor="text1"/>
                <w:sz w:val="20"/>
              </w:rPr>
              <w:t xml:space="preserve"> </w:t>
            </w:r>
            <w:proofErr w:type="spellStart"/>
            <w:r w:rsidRPr="006A10C1">
              <w:rPr>
                <w:b w:val="0"/>
                <w:color w:val="000000" w:themeColor="text1"/>
                <w:sz w:val="20"/>
              </w:rPr>
              <w:t>Kurulu</w:t>
            </w:r>
            <w:proofErr w:type="spellEnd"/>
          </w:p>
        </w:tc>
        <w:tc>
          <w:tcPr>
            <w:tcW w:w="1701" w:type="dxa"/>
          </w:tcPr>
          <w:p w:rsidR="00660607" w:rsidRPr="006A10C1" w:rsidRDefault="00660607">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4649" w:type="dxa"/>
          </w:tcPr>
          <w:p w:rsidR="00660607" w:rsidRPr="006A10C1" w:rsidRDefault="00660607">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6A10C1" w:rsidRPr="006A10C1" w:rsidTr="006A10C1">
        <w:tc>
          <w:tcPr>
            <w:cnfStyle w:val="001000000000" w:firstRow="0" w:lastRow="0" w:firstColumn="1" w:lastColumn="0" w:oddVBand="0" w:evenVBand="0" w:oddHBand="0" w:evenHBand="0" w:firstRowFirstColumn="0" w:firstRowLastColumn="0" w:lastRowFirstColumn="0" w:lastRowLastColumn="0"/>
            <w:tcW w:w="3402" w:type="dxa"/>
          </w:tcPr>
          <w:p w:rsidR="00660607" w:rsidRPr="006A10C1" w:rsidRDefault="009D2FB6">
            <w:pPr>
              <w:spacing w:after="20"/>
              <w:rPr>
                <w:color w:val="000000" w:themeColor="text1"/>
              </w:rPr>
            </w:pPr>
            <w:proofErr w:type="spellStart"/>
            <w:r w:rsidRPr="006A10C1">
              <w:rPr>
                <w:b w:val="0"/>
                <w:color w:val="000000" w:themeColor="text1"/>
                <w:sz w:val="20"/>
              </w:rPr>
              <w:t>Yazı</w:t>
            </w:r>
            <w:proofErr w:type="spellEnd"/>
            <w:r w:rsidRPr="006A10C1">
              <w:rPr>
                <w:b w:val="0"/>
                <w:color w:val="000000" w:themeColor="text1"/>
                <w:sz w:val="20"/>
              </w:rPr>
              <w:t xml:space="preserve"> </w:t>
            </w:r>
            <w:proofErr w:type="spellStart"/>
            <w:r w:rsidRPr="006A10C1">
              <w:rPr>
                <w:b w:val="0"/>
                <w:color w:val="000000" w:themeColor="text1"/>
                <w:sz w:val="20"/>
              </w:rPr>
              <w:t>İnceleme</w:t>
            </w:r>
            <w:proofErr w:type="spellEnd"/>
            <w:r w:rsidRPr="006A10C1">
              <w:rPr>
                <w:b w:val="0"/>
                <w:color w:val="000000" w:themeColor="text1"/>
                <w:sz w:val="20"/>
              </w:rPr>
              <w:t xml:space="preserve"> </w:t>
            </w:r>
            <w:proofErr w:type="spellStart"/>
            <w:r w:rsidRPr="006A10C1">
              <w:rPr>
                <w:b w:val="0"/>
                <w:color w:val="000000" w:themeColor="text1"/>
                <w:sz w:val="20"/>
              </w:rPr>
              <w:t>Komisyonu</w:t>
            </w:r>
            <w:proofErr w:type="spellEnd"/>
          </w:p>
        </w:tc>
        <w:tc>
          <w:tcPr>
            <w:tcW w:w="1701" w:type="dxa"/>
          </w:tcPr>
          <w:p w:rsidR="00660607" w:rsidRPr="006A10C1" w:rsidRDefault="00660607">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4649" w:type="dxa"/>
          </w:tcPr>
          <w:p w:rsidR="00660607" w:rsidRPr="006A10C1" w:rsidRDefault="00660607">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6A10C1" w:rsidRPr="006A10C1" w:rsidTr="006A10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tcPr>
          <w:p w:rsidR="00660607" w:rsidRPr="006A10C1" w:rsidRDefault="009D2FB6">
            <w:pPr>
              <w:spacing w:after="20"/>
              <w:rPr>
                <w:color w:val="000000" w:themeColor="text1"/>
              </w:rPr>
            </w:pPr>
            <w:proofErr w:type="spellStart"/>
            <w:r w:rsidRPr="006A10C1">
              <w:rPr>
                <w:b w:val="0"/>
                <w:color w:val="000000" w:themeColor="text1"/>
                <w:sz w:val="20"/>
              </w:rPr>
              <w:t>Pano</w:t>
            </w:r>
            <w:proofErr w:type="spellEnd"/>
            <w:r w:rsidRPr="006A10C1">
              <w:rPr>
                <w:b w:val="0"/>
                <w:color w:val="000000" w:themeColor="text1"/>
                <w:sz w:val="20"/>
              </w:rPr>
              <w:t xml:space="preserve"> </w:t>
            </w:r>
            <w:proofErr w:type="spellStart"/>
            <w:r w:rsidRPr="006A10C1">
              <w:rPr>
                <w:b w:val="0"/>
                <w:color w:val="000000" w:themeColor="text1"/>
                <w:sz w:val="20"/>
              </w:rPr>
              <w:t>Hazırlama</w:t>
            </w:r>
            <w:proofErr w:type="spellEnd"/>
            <w:r w:rsidRPr="006A10C1">
              <w:rPr>
                <w:b w:val="0"/>
                <w:color w:val="000000" w:themeColor="text1"/>
                <w:sz w:val="20"/>
              </w:rPr>
              <w:t xml:space="preserve"> </w:t>
            </w:r>
            <w:proofErr w:type="spellStart"/>
            <w:r w:rsidRPr="006A10C1">
              <w:rPr>
                <w:b w:val="0"/>
                <w:color w:val="000000" w:themeColor="text1"/>
                <w:sz w:val="20"/>
              </w:rPr>
              <w:t>Komisyonu</w:t>
            </w:r>
            <w:proofErr w:type="spellEnd"/>
          </w:p>
        </w:tc>
        <w:tc>
          <w:tcPr>
            <w:tcW w:w="1701" w:type="dxa"/>
          </w:tcPr>
          <w:p w:rsidR="00660607" w:rsidRPr="006A10C1" w:rsidRDefault="00660607">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4649" w:type="dxa"/>
          </w:tcPr>
          <w:p w:rsidR="00660607" w:rsidRPr="006A10C1" w:rsidRDefault="00660607">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bl>
    <w:p w:rsidR="00660607" w:rsidRPr="006A10C1" w:rsidRDefault="00660607">
      <w:pPr>
        <w:spacing w:after="0"/>
        <w:rPr>
          <w:color w:val="000000" w:themeColor="text1"/>
        </w:rPr>
      </w:pPr>
    </w:p>
    <w:p w:rsidR="00660607" w:rsidRPr="006A10C1" w:rsidRDefault="009D2FB6">
      <w:pPr>
        <w:spacing w:after="100"/>
        <w:ind w:firstLine="567"/>
        <w:jc w:val="both"/>
        <w:rPr>
          <w:color w:val="000000" w:themeColor="text1"/>
        </w:rPr>
      </w:pPr>
      <w:r w:rsidRPr="006A10C1">
        <w:rPr>
          <w:color w:val="000000" w:themeColor="text1"/>
        </w:rPr>
        <w:t>olmasına karar verilmiştir.</w:t>
      </w:r>
    </w:p>
    <w:p w:rsidR="00660607" w:rsidRPr="006A10C1" w:rsidRDefault="00660607">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660607" w:rsidRPr="006A10C1">
        <w:trPr>
          <w:cantSplit/>
          <w:jc w:val="center"/>
        </w:trPr>
        <w:tc>
          <w:tcPr>
            <w:tcW w:w="9752" w:type="dxa"/>
          </w:tcPr>
          <w:p w:rsidR="00660607" w:rsidRPr="006A10C1" w:rsidRDefault="009D2FB6">
            <w:pPr>
              <w:jc w:val="center"/>
              <w:rPr>
                <w:color w:val="000000" w:themeColor="text1"/>
              </w:rPr>
            </w:pPr>
            <w:r w:rsidRPr="006A10C1">
              <w:rPr>
                <w:color w:val="000000" w:themeColor="text1"/>
                <w:sz w:val="21"/>
              </w:rPr>
              <w:t>……………………………</w:t>
            </w:r>
            <w:r w:rsidRPr="006A10C1">
              <w:rPr>
                <w:color w:val="000000" w:themeColor="text1"/>
                <w:sz w:val="21"/>
              </w:rPr>
              <w:br/>
            </w:r>
            <w:r w:rsidRPr="006A10C1">
              <w:rPr>
                <w:b/>
                <w:color w:val="000000" w:themeColor="text1"/>
                <w:sz w:val="20"/>
              </w:rPr>
              <w:t>Danışman Öğretmen</w:t>
            </w:r>
          </w:p>
        </w:tc>
      </w:tr>
    </w:tbl>
    <w:p w:rsidR="00660607" w:rsidRPr="006A10C1" w:rsidRDefault="00660607">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6A10C1" w:rsidRPr="006A10C1">
        <w:trPr>
          <w:cantSplit/>
          <w:jc w:val="center"/>
        </w:trPr>
        <w:tc>
          <w:tcPr>
            <w:tcW w:w="9752" w:type="dxa"/>
          </w:tcPr>
          <w:p w:rsidR="00660607" w:rsidRPr="006A10C1" w:rsidRDefault="009D2FB6">
            <w:pPr>
              <w:jc w:val="center"/>
              <w:rPr>
                <w:color w:val="000000" w:themeColor="text1"/>
              </w:rPr>
            </w:pPr>
            <w:r w:rsidRPr="006A10C1">
              <w:rPr>
                <w:b/>
                <w:color w:val="000000" w:themeColor="text1"/>
              </w:rPr>
              <w:t>UYGUNDUR</w:t>
            </w:r>
            <w:r w:rsidRPr="006A10C1">
              <w:rPr>
                <w:b/>
                <w:color w:val="000000" w:themeColor="text1"/>
              </w:rPr>
              <w:br/>
            </w:r>
            <w:r w:rsidRPr="006A10C1">
              <w:rPr>
                <w:color w:val="000000" w:themeColor="text1"/>
                <w:sz w:val="21"/>
              </w:rPr>
              <w:t>…… / …… / 2026</w:t>
            </w:r>
            <w:r w:rsidRPr="006A10C1">
              <w:rPr>
                <w:color w:val="000000" w:themeColor="text1"/>
                <w:sz w:val="21"/>
              </w:rPr>
              <w:br/>
            </w:r>
            <w:r w:rsidRPr="006A10C1">
              <w:rPr>
                <w:color w:val="000000" w:themeColor="text1"/>
                <w:sz w:val="21"/>
              </w:rPr>
              <w:br/>
              <w:t>……………………………</w:t>
            </w:r>
            <w:r w:rsidRPr="006A10C1">
              <w:rPr>
                <w:color w:val="000000" w:themeColor="text1"/>
                <w:sz w:val="21"/>
              </w:rPr>
              <w:br/>
            </w:r>
            <w:r w:rsidRPr="006A10C1">
              <w:rPr>
                <w:b/>
                <w:color w:val="000000" w:themeColor="text1"/>
                <w:sz w:val="20"/>
              </w:rPr>
              <w:t>Okul Müdürü</w:t>
            </w:r>
          </w:p>
        </w:tc>
      </w:tr>
      <w:bookmarkEnd w:id="0"/>
    </w:tbl>
    <w:p w:rsidR="009D2FB6" w:rsidRPr="006A10C1" w:rsidRDefault="009D2FB6">
      <w:pPr>
        <w:rPr>
          <w:color w:val="000000" w:themeColor="text1"/>
        </w:rPr>
      </w:pPr>
    </w:p>
    <w:sectPr w:rsidR="009D2FB6" w:rsidRPr="006A10C1" w:rsidSect="00034616">
      <w:pgSz w:w="11906" w:h="16838"/>
      <w:pgMar w:top="850" w:right="1077" w:bottom="850" w:left="107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660607"/>
    <w:rsid w:val="006A10C1"/>
    <w:rsid w:val="009D2FB6"/>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1F746613-9019-4897-BF6A-5F9C284D4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2E1E12"/>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DzTablo1">
    <w:name w:val="Plain Table 1"/>
    <w:basedOn w:val="NormalTablo"/>
    <w:uiPriority w:val="99"/>
    <w:rsid w:val="006A10C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DD2564-D114-4D83-B1C7-90CA3E3EC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468</Words>
  <Characters>2672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3134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Kültür ve Edebiyat Kulübü Toplantı Tutanakları 2026-2027</dc:title>
  <dc:subject>toplantı tutanağı</dc:subject>
  <dc:creator>evrakburada</dc:creator>
  <cp:keywords>sosyal kulüp, toplantı tutanağı</cp:keywords>
  <dc:description/>
  <cp:lastModifiedBy>HP</cp:lastModifiedBy>
  <cp:revision>2</cp:revision>
  <dcterms:created xsi:type="dcterms:W3CDTF">2013-12-23T23:15:00Z</dcterms:created>
  <dcterms:modified xsi:type="dcterms:W3CDTF">2026-10-17T07:28:00Z</dcterms:modified>
  <cp:category/>
</cp:coreProperties>
</file>