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C1305D" w:rsidRPr="00074350" w:rsidRDefault="003C4FAA">
            <w:pPr>
              <w:spacing w:before="100" w:after="20"/>
              <w:jc w:val="center"/>
              <w:rPr>
                <w:color w:val="000000" w:themeColor="text1"/>
              </w:rPr>
            </w:pPr>
            <w:bookmarkStart w:id="0" w:name="_GoBack"/>
            <w:r w:rsidRPr="00074350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30"/>
              </w:rPr>
              <w:t>KÜLTÜR VE EDEBİYAT KULÜBÜ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4"/>
              </w:rPr>
              <w:t>AYLIK ÇALIŞMA RAPORU</w:t>
            </w:r>
          </w:p>
          <w:p w:rsidR="00C1305D" w:rsidRPr="00074350" w:rsidRDefault="003C4FAA">
            <w:pPr>
              <w:spacing w:after="100"/>
              <w:jc w:val="center"/>
              <w:rPr>
                <w:color w:val="000000" w:themeColor="text1"/>
              </w:rPr>
            </w:pPr>
            <w:r w:rsidRPr="00074350">
              <w:rPr>
                <w:b w:val="0"/>
                <w:color w:val="000000" w:themeColor="text1"/>
                <w:sz w:val="21"/>
              </w:rPr>
              <w:t>( EYLÜL-EKİM )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RAPOR NO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1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AY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EYLÜL-EKİM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RAPOR TARİHİ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…… / …… / 2026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DANIŞMAN ÖĞRETMEN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074350" w:rsidRPr="00074350" w:rsidTr="00074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Kültür ve Edebiyat</w:t>
            </w:r>
            <w:r w:rsidRPr="00074350">
              <w:rPr>
                <w:color w:val="000000" w:themeColor="text1"/>
                <w:sz w:val="20"/>
              </w:rPr>
              <w:t xml:space="preserve"> Kulübü ve eğitici kulüpler hakkında bilgi verilmesi.</w:t>
            </w:r>
          </w:p>
        </w:tc>
      </w:tr>
      <w:tr w:rsidR="00074350" w:rsidRPr="00074350" w:rsidTr="000743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Kulüp başkan, yardımcı, sekreter, yönetim kurulu ve pano-yazı inceleme komisyonlarına öğrenci seçilmesi.</w:t>
            </w:r>
          </w:p>
        </w:tc>
      </w:tr>
      <w:tr w:rsidR="00074350" w:rsidRPr="00074350" w:rsidTr="00074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Yıllık Çalışma Planının hazırlanması</w:t>
            </w:r>
          </w:p>
        </w:tc>
      </w:tr>
      <w:tr w:rsidR="00074350" w:rsidRPr="00074350" w:rsidTr="000743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Kulüp tüzüğünün hazırlanması.</w:t>
            </w:r>
          </w:p>
        </w:tc>
      </w:tr>
      <w:tr w:rsidR="00074350" w:rsidRPr="00074350" w:rsidTr="00074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 xml:space="preserve">Kulüp faaliyetlerinin </w:t>
            </w:r>
            <w:r w:rsidRPr="00074350">
              <w:rPr>
                <w:color w:val="000000" w:themeColor="text1"/>
                <w:sz w:val="20"/>
              </w:rPr>
              <w:t>belirlenmesi.</w:t>
            </w:r>
          </w:p>
        </w:tc>
      </w:tr>
      <w:tr w:rsidR="00074350" w:rsidRPr="00074350" w:rsidTr="000743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Toplum Hizmeti Çalışmalarının belirlenmesi</w:t>
            </w:r>
          </w:p>
        </w:tc>
      </w:tr>
      <w:tr w:rsidR="00074350" w:rsidRPr="00074350" w:rsidTr="00074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Belirli günler ve haftalarla ilgili çalışmaların yapılması.</w:t>
            </w:r>
          </w:p>
        </w:tc>
      </w:tr>
      <w:tr w:rsidR="00074350" w:rsidRPr="00074350" w:rsidTr="000743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Kültür ve Edebiyat Kulübü’nün amaç ve öneminin öğrencilere anlatılması.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p w:rsidR="00C1305D" w:rsidRPr="00074350" w:rsidRDefault="003C4FAA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074350">
        <w:rPr>
          <w:b/>
          <w:color w:val="000000" w:themeColor="text1"/>
          <w:sz w:val="23"/>
        </w:rPr>
        <w:t>Alınan Sonuçlar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1.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 xml:space="preserve">Okulumuzda kurulan sosyal kulüpler ve </w:t>
      </w:r>
      <w:r w:rsidRPr="00074350">
        <w:rPr>
          <w:color w:val="000000" w:themeColor="text1"/>
          <w:sz w:val="21"/>
        </w:rPr>
        <w:t>görevleri hakkında bilgi verilerek tanıtıldı.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2.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>Okulumuzda kurulan sosyal kulüplere öğrenci seçimleri yapıldı.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3.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>Kültür ve Edebiyat Kulübü dosyası, toplum hizmeti çalışma planı ve yıllık çalışma planı hazırlandı.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4.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 xml:space="preserve">Okul genelinde kulübe seçilen </w:t>
      </w:r>
      <w:r w:rsidRPr="00074350">
        <w:rPr>
          <w:color w:val="000000" w:themeColor="text1"/>
          <w:sz w:val="21"/>
        </w:rPr>
        <w:t>öğrencilerle toplantı yapılarak tanışma yapıldı.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5.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>Okulumuzda kutlanan belirli gün ve haftalarla ilgili çalışmalara iştirak edildi.</w:t>
      </w:r>
    </w:p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C1305D" w:rsidRPr="00074350">
        <w:trPr>
          <w:cantSplit/>
          <w:jc w:val="center"/>
        </w:trPr>
        <w:tc>
          <w:tcPr>
            <w:tcW w:w="9752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1"/>
              </w:rPr>
              <w:t>……………………………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074350" w:rsidRPr="00074350">
        <w:trPr>
          <w:cantSplit/>
          <w:jc w:val="center"/>
        </w:trPr>
        <w:tc>
          <w:tcPr>
            <w:tcW w:w="9752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b/>
                <w:color w:val="000000" w:themeColor="text1"/>
              </w:rPr>
              <w:t>UYGUNDUR</w:t>
            </w:r>
            <w:r w:rsidRPr="00074350">
              <w:rPr>
                <w:b/>
                <w:color w:val="000000" w:themeColor="text1"/>
              </w:rPr>
              <w:br/>
            </w:r>
            <w:r w:rsidRPr="00074350">
              <w:rPr>
                <w:color w:val="000000" w:themeColor="text1"/>
                <w:sz w:val="21"/>
              </w:rPr>
              <w:t>…… / …… / 2026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color w:val="000000" w:themeColor="text1"/>
                <w:sz w:val="21"/>
              </w:rPr>
              <w:br/>
              <w:t>……………………………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C1305D" w:rsidRPr="00074350" w:rsidRDefault="003C4FAA">
      <w:pPr>
        <w:spacing w:after="0"/>
        <w:rPr>
          <w:color w:val="000000" w:themeColor="text1"/>
        </w:rPr>
      </w:pPr>
      <w:r w:rsidRPr="00074350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C1305D" w:rsidRPr="00074350" w:rsidRDefault="003C4FAA">
            <w:pPr>
              <w:spacing w:before="100" w:after="20"/>
              <w:jc w:val="center"/>
              <w:rPr>
                <w:color w:val="000000" w:themeColor="text1"/>
              </w:rPr>
            </w:pPr>
            <w:r w:rsidRPr="00074350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30"/>
              </w:rPr>
              <w:t>KÜLTÜR VE EDEBİYAT KULÜBÜ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4"/>
              </w:rPr>
              <w:t>AYLIK ÇALIŞMA RAPORU</w:t>
            </w:r>
          </w:p>
          <w:p w:rsidR="00C1305D" w:rsidRPr="00074350" w:rsidRDefault="003C4FAA">
            <w:pPr>
              <w:spacing w:after="100"/>
              <w:jc w:val="center"/>
              <w:rPr>
                <w:color w:val="000000" w:themeColor="text1"/>
              </w:rPr>
            </w:pPr>
            <w:r w:rsidRPr="00074350">
              <w:rPr>
                <w:b w:val="0"/>
                <w:color w:val="000000" w:themeColor="text1"/>
                <w:sz w:val="21"/>
              </w:rPr>
              <w:t>( KASIM )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RAPOR NO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2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AY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KASIM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RAPOR TARİHİ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…… / …… / 2026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DANIŞMAN ÖĞRETMEN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074350" w:rsidRPr="00074350" w:rsidTr="00074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 xml:space="preserve">Atatürk’ün hayatını; ilke ve düşüncelerinin Türk toplumu </w:t>
            </w:r>
            <w:r w:rsidRPr="00074350">
              <w:rPr>
                <w:color w:val="000000" w:themeColor="text1"/>
                <w:sz w:val="20"/>
              </w:rPr>
              <w:t>için önemini kavratmak</w:t>
            </w:r>
          </w:p>
        </w:tc>
      </w:tr>
      <w:tr w:rsidR="00074350" w:rsidRPr="00074350" w:rsidTr="000743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Öğrencileri, eğitimde öğretmenin rolü hakkında bilgilendirmek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p w:rsidR="00C1305D" w:rsidRPr="00074350" w:rsidRDefault="003C4FAA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074350">
        <w:rPr>
          <w:b/>
          <w:color w:val="000000" w:themeColor="text1"/>
          <w:sz w:val="23"/>
        </w:rPr>
        <w:t>Alınan Sonuçlar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1.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>Belirli günler ve haftalarla ilgili çalışmalar yapıldı.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2.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>Toplum hizmeti çalışmaları belirlendi.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3.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 xml:space="preserve">Atatürk Haftası ile ilgili bilgilendirici </w:t>
      </w:r>
      <w:r w:rsidRPr="00074350">
        <w:rPr>
          <w:color w:val="000000" w:themeColor="text1"/>
          <w:sz w:val="21"/>
        </w:rPr>
        <w:t>etkinlikler yapıldı.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4.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>Kütüphaneden yararlanma esasları hakkında okul genelindeki öğrencilere bilgi verildi.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5.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>Sosyal kulüp panosu hazırlandı.</w:t>
      </w:r>
    </w:p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C1305D" w:rsidRPr="00074350">
        <w:trPr>
          <w:cantSplit/>
          <w:jc w:val="center"/>
        </w:trPr>
        <w:tc>
          <w:tcPr>
            <w:tcW w:w="9752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1"/>
              </w:rPr>
              <w:t>……………………………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074350" w:rsidRPr="00074350">
        <w:trPr>
          <w:cantSplit/>
          <w:jc w:val="center"/>
        </w:trPr>
        <w:tc>
          <w:tcPr>
            <w:tcW w:w="9752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b/>
                <w:color w:val="000000" w:themeColor="text1"/>
              </w:rPr>
              <w:t>UYGUNDUR</w:t>
            </w:r>
            <w:r w:rsidRPr="00074350">
              <w:rPr>
                <w:b/>
                <w:color w:val="000000" w:themeColor="text1"/>
              </w:rPr>
              <w:br/>
            </w:r>
            <w:r w:rsidRPr="00074350">
              <w:rPr>
                <w:color w:val="000000" w:themeColor="text1"/>
                <w:sz w:val="21"/>
              </w:rPr>
              <w:t>…… / …… / 2026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color w:val="000000" w:themeColor="text1"/>
                <w:sz w:val="21"/>
              </w:rPr>
              <w:br/>
              <w:t>……………………………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C1305D" w:rsidRPr="00074350" w:rsidRDefault="003C4FAA">
      <w:pPr>
        <w:spacing w:after="0"/>
        <w:rPr>
          <w:color w:val="000000" w:themeColor="text1"/>
        </w:rPr>
      </w:pPr>
      <w:r w:rsidRPr="00074350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C1305D" w:rsidRPr="00074350" w:rsidRDefault="003C4FAA">
            <w:pPr>
              <w:spacing w:before="100" w:after="20"/>
              <w:jc w:val="center"/>
              <w:rPr>
                <w:color w:val="000000" w:themeColor="text1"/>
              </w:rPr>
            </w:pPr>
            <w:r w:rsidRPr="00074350">
              <w:rPr>
                <w:b w:val="0"/>
                <w:color w:val="000000" w:themeColor="text1"/>
                <w:sz w:val="21"/>
              </w:rPr>
              <w:lastRenderedPageBreak/>
              <w:t xml:space="preserve">2026-2027 EĞİTİM-ÖĞRETİM </w:t>
            </w:r>
            <w:r w:rsidRPr="00074350">
              <w:rPr>
                <w:b w:val="0"/>
                <w:color w:val="000000" w:themeColor="text1"/>
                <w:sz w:val="21"/>
              </w:rPr>
              <w:t>YILI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30"/>
              </w:rPr>
              <w:t>KÜLTÜR VE EDEBİYAT KULÜBÜ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4"/>
              </w:rPr>
              <w:t>AYLIK ÇALIŞMA RAPORU</w:t>
            </w:r>
          </w:p>
          <w:p w:rsidR="00C1305D" w:rsidRPr="00074350" w:rsidRDefault="003C4FAA">
            <w:pPr>
              <w:spacing w:after="100"/>
              <w:jc w:val="center"/>
              <w:rPr>
                <w:color w:val="000000" w:themeColor="text1"/>
              </w:rPr>
            </w:pPr>
            <w:r w:rsidRPr="00074350">
              <w:rPr>
                <w:b w:val="0"/>
                <w:color w:val="000000" w:themeColor="text1"/>
                <w:sz w:val="21"/>
              </w:rPr>
              <w:t>( ARALIK )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RAPOR NO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3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AY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ARALIK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RAPOR TARİHİ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…… / …… / 2026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DANIŞMAN ÖĞRETMEN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074350" w:rsidRPr="00074350" w:rsidTr="00074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Öğrencilere kitap sevgisi kazandırmak</w:t>
            </w:r>
          </w:p>
        </w:tc>
      </w:tr>
      <w:tr w:rsidR="00074350" w:rsidRPr="00074350" w:rsidTr="000743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Öğrencilerde</w:t>
            </w:r>
            <w:r w:rsidRPr="00074350">
              <w:rPr>
                <w:color w:val="000000" w:themeColor="text1"/>
                <w:sz w:val="20"/>
              </w:rPr>
              <w:t xml:space="preserve"> iş bölümü yapabilme becerisi kazandırmak</w:t>
            </w:r>
          </w:p>
        </w:tc>
      </w:tr>
      <w:tr w:rsidR="00074350" w:rsidRPr="00074350" w:rsidTr="00074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Öğrencilerde sorumluluk alabilme becerisi kazandırmak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p w:rsidR="00C1305D" w:rsidRPr="00074350" w:rsidRDefault="003C4FAA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074350">
        <w:rPr>
          <w:b/>
          <w:color w:val="000000" w:themeColor="text1"/>
          <w:sz w:val="23"/>
        </w:rPr>
        <w:t>Alınan Sonuçlar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1.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>Sosyal etkinlik veli izin belgeleri alındı.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2.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>Kitap okuma alışkanlığı kazandırma çalışmaları yapıldı.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3.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 xml:space="preserve">“Nasrettin Hoca” konulu </w:t>
      </w:r>
      <w:r w:rsidRPr="00074350">
        <w:rPr>
          <w:color w:val="000000" w:themeColor="text1"/>
          <w:sz w:val="21"/>
        </w:rPr>
        <w:t>bilgilendirici çalışmalar yapıldı.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4.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>Kulüp panosunda “Kitap okuma alışkanlığı”nın önemini belirten yazı, şiir, resim vb. sergilendi.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5.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>Kütüphanelerimizin Internet site adreslerinin kulüp panosunda duyuruldu.</w:t>
      </w:r>
    </w:p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C1305D" w:rsidRPr="00074350">
        <w:trPr>
          <w:cantSplit/>
          <w:jc w:val="center"/>
        </w:trPr>
        <w:tc>
          <w:tcPr>
            <w:tcW w:w="9752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1"/>
              </w:rPr>
              <w:t>……………………………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074350" w:rsidRPr="00074350">
        <w:trPr>
          <w:cantSplit/>
          <w:jc w:val="center"/>
        </w:trPr>
        <w:tc>
          <w:tcPr>
            <w:tcW w:w="9752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b/>
                <w:color w:val="000000" w:themeColor="text1"/>
              </w:rPr>
              <w:t>UYGUNDUR</w:t>
            </w:r>
            <w:r w:rsidRPr="00074350">
              <w:rPr>
                <w:b/>
                <w:color w:val="000000" w:themeColor="text1"/>
              </w:rPr>
              <w:br/>
            </w:r>
            <w:r w:rsidRPr="00074350">
              <w:rPr>
                <w:color w:val="000000" w:themeColor="text1"/>
                <w:sz w:val="21"/>
              </w:rPr>
              <w:t>…… /</w:t>
            </w:r>
            <w:r w:rsidRPr="00074350">
              <w:rPr>
                <w:color w:val="000000" w:themeColor="text1"/>
                <w:sz w:val="21"/>
              </w:rPr>
              <w:t xml:space="preserve"> …… / 2026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color w:val="000000" w:themeColor="text1"/>
                <w:sz w:val="21"/>
              </w:rPr>
              <w:br/>
              <w:t>……………………………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C1305D" w:rsidRPr="00074350" w:rsidRDefault="003C4FAA">
      <w:pPr>
        <w:spacing w:after="0"/>
        <w:rPr>
          <w:color w:val="000000" w:themeColor="text1"/>
        </w:rPr>
      </w:pPr>
      <w:r w:rsidRPr="00074350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C1305D" w:rsidRPr="00074350" w:rsidRDefault="003C4FAA">
            <w:pPr>
              <w:spacing w:before="100" w:after="20"/>
              <w:jc w:val="center"/>
              <w:rPr>
                <w:color w:val="000000" w:themeColor="text1"/>
              </w:rPr>
            </w:pPr>
            <w:r w:rsidRPr="00074350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30"/>
              </w:rPr>
              <w:t>KÜLTÜR VE EDEBİYAT KULÜBÜ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4"/>
              </w:rPr>
              <w:t>AYLIK ÇALIŞMA RAPORU</w:t>
            </w:r>
          </w:p>
          <w:p w:rsidR="00C1305D" w:rsidRPr="00074350" w:rsidRDefault="003C4FAA">
            <w:pPr>
              <w:spacing w:after="100"/>
              <w:jc w:val="center"/>
              <w:rPr>
                <w:color w:val="000000" w:themeColor="text1"/>
              </w:rPr>
            </w:pPr>
            <w:r w:rsidRPr="00074350">
              <w:rPr>
                <w:b w:val="0"/>
                <w:color w:val="000000" w:themeColor="text1"/>
                <w:sz w:val="21"/>
              </w:rPr>
              <w:t>( OCAK )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RAPOR NO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4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AY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OCAK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RAPOR TARİHİ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DANIŞMAN ÖĞRETMEN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 xml:space="preserve">YAPILAN </w:t>
            </w:r>
            <w:r w:rsidRPr="00074350">
              <w:rPr>
                <w:color w:val="000000" w:themeColor="text1"/>
                <w:sz w:val="20"/>
              </w:rPr>
              <w:t>ÇALIŞMALAR</w:t>
            </w:r>
          </w:p>
        </w:tc>
      </w:tr>
      <w:tr w:rsidR="00074350" w:rsidRPr="00074350" w:rsidTr="00074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Dönem içinde yapılan faaliyetlerin gözden geçirilmesi, eksikliklerin belirlenmesi</w:t>
            </w:r>
          </w:p>
        </w:tc>
      </w:tr>
      <w:tr w:rsidR="00074350" w:rsidRPr="00074350" w:rsidTr="000743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Dönem içinde kulüp olarak yapılan faaliyetlerin gözden geçirilmesi ve eksikliklerin belirlenerek 2. dönem giderilmeye çalışılması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p w:rsidR="00C1305D" w:rsidRPr="00074350" w:rsidRDefault="003C4FAA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074350">
        <w:rPr>
          <w:b/>
          <w:color w:val="000000" w:themeColor="text1"/>
          <w:sz w:val="23"/>
        </w:rPr>
        <w:t>Alınan Sonuçlar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1.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 xml:space="preserve">İkinci </w:t>
      </w:r>
      <w:r w:rsidRPr="00074350">
        <w:rPr>
          <w:color w:val="000000" w:themeColor="text1"/>
          <w:sz w:val="21"/>
        </w:rPr>
        <w:t>dönem yapılacak çalışmalar gözden geçirildi.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2.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>Dönem sonu kulüp çalışma raporu düzenlendi.</w:t>
      </w:r>
    </w:p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C1305D" w:rsidRPr="00074350">
        <w:trPr>
          <w:cantSplit/>
          <w:jc w:val="center"/>
        </w:trPr>
        <w:tc>
          <w:tcPr>
            <w:tcW w:w="9752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1"/>
              </w:rPr>
              <w:t>……………………………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074350" w:rsidRPr="00074350">
        <w:trPr>
          <w:cantSplit/>
          <w:jc w:val="center"/>
        </w:trPr>
        <w:tc>
          <w:tcPr>
            <w:tcW w:w="9752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b/>
                <w:color w:val="000000" w:themeColor="text1"/>
              </w:rPr>
              <w:t>UYGUNDUR</w:t>
            </w:r>
            <w:r w:rsidRPr="00074350">
              <w:rPr>
                <w:b/>
                <w:color w:val="000000" w:themeColor="text1"/>
              </w:rPr>
              <w:br/>
            </w:r>
            <w:r w:rsidRPr="00074350">
              <w:rPr>
                <w:color w:val="000000" w:themeColor="text1"/>
                <w:sz w:val="21"/>
              </w:rPr>
              <w:t>…… / …… / 2027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color w:val="000000" w:themeColor="text1"/>
                <w:sz w:val="21"/>
              </w:rPr>
              <w:br/>
              <w:t>……………………………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C1305D" w:rsidRPr="00074350" w:rsidRDefault="003C4FAA">
      <w:pPr>
        <w:spacing w:after="0"/>
        <w:rPr>
          <w:color w:val="000000" w:themeColor="text1"/>
        </w:rPr>
      </w:pPr>
      <w:r w:rsidRPr="00074350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C1305D" w:rsidRPr="00074350" w:rsidRDefault="003C4FAA">
            <w:pPr>
              <w:spacing w:before="100" w:after="20"/>
              <w:jc w:val="center"/>
              <w:rPr>
                <w:color w:val="000000" w:themeColor="text1"/>
              </w:rPr>
            </w:pPr>
            <w:r w:rsidRPr="00074350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30"/>
              </w:rPr>
              <w:t>KÜLTÜR VE EDEBİYAT KULÜBÜ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4"/>
              </w:rPr>
              <w:t>AYLIK ÇALIŞMA RAPORU</w:t>
            </w:r>
          </w:p>
          <w:p w:rsidR="00C1305D" w:rsidRPr="00074350" w:rsidRDefault="003C4FAA">
            <w:pPr>
              <w:spacing w:after="100"/>
              <w:jc w:val="center"/>
              <w:rPr>
                <w:color w:val="000000" w:themeColor="text1"/>
              </w:rPr>
            </w:pPr>
            <w:r w:rsidRPr="00074350">
              <w:rPr>
                <w:b w:val="0"/>
                <w:color w:val="000000" w:themeColor="text1"/>
                <w:sz w:val="21"/>
              </w:rPr>
              <w:t>( ŞUBAT )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RAPOR NO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5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AY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ŞUBAT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RAPOR TARİHİ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DANIŞMAN ÖĞRETMEN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074350" w:rsidRPr="00074350" w:rsidTr="00074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Öğrencilerin okul panosuna yazılar yazmalarını ve arkadaşlarını bilgilendirmeleri.</w:t>
            </w:r>
          </w:p>
        </w:tc>
      </w:tr>
      <w:tr w:rsidR="00074350" w:rsidRPr="00074350" w:rsidTr="000743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 xml:space="preserve">1. dönem yapılan </w:t>
            </w:r>
            <w:r w:rsidRPr="00074350">
              <w:rPr>
                <w:color w:val="000000" w:themeColor="text1"/>
                <w:sz w:val="20"/>
              </w:rPr>
              <w:t>çalışmaların öğrenciler tarafından değerlendirilmesi</w:t>
            </w:r>
          </w:p>
        </w:tc>
      </w:tr>
      <w:tr w:rsidR="00074350" w:rsidRPr="00074350" w:rsidTr="00074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Öğrencilerin seviyelerine uygun ve yararlı kitaplar okumasını sağlamak.</w:t>
            </w:r>
          </w:p>
        </w:tc>
      </w:tr>
      <w:tr w:rsidR="00074350" w:rsidRPr="00074350" w:rsidTr="000743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Öğrencilere, planlı çalışmanın önemini kavratmak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p w:rsidR="00C1305D" w:rsidRPr="00074350" w:rsidRDefault="003C4FAA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074350">
        <w:rPr>
          <w:b/>
          <w:color w:val="000000" w:themeColor="text1"/>
          <w:sz w:val="23"/>
        </w:rPr>
        <w:t>Alınan Sonuçlar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1.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>Kulüp öğrencileri tarafından kitap incelemeleri yapıldı.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2.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>1. dönem yapılan çalışmalar değerlendirildi.</w:t>
      </w:r>
    </w:p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C1305D" w:rsidRPr="00074350">
        <w:trPr>
          <w:cantSplit/>
          <w:jc w:val="center"/>
        </w:trPr>
        <w:tc>
          <w:tcPr>
            <w:tcW w:w="9752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1"/>
              </w:rPr>
              <w:t>……………………………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074350" w:rsidRPr="00074350">
        <w:trPr>
          <w:cantSplit/>
          <w:jc w:val="center"/>
        </w:trPr>
        <w:tc>
          <w:tcPr>
            <w:tcW w:w="9752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b/>
                <w:color w:val="000000" w:themeColor="text1"/>
              </w:rPr>
              <w:t>UYGUNDUR</w:t>
            </w:r>
            <w:r w:rsidRPr="00074350">
              <w:rPr>
                <w:b/>
                <w:color w:val="000000" w:themeColor="text1"/>
              </w:rPr>
              <w:br/>
            </w:r>
            <w:r w:rsidRPr="00074350">
              <w:rPr>
                <w:color w:val="000000" w:themeColor="text1"/>
                <w:sz w:val="21"/>
              </w:rPr>
              <w:t>…… / …… / 2027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color w:val="000000" w:themeColor="text1"/>
                <w:sz w:val="21"/>
              </w:rPr>
              <w:br/>
              <w:t>……………………………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C1305D" w:rsidRPr="00074350" w:rsidRDefault="003C4FAA">
      <w:pPr>
        <w:spacing w:after="0"/>
        <w:rPr>
          <w:color w:val="000000" w:themeColor="text1"/>
        </w:rPr>
      </w:pPr>
      <w:r w:rsidRPr="00074350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C1305D" w:rsidRPr="00074350" w:rsidRDefault="003C4FAA">
            <w:pPr>
              <w:spacing w:before="100" w:after="20"/>
              <w:jc w:val="center"/>
              <w:rPr>
                <w:color w:val="000000" w:themeColor="text1"/>
              </w:rPr>
            </w:pPr>
            <w:r w:rsidRPr="00074350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30"/>
              </w:rPr>
              <w:t>KÜLTÜR VE EDEBİYAT KULÜBÜ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4"/>
              </w:rPr>
              <w:t>AYLIK ÇALIŞMA RAPORU</w:t>
            </w:r>
          </w:p>
          <w:p w:rsidR="00C1305D" w:rsidRPr="00074350" w:rsidRDefault="003C4FAA">
            <w:pPr>
              <w:spacing w:after="100"/>
              <w:jc w:val="center"/>
              <w:rPr>
                <w:color w:val="000000" w:themeColor="text1"/>
              </w:rPr>
            </w:pPr>
            <w:r w:rsidRPr="00074350">
              <w:rPr>
                <w:b w:val="0"/>
                <w:color w:val="000000" w:themeColor="text1"/>
                <w:sz w:val="21"/>
              </w:rPr>
              <w:t>( MART )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RAPOR NO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6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AY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MART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RAPOR TARİHİ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DANIŞMAN ÖĞRETMEN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074350" w:rsidRPr="00074350" w:rsidTr="00074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İstiklal Marşı şairimiz M. Akif ERSOY’u öğrencilere tanıtmak, onun edebiyatımızdaki yerini kavratmak.</w:t>
            </w:r>
          </w:p>
        </w:tc>
      </w:tr>
      <w:tr w:rsidR="00074350" w:rsidRPr="00074350" w:rsidTr="000743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 xml:space="preserve">Bağımsızlığın ve İstiklal Marşı’nın önemini </w:t>
            </w:r>
            <w:r w:rsidRPr="00074350">
              <w:rPr>
                <w:color w:val="000000" w:themeColor="text1"/>
                <w:sz w:val="20"/>
              </w:rPr>
              <w:t>kavratmak.</w:t>
            </w:r>
          </w:p>
        </w:tc>
      </w:tr>
      <w:tr w:rsidR="00074350" w:rsidRPr="00074350" w:rsidTr="00074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Kütüphaneden yararlanma bilinç ve davranışının geliştirilmesi.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p w:rsidR="00C1305D" w:rsidRPr="00074350" w:rsidRDefault="003C4FAA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074350">
        <w:rPr>
          <w:b/>
          <w:color w:val="000000" w:themeColor="text1"/>
          <w:sz w:val="23"/>
        </w:rPr>
        <w:t>Alınan Sonuçlar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1.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>“İstiklal Marşı” konulu çalışmalar yapıldı.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2.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>M. Akif ERSOY’un hayatı ve eserleri ile ilgili pano çalışmaları yapıldı.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3.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 xml:space="preserve">Kütüphanecilik haftası ile ilgili </w:t>
      </w:r>
      <w:r w:rsidRPr="00074350">
        <w:rPr>
          <w:color w:val="000000" w:themeColor="text1"/>
          <w:sz w:val="21"/>
        </w:rPr>
        <w:t>faaliyet düzenleyerek öğrencilere kütüphaneden nasıl faydalanılması gerektiği hususunda bilgi verildi.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4.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>Kitap okuma ile ilgili güzel sözlerin bulundu ve döviz ve afiş şeklinde okulun belirli yerlerine ve kulüp panosuna asıldı.</w:t>
      </w:r>
    </w:p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C1305D" w:rsidRPr="00074350">
        <w:trPr>
          <w:cantSplit/>
          <w:jc w:val="center"/>
        </w:trPr>
        <w:tc>
          <w:tcPr>
            <w:tcW w:w="9752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1"/>
              </w:rPr>
              <w:t>……………………………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b/>
                <w:color w:val="000000" w:themeColor="text1"/>
                <w:sz w:val="20"/>
              </w:rPr>
              <w:t>Danışman Öğret</w:t>
            </w:r>
            <w:r w:rsidRPr="00074350">
              <w:rPr>
                <w:b/>
                <w:color w:val="000000" w:themeColor="text1"/>
                <w:sz w:val="20"/>
              </w:rPr>
              <w:t>men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074350" w:rsidRPr="00074350">
        <w:trPr>
          <w:cantSplit/>
          <w:jc w:val="center"/>
        </w:trPr>
        <w:tc>
          <w:tcPr>
            <w:tcW w:w="9752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b/>
                <w:color w:val="000000" w:themeColor="text1"/>
              </w:rPr>
              <w:t>UYGUNDUR</w:t>
            </w:r>
            <w:r w:rsidRPr="00074350">
              <w:rPr>
                <w:b/>
                <w:color w:val="000000" w:themeColor="text1"/>
              </w:rPr>
              <w:br/>
            </w:r>
            <w:r w:rsidRPr="00074350">
              <w:rPr>
                <w:color w:val="000000" w:themeColor="text1"/>
                <w:sz w:val="21"/>
              </w:rPr>
              <w:t>…… / …… / 2027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color w:val="000000" w:themeColor="text1"/>
                <w:sz w:val="21"/>
              </w:rPr>
              <w:br/>
              <w:t>……………………………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C1305D" w:rsidRPr="00074350" w:rsidRDefault="003C4FAA">
      <w:pPr>
        <w:spacing w:after="0"/>
        <w:rPr>
          <w:color w:val="000000" w:themeColor="text1"/>
        </w:rPr>
      </w:pPr>
      <w:r w:rsidRPr="00074350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C1305D" w:rsidRPr="00074350" w:rsidRDefault="003C4FAA">
            <w:pPr>
              <w:spacing w:before="100" w:after="20"/>
              <w:jc w:val="center"/>
              <w:rPr>
                <w:color w:val="000000" w:themeColor="text1"/>
              </w:rPr>
            </w:pPr>
            <w:r w:rsidRPr="00074350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30"/>
              </w:rPr>
              <w:t>KÜLTÜR VE EDEBİYAT KULÜBÜ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4"/>
              </w:rPr>
              <w:t>AYLIK ÇALIŞMA RAPORU</w:t>
            </w:r>
          </w:p>
          <w:p w:rsidR="00C1305D" w:rsidRPr="00074350" w:rsidRDefault="003C4FAA">
            <w:pPr>
              <w:spacing w:after="100"/>
              <w:jc w:val="center"/>
              <w:rPr>
                <w:color w:val="000000" w:themeColor="text1"/>
              </w:rPr>
            </w:pPr>
            <w:r w:rsidRPr="00074350">
              <w:rPr>
                <w:b w:val="0"/>
                <w:color w:val="000000" w:themeColor="text1"/>
                <w:sz w:val="21"/>
              </w:rPr>
              <w:t>( NİSAN )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RAPOR NO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7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AY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NİSAN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RAPOR TARİHİ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DANIŞMAN ÖĞRETMEN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FAALİYET</w:t>
            </w:r>
            <w:r w:rsidRPr="00074350">
              <w:rPr>
                <w:color w:val="000000" w:themeColor="text1"/>
                <w:sz w:val="20"/>
              </w:rPr>
              <w:t xml:space="preserve"> TARİHİ</w:t>
            </w:r>
          </w:p>
        </w:tc>
        <w:tc>
          <w:tcPr>
            <w:tcW w:w="7824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074350" w:rsidRPr="00074350" w:rsidTr="00074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Ulusal egemenliğin önemini, Atatürk’ün bağımsızlığa verdiği önemi ve Çocuk Bayramı’nın değerini kavratmak.</w:t>
            </w:r>
          </w:p>
        </w:tc>
      </w:tr>
      <w:tr w:rsidR="00074350" w:rsidRPr="00074350" w:rsidTr="000743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Boş zamanları kitap okuma ile değerlendirme alışkanlığının kazandırılması.</w:t>
            </w:r>
          </w:p>
        </w:tc>
      </w:tr>
      <w:tr w:rsidR="00074350" w:rsidRPr="00074350" w:rsidTr="00074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Kitap okumanın başarılı olmadaki etkisini</w:t>
            </w:r>
            <w:r w:rsidRPr="00074350">
              <w:rPr>
                <w:color w:val="000000" w:themeColor="text1"/>
                <w:sz w:val="20"/>
              </w:rPr>
              <w:t xml:space="preserve"> kavratmak.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p w:rsidR="00C1305D" w:rsidRPr="00074350" w:rsidRDefault="003C4FAA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074350">
        <w:rPr>
          <w:b/>
          <w:color w:val="000000" w:themeColor="text1"/>
          <w:sz w:val="23"/>
        </w:rPr>
        <w:t>Alınan Sonuçlar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1.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>“23 Nisan Ulusal Egemenlik ve Çocuk Bayramı” ile ilgili sunum hazırlandı.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2.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>Mimar Sinan ‘ ın hayatı ve eserleri konulu tartışma yapıldı.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3.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 xml:space="preserve">Öğrenciler tarafından hazırlanan çocuklara yönelik bilmece ve bulmaca vb. </w:t>
      </w:r>
      <w:r w:rsidRPr="00074350">
        <w:rPr>
          <w:color w:val="000000" w:themeColor="text1"/>
          <w:sz w:val="21"/>
        </w:rPr>
        <w:t>örnekleri kulüp panosunda sergilendi.</w:t>
      </w:r>
    </w:p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C1305D" w:rsidRPr="00074350">
        <w:trPr>
          <w:cantSplit/>
          <w:jc w:val="center"/>
        </w:trPr>
        <w:tc>
          <w:tcPr>
            <w:tcW w:w="9752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1"/>
              </w:rPr>
              <w:t>……………………………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074350" w:rsidRPr="00074350">
        <w:trPr>
          <w:cantSplit/>
          <w:jc w:val="center"/>
        </w:trPr>
        <w:tc>
          <w:tcPr>
            <w:tcW w:w="9752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b/>
                <w:color w:val="000000" w:themeColor="text1"/>
              </w:rPr>
              <w:t>UYGUNDUR</w:t>
            </w:r>
            <w:r w:rsidRPr="00074350">
              <w:rPr>
                <w:b/>
                <w:color w:val="000000" w:themeColor="text1"/>
              </w:rPr>
              <w:br/>
            </w:r>
            <w:r w:rsidRPr="00074350">
              <w:rPr>
                <w:color w:val="000000" w:themeColor="text1"/>
                <w:sz w:val="21"/>
              </w:rPr>
              <w:t>…… / …… / 2027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color w:val="000000" w:themeColor="text1"/>
                <w:sz w:val="21"/>
              </w:rPr>
              <w:br/>
              <w:t>……………………………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C1305D" w:rsidRPr="00074350" w:rsidRDefault="003C4FAA">
      <w:pPr>
        <w:spacing w:after="0"/>
        <w:rPr>
          <w:color w:val="000000" w:themeColor="text1"/>
        </w:rPr>
      </w:pPr>
      <w:r w:rsidRPr="00074350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C1305D" w:rsidRPr="00074350" w:rsidRDefault="003C4FAA">
            <w:pPr>
              <w:spacing w:before="100" w:after="20"/>
              <w:jc w:val="center"/>
              <w:rPr>
                <w:color w:val="000000" w:themeColor="text1"/>
              </w:rPr>
            </w:pPr>
            <w:r w:rsidRPr="00074350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30"/>
              </w:rPr>
              <w:t>KÜLTÜR VE EDEBİYAT KULÜBÜ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4"/>
              </w:rPr>
              <w:t>AYLIK ÇALIŞMA RAPORU</w:t>
            </w:r>
          </w:p>
          <w:p w:rsidR="00C1305D" w:rsidRPr="00074350" w:rsidRDefault="003C4FAA">
            <w:pPr>
              <w:spacing w:after="100"/>
              <w:jc w:val="center"/>
              <w:rPr>
                <w:color w:val="000000" w:themeColor="text1"/>
              </w:rPr>
            </w:pPr>
            <w:r w:rsidRPr="00074350">
              <w:rPr>
                <w:b w:val="0"/>
                <w:color w:val="000000" w:themeColor="text1"/>
                <w:sz w:val="21"/>
              </w:rPr>
              <w:t>( MAYIS )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RAPOR NO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8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AY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MAYIS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RAPOR TARİHİ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DANIŞMAN ÖĞRETMEN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074350" w:rsidRPr="00074350" w:rsidTr="00074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Öğrencilere Atatürk’ün, Cumhuriyet’i Türk gençliğine emanet ettiğini; Atatürk’ün, Cumhuriyet’i korumak ve kollamak için gençlere verdiği görevleri kavratmak.</w:t>
            </w:r>
          </w:p>
        </w:tc>
      </w:tr>
      <w:tr w:rsidR="00074350" w:rsidRPr="00074350" w:rsidTr="000743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Çocukları kitaplarla tanıştırmak.</w:t>
            </w:r>
          </w:p>
        </w:tc>
      </w:tr>
      <w:tr w:rsidR="00074350" w:rsidRPr="00074350" w:rsidTr="00074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Öğrencilere Atatürk’ün, Cumhuriyet’i Türk gençliğine emanet ettiğini; Atatürk’ün, Cumhuriyet’i korumak ve kollamak için gençlere verdiği görevleri kavratmak.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p w:rsidR="00C1305D" w:rsidRPr="00074350" w:rsidRDefault="003C4FAA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074350">
        <w:rPr>
          <w:b/>
          <w:color w:val="000000" w:themeColor="text1"/>
          <w:sz w:val="23"/>
        </w:rPr>
        <w:t>Alınan Sonuçlar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1.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 xml:space="preserve">19 Mayıs Atatürk’ü Anma, Gençlik ve Spor </w:t>
      </w:r>
      <w:r w:rsidRPr="00074350">
        <w:rPr>
          <w:color w:val="000000" w:themeColor="text1"/>
          <w:sz w:val="21"/>
        </w:rPr>
        <w:t>Bayramı konulu sunum hazırlandı.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2.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>“Çocuk ve Kitap” konulu yazı ve resimler kulüp panosunda sergilendi.</w:t>
      </w:r>
    </w:p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C1305D" w:rsidRPr="00074350">
        <w:trPr>
          <w:cantSplit/>
          <w:jc w:val="center"/>
        </w:trPr>
        <w:tc>
          <w:tcPr>
            <w:tcW w:w="9752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1"/>
              </w:rPr>
              <w:t>……………………………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074350" w:rsidRPr="00074350">
        <w:trPr>
          <w:cantSplit/>
          <w:jc w:val="center"/>
        </w:trPr>
        <w:tc>
          <w:tcPr>
            <w:tcW w:w="9752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b/>
                <w:color w:val="000000" w:themeColor="text1"/>
              </w:rPr>
              <w:t>UYGUNDUR</w:t>
            </w:r>
            <w:r w:rsidRPr="00074350">
              <w:rPr>
                <w:b/>
                <w:color w:val="000000" w:themeColor="text1"/>
              </w:rPr>
              <w:br/>
            </w:r>
            <w:r w:rsidRPr="00074350">
              <w:rPr>
                <w:color w:val="000000" w:themeColor="text1"/>
                <w:sz w:val="21"/>
              </w:rPr>
              <w:t>…… / …… / 2027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color w:val="000000" w:themeColor="text1"/>
                <w:sz w:val="21"/>
              </w:rPr>
              <w:br/>
              <w:t>……………………………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C1305D" w:rsidRPr="00074350" w:rsidRDefault="003C4FAA">
      <w:pPr>
        <w:spacing w:after="0"/>
        <w:rPr>
          <w:color w:val="000000" w:themeColor="text1"/>
        </w:rPr>
      </w:pPr>
      <w:r w:rsidRPr="00074350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C1305D" w:rsidRPr="00074350" w:rsidRDefault="003C4FAA">
            <w:pPr>
              <w:spacing w:before="100" w:after="20"/>
              <w:jc w:val="center"/>
              <w:rPr>
                <w:color w:val="000000" w:themeColor="text1"/>
              </w:rPr>
            </w:pPr>
            <w:r w:rsidRPr="00074350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30"/>
              </w:rPr>
              <w:t xml:space="preserve">KÜLTÜR VE </w:t>
            </w:r>
            <w:r w:rsidRPr="00074350">
              <w:rPr>
                <w:color w:val="000000" w:themeColor="text1"/>
                <w:sz w:val="30"/>
              </w:rPr>
              <w:t>EDEBİYAT KULÜBÜ</w:t>
            </w:r>
          </w:p>
          <w:p w:rsidR="00C1305D" w:rsidRPr="00074350" w:rsidRDefault="003C4FAA">
            <w:pPr>
              <w:spacing w:after="20"/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4"/>
              </w:rPr>
              <w:t>AYLIK ÇALIŞMA RAPORU</w:t>
            </w:r>
          </w:p>
          <w:p w:rsidR="00C1305D" w:rsidRPr="00074350" w:rsidRDefault="003C4FAA">
            <w:pPr>
              <w:spacing w:after="100"/>
              <w:jc w:val="center"/>
              <w:rPr>
                <w:color w:val="000000" w:themeColor="text1"/>
              </w:rPr>
            </w:pPr>
            <w:r w:rsidRPr="00074350">
              <w:rPr>
                <w:b w:val="0"/>
                <w:color w:val="000000" w:themeColor="text1"/>
                <w:sz w:val="21"/>
              </w:rPr>
              <w:t>( HAZİRAN )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RAPOR NO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9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AY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HAZİRAN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RAPOR TARİHİ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16"/>
              </w:rPr>
              <w:t>DANIŞMAN ÖĞRETMEN</w:t>
            </w:r>
            <w:r w:rsidRPr="00074350">
              <w:rPr>
                <w:color w:val="000000" w:themeColor="text1"/>
                <w:sz w:val="16"/>
              </w:rPr>
              <w:br/>
            </w:r>
            <w:r w:rsidRPr="00074350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074350" w:rsidRPr="00074350" w:rsidTr="000743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C1305D" w:rsidRPr="00074350" w:rsidRDefault="003C4F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074350" w:rsidRPr="00074350" w:rsidTr="000743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>Yıllık sosyal kulüp çalışmalarının değerlendirilmesi.</w:t>
            </w:r>
          </w:p>
        </w:tc>
      </w:tr>
      <w:tr w:rsidR="00074350" w:rsidRPr="00074350" w:rsidTr="000743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1305D" w:rsidRPr="00074350" w:rsidRDefault="00C1305D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1305D" w:rsidRPr="00074350" w:rsidRDefault="003C4FAA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0"/>
              </w:rPr>
              <w:t xml:space="preserve">Yıllık sosyal kulüp faaliyet </w:t>
            </w:r>
            <w:r w:rsidRPr="00074350">
              <w:rPr>
                <w:color w:val="000000" w:themeColor="text1"/>
                <w:sz w:val="20"/>
              </w:rPr>
              <w:t>raporunun hazırlanması.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p w:rsidR="00C1305D" w:rsidRPr="00074350" w:rsidRDefault="003C4FAA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074350">
        <w:rPr>
          <w:b/>
          <w:color w:val="000000" w:themeColor="text1"/>
          <w:sz w:val="23"/>
        </w:rPr>
        <w:t>Alınan Sonuçlar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1.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>Kültür ve Edebiyat Kulübü 2026-2027 yıllık çalışmalarının genel bir değerlendirilmesi yapılarak istenen hedeflere ulaşılma durumlarına bakıldı.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2.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>Kulüp pano ve görsel dosyası gözden geçirildi.</w:t>
      </w:r>
    </w:p>
    <w:p w:rsidR="00C1305D" w:rsidRPr="00074350" w:rsidRDefault="003C4FAA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074350">
        <w:rPr>
          <w:b/>
          <w:color w:val="000000" w:themeColor="text1"/>
          <w:sz w:val="21"/>
        </w:rPr>
        <w:t>3.</w:t>
      </w:r>
      <w:r w:rsidRPr="00074350">
        <w:rPr>
          <w:b/>
          <w:color w:val="000000" w:themeColor="text1"/>
          <w:sz w:val="21"/>
        </w:rPr>
        <w:tab/>
      </w:r>
      <w:r w:rsidRPr="00074350">
        <w:rPr>
          <w:color w:val="000000" w:themeColor="text1"/>
          <w:sz w:val="21"/>
        </w:rPr>
        <w:t>Toplum hizmeti</w:t>
      </w:r>
      <w:r w:rsidRPr="00074350">
        <w:rPr>
          <w:color w:val="000000" w:themeColor="text1"/>
          <w:sz w:val="21"/>
        </w:rPr>
        <w:t xml:space="preserve"> çalışmaları değerlendirildi.</w:t>
      </w:r>
    </w:p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C1305D" w:rsidRPr="00074350">
        <w:trPr>
          <w:cantSplit/>
          <w:jc w:val="center"/>
        </w:trPr>
        <w:tc>
          <w:tcPr>
            <w:tcW w:w="9752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color w:val="000000" w:themeColor="text1"/>
                <w:sz w:val="21"/>
              </w:rPr>
              <w:t>……………………………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C1305D" w:rsidRPr="00074350" w:rsidRDefault="00C1305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074350" w:rsidRPr="00074350">
        <w:trPr>
          <w:cantSplit/>
          <w:jc w:val="center"/>
        </w:trPr>
        <w:tc>
          <w:tcPr>
            <w:tcW w:w="9752" w:type="dxa"/>
          </w:tcPr>
          <w:p w:rsidR="00C1305D" w:rsidRPr="00074350" w:rsidRDefault="003C4FAA">
            <w:pPr>
              <w:jc w:val="center"/>
              <w:rPr>
                <w:color w:val="000000" w:themeColor="text1"/>
              </w:rPr>
            </w:pPr>
            <w:r w:rsidRPr="00074350">
              <w:rPr>
                <w:b/>
                <w:color w:val="000000" w:themeColor="text1"/>
              </w:rPr>
              <w:t>UYGUNDUR</w:t>
            </w:r>
            <w:r w:rsidRPr="00074350">
              <w:rPr>
                <w:b/>
                <w:color w:val="000000" w:themeColor="text1"/>
              </w:rPr>
              <w:br/>
            </w:r>
            <w:r w:rsidRPr="00074350">
              <w:rPr>
                <w:color w:val="000000" w:themeColor="text1"/>
                <w:sz w:val="21"/>
              </w:rPr>
              <w:t>…… / …… / 2027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color w:val="000000" w:themeColor="text1"/>
                <w:sz w:val="21"/>
              </w:rPr>
              <w:br/>
              <w:t>……………………………</w:t>
            </w:r>
            <w:r w:rsidRPr="00074350">
              <w:rPr>
                <w:color w:val="000000" w:themeColor="text1"/>
                <w:sz w:val="21"/>
              </w:rPr>
              <w:br/>
            </w:r>
            <w:r w:rsidRPr="00074350">
              <w:rPr>
                <w:b/>
                <w:color w:val="000000" w:themeColor="text1"/>
                <w:sz w:val="20"/>
              </w:rPr>
              <w:t>Okul Müdürü</w:t>
            </w:r>
          </w:p>
        </w:tc>
      </w:tr>
      <w:bookmarkEnd w:id="0"/>
    </w:tbl>
    <w:p w:rsidR="003C4FAA" w:rsidRPr="00074350" w:rsidRDefault="003C4FAA">
      <w:pPr>
        <w:rPr>
          <w:color w:val="000000" w:themeColor="text1"/>
        </w:rPr>
      </w:pPr>
    </w:p>
    <w:sectPr w:rsidR="003C4FAA" w:rsidRPr="00074350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74350"/>
    <w:rsid w:val="0015074B"/>
    <w:rsid w:val="0029639D"/>
    <w:rsid w:val="00326F90"/>
    <w:rsid w:val="003C4FAA"/>
    <w:rsid w:val="00AA1D8D"/>
    <w:rsid w:val="00B47730"/>
    <w:rsid w:val="00C1305D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91C6DF82-BCBC-4939-AF19-1D1C5BB57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07435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765A43C-31FF-4139-9CB9-1D68A4C7D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1114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7454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Kültür ve Edebiyat Kulübü Aylık Çalışma Raporları 2026-2027</dc:title>
  <dc:subject>aylık çalışma raporu</dc:subject>
  <dc:creator>evrakburada</dc:creator>
  <cp:keywords>sosyal kulüp, aylık çalışma raporu</cp:keywords>
  <dc:description/>
  <cp:lastModifiedBy>HP</cp:lastModifiedBy>
  <cp:revision>2</cp:revision>
  <dcterms:created xsi:type="dcterms:W3CDTF">2013-12-23T23:15:00Z</dcterms:created>
  <dcterms:modified xsi:type="dcterms:W3CDTF">2026-10-17T07:24:00Z</dcterms:modified>
  <cp:category/>
</cp:coreProperties>
</file>