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933857" w:rsidRPr="00933857" w:rsidTr="009338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8D0059" w:rsidRPr="00933857" w:rsidRDefault="00F9419A">
            <w:pPr>
              <w:spacing w:before="100" w:after="20"/>
              <w:jc w:val="center"/>
              <w:rPr>
                <w:color w:val="000000" w:themeColor="text1"/>
              </w:rPr>
            </w:pPr>
            <w:r w:rsidRPr="00933857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30"/>
              </w:rPr>
              <w:t>İZCİLİK KULÜBÜ</w:t>
            </w:r>
          </w:p>
          <w:p w:rsidR="008D0059" w:rsidRPr="00933857" w:rsidRDefault="00F9419A">
            <w:pPr>
              <w:spacing w:after="100"/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24"/>
              </w:rPr>
              <w:t>TOPLUM HİZMETİ ÇALIŞMA PLANI</w:t>
            </w:r>
          </w:p>
        </w:tc>
      </w:tr>
    </w:tbl>
    <w:p w:rsidR="008D0059" w:rsidRPr="00933857" w:rsidRDefault="008D005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933857" w:rsidRPr="00933857" w:rsidTr="009338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8D0059" w:rsidRPr="00933857" w:rsidRDefault="00F9419A">
            <w:pPr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6"/>
              </w:rPr>
              <w:t>KULÜP</w:t>
            </w:r>
            <w:r w:rsidRPr="00933857">
              <w:rPr>
                <w:color w:val="000000" w:themeColor="text1"/>
                <w:sz w:val="16"/>
              </w:rPr>
              <w:br/>
            </w:r>
            <w:r w:rsidRPr="00933857">
              <w:rPr>
                <w:b w:val="0"/>
                <w:color w:val="000000" w:themeColor="text1"/>
                <w:sz w:val="20"/>
              </w:rPr>
              <w:t>İzcilik Kulübü</w:t>
            </w:r>
          </w:p>
        </w:tc>
        <w:tc>
          <w:tcPr>
            <w:tcW w:w="3251" w:type="dxa"/>
          </w:tcPr>
          <w:p w:rsidR="008D0059" w:rsidRPr="00933857" w:rsidRDefault="00F941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6"/>
              </w:rPr>
              <w:t>DANIŞMAN ÖĞRETMEN</w:t>
            </w:r>
            <w:r w:rsidRPr="00933857">
              <w:rPr>
                <w:color w:val="000000" w:themeColor="text1"/>
                <w:sz w:val="16"/>
              </w:rPr>
              <w:br/>
            </w:r>
            <w:r w:rsidRPr="00933857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8D0059" w:rsidRPr="00933857" w:rsidRDefault="00F941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6"/>
              </w:rPr>
              <w:t>EĞİTİM-ÖĞRETİM YILI</w:t>
            </w:r>
            <w:r w:rsidRPr="00933857">
              <w:rPr>
                <w:color w:val="000000" w:themeColor="text1"/>
                <w:sz w:val="16"/>
              </w:rPr>
              <w:br/>
            </w:r>
            <w:r w:rsidRPr="00933857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8D0059" w:rsidRPr="00933857" w:rsidRDefault="008D005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629"/>
        <w:gridCol w:w="5306"/>
        <w:gridCol w:w="1412"/>
        <w:gridCol w:w="1451"/>
      </w:tblGrid>
      <w:tr w:rsidR="00933857" w:rsidRPr="00933857" w:rsidTr="009338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AY</w:t>
            </w:r>
          </w:p>
        </w:tc>
        <w:tc>
          <w:tcPr>
            <w:tcW w:w="505" w:type="dxa"/>
          </w:tcPr>
          <w:p w:rsidR="008D0059" w:rsidRPr="00933857" w:rsidRDefault="00F941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SÜRE</w:t>
            </w:r>
          </w:p>
        </w:tc>
        <w:tc>
          <w:tcPr>
            <w:tcW w:w="5306" w:type="dxa"/>
          </w:tcPr>
          <w:p w:rsidR="008D0059" w:rsidRPr="00933857" w:rsidRDefault="00F941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YAPILACAK ETKİNLİKLER</w:t>
            </w:r>
          </w:p>
        </w:tc>
        <w:tc>
          <w:tcPr>
            <w:tcW w:w="1412" w:type="dxa"/>
          </w:tcPr>
          <w:p w:rsidR="008D0059" w:rsidRPr="00933857" w:rsidRDefault="00F941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KATILANLAR</w:t>
            </w:r>
          </w:p>
        </w:tc>
        <w:tc>
          <w:tcPr>
            <w:tcW w:w="1451" w:type="dxa"/>
          </w:tcPr>
          <w:p w:rsidR="008D0059" w:rsidRPr="00933857" w:rsidRDefault="00F941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BELİRLİ GÜN VE HAFTALAR</w:t>
            </w:r>
          </w:p>
        </w:tc>
      </w:tr>
      <w:tr w:rsidR="00933857" w:rsidRPr="00933857" w:rsidTr="009338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933857">
              <w:rPr>
                <w:color w:val="000000" w:themeColor="text1"/>
                <w:sz w:val="17"/>
              </w:rPr>
              <w:t>EKİM</w:t>
            </w:r>
            <w:proofErr w:type="spellEnd"/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 xml:space="preserve">1 </w:t>
            </w:r>
            <w:r w:rsidRPr="00933857">
              <w:rPr>
                <w:color w:val="000000" w:themeColor="text1"/>
                <w:sz w:val="17"/>
              </w:rPr>
              <w:t>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Okul ve çevresini güzelleştirme çalışması.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8D00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933857" w:rsidRPr="00933857" w:rsidTr="009338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933857">
              <w:rPr>
                <w:color w:val="000000" w:themeColor="text1"/>
                <w:sz w:val="17"/>
              </w:rPr>
              <w:t>KASIM</w:t>
            </w:r>
            <w:proofErr w:type="spellEnd"/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Okul ve çevresinin temizlenmesi.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12 Kasım Afet Hazırlık Günü</w:t>
            </w:r>
          </w:p>
        </w:tc>
      </w:tr>
      <w:tr w:rsidR="00933857" w:rsidRPr="00933857" w:rsidTr="009338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933857">
              <w:rPr>
                <w:color w:val="000000" w:themeColor="text1"/>
                <w:sz w:val="17"/>
              </w:rPr>
              <w:t>ARALIK</w:t>
            </w:r>
            <w:proofErr w:type="spellEnd"/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 xml:space="preserve">Kullanılmış pillerin ve kağıtların çöpe değil, dönüşüm </w:t>
            </w:r>
            <w:r w:rsidRPr="00933857">
              <w:rPr>
                <w:color w:val="000000" w:themeColor="text1"/>
                <w:sz w:val="17"/>
              </w:rPr>
              <w:t>kutularına atılması gerektiği.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8D00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933857" w:rsidRPr="00933857" w:rsidTr="009338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933857">
              <w:rPr>
                <w:color w:val="000000" w:themeColor="text1"/>
                <w:sz w:val="17"/>
              </w:rPr>
              <w:t>OCAK</w:t>
            </w:r>
            <w:proofErr w:type="spellEnd"/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Diğer kulüplerle iş birliği yapılarak öğrencileri bilgilendirmesi.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8D00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933857" w:rsidRPr="00933857" w:rsidTr="009338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933857">
              <w:rPr>
                <w:color w:val="000000" w:themeColor="text1"/>
                <w:sz w:val="17"/>
              </w:rPr>
              <w:t>ŞUBAT</w:t>
            </w:r>
            <w:proofErr w:type="spellEnd"/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 xml:space="preserve">Yeşilay Haftası ile ilgiliolarak sınıfta yapılan sigara ve alkolün </w:t>
            </w:r>
            <w:r w:rsidRPr="00933857">
              <w:rPr>
                <w:color w:val="000000" w:themeColor="text1"/>
                <w:sz w:val="17"/>
              </w:rPr>
              <w:t>zararları ile ilgili etkinliklerin çevresindekilerle paylaşılması. Yeşilay kulübünün öğrencileri bilgilendirmesi.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28 Şubat Sivil Savunma Günü</w:t>
            </w:r>
          </w:p>
        </w:tc>
      </w:tr>
      <w:tr w:rsidR="00933857" w:rsidRPr="00933857" w:rsidTr="009338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MART</w:t>
            </w:r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 xml:space="preserve">Orman Haftası sebebiyle çevre kulübünün öğrencileri bilinçlendirmesi. </w:t>
            </w:r>
            <w:r w:rsidRPr="00933857">
              <w:rPr>
                <w:color w:val="000000" w:themeColor="text1"/>
                <w:sz w:val="17"/>
              </w:rPr>
              <w:t>Ormanların yaşamımızdaki yeri ve önemi paylaşıldı.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8D00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933857" w:rsidRPr="00933857" w:rsidTr="009338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NİSAN</w:t>
            </w:r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Trafik ve İlk yardım Haftası sebebiyle ilgili külübün öğrencileri trafik kuralları v</w:t>
            </w:r>
            <w:bookmarkStart w:id="0" w:name="_GoBack"/>
            <w:bookmarkEnd w:id="0"/>
            <w:r w:rsidRPr="00933857">
              <w:rPr>
                <w:color w:val="000000" w:themeColor="text1"/>
                <w:sz w:val="17"/>
              </w:rPr>
              <w:t xml:space="preserve">e ilk yardım konusunda bilinçlendirmesi ve öğrendiklerini çevreleriyle </w:t>
            </w:r>
            <w:r w:rsidRPr="00933857">
              <w:rPr>
                <w:color w:val="000000" w:themeColor="text1"/>
                <w:sz w:val="17"/>
              </w:rPr>
              <w:t>paylaşmaları.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8D00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933857" w:rsidRPr="00933857" w:rsidTr="009338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D0059" w:rsidRPr="00933857" w:rsidRDefault="00F9419A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933857">
              <w:rPr>
                <w:color w:val="000000" w:themeColor="text1"/>
                <w:sz w:val="17"/>
              </w:rPr>
              <w:t>MAYIS</w:t>
            </w:r>
            <w:proofErr w:type="spellEnd"/>
          </w:p>
        </w:tc>
        <w:tc>
          <w:tcPr>
            <w:tcW w:w="505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306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Engelliler Haftası sebebiyle öğrencilerin bilinçlendirilmesi. Bizimde birer engelli adayı olduğumuzun farkına varmaları ve onlara bu şekilde davranmaları ve bunu çevreleriyle paylaşmaları belirtildi.</w:t>
            </w:r>
          </w:p>
        </w:tc>
        <w:tc>
          <w:tcPr>
            <w:tcW w:w="1412" w:type="dxa"/>
          </w:tcPr>
          <w:p w:rsidR="008D0059" w:rsidRPr="00933857" w:rsidRDefault="00F9419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17"/>
              </w:rPr>
              <w:t>İzcilik kulübü öğrencileri</w:t>
            </w:r>
          </w:p>
        </w:tc>
        <w:tc>
          <w:tcPr>
            <w:tcW w:w="1451" w:type="dxa"/>
          </w:tcPr>
          <w:p w:rsidR="008D0059" w:rsidRPr="00933857" w:rsidRDefault="008D00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8D0059" w:rsidRPr="00933857" w:rsidRDefault="008D0059">
      <w:pPr>
        <w:spacing w:after="0"/>
        <w:rPr>
          <w:color w:val="000000" w:themeColor="text1"/>
        </w:rPr>
      </w:pPr>
    </w:p>
    <w:p w:rsidR="008D0059" w:rsidRPr="00933857" w:rsidRDefault="00F9419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933857">
        <w:rPr>
          <w:b/>
          <w:color w:val="000000" w:themeColor="text1"/>
        </w:rPr>
        <w:t>Notlar</w:t>
      </w:r>
    </w:p>
    <w:p w:rsidR="008D0059" w:rsidRPr="00933857" w:rsidRDefault="00F941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933857">
        <w:rPr>
          <w:b/>
          <w:color w:val="000000" w:themeColor="text1"/>
          <w:sz w:val="19"/>
        </w:rPr>
        <w:t>1.</w:t>
      </w:r>
      <w:r w:rsidRPr="00933857">
        <w:rPr>
          <w:b/>
          <w:color w:val="000000" w:themeColor="text1"/>
          <w:sz w:val="19"/>
        </w:rPr>
        <w:tab/>
      </w:r>
      <w:r w:rsidRPr="00933857">
        <w:rPr>
          <w:color w:val="000000" w:themeColor="text1"/>
          <w:sz w:val="19"/>
        </w:rPr>
        <w:t>Toplum hizmeti çevreyi rahatsız etmeyecek şekilde yapılacaktır.</w:t>
      </w:r>
    </w:p>
    <w:p w:rsidR="008D0059" w:rsidRPr="00933857" w:rsidRDefault="00F941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933857">
        <w:rPr>
          <w:b/>
          <w:color w:val="000000" w:themeColor="text1"/>
          <w:sz w:val="19"/>
        </w:rPr>
        <w:t>2.</w:t>
      </w:r>
      <w:r w:rsidRPr="00933857">
        <w:rPr>
          <w:b/>
          <w:color w:val="000000" w:themeColor="text1"/>
          <w:sz w:val="19"/>
        </w:rPr>
        <w:tab/>
      </w:r>
      <w:r w:rsidRPr="00933857">
        <w:rPr>
          <w:color w:val="000000" w:themeColor="text1"/>
          <w:sz w:val="19"/>
        </w:rPr>
        <w:t>Değişik bent:.</w:t>
      </w:r>
    </w:p>
    <w:p w:rsidR="008D0059" w:rsidRPr="00933857" w:rsidRDefault="00F941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933857">
        <w:rPr>
          <w:b/>
          <w:color w:val="000000" w:themeColor="text1"/>
          <w:sz w:val="19"/>
        </w:rPr>
        <w:t>3.</w:t>
      </w:r>
      <w:r w:rsidRPr="00933857">
        <w:rPr>
          <w:b/>
          <w:color w:val="000000" w:themeColor="text1"/>
          <w:sz w:val="19"/>
        </w:rPr>
        <w:tab/>
      </w:r>
      <w:r w:rsidRPr="00933857">
        <w:rPr>
          <w:color w:val="000000" w:themeColor="text1"/>
          <w:sz w:val="19"/>
        </w:rPr>
        <w:t xml:space="preserve">2008/26804 RG) Öğrenciler, ilköğretimin 1, 2 ve 3 üncü sınıflarında yılda 5 saat; 4, 5, 6, 7 ve 8 inci sınıflarında 10 saat; </w:t>
      </w:r>
      <w:r w:rsidRPr="00933857">
        <w:rPr>
          <w:color w:val="000000" w:themeColor="text1"/>
          <w:sz w:val="19"/>
        </w:rPr>
        <w:t>ortaöğretim kurumlarının hazırlık sınıfları dâhil tüm sınıflarında 15 saatten az olmamak üzere ders yılı başında yapılan öğretmenler kurulunca belirlenen toplum hizmeti çalışmalarına katılırlar.</w:t>
      </w:r>
    </w:p>
    <w:p w:rsidR="008D0059" w:rsidRPr="00933857" w:rsidRDefault="00F9419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933857">
        <w:rPr>
          <w:b/>
          <w:color w:val="000000" w:themeColor="text1"/>
          <w:sz w:val="19"/>
        </w:rPr>
        <w:t>4.</w:t>
      </w:r>
      <w:r w:rsidRPr="00933857">
        <w:rPr>
          <w:b/>
          <w:color w:val="000000" w:themeColor="text1"/>
          <w:sz w:val="19"/>
        </w:rPr>
        <w:tab/>
      </w:r>
      <w:r w:rsidRPr="00933857">
        <w:rPr>
          <w:color w:val="000000" w:themeColor="text1"/>
          <w:sz w:val="19"/>
        </w:rPr>
        <w:t xml:space="preserve">Toplum Hizmeti çalışmaları için öğrenci velilerinden izin </w:t>
      </w:r>
      <w:r w:rsidRPr="00933857">
        <w:rPr>
          <w:color w:val="000000" w:themeColor="text1"/>
          <w:sz w:val="19"/>
        </w:rPr>
        <w:t>belgesi alınacaktır.</w:t>
      </w:r>
    </w:p>
    <w:p w:rsidR="008D0059" w:rsidRPr="00933857" w:rsidRDefault="008D005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8D0059" w:rsidRPr="00933857">
        <w:trPr>
          <w:cantSplit/>
          <w:jc w:val="center"/>
        </w:trPr>
        <w:tc>
          <w:tcPr>
            <w:tcW w:w="9752" w:type="dxa"/>
          </w:tcPr>
          <w:p w:rsidR="008D0059" w:rsidRPr="00933857" w:rsidRDefault="00F9419A">
            <w:pPr>
              <w:jc w:val="center"/>
              <w:rPr>
                <w:color w:val="000000" w:themeColor="text1"/>
              </w:rPr>
            </w:pPr>
            <w:r w:rsidRPr="00933857">
              <w:rPr>
                <w:color w:val="000000" w:themeColor="text1"/>
                <w:sz w:val="21"/>
              </w:rPr>
              <w:t>……………………………</w:t>
            </w:r>
            <w:r w:rsidRPr="00933857">
              <w:rPr>
                <w:color w:val="000000" w:themeColor="text1"/>
                <w:sz w:val="21"/>
              </w:rPr>
              <w:br/>
            </w:r>
            <w:r w:rsidRPr="00933857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8D0059" w:rsidRPr="00933857" w:rsidRDefault="008D005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933857" w:rsidRPr="00933857">
        <w:trPr>
          <w:cantSplit/>
          <w:jc w:val="center"/>
        </w:trPr>
        <w:tc>
          <w:tcPr>
            <w:tcW w:w="9752" w:type="dxa"/>
          </w:tcPr>
          <w:p w:rsidR="008D0059" w:rsidRPr="00933857" w:rsidRDefault="00F9419A">
            <w:pPr>
              <w:jc w:val="center"/>
              <w:rPr>
                <w:color w:val="000000" w:themeColor="text1"/>
              </w:rPr>
            </w:pPr>
            <w:r w:rsidRPr="00933857">
              <w:rPr>
                <w:b/>
                <w:color w:val="000000" w:themeColor="text1"/>
              </w:rPr>
              <w:t>UYGUNDUR</w:t>
            </w:r>
            <w:r w:rsidRPr="00933857">
              <w:rPr>
                <w:b/>
                <w:color w:val="000000" w:themeColor="text1"/>
              </w:rPr>
              <w:br/>
            </w:r>
            <w:r w:rsidRPr="00933857">
              <w:rPr>
                <w:color w:val="000000" w:themeColor="text1"/>
                <w:sz w:val="21"/>
              </w:rPr>
              <w:t>…… / …… / 2026</w:t>
            </w:r>
            <w:r w:rsidRPr="00933857">
              <w:rPr>
                <w:color w:val="000000" w:themeColor="text1"/>
                <w:sz w:val="21"/>
              </w:rPr>
              <w:br/>
            </w:r>
            <w:r w:rsidRPr="00933857">
              <w:rPr>
                <w:color w:val="000000" w:themeColor="text1"/>
                <w:sz w:val="21"/>
              </w:rPr>
              <w:br/>
              <w:t>……………………………</w:t>
            </w:r>
            <w:r w:rsidRPr="00933857">
              <w:rPr>
                <w:color w:val="000000" w:themeColor="text1"/>
                <w:sz w:val="21"/>
              </w:rPr>
              <w:br/>
            </w:r>
            <w:r w:rsidRPr="00933857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F9419A" w:rsidRPr="00933857" w:rsidRDefault="00F9419A">
      <w:pPr>
        <w:rPr>
          <w:color w:val="000000" w:themeColor="text1"/>
        </w:rPr>
      </w:pPr>
    </w:p>
    <w:sectPr w:rsidR="00F9419A" w:rsidRPr="00933857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D0059"/>
    <w:rsid w:val="00933857"/>
    <w:rsid w:val="00AA1D8D"/>
    <w:rsid w:val="00B47730"/>
    <w:rsid w:val="00CB0664"/>
    <w:rsid w:val="00F9419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EF907452-386B-4607-AE55-8D5B468F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93385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D7539E-F459-4490-B0BB-E19F8EF8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İzcilik Kulübü Toplum Hizmeti Çalışma Planı 2026-2027</dc:title>
  <dc:subject>toplum hizmeti çalışma planı</dc:subject>
  <dc:creator>evrakburada</dc:creator>
  <cp:keywords>sosyal kulüp, toplum hizmeti çalışma planı</cp:keywords>
  <dc:description/>
  <cp:lastModifiedBy>HP</cp:lastModifiedBy>
  <cp:revision>2</cp:revision>
  <dcterms:created xsi:type="dcterms:W3CDTF">2013-12-23T23:15:00Z</dcterms:created>
  <dcterms:modified xsi:type="dcterms:W3CDTF">2026-10-17T08:18:00Z</dcterms:modified>
  <cp:category/>
</cp:coreProperties>
</file>