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A01DD9" w:rsidRPr="005D037B" w:rsidRDefault="001D6120">
            <w:pPr>
              <w:spacing w:before="100" w:after="2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30"/>
              </w:rPr>
              <w:t>İZCİLİK KULÜBÜ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4"/>
              </w:rPr>
              <w:t>AYLIK ÇALIŞMA RAPORU</w:t>
            </w:r>
          </w:p>
          <w:p w:rsidR="00A01DD9" w:rsidRPr="005D037B" w:rsidRDefault="001D6120">
            <w:pPr>
              <w:spacing w:after="10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t>( EYLÜL-EKİM )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NO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1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AY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EYLÜL-EKİM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TARİHİ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DANIŞMAN ÖĞRETMEN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 xml:space="preserve">İzcilik Kulübü ve eğitici </w:t>
            </w:r>
            <w:r w:rsidRPr="005D037B">
              <w:rPr>
                <w:color w:val="000000" w:themeColor="text1"/>
                <w:sz w:val="20"/>
              </w:rPr>
              <w:t>kulüpler hakkında bilgi verilmesi.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Kulüp başkan, yardımcı, sekreter, yönetim kurulu ve pano-yazı inceleme komisyonlarına öğrenci seçilmesi.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Yıllık Çalışma Planının hazırlanması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Kulüp tüzüğünün hazırlanması.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Kulüp faaliyetlerinin belirlenmesi.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Toplum Hizmeti Çalışmalarının belirlenmesi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Belirli günler ve haftalarla ilgili çalışmaların yapılması.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İzcilik Kulübü’nün amaç ve öneminin öğrencilere anlatılması.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p w:rsidR="00A01DD9" w:rsidRPr="005D037B" w:rsidRDefault="001D6120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D037B">
        <w:rPr>
          <w:b/>
          <w:color w:val="000000" w:themeColor="text1"/>
          <w:sz w:val="23"/>
        </w:rPr>
        <w:t>Alınan Sonuçlar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1.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 xml:space="preserve">Okulumuzda kurulan sosyal kulüpler ve görevleri hakkında bilgi </w:t>
      </w:r>
      <w:r w:rsidRPr="005D037B">
        <w:rPr>
          <w:color w:val="000000" w:themeColor="text1"/>
          <w:sz w:val="21"/>
        </w:rPr>
        <w:t>verilerek tanıtıldı.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2.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Okulumuzda kurulan sosyal kulüplere öğrenci seçimleri yapıldı.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3.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İzcilik Kulübü dosyası, toplum hizmeti çalışma planı ve yıllık çalışma planı hazırlandı.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4.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 xml:space="preserve">Okul genelinde kulübe seçilen öğrencilerle toplantı yapılarak tanışma </w:t>
      </w:r>
      <w:r w:rsidRPr="005D037B">
        <w:rPr>
          <w:color w:val="000000" w:themeColor="text1"/>
          <w:sz w:val="21"/>
        </w:rPr>
        <w:t>yapıldı.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5.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Okulumuzda kutlanan belirli gün ve haftalarla ilgili çalışmalara iştirak edildi.</w:t>
      </w:r>
    </w:p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01DD9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1"/>
              </w:rPr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D037B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b/>
                <w:color w:val="000000" w:themeColor="text1"/>
              </w:rPr>
              <w:t>UYGUNDUR</w:t>
            </w:r>
            <w:r w:rsidRPr="005D037B">
              <w:rPr>
                <w:b/>
                <w:color w:val="000000" w:themeColor="text1"/>
              </w:rPr>
              <w:br/>
            </w:r>
            <w:r w:rsidRPr="005D037B">
              <w:rPr>
                <w:color w:val="000000" w:themeColor="text1"/>
                <w:sz w:val="21"/>
              </w:rPr>
              <w:t>…… / …… / 2026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color w:val="000000" w:themeColor="text1"/>
                <w:sz w:val="21"/>
              </w:rPr>
              <w:br/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A01DD9" w:rsidRPr="005D037B" w:rsidRDefault="001D6120">
      <w:pPr>
        <w:spacing w:after="0"/>
        <w:rPr>
          <w:color w:val="000000" w:themeColor="text1"/>
        </w:rPr>
      </w:pPr>
      <w:r w:rsidRPr="005D037B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A01DD9" w:rsidRPr="005D037B" w:rsidRDefault="001D6120">
            <w:pPr>
              <w:spacing w:before="100" w:after="2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30"/>
              </w:rPr>
              <w:t>İZCİLİK KULÜBÜ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4"/>
              </w:rPr>
              <w:t xml:space="preserve">AYLIK </w:t>
            </w:r>
            <w:r w:rsidRPr="005D037B">
              <w:rPr>
                <w:color w:val="000000" w:themeColor="text1"/>
                <w:sz w:val="24"/>
              </w:rPr>
              <w:t>ÇALIŞMA RAPORU</w:t>
            </w:r>
          </w:p>
          <w:p w:rsidR="00A01DD9" w:rsidRPr="005D037B" w:rsidRDefault="001D6120">
            <w:pPr>
              <w:spacing w:after="10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t>( KASIM )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NO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2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AY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KASIM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TARİHİ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DANIŞMAN ÖĞRETMEN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Atatürkçü düşünce sisteminin anlatılması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Teftiş, tekmil, tertip, düzen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İzciliğin temel prensipleri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p w:rsidR="00A01DD9" w:rsidRPr="005D037B" w:rsidRDefault="001D6120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D037B">
        <w:rPr>
          <w:b/>
          <w:color w:val="000000" w:themeColor="text1"/>
          <w:sz w:val="23"/>
        </w:rPr>
        <w:t xml:space="preserve">Alınan </w:t>
      </w:r>
      <w:r w:rsidRPr="005D037B">
        <w:rPr>
          <w:b/>
          <w:color w:val="000000" w:themeColor="text1"/>
          <w:sz w:val="23"/>
        </w:rPr>
        <w:t>Sonuçlar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1.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“Atatürk ve İzcilik” konulu yazı ve resimler kulüp panosunda sergilendi.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2.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İzcilik Bildirisi kulüp panosunda sergilendi.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3.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“İnternet ve İzcilik” konulu yazılar kulüp panosunda sergilendi.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4.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İzci takımı oluşturuldu.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5.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İzci üniformaları temin</w:t>
      </w:r>
      <w:r w:rsidRPr="005D037B">
        <w:rPr>
          <w:color w:val="000000" w:themeColor="text1"/>
          <w:sz w:val="21"/>
        </w:rPr>
        <w:t xml:space="preserve"> edildi.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6.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Belirli günler ve haftalarla ilgili çalışmalar yapıldı.</w:t>
      </w:r>
    </w:p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01DD9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1"/>
              </w:rPr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D037B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b/>
                <w:color w:val="000000" w:themeColor="text1"/>
              </w:rPr>
              <w:t>UYGUNDUR</w:t>
            </w:r>
            <w:r w:rsidRPr="005D037B">
              <w:rPr>
                <w:b/>
                <w:color w:val="000000" w:themeColor="text1"/>
              </w:rPr>
              <w:br/>
            </w:r>
            <w:r w:rsidRPr="005D037B">
              <w:rPr>
                <w:color w:val="000000" w:themeColor="text1"/>
                <w:sz w:val="21"/>
              </w:rPr>
              <w:t>…… / …… / 2026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color w:val="000000" w:themeColor="text1"/>
                <w:sz w:val="21"/>
              </w:rPr>
              <w:br/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A01DD9" w:rsidRPr="005D037B" w:rsidRDefault="001D6120">
      <w:pPr>
        <w:spacing w:after="0"/>
        <w:rPr>
          <w:color w:val="000000" w:themeColor="text1"/>
        </w:rPr>
      </w:pPr>
      <w:r w:rsidRPr="005D037B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A01DD9" w:rsidRPr="005D037B" w:rsidRDefault="001D6120">
            <w:pPr>
              <w:spacing w:before="100" w:after="2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30"/>
              </w:rPr>
              <w:t>İZCİLİK KULÜBÜ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4"/>
              </w:rPr>
              <w:t>AYLIK ÇALIŞMA RAPORU</w:t>
            </w:r>
          </w:p>
          <w:p w:rsidR="00A01DD9" w:rsidRPr="005D037B" w:rsidRDefault="001D6120">
            <w:pPr>
              <w:spacing w:after="10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t>( ARALIK )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NO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3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AY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ARALIK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TARİHİ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DANIŞMAN ÖĞRETMEN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İzciliğin temel prensipleri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 arması ve anlamı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İlk yardım kanamayı durdurma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Küçük izci üniforması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 düğümleri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p w:rsidR="00A01DD9" w:rsidRPr="005D037B" w:rsidRDefault="001D6120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D037B">
        <w:rPr>
          <w:b/>
          <w:color w:val="000000" w:themeColor="text1"/>
          <w:sz w:val="23"/>
        </w:rPr>
        <w:t xml:space="preserve">Alınan </w:t>
      </w:r>
      <w:r w:rsidRPr="005D037B">
        <w:rPr>
          <w:b/>
          <w:color w:val="000000" w:themeColor="text1"/>
          <w:sz w:val="23"/>
        </w:rPr>
        <w:t>Sonuçlar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1.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“Çocuk ve İzcilik” konulu yazılar kulüp panosunda sergilendi.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2.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“Kimler İzci Olabilir?” konulu yazılar ve resimler kulüp panosunda sergilendi.</w:t>
      </w:r>
    </w:p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01DD9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1"/>
              </w:rPr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D037B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b/>
                <w:color w:val="000000" w:themeColor="text1"/>
              </w:rPr>
              <w:t>UYGUNDUR</w:t>
            </w:r>
            <w:r w:rsidRPr="005D037B">
              <w:rPr>
                <w:b/>
                <w:color w:val="000000" w:themeColor="text1"/>
              </w:rPr>
              <w:br/>
            </w:r>
            <w:r w:rsidRPr="005D037B">
              <w:rPr>
                <w:color w:val="000000" w:themeColor="text1"/>
                <w:sz w:val="21"/>
              </w:rPr>
              <w:t>…… / …… / 2026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color w:val="000000" w:themeColor="text1"/>
                <w:sz w:val="21"/>
              </w:rPr>
              <w:br/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A01DD9" w:rsidRPr="005D037B" w:rsidRDefault="001D6120">
      <w:pPr>
        <w:spacing w:after="0"/>
        <w:rPr>
          <w:color w:val="000000" w:themeColor="text1"/>
        </w:rPr>
      </w:pPr>
      <w:r w:rsidRPr="005D037B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A01DD9" w:rsidRPr="005D037B" w:rsidRDefault="001D6120">
            <w:pPr>
              <w:spacing w:before="100" w:after="2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lastRenderedPageBreak/>
              <w:t xml:space="preserve">2026-2027 </w:t>
            </w:r>
            <w:r w:rsidRPr="005D037B">
              <w:rPr>
                <w:b w:val="0"/>
                <w:color w:val="000000" w:themeColor="text1"/>
                <w:sz w:val="21"/>
              </w:rPr>
              <w:t>EĞİTİM-ÖĞRETİM YILI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30"/>
              </w:rPr>
              <w:t>İZCİLİK KULÜBÜ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4"/>
              </w:rPr>
              <w:t>AYLIK ÇALIŞMA RAPORU</w:t>
            </w:r>
          </w:p>
          <w:p w:rsidR="00A01DD9" w:rsidRPr="005D037B" w:rsidRDefault="001D6120">
            <w:pPr>
              <w:spacing w:after="10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t>( OCAK )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NO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4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AY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OCAK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TARİHİ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DANIŞMAN ÖĞRETMEN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İzcilik Metodu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İzcilik nedir; İzciliğin amacı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İzciliğin Tarihçesi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p w:rsidR="00A01DD9" w:rsidRPr="005D037B" w:rsidRDefault="001D6120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D037B">
        <w:rPr>
          <w:b/>
          <w:color w:val="000000" w:themeColor="text1"/>
          <w:sz w:val="23"/>
        </w:rPr>
        <w:t>Alınan Sonuçlar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1.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İnternette izcilere yönelik site isimleri kulüp panosunda duyuruldu.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2.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Belirli günler ve haftalarla ilgili çalışmalar yapıldı.</w:t>
      </w:r>
    </w:p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01DD9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1"/>
              </w:rPr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D037B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b/>
                <w:color w:val="000000" w:themeColor="text1"/>
              </w:rPr>
              <w:t>UYGUNDUR</w:t>
            </w:r>
            <w:r w:rsidRPr="005D037B">
              <w:rPr>
                <w:b/>
                <w:color w:val="000000" w:themeColor="text1"/>
              </w:rPr>
              <w:br/>
            </w:r>
            <w:r w:rsidRPr="005D037B">
              <w:rPr>
                <w:color w:val="000000" w:themeColor="text1"/>
                <w:sz w:val="21"/>
              </w:rPr>
              <w:t>…… / …… / 2027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color w:val="000000" w:themeColor="text1"/>
                <w:sz w:val="21"/>
              </w:rPr>
              <w:br/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A01DD9" w:rsidRPr="005D037B" w:rsidRDefault="001D6120">
      <w:pPr>
        <w:spacing w:after="0"/>
        <w:rPr>
          <w:color w:val="000000" w:themeColor="text1"/>
        </w:rPr>
      </w:pPr>
      <w:r w:rsidRPr="005D037B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A01DD9" w:rsidRPr="005D037B" w:rsidRDefault="001D6120">
            <w:pPr>
              <w:spacing w:before="100" w:after="2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30"/>
              </w:rPr>
              <w:t>İZCİLİK KULÜBÜ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4"/>
              </w:rPr>
              <w:t>AYLIK ÇALIŞMA RAPORU</w:t>
            </w:r>
          </w:p>
          <w:p w:rsidR="00A01DD9" w:rsidRPr="005D037B" w:rsidRDefault="001D6120">
            <w:pPr>
              <w:spacing w:after="10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t>( ŞUBAT )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NO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5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AY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ŞUBAT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TARİHİ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DANIŞMAN ÖĞRETMEN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 xml:space="preserve">Öğrencilerin okul panosuna yazılar </w:t>
            </w:r>
            <w:r w:rsidRPr="005D037B">
              <w:rPr>
                <w:color w:val="000000" w:themeColor="text1"/>
                <w:sz w:val="20"/>
              </w:rPr>
              <w:t>yazmalarını ve arkadaşlarını bilgilendirmeleri.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1. dönem yapılan çalışmaların öğrenciler tarafından değerlendirilmesi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p w:rsidR="00A01DD9" w:rsidRPr="005D037B" w:rsidRDefault="001D6120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D037B">
        <w:rPr>
          <w:b/>
          <w:color w:val="000000" w:themeColor="text1"/>
          <w:sz w:val="23"/>
        </w:rPr>
        <w:t>Alınan Sonuçlar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1.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1. dönem yapılan çalışmalar değerlendirildi.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2.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Alınmış kararlar gözden geçirildi.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3.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 xml:space="preserve">Uygulanacak yöntem ve </w:t>
      </w:r>
      <w:r w:rsidRPr="005D037B">
        <w:rPr>
          <w:color w:val="000000" w:themeColor="text1"/>
          <w:sz w:val="21"/>
        </w:rPr>
        <w:t>yapılacak çalışmalar karara bağlandı.</w:t>
      </w:r>
    </w:p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01DD9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1"/>
              </w:rPr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D037B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b/>
                <w:color w:val="000000" w:themeColor="text1"/>
              </w:rPr>
              <w:t>UYGUNDUR</w:t>
            </w:r>
            <w:r w:rsidRPr="005D037B">
              <w:rPr>
                <w:b/>
                <w:color w:val="000000" w:themeColor="text1"/>
              </w:rPr>
              <w:br/>
            </w:r>
            <w:r w:rsidRPr="005D037B">
              <w:rPr>
                <w:color w:val="000000" w:themeColor="text1"/>
                <w:sz w:val="21"/>
              </w:rPr>
              <w:t>…… / …… / 2027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color w:val="000000" w:themeColor="text1"/>
                <w:sz w:val="21"/>
              </w:rPr>
              <w:br/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A01DD9" w:rsidRPr="005D037B" w:rsidRDefault="001D6120">
      <w:pPr>
        <w:spacing w:after="0"/>
        <w:rPr>
          <w:color w:val="000000" w:themeColor="text1"/>
        </w:rPr>
      </w:pPr>
      <w:r w:rsidRPr="005D037B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A01DD9" w:rsidRPr="005D037B" w:rsidRDefault="001D6120">
            <w:pPr>
              <w:spacing w:before="100" w:after="2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30"/>
              </w:rPr>
              <w:t>İZCİLİK KULÜBÜ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4"/>
              </w:rPr>
              <w:t>AYLIK ÇALIŞMA RAPORU</w:t>
            </w:r>
          </w:p>
          <w:p w:rsidR="00A01DD9" w:rsidRPr="005D037B" w:rsidRDefault="001D6120">
            <w:pPr>
              <w:spacing w:after="10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t>( MART )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NO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6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AY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MART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TARİHİ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</w:t>
            </w:r>
            <w:r w:rsidRPr="005D037B">
              <w:rPr>
                <w:b w:val="0"/>
                <w:color w:val="000000" w:themeColor="text1"/>
                <w:sz w:val="20"/>
              </w:rPr>
              <w:t xml:space="preserve"> / …… / 2027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DANIŞMAN ÖĞRETMEN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İzciliğin temel prensipleri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İzcilik nedir; İzciliğin amacı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 andı ve izci selamı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Bayrak töreni ve anlamı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p w:rsidR="00A01DD9" w:rsidRPr="005D037B" w:rsidRDefault="001D6120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D037B">
        <w:rPr>
          <w:b/>
          <w:color w:val="000000" w:themeColor="text1"/>
          <w:sz w:val="23"/>
        </w:rPr>
        <w:t>Alınan Sonuçlar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1.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“İzciliğin İlkeleri.” konulu açıklamalar</w:t>
      </w:r>
      <w:r w:rsidRPr="005D037B">
        <w:rPr>
          <w:color w:val="000000" w:themeColor="text1"/>
          <w:sz w:val="21"/>
        </w:rPr>
        <w:t xml:space="preserve"> kulüp panosunda sergilendi.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2.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Sosyal kulüple ilgili formlar doldurulup değerlendirildi.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3.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Belirli günler ve haftalarla ilgili çalışmalar yapıldı.</w:t>
      </w:r>
    </w:p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01DD9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1"/>
              </w:rPr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D037B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b/>
                <w:color w:val="000000" w:themeColor="text1"/>
              </w:rPr>
              <w:t>UYGUNDUR</w:t>
            </w:r>
            <w:r w:rsidRPr="005D037B">
              <w:rPr>
                <w:b/>
                <w:color w:val="000000" w:themeColor="text1"/>
              </w:rPr>
              <w:br/>
            </w:r>
            <w:r w:rsidRPr="005D037B">
              <w:rPr>
                <w:color w:val="000000" w:themeColor="text1"/>
                <w:sz w:val="21"/>
              </w:rPr>
              <w:t>…… / …… / 2027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color w:val="000000" w:themeColor="text1"/>
                <w:sz w:val="21"/>
              </w:rPr>
              <w:br/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A01DD9" w:rsidRPr="005D037B" w:rsidRDefault="001D6120">
      <w:pPr>
        <w:spacing w:after="0"/>
        <w:rPr>
          <w:color w:val="000000" w:themeColor="text1"/>
        </w:rPr>
      </w:pPr>
      <w:r w:rsidRPr="005D037B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A01DD9" w:rsidRPr="005D037B" w:rsidRDefault="001D6120">
            <w:pPr>
              <w:spacing w:before="100" w:after="2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lastRenderedPageBreak/>
              <w:t xml:space="preserve">2026-2027 </w:t>
            </w:r>
            <w:r w:rsidRPr="005D037B">
              <w:rPr>
                <w:b w:val="0"/>
                <w:color w:val="000000" w:themeColor="text1"/>
                <w:sz w:val="21"/>
              </w:rPr>
              <w:t>EĞİTİM-ÖĞRETİM YILI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30"/>
              </w:rPr>
              <w:t>İZCİLİK KULÜBÜ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4"/>
              </w:rPr>
              <w:t>AYLIK ÇALIŞMA RAPORU</w:t>
            </w:r>
          </w:p>
          <w:p w:rsidR="00A01DD9" w:rsidRPr="005D037B" w:rsidRDefault="001D6120">
            <w:pPr>
              <w:spacing w:after="10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t>( NİSAN )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NO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7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AY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NİSAN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TARİHİ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DANIŞMAN ÖĞRETMEN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İzcilikte bayrak töreni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 xml:space="preserve">Atatürk'ün izciliğe </w:t>
            </w:r>
            <w:r w:rsidRPr="005D037B">
              <w:rPr>
                <w:color w:val="000000" w:themeColor="text1"/>
                <w:sz w:val="20"/>
              </w:rPr>
              <w:t>verdiği önem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Türeye uygun davranışlar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p w:rsidR="00A01DD9" w:rsidRPr="005D037B" w:rsidRDefault="001D6120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D037B">
        <w:rPr>
          <w:b/>
          <w:color w:val="000000" w:themeColor="text1"/>
          <w:sz w:val="23"/>
        </w:rPr>
        <w:t>Alınan Sonuçlar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1.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“Çocuklukta İzcilik”in önemini belirten yazılar kulüp panosunda sergilendi.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2.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Öğrenciler tarafından hazırlanan izcilikle ilgili ödüllü bilmece ve bulmaca örnekleri kulüp panosunda sergilendi.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3.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“İzciyim Kitabı” konulu yazılar kulüp panosunda sergilendi.</w:t>
      </w:r>
    </w:p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01DD9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1"/>
              </w:rPr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D037B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b/>
                <w:color w:val="000000" w:themeColor="text1"/>
              </w:rPr>
              <w:t>UYGUNDUR</w:t>
            </w:r>
            <w:r w:rsidRPr="005D037B">
              <w:rPr>
                <w:b/>
                <w:color w:val="000000" w:themeColor="text1"/>
              </w:rPr>
              <w:br/>
            </w:r>
            <w:r w:rsidRPr="005D037B">
              <w:rPr>
                <w:color w:val="000000" w:themeColor="text1"/>
                <w:sz w:val="21"/>
              </w:rPr>
              <w:t>…… / …… / 2027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color w:val="000000" w:themeColor="text1"/>
                <w:sz w:val="21"/>
              </w:rPr>
              <w:br/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A01DD9" w:rsidRPr="005D037B" w:rsidRDefault="001D6120">
      <w:pPr>
        <w:spacing w:after="0"/>
        <w:rPr>
          <w:color w:val="000000" w:themeColor="text1"/>
        </w:rPr>
      </w:pPr>
      <w:r w:rsidRPr="005D037B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A01DD9" w:rsidRPr="005D037B" w:rsidRDefault="001D6120">
            <w:pPr>
              <w:spacing w:before="100" w:after="2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30"/>
              </w:rPr>
              <w:t>İZCİLİK KULÜBÜ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4"/>
              </w:rPr>
              <w:t>AYLIK ÇALIŞMA RAPORU</w:t>
            </w:r>
          </w:p>
          <w:p w:rsidR="00A01DD9" w:rsidRPr="005D037B" w:rsidRDefault="001D6120">
            <w:pPr>
              <w:spacing w:after="10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t>( MAYIS )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NO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8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AY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MAYIS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TARİHİ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DANIŞMAN ÖĞRETMEN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İzcilikte bayrak töreni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Atatürk'ün izciliğe verdiği önem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Türeye uygun davranışlar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p w:rsidR="00A01DD9" w:rsidRPr="005D037B" w:rsidRDefault="001D6120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D037B">
        <w:rPr>
          <w:b/>
          <w:color w:val="000000" w:themeColor="text1"/>
          <w:sz w:val="23"/>
        </w:rPr>
        <w:t>Alınan Sonuçlar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1.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 xml:space="preserve">İzcilik Kulübü olarak, önemli gün </w:t>
      </w:r>
      <w:r w:rsidRPr="005D037B">
        <w:rPr>
          <w:color w:val="000000" w:themeColor="text1"/>
          <w:sz w:val="21"/>
        </w:rPr>
        <w:t>etkinliklerine döviz ve afişler hazırlanarak katılındı.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2.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Ülkemizdeki İzcilik durumu öğrencilere aktarıldı.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3.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Sosyal kulüple ilgili formlar doldurulup değerlendirildi.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4.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Belirli günler ve haftalarla ilgili çalışmalar yapıldı.</w:t>
      </w:r>
    </w:p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01DD9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1"/>
              </w:rPr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Danışman Öğret</w:t>
            </w:r>
            <w:r w:rsidRPr="005D037B">
              <w:rPr>
                <w:b/>
                <w:color w:val="000000" w:themeColor="text1"/>
                <w:sz w:val="20"/>
              </w:rPr>
              <w:t>men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D037B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b/>
                <w:color w:val="000000" w:themeColor="text1"/>
              </w:rPr>
              <w:t>UYGUNDUR</w:t>
            </w:r>
            <w:r w:rsidRPr="005D037B">
              <w:rPr>
                <w:b/>
                <w:color w:val="000000" w:themeColor="text1"/>
              </w:rPr>
              <w:br/>
            </w:r>
            <w:r w:rsidRPr="005D037B">
              <w:rPr>
                <w:color w:val="000000" w:themeColor="text1"/>
                <w:sz w:val="21"/>
              </w:rPr>
              <w:t>…… / …… / 2027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color w:val="000000" w:themeColor="text1"/>
                <w:sz w:val="21"/>
              </w:rPr>
              <w:br/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A01DD9" w:rsidRPr="005D037B" w:rsidRDefault="001D6120">
      <w:pPr>
        <w:spacing w:after="0"/>
        <w:rPr>
          <w:color w:val="000000" w:themeColor="text1"/>
        </w:rPr>
      </w:pPr>
      <w:r w:rsidRPr="005D037B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A01DD9" w:rsidRPr="005D037B" w:rsidRDefault="001D6120">
            <w:pPr>
              <w:spacing w:before="100" w:after="2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30"/>
              </w:rPr>
              <w:t>İZCİLİK KULÜBÜ</w:t>
            </w:r>
          </w:p>
          <w:p w:rsidR="00A01DD9" w:rsidRPr="005D037B" w:rsidRDefault="001D6120">
            <w:pPr>
              <w:spacing w:after="20"/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4"/>
              </w:rPr>
              <w:t>AYLIK ÇALIŞMA RAPORU</w:t>
            </w:r>
          </w:p>
          <w:p w:rsidR="00A01DD9" w:rsidRPr="005D037B" w:rsidRDefault="001D6120">
            <w:pPr>
              <w:spacing w:after="100"/>
              <w:jc w:val="center"/>
              <w:rPr>
                <w:color w:val="000000" w:themeColor="text1"/>
              </w:rPr>
            </w:pPr>
            <w:r w:rsidRPr="005D037B">
              <w:rPr>
                <w:b w:val="0"/>
                <w:color w:val="000000" w:themeColor="text1"/>
                <w:sz w:val="21"/>
              </w:rPr>
              <w:t>( HAZİRAN )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NO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9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AY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HAZİRAN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RAPOR TARİHİ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16"/>
              </w:rPr>
              <w:t>DANIŞMAN ÖĞRETMEN</w:t>
            </w:r>
            <w:r w:rsidRPr="005D037B">
              <w:rPr>
                <w:color w:val="000000" w:themeColor="text1"/>
                <w:sz w:val="16"/>
              </w:rPr>
              <w:br/>
            </w:r>
            <w:r w:rsidRPr="005D037B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D037B" w:rsidRPr="005D037B" w:rsidTr="005D03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A01DD9" w:rsidRPr="005D037B" w:rsidRDefault="001D61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D037B" w:rsidRPr="005D037B" w:rsidTr="005D03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Yıllık sosyal kulüp çalışmalarının değerlendirilmesi.</w:t>
            </w:r>
          </w:p>
        </w:tc>
      </w:tr>
      <w:tr w:rsidR="005D037B" w:rsidRPr="005D037B" w:rsidTr="005D03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A01DD9" w:rsidRPr="005D037B" w:rsidRDefault="00A01DD9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A01DD9" w:rsidRPr="005D037B" w:rsidRDefault="001D61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0"/>
              </w:rPr>
              <w:t>Yıllık sosyal kulüp faaliyet raporunun hazırlanması.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p w:rsidR="00A01DD9" w:rsidRPr="005D037B" w:rsidRDefault="001D6120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D037B">
        <w:rPr>
          <w:b/>
          <w:color w:val="000000" w:themeColor="text1"/>
          <w:sz w:val="23"/>
        </w:rPr>
        <w:t>Alınan Sonuçlar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1.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 xml:space="preserve">İzcilk Kulübü 2026-2027 yıllık çalışmalarının genel bir değerlendirilmesi yapılarak istenen hedeflere </w:t>
      </w:r>
      <w:r w:rsidRPr="005D037B">
        <w:rPr>
          <w:color w:val="000000" w:themeColor="text1"/>
          <w:sz w:val="21"/>
        </w:rPr>
        <w:t>ulaşılma durumlarına bakıldı.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2.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Kulüp pano ve görsel dosyası gözden geçirildi.</w:t>
      </w:r>
    </w:p>
    <w:p w:rsidR="00A01DD9" w:rsidRPr="005D037B" w:rsidRDefault="001D6120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D037B">
        <w:rPr>
          <w:b/>
          <w:color w:val="000000" w:themeColor="text1"/>
          <w:sz w:val="21"/>
        </w:rPr>
        <w:t>3.</w:t>
      </w:r>
      <w:r w:rsidRPr="005D037B">
        <w:rPr>
          <w:b/>
          <w:color w:val="000000" w:themeColor="text1"/>
          <w:sz w:val="21"/>
        </w:rPr>
        <w:tab/>
      </w:r>
      <w:r w:rsidRPr="005D037B">
        <w:rPr>
          <w:color w:val="000000" w:themeColor="text1"/>
          <w:sz w:val="21"/>
        </w:rPr>
        <w:t>Toplum hizmeti çalışmaları değerlendirildi.</w:t>
      </w:r>
    </w:p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01DD9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color w:val="000000" w:themeColor="text1"/>
                <w:sz w:val="21"/>
              </w:rPr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bookmarkStart w:id="0" w:name="_GoBack"/>
            <w:bookmarkEnd w:id="0"/>
            <w:r w:rsidRPr="005D037B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A01DD9" w:rsidRPr="005D037B" w:rsidRDefault="00A01DD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D037B" w:rsidRPr="005D037B">
        <w:trPr>
          <w:cantSplit/>
          <w:jc w:val="center"/>
        </w:trPr>
        <w:tc>
          <w:tcPr>
            <w:tcW w:w="9752" w:type="dxa"/>
          </w:tcPr>
          <w:p w:rsidR="00A01DD9" w:rsidRPr="005D037B" w:rsidRDefault="001D6120">
            <w:pPr>
              <w:jc w:val="center"/>
              <w:rPr>
                <w:color w:val="000000" w:themeColor="text1"/>
              </w:rPr>
            </w:pPr>
            <w:r w:rsidRPr="005D037B">
              <w:rPr>
                <w:b/>
                <w:color w:val="000000" w:themeColor="text1"/>
              </w:rPr>
              <w:t>UYGUNDUR</w:t>
            </w:r>
            <w:r w:rsidRPr="005D037B">
              <w:rPr>
                <w:b/>
                <w:color w:val="000000" w:themeColor="text1"/>
              </w:rPr>
              <w:br/>
            </w:r>
            <w:r w:rsidRPr="005D037B">
              <w:rPr>
                <w:color w:val="000000" w:themeColor="text1"/>
                <w:sz w:val="21"/>
              </w:rPr>
              <w:t>…… / …… / 2027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color w:val="000000" w:themeColor="text1"/>
                <w:sz w:val="21"/>
              </w:rPr>
              <w:br/>
              <w:t>……………………………</w:t>
            </w:r>
            <w:r w:rsidRPr="005D037B">
              <w:rPr>
                <w:color w:val="000000" w:themeColor="text1"/>
                <w:sz w:val="21"/>
              </w:rPr>
              <w:br/>
            </w:r>
            <w:r w:rsidRPr="005D037B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1D6120" w:rsidRPr="005D037B" w:rsidRDefault="001D6120">
      <w:pPr>
        <w:rPr>
          <w:color w:val="000000" w:themeColor="text1"/>
        </w:rPr>
      </w:pPr>
    </w:p>
    <w:sectPr w:rsidR="001D6120" w:rsidRPr="005D037B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D6120"/>
    <w:rsid w:val="0029639D"/>
    <w:rsid w:val="00326F90"/>
    <w:rsid w:val="005D037B"/>
    <w:rsid w:val="00A01DD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F800134B-C94A-4DBD-9EA3-19C2B055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5D037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198520D-BC7B-4343-A2E9-D85A7D7DC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6266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İzcilik Kulübü Aylık Çalışma Raporları 2026-2027</dc:title>
  <dc:subject>aylık çalışma raporu</dc:subject>
  <dc:creator>evrakburada</dc:creator>
  <cp:keywords>sosyal kulüp, aylık çalışma raporu</cp:keywords>
  <dc:description/>
  <cp:lastModifiedBy>HP</cp:lastModifiedBy>
  <cp:revision>2</cp:revision>
  <dcterms:created xsi:type="dcterms:W3CDTF">2013-12-23T23:15:00Z</dcterms:created>
  <dcterms:modified xsi:type="dcterms:W3CDTF">2026-10-17T08:13:00Z</dcterms:modified>
  <cp:category/>
</cp:coreProperties>
</file>