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324F1" w:rsidRPr="00E324F1" w:rsidTr="00E324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E76B92" w:rsidRPr="00E324F1" w:rsidRDefault="00776698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E324F1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30"/>
              </w:rPr>
              <w:t>GÖRSEL SANATLAR KULÜBÜ</w:t>
            </w:r>
          </w:p>
          <w:p w:rsidR="00E76B92" w:rsidRPr="00E324F1" w:rsidRDefault="00776698">
            <w:pPr>
              <w:spacing w:after="100"/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24"/>
              </w:rPr>
              <w:t>YILLIK ÇALIŞMA PLANI</w:t>
            </w:r>
          </w:p>
        </w:tc>
      </w:tr>
    </w:tbl>
    <w:p w:rsidR="00E76B92" w:rsidRPr="00E324F1" w:rsidRDefault="00E76B92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E324F1" w:rsidRPr="00E324F1" w:rsidTr="00E324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E76B92" w:rsidRPr="00E324F1" w:rsidRDefault="00776698">
            <w:pPr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6"/>
              </w:rPr>
              <w:t>KULÜP</w:t>
            </w:r>
            <w:r w:rsidRPr="00E324F1">
              <w:rPr>
                <w:color w:val="000000" w:themeColor="text1"/>
                <w:sz w:val="16"/>
              </w:rPr>
              <w:br/>
            </w:r>
            <w:r w:rsidRPr="00E324F1">
              <w:rPr>
                <w:b w:val="0"/>
                <w:color w:val="000000" w:themeColor="text1"/>
                <w:sz w:val="20"/>
              </w:rPr>
              <w:t>Görsel Sanatlar Kulübü</w:t>
            </w:r>
          </w:p>
        </w:tc>
        <w:tc>
          <w:tcPr>
            <w:tcW w:w="3251" w:type="dxa"/>
          </w:tcPr>
          <w:p w:rsidR="00E76B92" w:rsidRPr="00E324F1" w:rsidRDefault="007766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6"/>
              </w:rPr>
              <w:t>DANIŞMAN ÖĞRETMEN</w:t>
            </w:r>
            <w:r w:rsidRPr="00E324F1">
              <w:rPr>
                <w:color w:val="000000" w:themeColor="text1"/>
                <w:sz w:val="16"/>
              </w:rPr>
              <w:br/>
            </w:r>
            <w:r w:rsidRPr="00E324F1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E76B92" w:rsidRPr="00E324F1" w:rsidRDefault="007766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6"/>
              </w:rPr>
              <w:t>EĞİTİM-ÖĞRETİM YILI</w:t>
            </w:r>
            <w:r w:rsidRPr="00E324F1">
              <w:rPr>
                <w:color w:val="000000" w:themeColor="text1"/>
                <w:sz w:val="16"/>
              </w:rPr>
              <w:br/>
            </w:r>
            <w:r w:rsidRPr="00E324F1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E76B92" w:rsidRPr="00E324F1" w:rsidRDefault="00E76B92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3487"/>
        <w:gridCol w:w="5187"/>
      </w:tblGrid>
      <w:tr w:rsidR="00E324F1" w:rsidRPr="00E324F1" w:rsidTr="00E324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AY</w:t>
            </w:r>
          </w:p>
        </w:tc>
        <w:tc>
          <w:tcPr>
            <w:tcW w:w="3487" w:type="dxa"/>
          </w:tcPr>
          <w:p w:rsidR="00E76B92" w:rsidRPr="00E324F1" w:rsidRDefault="007766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AMAÇ</w:t>
            </w:r>
          </w:p>
        </w:tc>
        <w:tc>
          <w:tcPr>
            <w:tcW w:w="5187" w:type="dxa"/>
          </w:tcPr>
          <w:p w:rsidR="00E76B92" w:rsidRPr="00E324F1" w:rsidRDefault="007766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YAPILACAK ETKİNLİKLER</w:t>
            </w:r>
          </w:p>
        </w:tc>
      </w:tr>
      <w:tr w:rsidR="00E324F1" w:rsidRPr="00E324F1" w:rsidTr="00E324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Planlı çalışma alışkanlığı </w:t>
            </w:r>
            <w:r w:rsidRPr="00E324F1">
              <w:rPr>
                <w:color w:val="000000" w:themeColor="text1"/>
                <w:sz w:val="19"/>
              </w:rPr>
              <w:t>edinebilme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Serbest zamanlarını etkin ve verimli değerlendirebilme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1. Kulüp tüzüğünün hazırlanması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Okul genelinde kulübe seçilen öğrencilerin belirlenmesi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Kulüp üyeleri ile toplantı yapılması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Kulüp temsilcisinin seçilmesi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 Yıllık Çalışma planının</w:t>
            </w:r>
            <w:r w:rsidRPr="00E324F1">
              <w:rPr>
                <w:color w:val="000000" w:themeColor="text1"/>
                <w:sz w:val="19"/>
              </w:rPr>
              <w:t xml:space="preserve"> hazırlanması</w:t>
            </w:r>
          </w:p>
        </w:tc>
      </w:tr>
      <w:tr w:rsidR="00E324F1" w:rsidRPr="00E324F1" w:rsidTr="00E324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Cumhuriyet Bayramı’nın Anlam ve Önemini Kavrayabilme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1. Cumhuriyet Bayramı’yla ilgili görsel tasarımlar yapılması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2.“Resim yapma sanatı” konulu yazı ve resimlerin kulüp panosunda sergilenmesi.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3.‘Sanat ’ konulu yazı ve resimlerin kulüp </w:t>
            </w:r>
            <w:r w:rsidRPr="00E324F1">
              <w:rPr>
                <w:color w:val="000000" w:themeColor="text1"/>
                <w:sz w:val="19"/>
              </w:rPr>
              <w:t>panosunda sergilenmesi.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Sosyal kulüple ilgili formların doldurulup değerlendirilmesi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 Belirli günler ve haftalarla ilgili çalışmaların yapılması.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6. Toplum Hizmeti Çalışmalarının belirlenmesi</w:t>
            </w:r>
          </w:p>
        </w:tc>
      </w:tr>
      <w:tr w:rsidR="00E324F1" w:rsidRPr="00E324F1" w:rsidTr="00E324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10 Kasım’ın Anlam ve Önemini Kavrayabilme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24 </w:t>
            </w:r>
            <w:r w:rsidRPr="00E324F1">
              <w:rPr>
                <w:color w:val="000000" w:themeColor="text1"/>
                <w:sz w:val="19"/>
              </w:rPr>
              <w:t>Kasım’ın Anlam ve Önemini Kavrayabilme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1. Sosyal Etkinlik Modülü hakkında bilgilendirme yapılması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Görevli öğrencilerin Sosyal Etkinlik Modülüne işlenmesi.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Sosyal Etkinlik veli izin belgelerinin alınması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Sosyal Kulüp Gönüllü katılımcı velilerin bel</w:t>
            </w:r>
            <w:r w:rsidRPr="00E324F1">
              <w:rPr>
                <w:color w:val="000000" w:themeColor="text1"/>
                <w:sz w:val="19"/>
              </w:rPr>
              <w:t>irlenmesi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5.10 Kasım Atatürk’ü Anma Gününün anlam ve önemi ile ilgili görsel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6.24 Kasım Öğretmenler Günü ile ilgili görsel tasarımların yapılması</w:t>
            </w:r>
          </w:p>
        </w:tc>
      </w:tr>
      <w:tr w:rsidR="00E324F1" w:rsidRPr="00E324F1" w:rsidTr="00E324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Kendine ve çevresindekilere güven duyabilme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1. Tutum, Yatırım ve Türk Malları ilgili görsel </w:t>
            </w:r>
            <w:r w:rsidRPr="00E324F1">
              <w:rPr>
                <w:color w:val="000000" w:themeColor="text1"/>
                <w:sz w:val="19"/>
              </w:rPr>
              <w:t>tasarımların yapılması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Görsel Sanatlar çalışmaları için gerekli yer ve malzeme eksiklerinin tamamlanması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İl ve Ülke genelinde açılan resim yarışmalarına katılım sağlanması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Belirli gün ve haftalarla ilgili yapılan resimlerin panolarda sergilenmesi</w:t>
            </w:r>
          </w:p>
        </w:tc>
      </w:tr>
      <w:tr w:rsidR="00E324F1" w:rsidRPr="00E324F1" w:rsidTr="00E324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OCAK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Grup içerisinde dayanışma ve yardımlaşma bilinci oluşturabilme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1. Çalışmaların öğrencilerde dayanışma ve yardımlaşma bilinci oluşturma ve bununla ilgili görsel tasarım yapılması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Yönetim kurulunun toplanması.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Yapılacak faaliyetlerin tartışılması</w:t>
            </w:r>
            <w:r w:rsidRPr="00E324F1">
              <w:rPr>
                <w:color w:val="000000" w:themeColor="text1"/>
                <w:sz w:val="19"/>
              </w:rPr>
              <w:t>.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Yapılacakların karara bağlanması.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 Genel kurul faaliyetlerinin gözden geçirilmesi.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6. Örnek Sanat Eserlerinin kulüp panosunda sergilenmesi.</w:t>
            </w:r>
          </w:p>
        </w:tc>
      </w:tr>
      <w:tr w:rsidR="00E324F1" w:rsidRPr="00E324F1" w:rsidTr="00E324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Çalışmalarda disiplin sağlayabilme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Sivil Savunma Gününün önemi ve anlamını kavrayabilme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1. Sivil </w:t>
            </w:r>
            <w:r w:rsidRPr="00E324F1">
              <w:rPr>
                <w:color w:val="000000" w:themeColor="text1"/>
                <w:sz w:val="19"/>
              </w:rPr>
              <w:t>Savunma Günü görsel tasarımların yapılması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Belirli gün ve haftalar konulu resim çalışmaları yaptırılması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Sosyal Etkinlik Modülü hakkında bilgilendirme yapılması ve sisteme işlenmesi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Öğrenciler tarafından tutulan Sosyal Etkinlik dosyalarının kontro</w:t>
            </w:r>
            <w:r w:rsidRPr="00E324F1">
              <w:rPr>
                <w:color w:val="000000" w:themeColor="text1"/>
                <w:sz w:val="19"/>
              </w:rPr>
              <w:t>l edilmesi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 Okul geneli tüm öğrencilere basit resim eğitimi verilmesi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6. Okul genelinde sınıflar bazında okul bahçesinde parmak boya çalışması yaptırılması</w:t>
            </w:r>
          </w:p>
        </w:tc>
      </w:tr>
      <w:tr w:rsidR="00E324F1" w:rsidRPr="00E324F1" w:rsidTr="00E324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MART</w:t>
            </w:r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Çanakkale Zaferi’nin Anlam ve Önemini Kavrayabilme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Ormanın hayatımızdaki yeri ve önemini </w:t>
            </w:r>
            <w:r w:rsidRPr="00E324F1">
              <w:rPr>
                <w:color w:val="000000" w:themeColor="text1"/>
                <w:sz w:val="19"/>
              </w:rPr>
              <w:t>kavrayabilme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1.8 Mart Şehitler Günü’nü anlam ve önemini anlatan çalışmalar yapma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Orman ile ilgili görsel tasarımların yapılması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Sosyal kulüple ilgili formların doldurulup değerlendirilmesi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Belirli günler ve haftalarla ilgili çalışmaların yapılması.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lastRenderedPageBreak/>
              <w:t>4</w:t>
            </w:r>
            <w:r w:rsidRPr="00E324F1">
              <w:rPr>
                <w:color w:val="000000" w:themeColor="text1"/>
                <w:sz w:val="19"/>
              </w:rPr>
              <w:t>. Sosyal Etkinlik Modülü hakkındabilgilendirme yapılması ve sisteme işlenmesi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 Öğrenciler tarafından tutulan Sosyal Etkinlik dosyalarının kontrol edilmesi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6. Karakalem çalışmaların yapılması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7. Kuru boya resim çalışmalarının yapılması</w:t>
            </w:r>
          </w:p>
        </w:tc>
      </w:tr>
      <w:tr w:rsidR="00E324F1" w:rsidRPr="00E324F1" w:rsidTr="00E324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lastRenderedPageBreak/>
              <w:t>NİSAN</w:t>
            </w:r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23 Nisan’ın </w:t>
            </w:r>
            <w:r w:rsidRPr="00E324F1">
              <w:rPr>
                <w:color w:val="000000" w:themeColor="text1"/>
                <w:sz w:val="19"/>
              </w:rPr>
              <w:t>Anlam ve Önemini Kavrayabilme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1.23 Nisan Ulusal Egemenlik ve Çocuk Bayramı’nın anlam ve öneminin araştırılması ve sunumu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Çocuk Bayramıyla ilgili görsel tasarımların yapılması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Öğrenciler tarafından tutulan Sosyal Etkinlik dosyalarının kontrol edilmesi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Karakalem çalışmaların yapılması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 Kuru boya resim çalışmalarının yapılması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6. Belirli gün ve haftalar konulu resim yarışmalarına katılım sağlanması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7. Belirli gün ve haftalarla ilgili yapılan resimlerin panolarda sergilenmesi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8.23 Nisan da resim serg</w:t>
            </w:r>
            <w:r w:rsidRPr="00E324F1">
              <w:rPr>
                <w:color w:val="000000" w:themeColor="text1"/>
                <w:sz w:val="19"/>
              </w:rPr>
              <w:t>isi açılması</w:t>
            </w:r>
          </w:p>
        </w:tc>
      </w:tr>
      <w:tr w:rsidR="00E324F1" w:rsidRPr="00E324F1" w:rsidTr="00E324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MAYIS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Trafik ve İlk yardımın önemini kavrayabilme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19 Mayıs’ın anlam ve önemini kavrayabilme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1. Trafik ve ilk yardım ile ilgili bireysel çalışmalar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2.19 Mayıs Atatürk’ü Anma Gençlik ve Spor 3. Bayramı’nın anlam ve önemiyle ilgili görsel </w:t>
            </w:r>
            <w:r w:rsidRPr="00E324F1">
              <w:rPr>
                <w:color w:val="000000" w:themeColor="text1"/>
                <w:sz w:val="19"/>
              </w:rPr>
              <w:t>çalışma</w:t>
            </w:r>
          </w:p>
          <w:p w:rsidR="00E76B92" w:rsidRPr="00E324F1" w:rsidRDefault="00776698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Baskı resim çalışmalarının yapılması</w:t>
            </w:r>
          </w:p>
        </w:tc>
      </w:tr>
      <w:tr w:rsidR="00E324F1" w:rsidRPr="00E324F1" w:rsidTr="00E324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76B92" w:rsidRPr="00E324F1" w:rsidRDefault="00776698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324F1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34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Bireysel olarak veya başkalarıyla iş birliği içinde çevresindeki toplumsal sorunlara ilgilenebilme ve bunların çözümüne katkı sağlayacak nitelikte projeler geliştirebilme ve uygulayabilme.</w:t>
            </w:r>
          </w:p>
        </w:tc>
        <w:tc>
          <w:tcPr>
            <w:tcW w:w="5187" w:type="dxa"/>
          </w:tcPr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 xml:space="preserve">1. Genel </w:t>
            </w:r>
            <w:r w:rsidRPr="00E324F1">
              <w:rPr>
                <w:color w:val="000000" w:themeColor="text1"/>
                <w:sz w:val="19"/>
              </w:rPr>
              <w:t>kurulun toplanması.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2. Sosyal kulüple ilgili formların doldurulup değerlendirilmesi.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3. Yıl içinde yapılan çalışmaların değerlendirilmesi.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4. Görsel Sanatlar Kulübü sene sonu raporunun hazırlanması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5. Sosyal Etkinlik Modülü hakkında bilgilendirme yapılması</w:t>
            </w:r>
            <w:r w:rsidRPr="00E324F1">
              <w:rPr>
                <w:color w:val="000000" w:themeColor="text1"/>
                <w:sz w:val="19"/>
              </w:rPr>
              <w:t xml:space="preserve"> ve sisteme işlenmesi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6. Öğrenciler tarafından tutulan Sosyal Etkinlik dosyalarının kontrol edilmesi</w:t>
            </w:r>
          </w:p>
          <w:p w:rsidR="00E76B92" w:rsidRPr="00E324F1" w:rsidRDefault="00776698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19"/>
              </w:rPr>
              <w:t>7. Yarışmalarda dereceye giren öğrencilerin ödüllendirilmesi</w:t>
            </w:r>
          </w:p>
        </w:tc>
      </w:tr>
    </w:tbl>
    <w:p w:rsidR="00E76B92" w:rsidRPr="00E324F1" w:rsidRDefault="00E76B92">
      <w:pPr>
        <w:spacing w:after="0"/>
        <w:rPr>
          <w:color w:val="000000" w:themeColor="text1"/>
        </w:rPr>
      </w:pPr>
    </w:p>
    <w:p w:rsidR="00E76B92" w:rsidRPr="00E324F1" w:rsidRDefault="00E76B92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76B92" w:rsidRPr="00E324F1">
        <w:trPr>
          <w:cantSplit/>
          <w:jc w:val="center"/>
        </w:trPr>
        <w:tc>
          <w:tcPr>
            <w:tcW w:w="2438" w:type="dxa"/>
          </w:tcPr>
          <w:p w:rsidR="00E76B92" w:rsidRPr="00E324F1" w:rsidRDefault="00776698">
            <w:pPr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21"/>
              </w:rPr>
              <w:t>……………………………</w:t>
            </w:r>
            <w:r w:rsidRPr="00E324F1">
              <w:rPr>
                <w:color w:val="000000" w:themeColor="text1"/>
                <w:sz w:val="21"/>
              </w:rPr>
              <w:br/>
            </w:r>
            <w:r w:rsidRPr="00E324F1">
              <w:rPr>
                <w:b/>
                <w:color w:val="000000" w:themeColor="text1"/>
                <w:sz w:val="20"/>
              </w:rPr>
              <w:t>Sosyal Etkinlikler Kurul Başkanı</w:t>
            </w:r>
          </w:p>
        </w:tc>
        <w:tc>
          <w:tcPr>
            <w:tcW w:w="2438" w:type="dxa"/>
          </w:tcPr>
          <w:p w:rsidR="00E76B92" w:rsidRPr="00E324F1" w:rsidRDefault="00776698">
            <w:pPr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21"/>
              </w:rPr>
              <w:t>……………………………</w:t>
            </w:r>
            <w:r w:rsidRPr="00E324F1">
              <w:rPr>
                <w:color w:val="000000" w:themeColor="text1"/>
                <w:sz w:val="21"/>
              </w:rPr>
              <w:br/>
            </w:r>
            <w:r w:rsidRPr="00E324F1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E76B92" w:rsidRPr="00E324F1" w:rsidRDefault="00776698">
            <w:pPr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21"/>
              </w:rPr>
              <w:t>……………………………</w:t>
            </w:r>
            <w:r w:rsidRPr="00E324F1">
              <w:rPr>
                <w:color w:val="000000" w:themeColor="text1"/>
                <w:sz w:val="21"/>
              </w:rPr>
              <w:br/>
            </w:r>
            <w:r w:rsidRPr="00E324F1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E76B92" w:rsidRPr="00E324F1" w:rsidRDefault="00776698">
            <w:pPr>
              <w:jc w:val="center"/>
              <w:rPr>
                <w:color w:val="000000" w:themeColor="text1"/>
              </w:rPr>
            </w:pPr>
            <w:r w:rsidRPr="00E324F1">
              <w:rPr>
                <w:color w:val="000000" w:themeColor="text1"/>
                <w:sz w:val="21"/>
              </w:rPr>
              <w:t>……………………………</w:t>
            </w:r>
            <w:r w:rsidRPr="00E324F1">
              <w:rPr>
                <w:color w:val="000000" w:themeColor="text1"/>
                <w:sz w:val="21"/>
              </w:rPr>
              <w:br/>
            </w:r>
            <w:r w:rsidRPr="00E324F1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E76B92" w:rsidRPr="00E324F1" w:rsidRDefault="00E76B92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324F1" w:rsidRPr="00E324F1">
        <w:trPr>
          <w:cantSplit/>
          <w:jc w:val="center"/>
        </w:trPr>
        <w:tc>
          <w:tcPr>
            <w:tcW w:w="9752" w:type="dxa"/>
          </w:tcPr>
          <w:p w:rsidR="00E76B92" w:rsidRPr="00E324F1" w:rsidRDefault="00776698">
            <w:pPr>
              <w:jc w:val="center"/>
              <w:rPr>
                <w:color w:val="000000" w:themeColor="text1"/>
              </w:rPr>
            </w:pPr>
            <w:r w:rsidRPr="00E324F1">
              <w:rPr>
                <w:b/>
                <w:color w:val="000000" w:themeColor="text1"/>
              </w:rPr>
              <w:t>OLUR</w:t>
            </w:r>
            <w:r w:rsidRPr="00E324F1">
              <w:rPr>
                <w:b/>
                <w:color w:val="000000" w:themeColor="text1"/>
              </w:rPr>
              <w:br/>
            </w:r>
            <w:r w:rsidRPr="00E324F1">
              <w:rPr>
                <w:color w:val="000000" w:themeColor="text1"/>
                <w:sz w:val="21"/>
              </w:rPr>
              <w:t>…… / …… / 2026</w:t>
            </w:r>
            <w:r w:rsidRPr="00E324F1">
              <w:rPr>
                <w:color w:val="000000" w:themeColor="text1"/>
                <w:sz w:val="21"/>
              </w:rPr>
              <w:br/>
            </w:r>
            <w:r w:rsidRPr="00E324F1">
              <w:rPr>
                <w:color w:val="000000" w:themeColor="text1"/>
                <w:sz w:val="21"/>
              </w:rPr>
              <w:br/>
              <w:t>……………………………</w:t>
            </w:r>
            <w:r w:rsidRPr="00E324F1">
              <w:rPr>
                <w:color w:val="000000" w:themeColor="text1"/>
                <w:sz w:val="21"/>
              </w:rPr>
              <w:br/>
            </w:r>
            <w:r w:rsidRPr="00E324F1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776698" w:rsidRPr="00E324F1" w:rsidRDefault="00776698">
      <w:pPr>
        <w:rPr>
          <w:color w:val="000000" w:themeColor="text1"/>
        </w:rPr>
      </w:pPr>
    </w:p>
    <w:sectPr w:rsidR="00776698" w:rsidRPr="00E324F1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76698"/>
    <w:rsid w:val="00AA1D8D"/>
    <w:rsid w:val="00B47730"/>
    <w:rsid w:val="00CB0664"/>
    <w:rsid w:val="00E324F1"/>
    <w:rsid w:val="00E76B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26BD01B-56D7-4D5D-A3EF-7EFDF645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E324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1FCFF92-A347-49D9-88D6-16AB5557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Görsel Sanatlar Kulübü Yıllık Çalışma Planı 2026-2027</dc:title>
  <dc:subject>yıllık çalışma planı</dc:subject>
  <dc:creator>evrakburada</dc:creator>
  <cp:keywords>sosyal kulüp, yıllık çalışma planı</cp:keywords>
  <dc:description/>
  <cp:lastModifiedBy>HP</cp:lastModifiedBy>
  <cp:revision>2</cp:revision>
  <dcterms:created xsi:type="dcterms:W3CDTF">2013-12-23T23:15:00Z</dcterms:created>
  <dcterms:modified xsi:type="dcterms:W3CDTF">2026-10-17T07:21:00Z</dcterms:modified>
  <cp:category/>
</cp:coreProperties>
</file>