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41198" w:rsidRPr="00F41198" w:rsidTr="00F411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B95ED4" w:rsidRPr="00F41198" w:rsidRDefault="00E46070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F41198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B95ED4" w:rsidRPr="00F41198" w:rsidRDefault="00E46070">
            <w:pPr>
              <w:spacing w:after="20"/>
              <w:jc w:val="center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B95ED4" w:rsidRPr="00F41198" w:rsidRDefault="00E46070">
            <w:pPr>
              <w:spacing w:after="20"/>
              <w:jc w:val="center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30"/>
              </w:rPr>
              <w:t>GÖRSEL SANATLAR KULÜBÜ</w:t>
            </w:r>
          </w:p>
          <w:p w:rsidR="00B95ED4" w:rsidRPr="00F41198" w:rsidRDefault="00E46070">
            <w:pPr>
              <w:spacing w:after="100"/>
              <w:jc w:val="center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24"/>
              </w:rPr>
              <w:t>TOPLUM HİZMETİ ÇALIŞMA PLANI</w:t>
            </w:r>
          </w:p>
        </w:tc>
      </w:tr>
    </w:tbl>
    <w:p w:rsidR="00B95ED4" w:rsidRPr="00F41198" w:rsidRDefault="00B95ED4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F41198" w:rsidRPr="00F41198" w:rsidTr="00F411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B95ED4" w:rsidRPr="00F41198" w:rsidRDefault="00E46070">
            <w:pPr>
              <w:jc w:val="center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6"/>
              </w:rPr>
              <w:t>KULÜP</w:t>
            </w:r>
            <w:r w:rsidRPr="00F41198">
              <w:rPr>
                <w:color w:val="000000" w:themeColor="text1"/>
                <w:sz w:val="16"/>
              </w:rPr>
              <w:br/>
            </w:r>
            <w:r w:rsidRPr="00F41198">
              <w:rPr>
                <w:b w:val="0"/>
                <w:color w:val="000000" w:themeColor="text1"/>
                <w:sz w:val="20"/>
              </w:rPr>
              <w:t>Görsel Sanatlar Kulübü</w:t>
            </w:r>
          </w:p>
        </w:tc>
        <w:tc>
          <w:tcPr>
            <w:tcW w:w="3251" w:type="dxa"/>
          </w:tcPr>
          <w:p w:rsidR="00B95ED4" w:rsidRPr="00F41198" w:rsidRDefault="00E460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6"/>
              </w:rPr>
              <w:t>DANIŞMAN ÖĞRETMEN</w:t>
            </w:r>
            <w:r w:rsidRPr="00F41198">
              <w:rPr>
                <w:color w:val="000000" w:themeColor="text1"/>
                <w:sz w:val="16"/>
              </w:rPr>
              <w:br/>
            </w:r>
            <w:r w:rsidRPr="00F41198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B95ED4" w:rsidRPr="00F41198" w:rsidRDefault="00E460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6"/>
              </w:rPr>
              <w:t>EĞİTİM-ÖĞRETİM YILI</w:t>
            </w:r>
            <w:r w:rsidRPr="00F41198">
              <w:rPr>
                <w:color w:val="000000" w:themeColor="text1"/>
                <w:sz w:val="16"/>
              </w:rPr>
              <w:br/>
            </w:r>
            <w:r w:rsidRPr="00F41198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B95ED4" w:rsidRPr="00F41198" w:rsidRDefault="00B95ED4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77"/>
        <w:gridCol w:w="629"/>
        <w:gridCol w:w="4552"/>
        <w:gridCol w:w="1650"/>
        <w:gridCol w:w="1979"/>
      </w:tblGrid>
      <w:tr w:rsidR="00F41198" w:rsidRPr="00F41198" w:rsidTr="00F411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95ED4" w:rsidRPr="00F41198" w:rsidRDefault="00E46070">
            <w:pPr>
              <w:jc w:val="center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AY</w:t>
            </w:r>
          </w:p>
        </w:tc>
        <w:tc>
          <w:tcPr>
            <w:tcW w:w="493" w:type="dxa"/>
          </w:tcPr>
          <w:p w:rsidR="00B95ED4" w:rsidRPr="00F41198" w:rsidRDefault="00E460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SÜRE</w:t>
            </w:r>
          </w:p>
        </w:tc>
        <w:tc>
          <w:tcPr>
            <w:tcW w:w="4552" w:type="dxa"/>
          </w:tcPr>
          <w:p w:rsidR="00B95ED4" w:rsidRPr="00F41198" w:rsidRDefault="00E460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YAPILACAK ETKİNLİKLER</w:t>
            </w:r>
          </w:p>
        </w:tc>
        <w:tc>
          <w:tcPr>
            <w:tcW w:w="1650" w:type="dxa"/>
          </w:tcPr>
          <w:p w:rsidR="00B95ED4" w:rsidRPr="00F41198" w:rsidRDefault="00E460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KATILANLAR</w:t>
            </w:r>
          </w:p>
        </w:tc>
        <w:tc>
          <w:tcPr>
            <w:tcW w:w="1979" w:type="dxa"/>
          </w:tcPr>
          <w:p w:rsidR="00B95ED4" w:rsidRPr="00F41198" w:rsidRDefault="00E460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 xml:space="preserve">BELİRLİ GÜN VE </w:t>
            </w:r>
            <w:r w:rsidRPr="00F41198">
              <w:rPr>
                <w:color w:val="000000" w:themeColor="text1"/>
                <w:sz w:val="17"/>
              </w:rPr>
              <w:t>HAFTALAR</w:t>
            </w:r>
          </w:p>
        </w:tc>
      </w:tr>
      <w:tr w:rsidR="00F41198" w:rsidRPr="00F41198" w:rsidTr="00F411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95ED4" w:rsidRPr="00F41198" w:rsidRDefault="00E4607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41198">
              <w:rPr>
                <w:color w:val="000000" w:themeColor="text1"/>
                <w:sz w:val="17"/>
              </w:rPr>
              <w:t>EKİM</w:t>
            </w:r>
            <w:proofErr w:type="spellEnd"/>
          </w:p>
        </w:tc>
        <w:tc>
          <w:tcPr>
            <w:tcW w:w="493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552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Okulu ve çevresinin güzelleştirilmesi, bakım ve onarımının yaptırılması yönünde çalışmalar yapmak</w:t>
            </w:r>
          </w:p>
        </w:tc>
        <w:tc>
          <w:tcPr>
            <w:tcW w:w="1650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Görsel sanatlar kulübü öğrencileri</w:t>
            </w:r>
          </w:p>
        </w:tc>
        <w:tc>
          <w:tcPr>
            <w:tcW w:w="1979" w:type="dxa"/>
          </w:tcPr>
          <w:p w:rsidR="00B95ED4" w:rsidRPr="00F41198" w:rsidRDefault="00B95E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41198" w:rsidRPr="00F41198" w:rsidTr="00F411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95ED4" w:rsidRPr="00F41198" w:rsidRDefault="00E4607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41198">
              <w:rPr>
                <w:color w:val="000000" w:themeColor="text1"/>
                <w:sz w:val="17"/>
              </w:rPr>
              <w:t>KASIM</w:t>
            </w:r>
            <w:proofErr w:type="spellEnd"/>
          </w:p>
        </w:tc>
        <w:tc>
          <w:tcPr>
            <w:tcW w:w="493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552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Toplum kurallarına uyması için öğrencileri ve halkı bilinçlendirmek</w:t>
            </w:r>
          </w:p>
        </w:tc>
        <w:tc>
          <w:tcPr>
            <w:tcW w:w="1650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 xml:space="preserve">Görsel sanatlar </w:t>
            </w:r>
            <w:r w:rsidRPr="00F41198">
              <w:rPr>
                <w:color w:val="000000" w:themeColor="text1"/>
                <w:sz w:val="17"/>
              </w:rPr>
              <w:t>kulübü öğrencileri</w:t>
            </w:r>
          </w:p>
        </w:tc>
        <w:tc>
          <w:tcPr>
            <w:tcW w:w="1979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Atatürk Haftası</w:t>
            </w:r>
          </w:p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(10-16 Kasım)</w:t>
            </w:r>
          </w:p>
        </w:tc>
      </w:tr>
      <w:tr w:rsidR="00F41198" w:rsidRPr="00F41198" w:rsidTr="00F411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95ED4" w:rsidRPr="00F41198" w:rsidRDefault="00E4607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41198">
              <w:rPr>
                <w:color w:val="000000" w:themeColor="text1"/>
                <w:sz w:val="17"/>
              </w:rPr>
              <w:t>ARALIK</w:t>
            </w:r>
            <w:proofErr w:type="spellEnd"/>
          </w:p>
        </w:tc>
        <w:tc>
          <w:tcPr>
            <w:tcW w:w="493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552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Sanatın sağlığımız üzerindeki etkileri ve sağlıklı yaşama etkileri konulu öğrencilere bilgi verilmesi.</w:t>
            </w:r>
          </w:p>
        </w:tc>
        <w:tc>
          <w:tcPr>
            <w:tcW w:w="1650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Görsel sanatlar kulübü öğrencileri</w:t>
            </w:r>
          </w:p>
        </w:tc>
        <w:tc>
          <w:tcPr>
            <w:tcW w:w="1979" w:type="dxa"/>
          </w:tcPr>
          <w:p w:rsidR="00B95ED4" w:rsidRPr="00F41198" w:rsidRDefault="00B95E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41198" w:rsidRPr="00F41198" w:rsidTr="00F411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95ED4" w:rsidRPr="00F41198" w:rsidRDefault="00E4607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41198">
              <w:rPr>
                <w:color w:val="000000" w:themeColor="text1"/>
                <w:sz w:val="17"/>
              </w:rPr>
              <w:t>OCAK</w:t>
            </w:r>
            <w:proofErr w:type="spellEnd"/>
          </w:p>
        </w:tc>
        <w:tc>
          <w:tcPr>
            <w:tcW w:w="493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552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 xml:space="preserve">Öğrencilere sağlık ve temizlik konuları </w:t>
            </w:r>
            <w:r w:rsidRPr="00F41198">
              <w:rPr>
                <w:color w:val="000000" w:themeColor="text1"/>
                <w:sz w:val="17"/>
              </w:rPr>
              <w:t>ile ilgili bilgi verilerek temizliğin öneminin kavratılması.</w:t>
            </w:r>
          </w:p>
        </w:tc>
        <w:tc>
          <w:tcPr>
            <w:tcW w:w="1650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Görsel sanatlar kulübü öğrencileri</w:t>
            </w:r>
          </w:p>
        </w:tc>
        <w:tc>
          <w:tcPr>
            <w:tcW w:w="1979" w:type="dxa"/>
          </w:tcPr>
          <w:p w:rsidR="00B95ED4" w:rsidRPr="00F41198" w:rsidRDefault="00B95E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41198" w:rsidRPr="00F41198" w:rsidTr="00F411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95ED4" w:rsidRPr="00F41198" w:rsidRDefault="00E4607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41198">
              <w:rPr>
                <w:color w:val="000000" w:themeColor="text1"/>
                <w:sz w:val="17"/>
              </w:rPr>
              <w:t>ŞUBAT</w:t>
            </w:r>
            <w:proofErr w:type="spellEnd"/>
          </w:p>
        </w:tc>
        <w:tc>
          <w:tcPr>
            <w:tcW w:w="493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552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 xml:space="preserve">Okul bahçesini, çevreyi, boş arazi ve alanları ağaçlandırmak, erozyonla mücadele etmek, yok olmaya yüz tutmuş bitki türlerini korumak ve </w:t>
            </w:r>
            <w:r w:rsidRPr="00F41198">
              <w:rPr>
                <w:color w:val="000000" w:themeColor="text1"/>
                <w:sz w:val="17"/>
              </w:rPr>
              <w:t>yetiştirmek için çalışmalar yapmak.</w:t>
            </w:r>
          </w:p>
        </w:tc>
        <w:tc>
          <w:tcPr>
            <w:tcW w:w="1650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Görsel sanatlar kulübü öğrencileri</w:t>
            </w:r>
          </w:p>
        </w:tc>
        <w:tc>
          <w:tcPr>
            <w:tcW w:w="1979" w:type="dxa"/>
          </w:tcPr>
          <w:p w:rsidR="00B95ED4" w:rsidRPr="00F41198" w:rsidRDefault="00B95E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41198" w:rsidRPr="00F41198" w:rsidTr="00F411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95ED4" w:rsidRPr="00F41198" w:rsidRDefault="00E46070">
            <w:pPr>
              <w:spacing w:after="20"/>
              <w:jc w:val="center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MART</w:t>
            </w:r>
          </w:p>
        </w:tc>
        <w:tc>
          <w:tcPr>
            <w:tcW w:w="493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552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Okul tuvalet ve lavabolarının sağlık açısından daha temiz ve düzenli kullanılması için bilgilendirme.</w:t>
            </w:r>
          </w:p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Atatürk’ün sanat anlayışı hakkında bilgi.</w:t>
            </w:r>
          </w:p>
        </w:tc>
        <w:tc>
          <w:tcPr>
            <w:tcW w:w="1650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 xml:space="preserve">Görsel sanatlar kulübü </w:t>
            </w:r>
            <w:r w:rsidRPr="00F41198">
              <w:rPr>
                <w:color w:val="000000" w:themeColor="text1"/>
                <w:sz w:val="17"/>
              </w:rPr>
              <w:t>öğrencileri</w:t>
            </w:r>
          </w:p>
        </w:tc>
        <w:tc>
          <w:tcPr>
            <w:tcW w:w="1979" w:type="dxa"/>
          </w:tcPr>
          <w:p w:rsidR="00B95ED4" w:rsidRPr="00F41198" w:rsidRDefault="00B95E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41198" w:rsidRPr="00F41198" w:rsidTr="00F411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95ED4" w:rsidRPr="00F41198" w:rsidRDefault="00E46070">
            <w:pPr>
              <w:spacing w:after="20"/>
              <w:jc w:val="center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NİSAN</w:t>
            </w:r>
          </w:p>
        </w:tc>
        <w:tc>
          <w:tcPr>
            <w:tcW w:w="493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552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Okulumuzun geçmiş ve şimdiki sportif başarılarını bir dergi veya sanat sayfası hazırlayarak çevreye duyurmak</w:t>
            </w:r>
          </w:p>
        </w:tc>
        <w:tc>
          <w:tcPr>
            <w:tcW w:w="1650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Görsel sanatlar kulübü öğrencileri</w:t>
            </w:r>
          </w:p>
        </w:tc>
        <w:tc>
          <w:tcPr>
            <w:tcW w:w="1979" w:type="dxa"/>
          </w:tcPr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Ulusal Egemenlik ve Çocuk Bayramı</w:t>
            </w:r>
          </w:p>
          <w:p w:rsidR="00B95ED4" w:rsidRPr="00F41198" w:rsidRDefault="00E4607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(23 Nisan)</w:t>
            </w:r>
          </w:p>
        </w:tc>
      </w:tr>
      <w:tr w:rsidR="00F41198" w:rsidRPr="00F41198" w:rsidTr="00F411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95ED4" w:rsidRPr="00F41198" w:rsidRDefault="00E4607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41198">
              <w:rPr>
                <w:color w:val="000000" w:themeColor="text1"/>
                <w:sz w:val="17"/>
              </w:rPr>
              <w:t>MAYIS</w:t>
            </w:r>
            <w:proofErr w:type="spellEnd"/>
          </w:p>
        </w:tc>
        <w:tc>
          <w:tcPr>
            <w:tcW w:w="493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552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Sosyal hizmet amaçlı sivil</w:t>
            </w:r>
            <w:r w:rsidRPr="00F41198">
              <w:rPr>
                <w:color w:val="000000" w:themeColor="text1"/>
                <w:sz w:val="17"/>
              </w:rPr>
              <w:t xml:space="preserve"> toplum kuruluşlarının çalışmalarına destek sağlamak</w:t>
            </w:r>
          </w:p>
        </w:tc>
        <w:tc>
          <w:tcPr>
            <w:tcW w:w="1650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Görsel sanatlar kulübü öğrencileri</w:t>
            </w:r>
          </w:p>
        </w:tc>
        <w:tc>
          <w:tcPr>
            <w:tcW w:w="1979" w:type="dxa"/>
          </w:tcPr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Müzeler Haftası</w:t>
            </w:r>
          </w:p>
          <w:p w:rsidR="00B95ED4" w:rsidRPr="00F41198" w:rsidRDefault="00E4607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17"/>
              </w:rPr>
              <w:t>(18-24 Mayıs)</w:t>
            </w:r>
          </w:p>
        </w:tc>
      </w:tr>
    </w:tbl>
    <w:p w:rsidR="00B95ED4" w:rsidRPr="00F41198" w:rsidRDefault="00B95ED4">
      <w:pPr>
        <w:spacing w:after="0"/>
        <w:rPr>
          <w:color w:val="000000" w:themeColor="text1"/>
        </w:rPr>
      </w:pPr>
    </w:p>
    <w:p w:rsidR="00B95ED4" w:rsidRPr="00F41198" w:rsidRDefault="00E46070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41198">
        <w:rPr>
          <w:b/>
          <w:color w:val="000000" w:themeColor="text1"/>
        </w:rPr>
        <w:t>Notlar</w:t>
      </w:r>
    </w:p>
    <w:p w:rsidR="00B95ED4" w:rsidRPr="00F41198" w:rsidRDefault="00E4607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41198">
        <w:rPr>
          <w:b/>
          <w:color w:val="000000" w:themeColor="text1"/>
          <w:sz w:val="19"/>
        </w:rPr>
        <w:t>1.</w:t>
      </w:r>
      <w:r w:rsidRPr="00F41198">
        <w:rPr>
          <w:b/>
          <w:color w:val="000000" w:themeColor="text1"/>
          <w:sz w:val="19"/>
        </w:rPr>
        <w:tab/>
      </w:r>
      <w:r w:rsidRPr="00F41198">
        <w:rPr>
          <w:color w:val="000000" w:themeColor="text1"/>
          <w:sz w:val="19"/>
        </w:rPr>
        <w:t>Toplum hizmeti çevreyi rahatsız etmeyecek şekilde yapılacaktır.</w:t>
      </w:r>
    </w:p>
    <w:p w:rsidR="00B95ED4" w:rsidRPr="00F41198" w:rsidRDefault="00E4607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41198">
        <w:rPr>
          <w:b/>
          <w:color w:val="000000" w:themeColor="text1"/>
          <w:sz w:val="19"/>
        </w:rPr>
        <w:t>2.</w:t>
      </w:r>
      <w:r w:rsidRPr="00F41198">
        <w:rPr>
          <w:b/>
          <w:color w:val="000000" w:themeColor="text1"/>
          <w:sz w:val="19"/>
        </w:rPr>
        <w:tab/>
      </w:r>
      <w:r w:rsidRPr="00F41198">
        <w:rPr>
          <w:color w:val="000000" w:themeColor="text1"/>
          <w:sz w:val="19"/>
        </w:rPr>
        <w:t>Değişik bent:.</w:t>
      </w:r>
    </w:p>
    <w:p w:rsidR="00B95ED4" w:rsidRPr="00F41198" w:rsidRDefault="00E4607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41198">
        <w:rPr>
          <w:b/>
          <w:color w:val="000000" w:themeColor="text1"/>
          <w:sz w:val="19"/>
        </w:rPr>
        <w:t>3.</w:t>
      </w:r>
      <w:r w:rsidRPr="00F41198">
        <w:rPr>
          <w:b/>
          <w:color w:val="000000" w:themeColor="text1"/>
          <w:sz w:val="19"/>
        </w:rPr>
        <w:tab/>
      </w:r>
      <w:r w:rsidRPr="00F41198">
        <w:rPr>
          <w:color w:val="000000" w:themeColor="text1"/>
          <w:sz w:val="19"/>
        </w:rPr>
        <w:t xml:space="preserve">2008/26804 RG) Öğrenciler, ilköğretimin </w:t>
      </w:r>
      <w:r w:rsidRPr="00F41198">
        <w:rPr>
          <w:color w:val="000000" w:themeColor="text1"/>
          <w:sz w:val="19"/>
        </w:rPr>
        <w:t>1, 2 ve 3 üncü sınıflarında yılda 5 saat; 4, 5, 6, 7 ve 8 inci sınıflarında 10 saat; ortaöğretim kurumlarının hazırlık sınıfları dâhil tüm sınıflarında 15 saatten az olmamak üzere ders yılı başında yapılan öğretmenler kurulunca belirlenen toplum hizmeti ça</w:t>
      </w:r>
      <w:r w:rsidRPr="00F41198">
        <w:rPr>
          <w:color w:val="000000" w:themeColor="text1"/>
          <w:sz w:val="19"/>
        </w:rPr>
        <w:t>lışmalarına katılırlar.</w:t>
      </w:r>
    </w:p>
    <w:p w:rsidR="00B95ED4" w:rsidRPr="00F41198" w:rsidRDefault="00E4607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41198">
        <w:rPr>
          <w:b/>
          <w:color w:val="000000" w:themeColor="text1"/>
          <w:sz w:val="19"/>
        </w:rPr>
        <w:t>4.</w:t>
      </w:r>
      <w:r w:rsidRPr="00F41198">
        <w:rPr>
          <w:b/>
          <w:color w:val="000000" w:themeColor="text1"/>
          <w:sz w:val="19"/>
        </w:rPr>
        <w:tab/>
      </w:r>
      <w:r w:rsidRPr="00F41198">
        <w:rPr>
          <w:color w:val="000000" w:themeColor="text1"/>
          <w:sz w:val="19"/>
        </w:rPr>
        <w:t>Toplum Hizmeti çalışmaları için öğrenci velilerinden izin belgesi alınacaktır.</w:t>
      </w:r>
    </w:p>
    <w:p w:rsidR="00B95ED4" w:rsidRPr="00F41198" w:rsidRDefault="00B95ED4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B95ED4" w:rsidRPr="00F41198">
        <w:trPr>
          <w:cantSplit/>
          <w:jc w:val="center"/>
        </w:trPr>
        <w:tc>
          <w:tcPr>
            <w:tcW w:w="9752" w:type="dxa"/>
          </w:tcPr>
          <w:p w:rsidR="00B95ED4" w:rsidRPr="00F41198" w:rsidRDefault="00E46070">
            <w:pPr>
              <w:jc w:val="center"/>
              <w:rPr>
                <w:color w:val="000000" w:themeColor="text1"/>
              </w:rPr>
            </w:pPr>
            <w:r w:rsidRPr="00F41198">
              <w:rPr>
                <w:color w:val="000000" w:themeColor="text1"/>
                <w:sz w:val="21"/>
              </w:rPr>
              <w:t>……………………………</w:t>
            </w:r>
            <w:r w:rsidRPr="00F41198">
              <w:rPr>
                <w:color w:val="000000" w:themeColor="text1"/>
                <w:sz w:val="21"/>
              </w:rPr>
              <w:br/>
            </w:r>
            <w:r w:rsidRPr="00F41198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B95ED4" w:rsidRPr="00F41198" w:rsidRDefault="00B95ED4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41198" w:rsidRPr="00F41198">
        <w:trPr>
          <w:cantSplit/>
          <w:jc w:val="center"/>
        </w:trPr>
        <w:tc>
          <w:tcPr>
            <w:tcW w:w="9752" w:type="dxa"/>
          </w:tcPr>
          <w:p w:rsidR="00B95ED4" w:rsidRPr="00F41198" w:rsidRDefault="00E46070">
            <w:pPr>
              <w:jc w:val="center"/>
              <w:rPr>
                <w:color w:val="000000" w:themeColor="text1"/>
              </w:rPr>
            </w:pPr>
            <w:r w:rsidRPr="00F41198">
              <w:rPr>
                <w:b/>
                <w:color w:val="000000" w:themeColor="text1"/>
              </w:rPr>
              <w:t>UYGUNDUR</w:t>
            </w:r>
            <w:r w:rsidRPr="00F41198">
              <w:rPr>
                <w:b/>
                <w:color w:val="000000" w:themeColor="text1"/>
              </w:rPr>
              <w:br/>
            </w:r>
            <w:r w:rsidRPr="00F41198">
              <w:rPr>
                <w:color w:val="000000" w:themeColor="text1"/>
                <w:sz w:val="21"/>
              </w:rPr>
              <w:t>…… / …… / 2026</w:t>
            </w:r>
            <w:r w:rsidRPr="00F41198">
              <w:rPr>
                <w:color w:val="000000" w:themeColor="text1"/>
                <w:sz w:val="21"/>
              </w:rPr>
              <w:br/>
            </w:r>
            <w:r w:rsidRPr="00F41198">
              <w:rPr>
                <w:color w:val="000000" w:themeColor="text1"/>
                <w:sz w:val="21"/>
              </w:rPr>
              <w:br/>
              <w:t>……………………………</w:t>
            </w:r>
            <w:r w:rsidRPr="00F41198">
              <w:rPr>
                <w:color w:val="000000" w:themeColor="text1"/>
                <w:sz w:val="21"/>
              </w:rPr>
              <w:br/>
            </w:r>
            <w:r w:rsidRPr="00F41198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E46070" w:rsidRPr="00F41198" w:rsidRDefault="00E46070">
      <w:pPr>
        <w:rPr>
          <w:color w:val="000000" w:themeColor="text1"/>
        </w:rPr>
      </w:pPr>
    </w:p>
    <w:sectPr w:rsidR="00E46070" w:rsidRPr="00F41198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B95ED4"/>
    <w:rsid w:val="00CB0664"/>
    <w:rsid w:val="00E46070"/>
    <w:rsid w:val="00F4119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DC3C403-7385-4278-95F5-65D8F5317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F4119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B576487-C31F-4BFD-BD20-9FA31C985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Görsel Sanatlar Kulübü Toplum Hizmeti Çalışma Planı 2026-2027</dc:title>
  <dc:subject>toplum hizmeti çalışma planı</dc:subject>
  <dc:creator>evrakburada</dc:creator>
  <cp:keywords>sosyal kulüp, toplum hizmeti çalışma planı</cp:keywords>
  <dc:description/>
  <cp:lastModifiedBy>HP</cp:lastModifiedBy>
  <cp:revision>2</cp:revision>
  <dcterms:created xsi:type="dcterms:W3CDTF">2013-12-23T23:15:00Z</dcterms:created>
  <dcterms:modified xsi:type="dcterms:W3CDTF">2026-10-17T07:19:00Z</dcterms:modified>
  <cp:category/>
</cp:coreProperties>
</file>