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2F6358" w:rsidRPr="00A930F6" w:rsidRDefault="00EC23A2">
            <w:pPr>
              <w:spacing w:before="100" w:after="20"/>
              <w:jc w:val="center"/>
              <w:rPr>
                <w:color w:val="000000" w:themeColor="text1"/>
              </w:rPr>
            </w:pPr>
            <w:bookmarkStart w:id="0" w:name="_GoBack"/>
            <w:r w:rsidRPr="00A930F6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30"/>
              </w:rPr>
              <w:t>GÖRSEL SANATLAR KULÜBÜ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4"/>
              </w:rPr>
              <w:t>AYLIK ÇALIŞMA RAPORU</w:t>
            </w:r>
          </w:p>
          <w:p w:rsidR="002F6358" w:rsidRPr="00A930F6" w:rsidRDefault="00EC23A2">
            <w:pPr>
              <w:spacing w:after="100"/>
              <w:jc w:val="center"/>
              <w:rPr>
                <w:color w:val="000000" w:themeColor="text1"/>
              </w:rPr>
            </w:pPr>
            <w:r w:rsidRPr="00A930F6">
              <w:rPr>
                <w:b w:val="0"/>
                <w:color w:val="000000" w:themeColor="text1"/>
                <w:sz w:val="21"/>
              </w:rPr>
              <w:t>( EYLÜL-EKİM )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RAPOR NO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1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AY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EYLÜL-EKİM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RAPOR TARİHİ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…… / …… / 2026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DANIŞMAN ÖĞRETMEN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 xml:space="preserve">Kulüp tüzüğü </w:t>
            </w:r>
            <w:r w:rsidRPr="00A930F6">
              <w:rPr>
                <w:color w:val="000000" w:themeColor="text1"/>
                <w:sz w:val="20"/>
              </w:rPr>
              <w:t>hazırlanması.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Okul genelinde kulübe öğrenci seçimi yapılması.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Genel kurul toplanma tarihi belirlenmesi.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Belirlenen tarihte gene kurul toplantısı yapılması.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Yönetim kurulu seçilmesi.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Denetleme kurulu belirlenmesi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 xml:space="preserve">Kulüp faaliyetleri kapsamında </w:t>
            </w:r>
            <w:r w:rsidRPr="00A930F6">
              <w:rPr>
                <w:color w:val="000000" w:themeColor="text1"/>
                <w:sz w:val="20"/>
              </w:rPr>
              <w:t>neler yapılacağı belirlenmesi.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Sosyal kulüp panosu hazırlanması.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Cumhuriyet Bayramı’yla ilgili görsel tasarımlar yapılması.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“Resim yapma sanatı” konulu yazı ve resimlerin kulüp panosunda sergilenmesi.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 xml:space="preserve">Sanat ’ konulu yazı ve resimlerin kulüp </w:t>
            </w:r>
            <w:r w:rsidRPr="00A930F6">
              <w:rPr>
                <w:color w:val="000000" w:themeColor="text1"/>
                <w:sz w:val="20"/>
              </w:rPr>
              <w:t>panosunda sergilenmesi.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Sosyal kulüple ilgili formların doldurulup değerlendirilmesi.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Belirli günler ve haftalarla ilgili çalışmaların yapılması.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Toplum Hizmeti Çalışmalarının belirlenmesi.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p w:rsidR="002F6358" w:rsidRPr="00A930F6" w:rsidRDefault="00EC23A2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A930F6">
        <w:rPr>
          <w:b/>
          <w:color w:val="000000" w:themeColor="text1"/>
          <w:sz w:val="23"/>
        </w:rPr>
        <w:t>Alınan Sonuçlar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1.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Kulüp tüzüğü hazırlandı.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2.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 xml:space="preserve">Okul </w:t>
      </w:r>
      <w:r w:rsidRPr="00A930F6">
        <w:rPr>
          <w:color w:val="000000" w:themeColor="text1"/>
          <w:sz w:val="21"/>
        </w:rPr>
        <w:t>genelinde kulübe öğrenci seçimi yapıldı.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3.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Genel kurul toplanma tarihi belirlendi.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4.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Belirlenen tarihte gene kurul toplantısı yapıldı.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5.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Yönetim kurulu seçildi.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6.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Denetleme kurulu belirlendi.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7.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Kulüp faaliyetleri kapsamında neler yapılacağı belirlendi</w:t>
      </w:r>
      <w:r w:rsidRPr="00A930F6">
        <w:rPr>
          <w:color w:val="000000" w:themeColor="text1"/>
          <w:sz w:val="21"/>
        </w:rPr>
        <w:t>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8.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Sosyal kulüp panosu hazırlandı.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9.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Cumhuriyet Bayramı’yla ilgili görsel tasarımlar yapıldı.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10.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“Resim yapma sanatı” konulu yazı ve resimlerin kulüp panosunda sergilendi.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11.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Sanat ’ konulu yazı ve resimlerin kulüp panosunda sergilendi.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12.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Sosyal kul</w:t>
      </w:r>
      <w:r w:rsidRPr="00A930F6">
        <w:rPr>
          <w:color w:val="000000" w:themeColor="text1"/>
          <w:sz w:val="21"/>
        </w:rPr>
        <w:t>üple ilgili formların doldurulup değerlendirildi.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13.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Belirli günler ve haftalarla ilgili çalışmaların yapıldı.</w:t>
      </w:r>
    </w:p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2F6358" w:rsidRPr="00A930F6">
        <w:trPr>
          <w:cantSplit/>
          <w:jc w:val="center"/>
        </w:trPr>
        <w:tc>
          <w:tcPr>
            <w:tcW w:w="9752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1"/>
              </w:rPr>
              <w:t>……………………………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A930F6" w:rsidRPr="00A930F6">
        <w:trPr>
          <w:cantSplit/>
          <w:jc w:val="center"/>
        </w:trPr>
        <w:tc>
          <w:tcPr>
            <w:tcW w:w="9752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b/>
                <w:color w:val="000000" w:themeColor="text1"/>
              </w:rPr>
              <w:lastRenderedPageBreak/>
              <w:t>UYGUNDUR</w:t>
            </w:r>
            <w:r w:rsidRPr="00A930F6">
              <w:rPr>
                <w:b/>
                <w:color w:val="000000" w:themeColor="text1"/>
              </w:rPr>
              <w:br/>
            </w:r>
            <w:r w:rsidRPr="00A930F6">
              <w:rPr>
                <w:color w:val="000000" w:themeColor="text1"/>
                <w:sz w:val="21"/>
              </w:rPr>
              <w:t>…… / …… / 2026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color w:val="000000" w:themeColor="text1"/>
                <w:sz w:val="21"/>
              </w:rPr>
              <w:br/>
              <w:t>……………………………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2F6358" w:rsidRPr="00A930F6" w:rsidRDefault="00EC23A2">
      <w:pPr>
        <w:spacing w:after="0"/>
        <w:rPr>
          <w:color w:val="000000" w:themeColor="text1"/>
        </w:rPr>
      </w:pPr>
      <w:r w:rsidRPr="00A930F6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2F6358" w:rsidRPr="00A930F6" w:rsidRDefault="00EC23A2">
            <w:pPr>
              <w:spacing w:before="100" w:after="20"/>
              <w:jc w:val="center"/>
              <w:rPr>
                <w:color w:val="000000" w:themeColor="text1"/>
              </w:rPr>
            </w:pPr>
            <w:r w:rsidRPr="00A930F6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30"/>
              </w:rPr>
              <w:t xml:space="preserve">GÖRSEL </w:t>
            </w:r>
            <w:r w:rsidRPr="00A930F6">
              <w:rPr>
                <w:color w:val="000000" w:themeColor="text1"/>
                <w:sz w:val="30"/>
              </w:rPr>
              <w:t>SANATLAR KULÜBÜ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4"/>
              </w:rPr>
              <w:t>AYLIK ÇALIŞMA RAPORU</w:t>
            </w:r>
          </w:p>
          <w:p w:rsidR="002F6358" w:rsidRPr="00A930F6" w:rsidRDefault="00EC23A2">
            <w:pPr>
              <w:spacing w:after="100"/>
              <w:jc w:val="center"/>
              <w:rPr>
                <w:color w:val="000000" w:themeColor="text1"/>
              </w:rPr>
            </w:pPr>
            <w:r w:rsidRPr="00A930F6">
              <w:rPr>
                <w:b w:val="0"/>
                <w:color w:val="000000" w:themeColor="text1"/>
                <w:sz w:val="21"/>
              </w:rPr>
              <w:t>( KASIM )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RAPOR NO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2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AY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KASIM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RAPOR TARİHİ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…… / …… / 2026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DANIŞMAN ÖĞRETMEN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Sosyal Etkinlik Modülü hakkında bilgilendirme yapılması.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 xml:space="preserve">Görevli öğrencilerin Sosyal </w:t>
            </w:r>
            <w:r w:rsidRPr="00A930F6">
              <w:rPr>
                <w:color w:val="000000" w:themeColor="text1"/>
                <w:sz w:val="20"/>
              </w:rPr>
              <w:t>Etkinlik Modülüne işlenmesi.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Sosyal Etkinlik veli izin belgelerinin alınması.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Sosyal Kulüp Gönüllü katılımcı velilerin belirlenmesi.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Belirli günler ve haftalarla ilgili çalışmaların yapılması.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 xml:space="preserve">24 Kasım Öğretmenler Günü ile ilgili görsel tasarımlar </w:t>
            </w:r>
            <w:r w:rsidRPr="00A930F6">
              <w:rPr>
                <w:color w:val="000000" w:themeColor="text1"/>
                <w:sz w:val="20"/>
              </w:rPr>
              <w:t>yapılması.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p w:rsidR="002F6358" w:rsidRPr="00A930F6" w:rsidRDefault="00EC23A2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A930F6">
        <w:rPr>
          <w:b/>
          <w:color w:val="000000" w:themeColor="text1"/>
          <w:sz w:val="23"/>
        </w:rPr>
        <w:t>Alınan Sonuçlar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1.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Sosyal Etkinlik Modülü hakkında bilgilendirme yapıldı.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2.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Görevli öğrencilerin Sosyal Etkinlik Modülüne işlendi.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3.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Sosyal Etkinlik veli izin belgelerinin alındı.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4.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Sosyal Kulüp Gönüllü katılımcı velilerin belirlendi.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5.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Belirli günler ve haftalarla ilgili çalışmaların yapıldı.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6.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24 Kasım Öğretmenler Günü ile ilgili görsel tasarımlar yapıldı.</w:t>
      </w:r>
    </w:p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2F6358" w:rsidRPr="00A930F6">
        <w:trPr>
          <w:cantSplit/>
          <w:jc w:val="center"/>
        </w:trPr>
        <w:tc>
          <w:tcPr>
            <w:tcW w:w="9752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1"/>
              </w:rPr>
              <w:t>……………………………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A930F6" w:rsidRPr="00A930F6">
        <w:trPr>
          <w:cantSplit/>
          <w:jc w:val="center"/>
        </w:trPr>
        <w:tc>
          <w:tcPr>
            <w:tcW w:w="9752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b/>
                <w:color w:val="000000" w:themeColor="text1"/>
              </w:rPr>
              <w:t>UYGUNDUR</w:t>
            </w:r>
            <w:r w:rsidRPr="00A930F6">
              <w:rPr>
                <w:b/>
                <w:color w:val="000000" w:themeColor="text1"/>
              </w:rPr>
              <w:br/>
            </w:r>
            <w:r w:rsidRPr="00A930F6">
              <w:rPr>
                <w:color w:val="000000" w:themeColor="text1"/>
                <w:sz w:val="21"/>
              </w:rPr>
              <w:t>…… / …… / 2026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color w:val="000000" w:themeColor="text1"/>
                <w:sz w:val="21"/>
              </w:rPr>
              <w:br/>
              <w:t>……………………………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2F6358" w:rsidRPr="00A930F6" w:rsidRDefault="00EC23A2">
      <w:pPr>
        <w:spacing w:after="0"/>
        <w:rPr>
          <w:color w:val="000000" w:themeColor="text1"/>
        </w:rPr>
      </w:pPr>
      <w:r w:rsidRPr="00A930F6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2F6358" w:rsidRPr="00A930F6" w:rsidRDefault="00EC23A2">
            <w:pPr>
              <w:spacing w:before="100" w:after="20"/>
              <w:jc w:val="center"/>
              <w:rPr>
                <w:color w:val="000000" w:themeColor="text1"/>
              </w:rPr>
            </w:pPr>
            <w:r w:rsidRPr="00A930F6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6"/>
              </w:rPr>
              <w:t xml:space="preserve">……………………………………… </w:t>
            </w:r>
            <w:r w:rsidRPr="00A930F6">
              <w:rPr>
                <w:color w:val="000000" w:themeColor="text1"/>
                <w:sz w:val="26"/>
              </w:rPr>
              <w:t>OKULU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30"/>
              </w:rPr>
              <w:t>GÖRSEL SANATLAR KULÜBÜ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4"/>
              </w:rPr>
              <w:t>AYLIK ÇALIŞMA RAPORU</w:t>
            </w:r>
          </w:p>
          <w:p w:rsidR="002F6358" w:rsidRPr="00A930F6" w:rsidRDefault="00EC23A2">
            <w:pPr>
              <w:spacing w:after="100"/>
              <w:jc w:val="center"/>
              <w:rPr>
                <w:color w:val="000000" w:themeColor="text1"/>
              </w:rPr>
            </w:pPr>
            <w:r w:rsidRPr="00A930F6">
              <w:rPr>
                <w:b w:val="0"/>
                <w:color w:val="000000" w:themeColor="text1"/>
                <w:sz w:val="21"/>
              </w:rPr>
              <w:t>( ARALIK )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RAPOR NO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3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AY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ARALIK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RAPOR TARİHİ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…… / …… / 2026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DANIŞMAN ÖĞRETMEN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Tutum, yatırım ve Türk malları ilgili görsel tasarımların yapılması.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Görsel sanatlar çalışmaları için gerekli yer ve malzeme eksiklerinin tamamlanması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İl ve ülke genelinde açılan resim yarışmalarına katılım sağlanması.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Belirli gün ve haftalarla ilgili yapılan resimlerin panolarda sergilenmesi.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p w:rsidR="002F6358" w:rsidRPr="00A930F6" w:rsidRDefault="00EC23A2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A930F6">
        <w:rPr>
          <w:b/>
          <w:color w:val="000000" w:themeColor="text1"/>
          <w:sz w:val="23"/>
        </w:rPr>
        <w:t>Alınan Sonuçlar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1.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Tutum, yatırım ve Türk malları ilgili görsel tasarımların yapıldı.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2.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Görsel sanatlar çalışmaları için gerekli yer ve malzeme eksiklerinin tamamlandı.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3.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İl ve ülke genelinde açılan resim yarışmalarına katılım sağlandı.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4.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 xml:space="preserve">Belirli gün ve haftalarla ilgili </w:t>
      </w:r>
      <w:r w:rsidRPr="00A930F6">
        <w:rPr>
          <w:color w:val="000000" w:themeColor="text1"/>
          <w:sz w:val="21"/>
        </w:rPr>
        <w:t>yapılan resimlerin panolarda sergilendi.</w:t>
      </w:r>
    </w:p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2F6358" w:rsidRPr="00A930F6">
        <w:trPr>
          <w:cantSplit/>
          <w:jc w:val="center"/>
        </w:trPr>
        <w:tc>
          <w:tcPr>
            <w:tcW w:w="9752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1"/>
              </w:rPr>
              <w:t>……………………………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A930F6" w:rsidRPr="00A930F6">
        <w:trPr>
          <w:cantSplit/>
          <w:jc w:val="center"/>
        </w:trPr>
        <w:tc>
          <w:tcPr>
            <w:tcW w:w="9752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b/>
                <w:color w:val="000000" w:themeColor="text1"/>
              </w:rPr>
              <w:t>UYGUNDUR</w:t>
            </w:r>
            <w:r w:rsidRPr="00A930F6">
              <w:rPr>
                <w:b/>
                <w:color w:val="000000" w:themeColor="text1"/>
              </w:rPr>
              <w:br/>
            </w:r>
            <w:r w:rsidRPr="00A930F6">
              <w:rPr>
                <w:color w:val="000000" w:themeColor="text1"/>
                <w:sz w:val="21"/>
              </w:rPr>
              <w:t>…… / …… / 2026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color w:val="000000" w:themeColor="text1"/>
                <w:sz w:val="21"/>
              </w:rPr>
              <w:br/>
              <w:t>……………………………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2F6358" w:rsidRPr="00A930F6" w:rsidRDefault="00EC23A2">
      <w:pPr>
        <w:spacing w:after="0"/>
        <w:rPr>
          <w:color w:val="000000" w:themeColor="text1"/>
        </w:rPr>
      </w:pPr>
      <w:r w:rsidRPr="00A930F6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2F6358" w:rsidRPr="00A930F6" w:rsidRDefault="00EC23A2">
            <w:pPr>
              <w:spacing w:before="100" w:after="20"/>
              <w:jc w:val="center"/>
              <w:rPr>
                <w:color w:val="000000" w:themeColor="text1"/>
              </w:rPr>
            </w:pPr>
            <w:r w:rsidRPr="00A930F6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30"/>
              </w:rPr>
              <w:t>GÖRSEL SANATLAR KULÜBÜ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4"/>
              </w:rPr>
              <w:t>AYLIK ÇALIŞMA RAPORU</w:t>
            </w:r>
          </w:p>
          <w:p w:rsidR="002F6358" w:rsidRPr="00A930F6" w:rsidRDefault="00EC23A2">
            <w:pPr>
              <w:spacing w:after="100"/>
              <w:jc w:val="center"/>
              <w:rPr>
                <w:color w:val="000000" w:themeColor="text1"/>
              </w:rPr>
            </w:pPr>
            <w:r w:rsidRPr="00A930F6">
              <w:rPr>
                <w:b w:val="0"/>
                <w:color w:val="000000" w:themeColor="text1"/>
                <w:sz w:val="21"/>
              </w:rPr>
              <w:t>( OCAK )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RAPOR NO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4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AY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OCAK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RAPOR TARİHİ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DANIŞMAN ÖĞRETMEN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Çalışmaların öğrencilerde dayanışma ve yardımlaşma bilinci oluşturma ve bununla ilgili görsel tasarım yapılması.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Yönetim kurulunun toplanması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 xml:space="preserve">Yapılacak </w:t>
            </w:r>
            <w:r w:rsidRPr="00A930F6">
              <w:rPr>
                <w:color w:val="000000" w:themeColor="text1"/>
                <w:sz w:val="20"/>
              </w:rPr>
              <w:t>faaliyetlerin tartışılması.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Genel kurul faaliyetlerinin gözden geçirilmesi.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Örnek Sanat Eserlerinin kulüp panosunda sergilendi.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p w:rsidR="002F6358" w:rsidRPr="00A930F6" w:rsidRDefault="00EC23A2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A930F6">
        <w:rPr>
          <w:b/>
          <w:color w:val="000000" w:themeColor="text1"/>
          <w:sz w:val="23"/>
        </w:rPr>
        <w:t>Alınan Sonuçlar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1.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 xml:space="preserve">Çalışmaların öğrencilerde dayanışma ve yardımlaşma bilinci oluşturma ve bununla ilgili görsel tasarım </w:t>
      </w:r>
      <w:r w:rsidRPr="00A930F6">
        <w:rPr>
          <w:color w:val="000000" w:themeColor="text1"/>
          <w:sz w:val="21"/>
        </w:rPr>
        <w:t>yapıldı.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2.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Yönetim kurulunun toplandı.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3.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Yapılacak faaliyetlerin tartışıldı.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4.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Genel kurul faaliyetlerinin gözden geçirildi.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5.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Örnek Sanat Eserlerinin kulüp panosunda sergilendi.</w:t>
      </w:r>
    </w:p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2F6358" w:rsidRPr="00A930F6">
        <w:trPr>
          <w:cantSplit/>
          <w:jc w:val="center"/>
        </w:trPr>
        <w:tc>
          <w:tcPr>
            <w:tcW w:w="9752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1"/>
              </w:rPr>
              <w:t>……………………………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A930F6" w:rsidRPr="00A930F6">
        <w:trPr>
          <w:cantSplit/>
          <w:jc w:val="center"/>
        </w:trPr>
        <w:tc>
          <w:tcPr>
            <w:tcW w:w="9752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b/>
                <w:color w:val="000000" w:themeColor="text1"/>
              </w:rPr>
              <w:t>UYGUNDUR</w:t>
            </w:r>
            <w:r w:rsidRPr="00A930F6">
              <w:rPr>
                <w:b/>
                <w:color w:val="000000" w:themeColor="text1"/>
              </w:rPr>
              <w:br/>
            </w:r>
            <w:r w:rsidRPr="00A930F6">
              <w:rPr>
                <w:color w:val="000000" w:themeColor="text1"/>
                <w:sz w:val="21"/>
              </w:rPr>
              <w:t>…… / …… / 2027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color w:val="000000" w:themeColor="text1"/>
                <w:sz w:val="21"/>
              </w:rPr>
              <w:br/>
              <w:t>……………………………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b/>
                <w:color w:val="000000" w:themeColor="text1"/>
                <w:sz w:val="20"/>
              </w:rPr>
              <w:t>Oku</w:t>
            </w:r>
            <w:r w:rsidRPr="00A930F6">
              <w:rPr>
                <w:b/>
                <w:color w:val="000000" w:themeColor="text1"/>
                <w:sz w:val="20"/>
              </w:rPr>
              <w:t>l Müdürü</w:t>
            </w:r>
          </w:p>
        </w:tc>
      </w:tr>
    </w:tbl>
    <w:p w:rsidR="002F6358" w:rsidRPr="00A930F6" w:rsidRDefault="00EC23A2">
      <w:pPr>
        <w:spacing w:after="0"/>
        <w:rPr>
          <w:color w:val="000000" w:themeColor="text1"/>
        </w:rPr>
      </w:pPr>
      <w:r w:rsidRPr="00A930F6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2F6358" w:rsidRPr="00A930F6" w:rsidRDefault="00EC23A2">
            <w:pPr>
              <w:spacing w:before="100" w:after="20"/>
              <w:jc w:val="center"/>
              <w:rPr>
                <w:color w:val="000000" w:themeColor="text1"/>
              </w:rPr>
            </w:pPr>
            <w:r w:rsidRPr="00A930F6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30"/>
              </w:rPr>
              <w:t>GÖRSEL SANATLAR KULÜBÜ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4"/>
              </w:rPr>
              <w:t>AYLIK ÇALIŞMA RAPORU</w:t>
            </w:r>
          </w:p>
          <w:p w:rsidR="002F6358" w:rsidRPr="00A930F6" w:rsidRDefault="00EC23A2">
            <w:pPr>
              <w:spacing w:after="100"/>
              <w:jc w:val="center"/>
              <w:rPr>
                <w:color w:val="000000" w:themeColor="text1"/>
              </w:rPr>
            </w:pPr>
            <w:r w:rsidRPr="00A930F6">
              <w:rPr>
                <w:b w:val="0"/>
                <w:color w:val="000000" w:themeColor="text1"/>
                <w:sz w:val="21"/>
              </w:rPr>
              <w:t>( ŞUBAT )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RAPOR NO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5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AY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ŞUBAT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RAPOR TARİHİ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DANIŞMAN ÖĞRETMEN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 xml:space="preserve">Sivil Savunma Günü </w:t>
            </w:r>
            <w:r w:rsidRPr="00A930F6">
              <w:rPr>
                <w:color w:val="000000" w:themeColor="text1"/>
                <w:sz w:val="20"/>
              </w:rPr>
              <w:t>görsel tasarımların yapılması.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Belirli gün ve haftalar konulu resim çalışmaları yaptırılması.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Sosyal Etkinlik Modülü hakkında bilgilendirme yapıldı ve sisteme işlenmesi.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Öğrenciler tarafından tutulan Sosyal Etkinlik dosyalarının kontrol edilmesi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Okul geneli tüm öğrencilere basit resim eğitimi verilmesi.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Okul genelinde sınıflar bazında okul bahçesinde parmak boya çalışması yaptırılması.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p w:rsidR="002F6358" w:rsidRPr="00A930F6" w:rsidRDefault="00EC23A2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A930F6">
        <w:rPr>
          <w:b/>
          <w:color w:val="000000" w:themeColor="text1"/>
          <w:sz w:val="23"/>
        </w:rPr>
        <w:t>Alınan Sonuçlar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1.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Sivil Savunma Günü görsel tasarımların yapıldı.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2.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 xml:space="preserve">Belirli gün ve haftalar konulu resim </w:t>
      </w:r>
      <w:r w:rsidRPr="00A930F6">
        <w:rPr>
          <w:color w:val="000000" w:themeColor="text1"/>
          <w:sz w:val="21"/>
        </w:rPr>
        <w:t>çalışmaları yaptırıldı.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3.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Sosyal Etkinlik Modülü hakkında bilgilendirme yapıldı ve sisteme işlendi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4.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Öğrenciler tarafından tutulan Sosyal Etkinlik dosyalarının kontrol edildi.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5.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Okul geneli tüm öğrencilere basit resim eğitimi verildi.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6.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 xml:space="preserve">Okul genelinde </w:t>
      </w:r>
      <w:r w:rsidRPr="00A930F6">
        <w:rPr>
          <w:color w:val="000000" w:themeColor="text1"/>
          <w:sz w:val="21"/>
        </w:rPr>
        <w:t>sınıflar bazında okul bahçesinde parmak boya çalışması yaptırıldı.</w:t>
      </w:r>
    </w:p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2F6358" w:rsidRPr="00A930F6">
        <w:trPr>
          <w:cantSplit/>
          <w:jc w:val="center"/>
        </w:trPr>
        <w:tc>
          <w:tcPr>
            <w:tcW w:w="9752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1"/>
              </w:rPr>
              <w:t>……………………………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A930F6" w:rsidRPr="00A930F6">
        <w:trPr>
          <w:cantSplit/>
          <w:jc w:val="center"/>
        </w:trPr>
        <w:tc>
          <w:tcPr>
            <w:tcW w:w="9752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b/>
                <w:color w:val="000000" w:themeColor="text1"/>
              </w:rPr>
              <w:t>UYGUNDUR</w:t>
            </w:r>
            <w:r w:rsidRPr="00A930F6">
              <w:rPr>
                <w:b/>
                <w:color w:val="000000" w:themeColor="text1"/>
              </w:rPr>
              <w:br/>
            </w:r>
            <w:r w:rsidRPr="00A930F6">
              <w:rPr>
                <w:color w:val="000000" w:themeColor="text1"/>
                <w:sz w:val="21"/>
              </w:rPr>
              <w:t>…… / …… / 2027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color w:val="000000" w:themeColor="text1"/>
                <w:sz w:val="21"/>
              </w:rPr>
              <w:br/>
              <w:t>……………………………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2F6358" w:rsidRPr="00A930F6" w:rsidRDefault="00EC23A2">
      <w:pPr>
        <w:spacing w:after="0"/>
        <w:rPr>
          <w:color w:val="000000" w:themeColor="text1"/>
        </w:rPr>
      </w:pPr>
      <w:r w:rsidRPr="00A930F6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2F6358" w:rsidRPr="00A930F6" w:rsidRDefault="00EC23A2">
            <w:pPr>
              <w:spacing w:before="100" w:after="20"/>
              <w:jc w:val="center"/>
              <w:rPr>
                <w:color w:val="000000" w:themeColor="text1"/>
              </w:rPr>
            </w:pPr>
            <w:r w:rsidRPr="00A930F6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30"/>
              </w:rPr>
              <w:t>GÖRSEL SANATLAR KULÜBÜ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4"/>
              </w:rPr>
              <w:t>AYLIK ÇALIŞMA RAPORU</w:t>
            </w:r>
          </w:p>
          <w:p w:rsidR="002F6358" w:rsidRPr="00A930F6" w:rsidRDefault="00EC23A2">
            <w:pPr>
              <w:spacing w:after="100"/>
              <w:jc w:val="center"/>
              <w:rPr>
                <w:color w:val="000000" w:themeColor="text1"/>
              </w:rPr>
            </w:pPr>
            <w:r w:rsidRPr="00A930F6">
              <w:rPr>
                <w:b w:val="0"/>
                <w:color w:val="000000" w:themeColor="text1"/>
                <w:sz w:val="21"/>
              </w:rPr>
              <w:t>( MART )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RAPOR NO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6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AY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MART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RAPOR TARİHİ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DANIŞMAN ÖĞRETMEN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18 Mart Şehitler Günü’nü anlam ve önemini anlatan çalışmalar yapılması.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Orman ile ilgili görsel tasarımların yapılması.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Sosyal kulüple</w:t>
            </w:r>
            <w:r w:rsidRPr="00A930F6">
              <w:rPr>
                <w:color w:val="000000" w:themeColor="text1"/>
                <w:sz w:val="20"/>
              </w:rPr>
              <w:t xml:space="preserve"> ilgili formların doldurulup değerlendirilmesi.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Belirli günler ve haftalarla ilgili çalışmaların yapılması.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Sosyal Etkinlik Modülü hakkında bilgilendirme yapılması ve sisteme işlenmesi.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 xml:space="preserve">Öğrenciler tarafından tutulan sosyal etkinlik dosyalarının </w:t>
            </w:r>
            <w:r w:rsidRPr="00A930F6">
              <w:rPr>
                <w:color w:val="000000" w:themeColor="text1"/>
                <w:sz w:val="20"/>
              </w:rPr>
              <w:t>kontrol edilmesi.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Kara kalem çalışmalarının yapılması.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Kuru boya resim çalışmalarının yapılması.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p w:rsidR="002F6358" w:rsidRPr="00A930F6" w:rsidRDefault="00EC23A2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A930F6">
        <w:rPr>
          <w:b/>
          <w:color w:val="000000" w:themeColor="text1"/>
          <w:sz w:val="23"/>
        </w:rPr>
        <w:t>Alınan Sonuçlar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1.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18 Mart Şehitler Günü’nü anlam ve önemini anlatan çalışmalar yapıldı.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2.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Orman ile ilgili görsel tasarımların yapıldı.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3.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 xml:space="preserve">Sosyal </w:t>
      </w:r>
      <w:r w:rsidRPr="00A930F6">
        <w:rPr>
          <w:color w:val="000000" w:themeColor="text1"/>
          <w:sz w:val="21"/>
        </w:rPr>
        <w:t>kulüple ilgili formların doldurulup değerlendirildi.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4.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Belirli günler ve haftalarla ilgili çalışmaların yapıldı.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5.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Sosyal Etkinlik Modülü hakkında bilgilendirme yapılması ve sisteme işlendi.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6.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Öğrenciler tarafından tutulan sosyal etkinlik dosyalarının k</w:t>
      </w:r>
      <w:r w:rsidRPr="00A930F6">
        <w:rPr>
          <w:color w:val="000000" w:themeColor="text1"/>
          <w:sz w:val="21"/>
        </w:rPr>
        <w:t>ontrol edildi.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7.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Kara kalem çalışmaları yapıldı.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8.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Kuru boya resim çalışmalarının yapıldı.</w:t>
      </w:r>
    </w:p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2F6358" w:rsidRPr="00A930F6">
        <w:trPr>
          <w:cantSplit/>
          <w:jc w:val="center"/>
        </w:trPr>
        <w:tc>
          <w:tcPr>
            <w:tcW w:w="9752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1"/>
              </w:rPr>
              <w:t>……………………………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A930F6" w:rsidRPr="00A930F6">
        <w:trPr>
          <w:cantSplit/>
          <w:jc w:val="center"/>
        </w:trPr>
        <w:tc>
          <w:tcPr>
            <w:tcW w:w="9752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b/>
                <w:color w:val="000000" w:themeColor="text1"/>
              </w:rPr>
              <w:t>UYGUNDUR</w:t>
            </w:r>
            <w:r w:rsidRPr="00A930F6">
              <w:rPr>
                <w:b/>
                <w:color w:val="000000" w:themeColor="text1"/>
              </w:rPr>
              <w:br/>
            </w:r>
            <w:r w:rsidRPr="00A930F6">
              <w:rPr>
                <w:color w:val="000000" w:themeColor="text1"/>
                <w:sz w:val="21"/>
              </w:rPr>
              <w:t>…… / …… / 2027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color w:val="000000" w:themeColor="text1"/>
                <w:sz w:val="21"/>
              </w:rPr>
              <w:br/>
              <w:t>……………………………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2F6358" w:rsidRPr="00A930F6" w:rsidRDefault="00EC23A2">
      <w:pPr>
        <w:spacing w:after="0"/>
        <w:rPr>
          <w:color w:val="000000" w:themeColor="text1"/>
        </w:rPr>
      </w:pPr>
      <w:r w:rsidRPr="00A930F6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2F6358" w:rsidRPr="00A930F6" w:rsidRDefault="00EC23A2">
            <w:pPr>
              <w:spacing w:before="100" w:after="20"/>
              <w:jc w:val="center"/>
              <w:rPr>
                <w:color w:val="000000" w:themeColor="text1"/>
              </w:rPr>
            </w:pPr>
            <w:r w:rsidRPr="00A930F6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30"/>
              </w:rPr>
              <w:t>GÖRSEL SANATLAR KULÜBÜ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4"/>
              </w:rPr>
              <w:t>AYLIK ÇALIŞMA RAPORU</w:t>
            </w:r>
          </w:p>
          <w:p w:rsidR="002F6358" w:rsidRPr="00A930F6" w:rsidRDefault="00EC23A2">
            <w:pPr>
              <w:spacing w:after="100"/>
              <w:jc w:val="center"/>
              <w:rPr>
                <w:color w:val="000000" w:themeColor="text1"/>
              </w:rPr>
            </w:pPr>
            <w:r w:rsidRPr="00A930F6">
              <w:rPr>
                <w:b w:val="0"/>
                <w:color w:val="000000" w:themeColor="text1"/>
                <w:sz w:val="21"/>
              </w:rPr>
              <w:t>( NİSAN )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RAPOR NO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7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AY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NİSAN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RAPOR TARİHİ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DANIŞMAN ÖĞRETMEN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23 Nisan Ulusal Egemenlik ve Çocuk Bayramı’nın anlam ve öneminin araştırılıpve sunumu yapılması.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 xml:space="preserve">Çocuk </w:t>
            </w:r>
            <w:r w:rsidRPr="00A930F6">
              <w:rPr>
                <w:color w:val="000000" w:themeColor="text1"/>
                <w:sz w:val="20"/>
              </w:rPr>
              <w:t>Bayramıyla ilgili görsel tasarımların yapılması.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Öğrenciler tarafından tutulan sosyal etkinlik dosyalarının kontrol edilmesi.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Belirli gün ve haftalar konulu resim yarışmalarına katılım sağlanması.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 xml:space="preserve">Belirli gün ve haftalarla ilgili yapılan resimlerin </w:t>
            </w:r>
            <w:r w:rsidRPr="00A930F6">
              <w:rPr>
                <w:color w:val="000000" w:themeColor="text1"/>
                <w:sz w:val="20"/>
              </w:rPr>
              <w:t>panolarda sergilenmesi.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p w:rsidR="002F6358" w:rsidRPr="00A930F6" w:rsidRDefault="00EC23A2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A930F6">
        <w:rPr>
          <w:b/>
          <w:color w:val="000000" w:themeColor="text1"/>
          <w:sz w:val="23"/>
        </w:rPr>
        <w:t>Alınan Sonuçlar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1.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23 Nisan Ulusal Egemenlik ve Çocuk Bayramı’nın anlam ve öneminin araştırıldı ve sunumu yapıldı.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2.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Çocuk Bayramıyla ilgili görsel tasarımların yapıldı.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3.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 xml:space="preserve">Öğrenciler tarafından tutulan Sosyal Etkinlik </w:t>
      </w:r>
      <w:r w:rsidRPr="00A930F6">
        <w:rPr>
          <w:color w:val="000000" w:themeColor="text1"/>
          <w:sz w:val="21"/>
        </w:rPr>
        <w:t>dosyalarının kontrol edildi.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4.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Belirli gün ve haftalar konulu resim yarışmalarına katılım sağlandı.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5.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Belirli gün ve haftalarla ilgili yapılan resimler panolarda sergilendi.</w:t>
      </w:r>
    </w:p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2F6358" w:rsidRPr="00A930F6">
        <w:trPr>
          <w:cantSplit/>
          <w:jc w:val="center"/>
        </w:trPr>
        <w:tc>
          <w:tcPr>
            <w:tcW w:w="9752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1"/>
              </w:rPr>
              <w:t>……………………………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A930F6" w:rsidRPr="00A930F6">
        <w:trPr>
          <w:cantSplit/>
          <w:jc w:val="center"/>
        </w:trPr>
        <w:tc>
          <w:tcPr>
            <w:tcW w:w="9752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b/>
                <w:color w:val="000000" w:themeColor="text1"/>
              </w:rPr>
              <w:t>UYGUNDUR</w:t>
            </w:r>
            <w:r w:rsidRPr="00A930F6">
              <w:rPr>
                <w:b/>
                <w:color w:val="000000" w:themeColor="text1"/>
              </w:rPr>
              <w:br/>
            </w:r>
            <w:r w:rsidRPr="00A930F6">
              <w:rPr>
                <w:color w:val="000000" w:themeColor="text1"/>
                <w:sz w:val="21"/>
              </w:rPr>
              <w:t>…… / …… / 2027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color w:val="000000" w:themeColor="text1"/>
                <w:sz w:val="21"/>
              </w:rPr>
              <w:br/>
              <w:t>……………………………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b/>
                <w:color w:val="000000" w:themeColor="text1"/>
                <w:sz w:val="20"/>
              </w:rPr>
              <w:t xml:space="preserve">Okul </w:t>
            </w:r>
            <w:r w:rsidRPr="00A930F6">
              <w:rPr>
                <w:b/>
                <w:color w:val="000000" w:themeColor="text1"/>
                <w:sz w:val="20"/>
              </w:rPr>
              <w:t>Müdürü</w:t>
            </w:r>
          </w:p>
        </w:tc>
      </w:tr>
    </w:tbl>
    <w:p w:rsidR="002F6358" w:rsidRPr="00A930F6" w:rsidRDefault="00EC23A2">
      <w:pPr>
        <w:spacing w:after="0"/>
        <w:rPr>
          <w:color w:val="000000" w:themeColor="text1"/>
        </w:rPr>
      </w:pPr>
      <w:r w:rsidRPr="00A930F6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2F6358" w:rsidRPr="00A930F6" w:rsidRDefault="00EC23A2">
            <w:pPr>
              <w:spacing w:before="100" w:after="20"/>
              <w:jc w:val="center"/>
              <w:rPr>
                <w:color w:val="000000" w:themeColor="text1"/>
              </w:rPr>
            </w:pPr>
            <w:r w:rsidRPr="00A930F6">
              <w:rPr>
                <w:b w:val="0"/>
                <w:color w:val="000000" w:themeColor="text1"/>
                <w:sz w:val="21"/>
              </w:rPr>
              <w:lastRenderedPageBreak/>
              <w:t>2026-2027 EĞİTİM-ÖĞRETİM YILI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30"/>
              </w:rPr>
              <w:t>GÖRSEL SANATLAR KULÜBÜ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4"/>
              </w:rPr>
              <w:t>AYLIK ÇALIŞMA RAPORU</w:t>
            </w:r>
          </w:p>
          <w:p w:rsidR="002F6358" w:rsidRPr="00A930F6" w:rsidRDefault="00EC23A2">
            <w:pPr>
              <w:spacing w:after="100"/>
              <w:jc w:val="center"/>
              <w:rPr>
                <w:color w:val="000000" w:themeColor="text1"/>
              </w:rPr>
            </w:pPr>
            <w:r w:rsidRPr="00A930F6">
              <w:rPr>
                <w:b w:val="0"/>
                <w:color w:val="000000" w:themeColor="text1"/>
                <w:sz w:val="21"/>
              </w:rPr>
              <w:t>( MAYIS )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RAPOR NO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8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AY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MAYIS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RAPOR TARİHİ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DANIŞMAN ÖĞRETMEN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 xml:space="preserve">Trafik ve ilk yardım </w:t>
            </w:r>
            <w:r w:rsidRPr="00A930F6">
              <w:rPr>
                <w:color w:val="000000" w:themeColor="text1"/>
                <w:sz w:val="20"/>
              </w:rPr>
              <w:t>ile ilgili bireysel çalışmalar yapılması.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19 Mayıs Atatürk’ü Anma Gençlik ve Spor Bayramı’nın anlam ve önemiyle ilgili görsel çalışma yapılması.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Baskı resim çalışmalarının yapılması.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p w:rsidR="002F6358" w:rsidRPr="00A930F6" w:rsidRDefault="00EC23A2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A930F6">
        <w:rPr>
          <w:b/>
          <w:color w:val="000000" w:themeColor="text1"/>
          <w:sz w:val="23"/>
        </w:rPr>
        <w:t>Alınan Sonuçlar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1.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 xml:space="preserve">Trafik ve ilk yardım ile ilgili bireysel </w:t>
      </w:r>
      <w:r w:rsidRPr="00A930F6">
        <w:rPr>
          <w:color w:val="000000" w:themeColor="text1"/>
          <w:sz w:val="21"/>
        </w:rPr>
        <w:t>çalışmalar yapıldı.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2.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19 Mayıs Atatürk’ü Anma Gençlik ve Spor Bayramı’nın anlam ve önemiyle ilgili görsel çalışma yapıldı.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3.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Baskı resim çalışmaları öğrenildi.</w:t>
      </w:r>
    </w:p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2F6358" w:rsidRPr="00A930F6">
        <w:trPr>
          <w:cantSplit/>
          <w:jc w:val="center"/>
        </w:trPr>
        <w:tc>
          <w:tcPr>
            <w:tcW w:w="9752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1"/>
              </w:rPr>
              <w:t>……………………………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A930F6" w:rsidRPr="00A930F6">
        <w:trPr>
          <w:cantSplit/>
          <w:jc w:val="center"/>
        </w:trPr>
        <w:tc>
          <w:tcPr>
            <w:tcW w:w="9752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b/>
                <w:color w:val="000000" w:themeColor="text1"/>
              </w:rPr>
              <w:t>UYGUNDUR</w:t>
            </w:r>
            <w:r w:rsidRPr="00A930F6">
              <w:rPr>
                <w:b/>
                <w:color w:val="000000" w:themeColor="text1"/>
              </w:rPr>
              <w:br/>
            </w:r>
            <w:r w:rsidRPr="00A930F6">
              <w:rPr>
                <w:color w:val="000000" w:themeColor="text1"/>
                <w:sz w:val="21"/>
              </w:rPr>
              <w:t>…… / …… / 2027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color w:val="000000" w:themeColor="text1"/>
                <w:sz w:val="21"/>
              </w:rPr>
              <w:br/>
              <w:t>……………………………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b/>
                <w:color w:val="000000" w:themeColor="text1"/>
                <w:sz w:val="20"/>
              </w:rPr>
              <w:t>Okul Müdürü</w:t>
            </w:r>
          </w:p>
        </w:tc>
      </w:tr>
    </w:tbl>
    <w:p w:rsidR="002F6358" w:rsidRPr="00A930F6" w:rsidRDefault="00EC23A2">
      <w:pPr>
        <w:spacing w:after="0"/>
        <w:rPr>
          <w:color w:val="000000" w:themeColor="text1"/>
        </w:rPr>
      </w:pPr>
      <w:r w:rsidRPr="00A930F6">
        <w:rPr>
          <w:color w:val="000000" w:themeColor="text1"/>
        </w:rPr>
        <w:br w:type="page"/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2F6358" w:rsidRPr="00A930F6" w:rsidRDefault="00EC23A2">
            <w:pPr>
              <w:spacing w:before="100" w:after="20"/>
              <w:jc w:val="center"/>
              <w:rPr>
                <w:color w:val="000000" w:themeColor="text1"/>
              </w:rPr>
            </w:pPr>
            <w:r w:rsidRPr="00A930F6">
              <w:rPr>
                <w:b w:val="0"/>
                <w:color w:val="000000" w:themeColor="text1"/>
                <w:sz w:val="21"/>
              </w:rPr>
              <w:lastRenderedPageBreak/>
              <w:t>2026-2027</w:t>
            </w:r>
            <w:r w:rsidRPr="00A930F6">
              <w:rPr>
                <w:b w:val="0"/>
                <w:color w:val="000000" w:themeColor="text1"/>
                <w:sz w:val="21"/>
              </w:rPr>
              <w:t xml:space="preserve"> EĞİTİM-ÖĞRETİM YILI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30"/>
              </w:rPr>
              <w:t>GÖRSEL SANATLAR KULÜBÜ</w:t>
            </w:r>
          </w:p>
          <w:p w:rsidR="002F6358" w:rsidRPr="00A930F6" w:rsidRDefault="00EC23A2">
            <w:pPr>
              <w:spacing w:after="20"/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4"/>
              </w:rPr>
              <w:t>AYLIK ÇALIŞMA RAPORU</w:t>
            </w:r>
          </w:p>
          <w:p w:rsidR="002F6358" w:rsidRPr="00A930F6" w:rsidRDefault="00EC23A2">
            <w:pPr>
              <w:spacing w:after="100"/>
              <w:jc w:val="center"/>
              <w:rPr>
                <w:color w:val="000000" w:themeColor="text1"/>
              </w:rPr>
            </w:pPr>
            <w:r w:rsidRPr="00A930F6">
              <w:rPr>
                <w:b w:val="0"/>
                <w:color w:val="000000" w:themeColor="text1"/>
                <w:sz w:val="21"/>
              </w:rPr>
              <w:t>( HAZİRAN )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438"/>
        <w:gridCol w:w="2438"/>
        <w:gridCol w:w="2438"/>
        <w:gridCol w:w="2438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8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RAPOR NO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9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AY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HAZİRAN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RAPOR TARİHİ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…… / …… / 2027</w:t>
            </w:r>
          </w:p>
        </w:tc>
        <w:tc>
          <w:tcPr>
            <w:tcW w:w="2438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16"/>
              </w:rPr>
              <w:t>DANIŞMAN ÖĞRETMEN</w:t>
            </w:r>
            <w:r w:rsidRPr="00A930F6">
              <w:rPr>
                <w:color w:val="000000" w:themeColor="text1"/>
                <w:sz w:val="16"/>
              </w:rPr>
              <w:br/>
            </w:r>
            <w:r w:rsidRPr="00A930F6">
              <w:rPr>
                <w:b w:val="0"/>
                <w:color w:val="000000" w:themeColor="text1"/>
                <w:sz w:val="20"/>
              </w:rPr>
              <w:t>…………………………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928"/>
        <w:gridCol w:w="7824"/>
      </w:tblGrid>
      <w:tr w:rsidR="00A930F6" w:rsidRPr="00A930F6" w:rsidTr="00A930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FAALİYET TARİHİ</w:t>
            </w:r>
          </w:p>
        </w:tc>
        <w:tc>
          <w:tcPr>
            <w:tcW w:w="7824" w:type="dxa"/>
          </w:tcPr>
          <w:p w:rsidR="002F6358" w:rsidRPr="00A930F6" w:rsidRDefault="00EC23A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YAPILAN ÇALIŞMALAR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Genel kurulun toplanması.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 xml:space="preserve">Sosyal </w:t>
            </w:r>
            <w:r w:rsidRPr="00A930F6">
              <w:rPr>
                <w:color w:val="000000" w:themeColor="text1"/>
                <w:sz w:val="20"/>
              </w:rPr>
              <w:t>kulüple ilgili formların doldurulup değerlendirilmesi.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Yıl içinde yapılan çalışmaların değerlendirilmesi.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Görsel Sanatlar Kulübü sene sonu raporunun hazırlanması.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Sosyal Etkinlik Modülü hakkında bilgilendirme yapılması ve sisteme işlenmesi.</w:t>
            </w:r>
          </w:p>
        </w:tc>
      </w:tr>
      <w:tr w:rsidR="00A930F6" w:rsidRPr="00A930F6" w:rsidTr="00A930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Öğrenciler tarafından tutulan Sosyal Etkinlik dosyalarının kontrol edilmesi.</w:t>
            </w:r>
          </w:p>
        </w:tc>
      </w:tr>
      <w:tr w:rsidR="00A930F6" w:rsidRPr="00A930F6" w:rsidTr="00A930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28" w:type="dxa"/>
          </w:tcPr>
          <w:p w:rsidR="002F6358" w:rsidRPr="00A930F6" w:rsidRDefault="002F6358">
            <w:pPr>
              <w:spacing w:after="20"/>
              <w:rPr>
                <w:color w:val="000000" w:themeColor="text1"/>
              </w:rPr>
            </w:pPr>
          </w:p>
        </w:tc>
        <w:tc>
          <w:tcPr>
            <w:tcW w:w="7824" w:type="dxa"/>
          </w:tcPr>
          <w:p w:rsidR="002F6358" w:rsidRPr="00A930F6" w:rsidRDefault="00EC23A2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0"/>
              </w:rPr>
              <w:t>Yarışmalarda dereceye giren öğrencilerin ödüllendirilmesi.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p w:rsidR="002F6358" w:rsidRPr="00A930F6" w:rsidRDefault="00EC23A2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A930F6">
        <w:rPr>
          <w:b/>
          <w:color w:val="000000" w:themeColor="text1"/>
          <w:sz w:val="23"/>
        </w:rPr>
        <w:t>Alınan Sonuçlar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1.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Genel kurulun toplandı.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2.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Sosyal kulüple ilgili formların doldurulup değerlendirildi.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3.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 xml:space="preserve">Yıl </w:t>
      </w:r>
      <w:r w:rsidRPr="00A930F6">
        <w:rPr>
          <w:color w:val="000000" w:themeColor="text1"/>
          <w:sz w:val="21"/>
        </w:rPr>
        <w:t>içinde yapılan çalışmaların değerlendirildi.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4.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Görsel Sanatlar Kulübü sene sonu raporunun hazırlandı.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5.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Sosyal Etkinlik Modülü hakkında bilgilendirme yapılması ve sisteme işlendi.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6.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Öğrenciler tarafından tutulan Sosyal Etkinlik dosyalarının kontrol edil</w:t>
      </w:r>
      <w:r w:rsidRPr="00A930F6">
        <w:rPr>
          <w:color w:val="000000" w:themeColor="text1"/>
          <w:sz w:val="21"/>
        </w:rPr>
        <w:t>di.</w:t>
      </w:r>
    </w:p>
    <w:p w:rsidR="002F6358" w:rsidRPr="00A930F6" w:rsidRDefault="00EC23A2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A930F6">
        <w:rPr>
          <w:b/>
          <w:color w:val="000000" w:themeColor="text1"/>
          <w:sz w:val="21"/>
        </w:rPr>
        <w:t>7.</w:t>
      </w:r>
      <w:r w:rsidRPr="00A930F6">
        <w:rPr>
          <w:b/>
          <w:color w:val="000000" w:themeColor="text1"/>
          <w:sz w:val="21"/>
        </w:rPr>
        <w:tab/>
      </w:r>
      <w:r w:rsidRPr="00A930F6">
        <w:rPr>
          <w:color w:val="000000" w:themeColor="text1"/>
          <w:sz w:val="21"/>
        </w:rPr>
        <w:t>Yarışmalarda dereceye giren öğrencilerin ödüllendirildi.</w:t>
      </w:r>
    </w:p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2F6358" w:rsidRPr="00A930F6">
        <w:trPr>
          <w:cantSplit/>
          <w:jc w:val="center"/>
        </w:trPr>
        <w:tc>
          <w:tcPr>
            <w:tcW w:w="9752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color w:val="000000" w:themeColor="text1"/>
                <w:sz w:val="21"/>
              </w:rPr>
              <w:t>……………………………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2F6358" w:rsidRPr="00A930F6" w:rsidRDefault="002F6358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A930F6" w:rsidRPr="00A930F6">
        <w:trPr>
          <w:cantSplit/>
          <w:jc w:val="center"/>
        </w:trPr>
        <w:tc>
          <w:tcPr>
            <w:tcW w:w="9752" w:type="dxa"/>
          </w:tcPr>
          <w:p w:rsidR="002F6358" w:rsidRPr="00A930F6" w:rsidRDefault="00EC23A2">
            <w:pPr>
              <w:jc w:val="center"/>
              <w:rPr>
                <w:color w:val="000000" w:themeColor="text1"/>
              </w:rPr>
            </w:pPr>
            <w:r w:rsidRPr="00A930F6">
              <w:rPr>
                <w:b/>
                <w:color w:val="000000" w:themeColor="text1"/>
              </w:rPr>
              <w:t>UYGUNDUR</w:t>
            </w:r>
            <w:r w:rsidRPr="00A930F6">
              <w:rPr>
                <w:b/>
                <w:color w:val="000000" w:themeColor="text1"/>
              </w:rPr>
              <w:br/>
            </w:r>
            <w:r w:rsidRPr="00A930F6">
              <w:rPr>
                <w:color w:val="000000" w:themeColor="text1"/>
                <w:sz w:val="21"/>
              </w:rPr>
              <w:t>…… / …… / 2027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color w:val="000000" w:themeColor="text1"/>
                <w:sz w:val="21"/>
              </w:rPr>
              <w:br/>
              <w:t>……………………………</w:t>
            </w:r>
            <w:r w:rsidRPr="00A930F6">
              <w:rPr>
                <w:color w:val="000000" w:themeColor="text1"/>
                <w:sz w:val="21"/>
              </w:rPr>
              <w:br/>
            </w:r>
            <w:r w:rsidRPr="00A930F6">
              <w:rPr>
                <w:b/>
                <w:color w:val="000000" w:themeColor="text1"/>
                <w:sz w:val="20"/>
              </w:rPr>
              <w:t>Okul Müdürü</w:t>
            </w:r>
          </w:p>
        </w:tc>
      </w:tr>
      <w:bookmarkEnd w:id="0"/>
    </w:tbl>
    <w:p w:rsidR="00EC23A2" w:rsidRPr="00A930F6" w:rsidRDefault="00EC23A2">
      <w:pPr>
        <w:rPr>
          <w:color w:val="000000" w:themeColor="text1"/>
        </w:rPr>
      </w:pPr>
    </w:p>
    <w:sectPr w:rsidR="00EC23A2" w:rsidRPr="00A930F6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2F6358"/>
    <w:rsid w:val="00326F90"/>
    <w:rsid w:val="00A930F6"/>
    <w:rsid w:val="00AA1D8D"/>
    <w:rsid w:val="00B47730"/>
    <w:rsid w:val="00CB0664"/>
    <w:rsid w:val="00EC23A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CC884ABF-3B2E-423D-9DF0-C913D5812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A930F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BCF9737-0398-4893-BC40-E6CE93585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1496</Words>
  <Characters>8531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10007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Görsel Sanatlar Kulübü Aylık Çalışma Raporları 2026-2027</dc:title>
  <dc:subject>aylık çalışma raporu</dc:subject>
  <dc:creator>evrakburada</dc:creator>
  <cp:keywords>sosyal kulüp, aylık çalışma raporu</cp:keywords>
  <dc:description/>
  <cp:lastModifiedBy>HP</cp:lastModifiedBy>
  <cp:revision>2</cp:revision>
  <dcterms:created xsi:type="dcterms:W3CDTF">2013-12-23T23:15:00Z</dcterms:created>
  <dcterms:modified xsi:type="dcterms:W3CDTF">2026-10-17T07:09:00Z</dcterms:modified>
  <cp:category/>
</cp:coreProperties>
</file>