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Arial" w:hAnsi="Arial"/>
          <w:b/>
          <w:sz w:val="26"/>
        </w:rPr>
        <w:t>DEĞİŞEN GRUPLAR VE ROLLER</w:t>
      </w:r>
      <w:r>
        <w:rPr>
          <w:rFonts w:ascii="Arial" w:hAnsi="Arial"/>
          <w:b/>
          <w:sz w:val="21"/>
        </w:rPr>
        <w:br/>
        <w:t>İOKBS Tarzı Değerlendirme - 15 Soru</w:t>
      </w:r>
    </w:p>
    <w:p>
      <w:pPr>
        <w:spacing w:after="60"/>
        <w:jc w:val="left"/>
      </w:pPr>
      <w:r>
        <w:rPr>
          <w:sz w:val="18"/>
        </w:rPr>
        <w:t>Ad Soyad: ..........................................................    Sınıf/No: ............................    Tarih: ....................</w:t>
      </w:r>
    </w:p>
    <w:p>
      <w:pPr>
        <w:spacing w:after="40"/>
      </w:pPr>
      <w:r>
        <w:rPr>
          <w:b/>
          <w:sz w:val="20"/>
        </w:rPr>
        <w:t>A. Çoktan Seçmeli Sorular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44"/>
        <w:gridCol w:w="5244"/>
      </w:tblGrid>
      <w:tr>
        <w:trPr>
          <w:cantSplit/>
        </w:trPr>
        <w:tc>
          <w:tcPr>
            <w:tcW w:type="dxa" w:w="5329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vAlign w:val="top"/>
          </w:tcPr>
          <w:p>
            <w:pPr>
              <w:keepLines/>
              <w:spacing w:after="12"/>
            </w:pPr>
            <w:r>
              <w:rPr>
                <w:b/>
                <w:sz w:val="17"/>
              </w:rPr>
              <w:t>1. Ece, okulda sınıf başkanıdır. Evde kardeşine ödevlerinde yardımcı olmakta, hafta sonları ise voleybol takımında oynamaktadır.</w:t>
              <w:br/>
              <w:t>Buna göre Ece ile ilgili aşağıdakilerden hangisi söylenebilir?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Her grupta aynı role sahiptir.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Bulunduğu gruba göre farklı roller üstlenmektedir.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Bir insanın yalnızca bir rolü olabilir.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Rolleri sadece yaşı büyüdükçe değişir.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2. Ahmet, çocukken ailesinde 'evlat' rolündeyken yıllar sonra baba olmuştur. Bir süre sonra çalıştığı kurumda yönetici olmuştur.</w:t>
              <w:br/>
              <w:t>Bu durum aşağıdakilerden hangisine örnektir?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İnsanların rollerinin zaman içinde değişebilmesine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Bütün rollerin doğuştan kazanılmasına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İnsanların yalnızca aile içinde rol sahibi olmasına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Bir kişinin eski rollerinin tamamen sona ermesine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3. Öğretmen olan Murat Bey, okul çıkışında oğlunu parka götürmüş, akşam ise arkadaşlarıyla futbol maçı yapmıştır.</w:t>
              <w:br/>
              <w:t>Murat Bey'in gün içinde üstlendiği roller sırasıyla aşağıdakilerden hangisidir?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Öğretmen - baba - arkadaş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Baba - öğretmen - sporcu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Öğretmen - öğrenci - arkadaş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Yönetici - baba - öğretmen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4. Zeynep, okul tiyatro kulübünde oyuncudur. Bir gün oyunun hazırlanmasından sorumlu öğrenci hastalanınca Zeynep arkadaşlarının görev dağılımını da yapmıştır.</w:t>
              <w:br/>
              <w:t>Bu durum aşağıdakilerden hangisini gösterir?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Bir grupta roller hiçbir zaman değişmez.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Bir kişi aynı grup içinde farklı roller üstlenebilir.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Gruplar yalnızca yetişkinlerden oluşur.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Her grupta yalnızca bir kişi görev alabilir.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5. Aşağıdakilerden hangisi kişinin zamanla değişen rollerine örnek gösterilebilir?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Yeni doğan bir bebeğin ailenin üyesi olması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Bir öğrencinin yıllar sonra öğretmen olması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Bir çocuğun ailesinin soyadını taşıması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Bir insanın doğduğu ülkenin vatandaşı olması</w:t>
            </w:r>
          </w:p>
        </w:tc>
        <w:tc>
          <w:tcPr>
            <w:tcW w:type="dxa" w:w="5329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vAlign w:val="top"/>
          </w:tcPr>
          <w:p>
            <w:pPr>
              <w:keepLines/>
              <w:spacing w:after="12"/>
            </w:pPr>
            <w:r>
              <w:rPr>
                <w:b/>
                <w:sz w:val="17"/>
              </w:rPr>
              <w:t>6. Deniz, okulda öğrencidir. Futbol kulübünde takım kaptanıdır. Evde ise abladır.</w:t>
              <w:br/>
              <w:t>Buna göre Deniz'in rollerinin farklı olmasının temel nedeni aşağıdakilerden hangisidir?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Farklı grupların farklı sorumluluklar gerektirmesi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İnsanların istediği zaman bütün sorumluluklarından vazgeçebilmesi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Her grubun aynı amaç için kurulması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Roller arasında hiçbir ilişkinin bulunmaması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7. 'Babam gençliğinde bir futbol takımında oyuncuydu. Daha sonra antrenör oldu. Şimdi ise kulübün yönetim kurulunda görev yapıyor.'</w:t>
              <w:br/>
              <w:t>Bu bilgiye göre aşağıdaki çıkarımlardan hangisine ulaşılabilir?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Bir insanın grubu hiç değişmez.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Aynı grup içinde kişinin rolü zamanla değişebilir.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İnsanların meslekleri bütün rollerini belirler.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Bir kişi aynı grupta yalnızca tek bir görev yapabilir.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8. Elif'in annesi hastanede doktordur. Eve geldiğinde çocuklarıyla ilgilenir. Hafta sonları ise bir yardım kuruluşunda gönüllü olarak görev yapar.</w:t>
              <w:br/>
              <w:t>Buna göre aşağıdakilerden hangisi yanlıştır?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Elif'in annesi birden fazla gruba üyedir.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Farklı gruplarda farklı sorumlulukları vardır.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Doktor olması diğer bütün rollerini ortadan kaldırmıştır.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Aynı kişi birden fazla role sahip olabilir.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9. Bir öğrenci, sınıfta yapılan grup çalışmasında 'Ben sadece kendi bölümümü yaparım. Arkadaşlarımın çalışması beni ilgilendirmez.' demiştir.</w:t>
              <w:br/>
              <w:t>Bu öğrencinin aşağıdakilerden hangisini yeterince kavrayamadığı söylenebilir?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Grup üyelerinin rollerine uygun sorumlulukları bulunduğunu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İnsanların hiçbir gruba katılmaması gerektiğini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Her grubun yalnızca bir kişiden oluştuğunu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Rollerimizin doğuştan değişmez olduğunu</w:t>
            </w:r>
          </w:p>
          <w:p>
            <w:pPr>
              <w:spacing w:after="30"/>
            </w:pPr>
          </w:p>
          <w:p>
            <w:pPr>
              <w:keepLines/>
              <w:spacing w:after="12"/>
            </w:pPr>
            <w:r>
              <w:rPr>
                <w:b/>
                <w:sz w:val="17"/>
              </w:rPr>
              <w:t>10. Mehmet 12 yaşındayken okul takımında oyuncudur. 30 yaşına geldiğinde beden eğitimi öğretmeni, 55 yaşında ise okul müdürü olmuştur.</w:t>
              <w:br/>
              <w:t>Mehmet'in yaşamındaki bu değişim aşağıdaki kavramlardan hangisiyle en iyi açıklanabilir?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A) Kültürel farklılık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B) Değişen rol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C) Temel hak</w:t>
            </w:r>
          </w:p>
          <w:p>
            <w:pPr>
              <w:keepLines/>
              <w:spacing w:after="0"/>
              <w:ind w:left="125" w:hanging="17"/>
            </w:pPr>
            <w:r>
              <w:rPr>
                <w:sz w:val="16"/>
              </w:rPr>
              <w:t>D) Toplumsal dayanışma</w:t>
            </w:r>
          </w:p>
        </w:tc>
      </w:tr>
    </w:tbl>
    <w:p>
      <w:r>
        <w:br w:type="page"/>
      </w:r>
    </w:p>
    <w:p>
      <w:pPr>
        <w:spacing w:after="80"/>
      </w:pPr>
      <w:r>
        <w:rPr>
          <w:b/>
          <w:sz w:val="22"/>
        </w:rPr>
        <w:t>B. Açık Uçlu Sorular</w:t>
      </w:r>
    </w:p>
    <w:p>
      <w:pPr>
        <w:keepLines/>
        <w:spacing w:before="20" w:after="20"/>
      </w:pPr>
      <w:r>
        <w:rPr>
          <w:sz w:val="19"/>
        </w:rPr>
        <w:t>11. Efe, okulda öğrencidir. Basketbol takımında kaptanlık yapmakta, evde ise küçük kardeşine derslerinde yardımcı olmaktadır.</w:t>
        <w:br/>
      </w:r>
      <w:r>
        <w:rPr>
          <w:b/>
          <w:sz w:val="19"/>
        </w:rPr>
        <w:t>Soru: Efe'nin farklı ortamlarda farklı roller üstlenmesinin nedeni nedir?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before="20" w:after="20"/>
      </w:pPr>
      <w:r>
        <w:rPr>
          <w:sz w:val="19"/>
        </w:rPr>
        <w:t>12. Ayşe Hanım gençliğinde bir şirkette çalışan olarak görev yapmış, daha sonra aynı şirkette yönetici olmuştur.</w:t>
        <w:br/>
      </w:r>
      <w:r>
        <w:rPr>
          <w:b/>
          <w:sz w:val="19"/>
        </w:rPr>
        <w:t>Soru: Bu örnek rollerle ilgili hangi durumu göstermektedir?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before="20" w:after="20"/>
      </w:pPr>
      <w:r>
        <w:rPr>
          <w:sz w:val="19"/>
        </w:rPr>
        <w:t>13. Mert, ilkokuldayken öğrenciydi. Üniversiteyi bitirdikten sonra öğretmen oldu. Birkaç yıl sonra baba oldu.</w:t>
        <w:br/>
      </w:r>
      <w:r>
        <w:rPr>
          <w:b/>
          <w:sz w:val="19"/>
        </w:rPr>
        <w:t>Soru: Mert'in yaşamındaki bu değişimden rollerle ilgili hangi sonuca ulaşılabilir?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before="20" w:after="20"/>
      </w:pPr>
      <w:r>
        <w:rPr>
          <w:sz w:val="19"/>
        </w:rPr>
        <w:t>14. Bir öğretmen, öğrencilerine 'Bugün ben size ders anlatıyorum. Yıllar sonra sizden biri doktor olabilir ve ben onun hastası olabilirim.' demiştir.</w:t>
        <w:br/>
      </w:r>
      <w:r>
        <w:rPr>
          <w:b/>
          <w:sz w:val="19"/>
        </w:rPr>
        <w:t>Soru: Öğretmenin bu örnekle anlatmak istediği temel düşünce nedir?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before="20" w:after="20"/>
      </w:pPr>
      <w:r>
        <w:rPr>
          <w:sz w:val="19"/>
        </w:rPr>
        <w:t>15. Zeynep okul tiyatro kulübünde oyuncudur. Kulüp başkanı okula gelmediği bir gün arkadaşlarının görevlerini düzenleme sorumluluğunu Zeynep üstlenmiştir.</w:t>
        <w:br/>
      </w:r>
      <w:r>
        <w:rPr>
          <w:b/>
          <w:sz w:val="19"/>
        </w:rPr>
        <w:t>Soru: Bu durum rollerle ilgili hangi özelliği göstermektedir?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p>
      <w:pPr>
        <w:keepLines/>
        <w:spacing w:after="30"/>
      </w:pPr>
      <w:r>
        <w:rPr>
          <w:sz w:val="18"/>
        </w:rPr>
        <w:t>........................................................................................................................................................................</w:t>
      </w:r>
    </w:p>
    <w:sectPr w:rsidR="00FC693F" w:rsidRPr="0006063C" w:rsidSect="00034616">
      <w:footerReference w:type="default" r:id="rId9"/>
      <w:pgSz w:w="11906" w:h="16838"/>
      <w:pgMar w:top="567" w:right="624" w:bottom="567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5"/>
      </w:rPr>
      <w:t>Sosyal Bilgiler - Değişen Gruplar ve Roller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