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14DE" w14:textId="77E723C7" w:rsidR="005A5B65" w:rsidRDefault="00000000" w:rsidP="001D41CD">
      <w:pPr>
        <w:spacing w:after="120"/>
        <w:jc w:val="center"/>
      </w:pPr>
      <w:r>
        <w:rPr>
          <w:b/>
          <w:color w:val="5B7C93"/>
          <w:sz w:val="21"/>
        </w:rPr>
        <w:t>2026–2027 Eğitim Öğretim Yılı  SOSYAL BİLGİLER DERSİ (5. Sınıf)  •  BEP Yıllık Planı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3798"/>
        <w:gridCol w:w="3742"/>
        <w:gridCol w:w="3742"/>
      </w:tblGrid>
      <w:tr w:rsidR="005A5B65" w14:paraId="0B8A0169" w14:textId="77777777">
        <w:trPr>
          <w:jc w:val="center"/>
        </w:trPr>
        <w:tc>
          <w:tcPr>
            <w:tcW w:w="3969" w:type="dxa"/>
            <w:vMerge w:val="restart"/>
          </w:tcPr>
          <w:p w14:paraId="4E1F590C" w14:textId="369ADC6D" w:rsidR="005A5B65" w:rsidRDefault="00000000">
            <w:r>
              <w:t xml:space="preserve">Öğrencinin Adı Soyadı: </w:t>
            </w:r>
          </w:p>
        </w:tc>
        <w:tc>
          <w:tcPr>
            <w:tcW w:w="3798" w:type="dxa"/>
          </w:tcPr>
          <w:p w14:paraId="23A7F761" w14:textId="6E070D59" w:rsidR="005A5B65" w:rsidRDefault="00000000">
            <w:r>
              <w:t xml:space="preserve">Sınıfı / Şubesi: 5 / </w:t>
            </w:r>
          </w:p>
        </w:tc>
        <w:tc>
          <w:tcPr>
            <w:tcW w:w="3742" w:type="dxa"/>
          </w:tcPr>
          <w:p w14:paraId="7DCA0BCB" w14:textId="77777777" w:rsidR="005A5B65" w:rsidRDefault="00000000">
            <w:r>
              <w:t>Ders: Sosyal Bilgiler</w:t>
            </w:r>
          </w:p>
        </w:tc>
        <w:tc>
          <w:tcPr>
            <w:tcW w:w="3742" w:type="dxa"/>
          </w:tcPr>
          <w:p w14:paraId="4B33567E" w14:textId="77777777" w:rsidR="005A5B65" w:rsidRDefault="00000000">
            <w:r>
              <w:t>Haftalık Ders Saati: 3</w:t>
            </w:r>
          </w:p>
        </w:tc>
      </w:tr>
      <w:tr w:rsidR="005A5B65" w14:paraId="4EA8859F" w14:textId="77777777">
        <w:trPr>
          <w:jc w:val="center"/>
        </w:trPr>
        <w:tc>
          <w:tcPr>
            <w:tcW w:w="3969" w:type="dxa"/>
            <w:vMerge/>
          </w:tcPr>
          <w:p w14:paraId="4864C042" w14:textId="77777777" w:rsidR="005A5B65" w:rsidRDefault="005A5B65"/>
        </w:tc>
        <w:tc>
          <w:tcPr>
            <w:tcW w:w="3798" w:type="dxa"/>
          </w:tcPr>
          <w:p w14:paraId="5C3076C5" w14:textId="77777777" w:rsidR="005A5B65" w:rsidRDefault="00000000">
            <w:r>
              <w:t>BEP Başlangıç Tarihi: ……… / ……… / 2026</w:t>
            </w:r>
          </w:p>
        </w:tc>
        <w:tc>
          <w:tcPr>
            <w:tcW w:w="3742" w:type="dxa"/>
          </w:tcPr>
          <w:p w14:paraId="4A4958C1" w14:textId="77777777" w:rsidR="005A5B65" w:rsidRDefault="00000000">
            <w:r>
              <w:t>BEP Bitiş Tarihi: ……… / ……… / 2027</w:t>
            </w:r>
          </w:p>
        </w:tc>
        <w:tc>
          <w:tcPr>
            <w:tcW w:w="3742" w:type="dxa"/>
          </w:tcPr>
          <w:p w14:paraId="7ADEC13F" w14:textId="77777777" w:rsidR="005A5B65" w:rsidRDefault="00000000">
            <w:r>
              <w:t>BEP No: 2026/……</w:t>
            </w:r>
          </w:p>
        </w:tc>
      </w:tr>
      <w:tr w:rsidR="005A5B65" w14:paraId="274C66EB" w14:textId="77777777">
        <w:trPr>
          <w:jc w:val="center"/>
        </w:trPr>
        <w:tc>
          <w:tcPr>
            <w:tcW w:w="7767" w:type="dxa"/>
            <w:gridSpan w:val="2"/>
          </w:tcPr>
          <w:p w14:paraId="321B08CB" w14:textId="77777777" w:rsidR="005A5B65" w:rsidRDefault="00000000">
            <w:r>
              <w:t>Özel Eğitim Tanısı: Süregelen hastalık, dil ve konuşma güçlüğü, hafif düzeyde zihinsel yetersizlik</w:t>
            </w:r>
          </w:p>
        </w:tc>
        <w:tc>
          <w:tcPr>
            <w:tcW w:w="7484" w:type="dxa"/>
            <w:gridSpan w:val="2"/>
          </w:tcPr>
          <w:p w14:paraId="522D1A07" w14:textId="77777777" w:rsidR="005A5B65" w:rsidRDefault="00000000">
            <w:r>
              <w:t>Uygulama Yeri: Genel eğitim sınıfı (kaynaştırma/bütünleştirme) + destek eğitim odası</w:t>
            </w:r>
          </w:p>
        </w:tc>
      </w:tr>
    </w:tbl>
    <w:p w14:paraId="3915202F" w14:textId="77777777" w:rsidR="005A5B65" w:rsidRDefault="005A5B65">
      <w:pPr>
        <w:spacing w:after="40"/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41"/>
        <w:gridCol w:w="2778"/>
        <w:gridCol w:w="1077"/>
        <w:gridCol w:w="1814"/>
        <w:gridCol w:w="1814"/>
        <w:gridCol w:w="1304"/>
        <w:gridCol w:w="2041"/>
        <w:gridCol w:w="1396"/>
        <w:gridCol w:w="1219"/>
      </w:tblGrid>
      <w:tr w:rsidR="005A5B65" w14:paraId="57F326A5" w14:textId="77777777">
        <w:trPr>
          <w:tblHeader/>
          <w:jc w:val="center"/>
        </w:trPr>
        <w:tc>
          <w:tcPr>
            <w:tcW w:w="2041" w:type="dxa"/>
            <w:vMerge w:val="restart"/>
            <w:shd w:val="clear" w:color="auto" w:fill="8FA9C0"/>
          </w:tcPr>
          <w:p w14:paraId="7A808A9B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Uzun Dönemli Amaçlar</w:t>
            </w:r>
          </w:p>
        </w:tc>
        <w:tc>
          <w:tcPr>
            <w:tcW w:w="2778" w:type="dxa"/>
            <w:vMerge w:val="restart"/>
            <w:shd w:val="clear" w:color="auto" w:fill="8FA9C0"/>
          </w:tcPr>
          <w:p w14:paraId="30524CDA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Kısa Dönemli Amaçlar</w:t>
            </w:r>
          </w:p>
        </w:tc>
        <w:tc>
          <w:tcPr>
            <w:tcW w:w="1077" w:type="dxa"/>
            <w:vMerge w:val="restart"/>
            <w:shd w:val="clear" w:color="auto" w:fill="8FA9C0"/>
          </w:tcPr>
          <w:p w14:paraId="605B1A70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Ölçüt*</w:t>
            </w:r>
          </w:p>
        </w:tc>
        <w:tc>
          <w:tcPr>
            <w:tcW w:w="1814" w:type="dxa"/>
            <w:vMerge w:val="restart"/>
            <w:shd w:val="clear" w:color="auto" w:fill="8FA9C0"/>
          </w:tcPr>
          <w:p w14:paraId="22123353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Yöntem ve Teknik</w:t>
            </w:r>
          </w:p>
        </w:tc>
        <w:tc>
          <w:tcPr>
            <w:tcW w:w="1814" w:type="dxa"/>
            <w:vMerge w:val="restart"/>
            <w:shd w:val="clear" w:color="auto" w:fill="8FA9C0"/>
          </w:tcPr>
          <w:p w14:paraId="2F47BB90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Kullanılacak Materyaller</w:t>
            </w:r>
          </w:p>
        </w:tc>
        <w:tc>
          <w:tcPr>
            <w:tcW w:w="1304" w:type="dxa"/>
            <w:vMerge w:val="restart"/>
            <w:shd w:val="clear" w:color="auto" w:fill="8FA9C0"/>
          </w:tcPr>
          <w:p w14:paraId="6DF356EE" w14:textId="42E5A2EA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Başlama ve Bitiş Tarihi</w:t>
            </w:r>
          </w:p>
        </w:tc>
        <w:tc>
          <w:tcPr>
            <w:tcW w:w="4423" w:type="dxa"/>
            <w:gridSpan w:val="3"/>
            <w:shd w:val="clear" w:color="auto" w:fill="8FA9C0"/>
          </w:tcPr>
          <w:p w14:paraId="2B5ADD93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Ölçme-Değerlendirme</w:t>
            </w:r>
          </w:p>
        </w:tc>
      </w:tr>
      <w:tr w:rsidR="005A5B65" w14:paraId="4DA7C7F9" w14:textId="77777777">
        <w:trPr>
          <w:tblHeader/>
          <w:jc w:val="center"/>
        </w:trPr>
        <w:tc>
          <w:tcPr>
            <w:tcW w:w="2041" w:type="dxa"/>
            <w:vMerge/>
          </w:tcPr>
          <w:p w14:paraId="261E6468" w14:textId="77777777" w:rsidR="005A5B65" w:rsidRDefault="005A5B65"/>
        </w:tc>
        <w:tc>
          <w:tcPr>
            <w:tcW w:w="2778" w:type="dxa"/>
            <w:vMerge/>
          </w:tcPr>
          <w:p w14:paraId="76FEA2CC" w14:textId="77777777" w:rsidR="005A5B65" w:rsidRDefault="005A5B65"/>
        </w:tc>
        <w:tc>
          <w:tcPr>
            <w:tcW w:w="1077" w:type="dxa"/>
            <w:vMerge/>
          </w:tcPr>
          <w:p w14:paraId="21B87515" w14:textId="77777777" w:rsidR="005A5B65" w:rsidRDefault="005A5B65"/>
        </w:tc>
        <w:tc>
          <w:tcPr>
            <w:tcW w:w="1814" w:type="dxa"/>
            <w:vMerge/>
          </w:tcPr>
          <w:p w14:paraId="3C705B9B" w14:textId="77777777" w:rsidR="005A5B65" w:rsidRDefault="005A5B65"/>
        </w:tc>
        <w:tc>
          <w:tcPr>
            <w:tcW w:w="1814" w:type="dxa"/>
            <w:vMerge/>
          </w:tcPr>
          <w:p w14:paraId="3D770CE5" w14:textId="77777777" w:rsidR="005A5B65" w:rsidRDefault="005A5B65"/>
        </w:tc>
        <w:tc>
          <w:tcPr>
            <w:tcW w:w="1304" w:type="dxa"/>
            <w:vMerge/>
          </w:tcPr>
          <w:p w14:paraId="1B3680E4" w14:textId="77777777" w:rsidR="005A5B65" w:rsidRDefault="005A5B65"/>
        </w:tc>
        <w:tc>
          <w:tcPr>
            <w:tcW w:w="2041" w:type="dxa"/>
            <w:shd w:val="clear" w:color="auto" w:fill="8FA9C0"/>
          </w:tcPr>
          <w:p w14:paraId="14FB5A30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Değerlendirme Yöntem ve Teknikleri</w:t>
            </w:r>
          </w:p>
        </w:tc>
        <w:tc>
          <w:tcPr>
            <w:tcW w:w="1191" w:type="dxa"/>
            <w:shd w:val="clear" w:color="auto" w:fill="8FA9C0"/>
          </w:tcPr>
          <w:p w14:paraId="09BF8F20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Değerlendirme Tarihleri</w:t>
            </w:r>
          </w:p>
        </w:tc>
        <w:tc>
          <w:tcPr>
            <w:tcW w:w="1191" w:type="dxa"/>
            <w:shd w:val="clear" w:color="auto" w:fill="8FA9C0"/>
          </w:tcPr>
          <w:p w14:paraId="14E26E22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Performans Yeterli (+) / Geliştirilmeli (-)</w:t>
            </w:r>
          </w:p>
        </w:tc>
      </w:tr>
      <w:tr w:rsidR="005A5B65" w14:paraId="3C5F2B5D" w14:textId="77777777">
        <w:trPr>
          <w:jc w:val="center"/>
        </w:trPr>
        <w:tc>
          <w:tcPr>
            <w:tcW w:w="15251" w:type="dxa"/>
            <w:gridSpan w:val="9"/>
            <w:shd w:val="clear" w:color="auto" w:fill="8FA9C0"/>
          </w:tcPr>
          <w:p w14:paraId="38AF6915" w14:textId="77777777" w:rsidR="005A5B65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GELİŞİM ALAN / DERS ADI:  SOSYAL BİLGİLER (5. SINIF)</w:t>
            </w:r>
          </w:p>
        </w:tc>
      </w:tr>
      <w:tr w:rsidR="005A5B65" w14:paraId="06BFEFF1" w14:textId="77777777">
        <w:trPr>
          <w:jc w:val="center"/>
        </w:trPr>
        <w:tc>
          <w:tcPr>
            <w:tcW w:w="2041" w:type="dxa"/>
            <w:vMerge w:val="restart"/>
          </w:tcPr>
          <w:p w14:paraId="2A0F555F" w14:textId="77777777" w:rsidR="005A5B65" w:rsidRDefault="00000000">
            <w:r>
              <w:rPr>
                <w:b/>
                <w:sz w:val="17"/>
              </w:rPr>
              <w:t>1. ÜNİTE: BİRLİKTE YAŞAMAK  (16 ders saati)</w:t>
            </w:r>
          </w:p>
          <w:p w14:paraId="294AD509" w14:textId="77777777" w:rsidR="005A5B65" w:rsidRDefault="00000000">
            <w:r>
              <w:rPr>
                <w:sz w:val="17"/>
              </w:rPr>
              <w:t>SB.5.1.1 – SB.5.1.2 – SB.5.1.3</w:t>
            </w:r>
          </w:p>
          <w:p w14:paraId="36DB8499" w14:textId="77777777" w:rsidR="005A5B65" w:rsidRDefault="00000000">
            <w:r>
              <w:rPr>
                <w:sz w:val="17"/>
              </w:rPr>
              <w:t>Uzun Dönemli Amaç: İçinde bulunduğu grupları ve rollerini tanır; farklı özelliklere saygı duymayı ve yardımlaşmayı öğrenir.</w:t>
            </w:r>
          </w:p>
        </w:tc>
        <w:tc>
          <w:tcPr>
            <w:tcW w:w="2778" w:type="dxa"/>
          </w:tcPr>
          <w:p w14:paraId="1E7AC29E" w14:textId="77777777" w:rsidR="005A5B65" w:rsidRDefault="00000000">
            <w:r>
              <w:rPr>
                <w:sz w:val="17"/>
              </w:rPr>
              <w:t>1. Aile, sınıf ve arkadaş grubunu gösterir / söyler.</w:t>
            </w:r>
          </w:p>
        </w:tc>
        <w:tc>
          <w:tcPr>
            <w:tcW w:w="1077" w:type="dxa"/>
            <w:vMerge w:val="restart"/>
          </w:tcPr>
          <w:p w14:paraId="6688E37D" w14:textId="77777777" w:rsidR="005A5B65" w:rsidRDefault="00000000">
            <w:pPr>
              <w:jc w:val="center"/>
            </w:pPr>
            <w:r>
              <w:rPr>
                <w:sz w:val="17"/>
              </w:rPr>
              <w:t>%75 (4 denemenin 3'ünde bağımsız)</w:t>
            </w:r>
          </w:p>
        </w:tc>
        <w:tc>
          <w:tcPr>
            <w:tcW w:w="1814" w:type="dxa"/>
            <w:vMerge w:val="restart"/>
          </w:tcPr>
          <w:p w14:paraId="2C8C262D" w14:textId="77777777" w:rsidR="005A5B65" w:rsidRDefault="00000000">
            <w:r>
              <w:rPr>
                <w:sz w:val="17"/>
              </w:rPr>
              <w:t>Doğrudan öğretim, gösterip yaptırma, model olma, soru-cevap, oyunla öğretim, akran aracılı öğretim, tekrar</w:t>
            </w:r>
          </w:p>
        </w:tc>
        <w:tc>
          <w:tcPr>
            <w:tcW w:w="1814" w:type="dxa"/>
            <w:vMerge w:val="restart"/>
          </w:tcPr>
          <w:p w14:paraId="17A1582E" w14:textId="77777777" w:rsidR="005A5B65" w:rsidRDefault="00000000">
            <w:r>
              <w:rPr>
                <w:sz w:val="17"/>
              </w:rPr>
              <w:t>Resimli kartlar, aile ve sınıf fotoğrafları, kavram haritası, akıllı tahta sunumu, sadeleştirilmiş ders kitabı, az sorulu çalışma yaprağı</w:t>
            </w:r>
          </w:p>
        </w:tc>
        <w:tc>
          <w:tcPr>
            <w:tcW w:w="1304" w:type="dxa"/>
            <w:vMerge w:val="restart"/>
          </w:tcPr>
          <w:p w14:paraId="23C0894C" w14:textId="77777777" w:rsidR="005A5B65" w:rsidRDefault="00000000">
            <w:pPr>
              <w:jc w:val="center"/>
            </w:pPr>
            <w:r>
              <w:rPr>
                <w:sz w:val="17"/>
              </w:rPr>
              <w:t>14 Eylül 2026 – 23 Ekim 2026</w:t>
            </w:r>
          </w:p>
        </w:tc>
        <w:tc>
          <w:tcPr>
            <w:tcW w:w="2041" w:type="dxa"/>
          </w:tcPr>
          <w:p w14:paraId="2C5FDF02" w14:textId="77777777" w:rsidR="005A5B65" w:rsidRDefault="00000000">
            <w:r>
              <w:rPr>
                <w:sz w:val="17"/>
              </w:rPr>
              <w:t>Gözlem, kontrol listesi, sözlü yoklama, resimli test, ürün dosyası, akran değerlendirme</w:t>
            </w:r>
          </w:p>
        </w:tc>
        <w:tc>
          <w:tcPr>
            <w:tcW w:w="1191" w:type="dxa"/>
          </w:tcPr>
          <w:p w14:paraId="74FB249E" w14:textId="77777777" w:rsidR="005A5B65" w:rsidRDefault="00000000">
            <w:pPr>
              <w:jc w:val="center"/>
            </w:pPr>
            <w:r>
              <w:rPr>
                <w:sz w:val="17"/>
              </w:rPr>
              <w:t>19–23 Ekim 2026</w:t>
            </w:r>
          </w:p>
        </w:tc>
        <w:tc>
          <w:tcPr>
            <w:tcW w:w="1191" w:type="dxa"/>
          </w:tcPr>
          <w:p w14:paraId="61B8B9E2" w14:textId="77777777" w:rsidR="005A5B65" w:rsidRDefault="005A5B65">
            <w:pPr>
              <w:jc w:val="center"/>
            </w:pPr>
          </w:p>
        </w:tc>
      </w:tr>
      <w:tr w:rsidR="005A5B65" w14:paraId="656504E0" w14:textId="77777777">
        <w:trPr>
          <w:jc w:val="center"/>
        </w:trPr>
        <w:tc>
          <w:tcPr>
            <w:tcW w:w="2041" w:type="dxa"/>
            <w:vMerge/>
          </w:tcPr>
          <w:p w14:paraId="0C64A60E" w14:textId="77777777" w:rsidR="005A5B65" w:rsidRDefault="005A5B65"/>
        </w:tc>
        <w:tc>
          <w:tcPr>
            <w:tcW w:w="2778" w:type="dxa"/>
          </w:tcPr>
          <w:p w14:paraId="0C430EBA" w14:textId="77777777" w:rsidR="005A5B65" w:rsidRDefault="00000000">
            <w:r>
              <w:rPr>
                <w:sz w:val="17"/>
              </w:rPr>
              <w:t>2. Kendi rolünü (öğrenci, kardeş, arkadaş) tek kelime veya resimle belirtir.</w:t>
            </w:r>
          </w:p>
        </w:tc>
        <w:tc>
          <w:tcPr>
            <w:tcW w:w="1077" w:type="dxa"/>
            <w:vMerge/>
          </w:tcPr>
          <w:p w14:paraId="0398AC6C" w14:textId="77777777" w:rsidR="005A5B65" w:rsidRDefault="005A5B65"/>
        </w:tc>
        <w:tc>
          <w:tcPr>
            <w:tcW w:w="1814" w:type="dxa"/>
            <w:vMerge/>
          </w:tcPr>
          <w:p w14:paraId="131B5D37" w14:textId="77777777" w:rsidR="005A5B65" w:rsidRDefault="005A5B65"/>
        </w:tc>
        <w:tc>
          <w:tcPr>
            <w:tcW w:w="1814" w:type="dxa"/>
            <w:vMerge/>
          </w:tcPr>
          <w:p w14:paraId="1BD3C061" w14:textId="77777777" w:rsidR="005A5B65" w:rsidRDefault="005A5B65"/>
        </w:tc>
        <w:tc>
          <w:tcPr>
            <w:tcW w:w="1304" w:type="dxa"/>
            <w:vMerge/>
          </w:tcPr>
          <w:p w14:paraId="258801F6" w14:textId="77777777" w:rsidR="005A5B65" w:rsidRDefault="005A5B65"/>
        </w:tc>
        <w:tc>
          <w:tcPr>
            <w:tcW w:w="2041" w:type="dxa"/>
          </w:tcPr>
          <w:p w14:paraId="6DC00119" w14:textId="77777777" w:rsidR="005A5B65" w:rsidRDefault="005A5B65"/>
        </w:tc>
        <w:tc>
          <w:tcPr>
            <w:tcW w:w="1191" w:type="dxa"/>
          </w:tcPr>
          <w:p w14:paraId="79F707E7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14F71172" w14:textId="77777777" w:rsidR="005A5B65" w:rsidRDefault="005A5B65">
            <w:pPr>
              <w:jc w:val="center"/>
            </w:pPr>
          </w:p>
        </w:tc>
      </w:tr>
      <w:tr w:rsidR="005A5B65" w14:paraId="2F00C781" w14:textId="77777777">
        <w:trPr>
          <w:jc w:val="center"/>
        </w:trPr>
        <w:tc>
          <w:tcPr>
            <w:tcW w:w="2041" w:type="dxa"/>
            <w:vMerge/>
          </w:tcPr>
          <w:p w14:paraId="6F78E3A2" w14:textId="77777777" w:rsidR="005A5B65" w:rsidRDefault="005A5B65"/>
        </w:tc>
        <w:tc>
          <w:tcPr>
            <w:tcW w:w="2778" w:type="dxa"/>
          </w:tcPr>
          <w:p w14:paraId="0BC1AB07" w14:textId="77777777" w:rsidR="005A5B65" w:rsidRDefault="00000000">
            <w:r>
              <w:rPr>
                <w:sz w:val="17"/>
              </w:rPr>
              <w:t>3. Farklı özellikleri olan kişilere saygılı davranışın bir örneğini gösterir.</w:t>
            </w:r>
          </w:p>
        </w:tc>
        <w:tc>
          <w:tcPr>
            <w:tcW w:w="1077" w:type="dxa"/>
            <w:vMerge/>
          </w:tcPr>
          <w:p w14:paraId="1FCAD1AF" w14:textId="77777777" w:rsidR="005A5B65" w:rsidRDefault="005A5B65"/>
        </w:tc>
        <w:tc>
          <w:tcPr>
            <w:tcW w:w="1814" w:type="dxa"/>
            <w:vMerge/>
          </w:tcPr>
          <w:p w14:paraId="42DAEB82" w14:textId="77777777" w:rsidR="005A5B65" w:rsidRDefault="005A5B65"/>
        </w:tc>
        <w:tc>
          <w:tcPr>
            <w:tcW w:w="1814" w:type="dxa"/>
            <w:vMerge/>
          </w:tcPr>
          <w:p w14:paraId="6389B842" w14:textId="77777777" w:rsidR="005A5B65" w:rsidRDefault="005A5B65"/>
        </w:tc>
        <w:tc>
          <w:tcPr>
            <w:tcW w:w="1304" w:type="dxa"/>
            <w:vMerge/>
          </w:tcPr>
          <w:p w14:paraId="356EBA9B" w14:textId="77777777" w:rsidR="005A5B65" w:rsidRDefault="005A5B65"/>
        </w:tc>
        <w:tc>
          <w:tcPr>
            <w:tcW w:w="2041" w:type="dxa"/>
          </w:tcPr>
          <w:p w14:paraId="73F9A519" w14:textId="77777777" w:rsidR="005A5B65" w:rsidRDefault="005A5B65"/>
        </w:tc>
        <w:tc>
          <w:tcPr>
            <w:tcW w:w="1191" w:type="dxa"/>
          </w:tcPr>
          <w:p w14:paraId="4B3F9349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6102443D" w14:textId="77777777" w:rsidR="005A5B65" w:rsidRDefault="005A5B65">
            <w:pPr>
              <w:jc w:val="center"/>
            </w:pPr>
          </w:p>
        </w:tc>
      </w:tr>
      <w:tr w:rsidR="005A5B65" w14:paraId="7613ECF7" w14:textId="77777777">
        <w:trPr>
          <w:jc w:val="center"/>
        </w:trPr>
        <w:tc>
          <w:tcPr>
            <w:tcW w:w="2041" w:type="dxa"/>
            <w:vMerge/>
          </w:tcPr>
          <w:p w14:paraId="4BF2768E" w14:textId="77777777" w:rsidR="005A5B65" w:rsidRDefault="005A5B65"/>
        </w:tc>
        <w:tc>
          <w:tcPr>
            <w:tcW w:w="2778" w:type="dxa"/>
          </w:tcPr>
          <w:p w14:paraId="2FBB057F" w14:textId="77777777" w:rsidR="005A5B65" w:rsidRDefault="00000000">
            <w:r>
              <w:rPr>
                <w:sz w:val="17"/>
              </w:rPr>
              <w:t>4. Yardıma ihtiyacı olan arkadaşına yardım eder veya yardım ister.</w:t>
            </w:r>
          </w:p>
        </w:tc>
        <w:tc>
          <w:tcPr>
            <w:tcW w:w="1077" w:type="dxa"/>
            <w:vMerge/>
          </w:tcPr>
          <w:p w14:paraId="34CE9FCC" w14:textId="77777777" w:rsidR="005A5B65" w:rsidRDefault="005A5B65"/>
        </w:tc>
        <w:tc>
          <w:tcPr>
            <w:tcW w:w="1814" w:type="dxa"/>
            <w:vMerge/>
          </w:tcPr>
          <w:p w14:paraId="75D51399" w14:textId="77777777" w:rsidR="005A5B65" w:rsidRDefault="005A5B65"/>
        </w:tc>
        <w:tc>
          <w:tcPr>
            <w:tcW w:w="1814" w:type="dxa"/>
            <w:vMerge/>
          </w:tcPr>
          <w:p w14:paraId="0A5DC128" w14:textId="77777777" w:rsidR="005A5B65" w:rsidRDefault="005A5B65"/>
        </w:tc>
        <w:tc>
          <w:tcPr>
            <w:tcW w:w="1304" w:type="dxa"/>
            <w:vMerge/>
          </w:tcPr>
          <w:p w14:paraId="49C7D6A6" w14:textId="77777777" w:rsidR="005A5B65" w:rsidRDefault="005A5B65"/>
        </w:tc>
        <w:tc>
          <w:tcPr>
            <w:tcW w:w="2041" w:type="dxa"/>
          </w:tcPr>
          <w:p w14:paraId="12828436" w14:textId="77777777" w:rsidR="005A5B65" w:rsidRDefault="005A5B65"/>
        </w:tc>
        <w:tc>
          <w:tcPr>
            <w:tcW w:w="1191" w:type="dxa"/>
          </w:tcPr>
          <w:p w14:paraId="3416C04B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67DBCB52" w14:textId="77777777" w:rsidR="005A5B65" w:rsidRDefault="005A5B65">
            <w:pPr>
              <w:jc w:val="center"/>
            </w:pPr>
          </w:p>
        </w:tc>
      </w:tr>
      <w:tr w:rsidR="005A5B65" w14:paraId="7B04AE93" w14:textId="77777777">
        <w:trPr>
          <w:jc w:val="center"/>
        </w:trPr>
        <w:tc>
          <w:tcPr>
            <w:tcW w:w="2041" w:type="dxa"/>
            <w:vMerge w:val="restart"/>
          </w:tcPr>
          <w:p w14:paraId="7576BA4F" w14:textId="77777777" w:rsidR="005A5B65" w:rsidRDefault="00000000">
            <w:r>
              <w:rPr>
                <w:b/>
                <w:sz w:val="17"/>
              </w:rPr>
              <w:t>2. ÜNİTE: EVİMİZ DÜNYA  (22 ders saati)</w:t>
            </w:r>
          </w:p>
          <w:p w14:paraId="66D66F32" w14:textId="77777777" w:rsidR="005A5B65" w:rsidRDefault="00000000">
            <w:r>
              <w:rPr>
                <w:sz w:val="17"/>
              </w:rPr>
              <w:t>SB.5.2.1 – SB.5.2.2 – SB.5.2.3 – SB.5.2.4</w:t>
            </w:r>
          </w:p>
          <w:p w14:paraId="4B74ACCD" w14:textId="77777777" w:rsidR="005A5B65" w:rsidRDefault="00000000">
            <w:r>
              <w:rPr>
                <w:sz w:val="17"/>
              </w:rPr>
              <w:t>Uzun Dönemli Amaç: Yaşadığı ili ve çevresini tanır; doğal ve beşerî değişimi, afetlerden korunmayı ve komşu devletleri öğrenir.</w:t>
            </w:r>
          </w:p>
        </w:tc>
        <w:tc>
          <w:tcPr>
            <w:tcW w:w="2778" w:type="dxa"/>
          </w:tcPr>
          <w:p w14:paraId="561613EE" w14:textId="77777777" w:rsidR="005A5B65" w:rsidRDefault="00000000">
            <w:r>
              <w:rPr>
                <w:sz w:val="17"/>
              </w:rPr>
              <w:t>1. Yaşadığı ilin adını söyler ve haritada gösterir.</w:t>
            </w:r>
          </w:p>
        </w:tc>
        <w:tc>
          <w:tcPr>
            <w:tcW w:w="1077" w:type="dxa"/>
            <w:vMerge w:val="restart"/>
          </w:tcPr>
          <w:p w14:paraId="28077B09" w14:textId="77777777" w:rsidR="005A5B65" w:rsidRDefault="00000000">
            <w:pPr>
              <w:jc w:val="center"/>
            </w:pPr>
            <w:r>
              <w:rPr>
                <w:sz w:val="17"/>
              </w:rPr>
              <w:t>%75 (4 denemenin 3'ünde bağımsız)</w:t>
            </w:r>
          </w:p>
        </w:tc>
        <w:tc>
          <w:tcPr>
            <w:tcW w:w="1814" w:type="dxa"/>
            <w:vMerge w:val="restart"/>
          </w:tcPr>
          <w:p w14:paraId="4207DF7C" w14:textId="77777777" w:rsidR="005A5B65" w:rsidRDefault="00000000">
            <w:r>
              <w:rPr>
                <w:sz w:val="17"/>
              </w:rPr>
              <w:t>Doğrudan öğretim, gösterip yaptırma, gezi-gözlem, harita ve fotoğraf inceleme, drama / afet tatbikatı, tekrar</w:t>
            </w:r>
          </w:p>
        </w:tc>
        <w:tc>
          <w:tcPr>
            <w:tcW w:w="1814" w:type="dxa"/>
            <w:vMerge w:val="restart"/>
          </w:tcPr>
          <w:p w14:paraId="4315825F" w14:textId="77777777" w:rsidR="005A5B65" w:rsidRDefault="00000000">
            <w:r>
              <w:rPr>
                <w:sz w:val="17"/>
              </w:rPr>
              <w:t>Türkiye ve il haritası, çevre fotoğrafları, afet tatbikatı görselleri, kısa video, komşu ülkeler haritası, çalışma yaprağı</w:t>
            </w:r>
          </w:p>
        </w:tc>
        <w:tc>
          <w:tcPr>
            <w:tcW w:w="1304" w:type="dxa"/>
            <w:vMerge w:val="restart"/>
          </w:tcPr>
          <w:p w14:paraId="2B3746B0" w14:textId="77777777" w:rsidR="005A5B65" w:rsidRDefault="00000000">
            <w:pPr>
              <w:jc w:val="center"/>
            </w:pPr>
            <w:r>
              <w:rPr>
                <w:sz w:val="17"/>
              </w:rPr>
              <w:t>26 Ekim 2026 – 18 Aralık 2026</w:t>
            </w:r>
          </w:p>
        </w:tc>
        <w:tc>
          <w:tcPr>
            <w:tcW w:w="2041" w:type="dxa"/>
          </w:tcPr>
          <w:p w14:paraId="029F8F0E" w14:textId="77777777" w:rsidR="005A5B65" w:rsidRDefault="00000000">
            <w:r>
              <w:rPr>
                <w:sz w:val="17"/>
              </w:rPr>
              <w:t>Gözlem, performans görevi (haritada gösterme), sözlü yoklama, resimli test, kontrol listesi</w:t>
            </w:r>
          </w:p>
        </w:tc>
        <w:tc>
          <w:tcPr>
            <w:tcW w:w="1191" w:type="dxa"/>
          </w:tcPr>
          <w:p w14:paraId="3E3FB9A5" w14:textId="77777777" w:rsidR="005A5B65" w:rsidRDefault="00000000">
            <w:pPr>
              <w:jc w:val="center"/>
            </w:pPr>
            <w:r>
              <w:rPr>
                <w:sz w:val="17"/>
              </w:rPr>
              <w:t>14–18 Aralık 2026</w:t>
            </w:r>
          </w:p>
        </w:tc>
        <w:tc>
          <w:tcPr>
            <w:tcW w:w="1191" w:type="dxa"/>
          </w:tcPr>
          <w:p w14:paraId="2DC1B334" w14:textId="77777777" w:rsidR="005A5B65" w:rsidRDefault="005A5B65">
            <w:pPr>
              <w:jc w:val="center"/>
            </w:pPr>
          </w:p>
        </w:tc>
      </w:tr>
      <w:tr w:rsidR="005A5B65" w14:paraId="6F8D88BB" w14:textId="77777777">
        <w:trPr>
          <w:jc w:val="center"/>
        </w:trPr>
        <w:tc>
          <w:tcPr>
            <w:tcW w:w="2041" w:type="dxa"/>
            <w:vMerge/>
          </w:tcPr>
          <w:p w14:paraId="7DAA31B0" w14:textId="77777777" w:rsidR="005A5B65" w:rsidRDefault="005A5B65"/>
        </w:tc>
        <w:tc>
          <w:tcPr>
            <w:tcW w:w="2778" w:type="dxa"/>
          </w:tcPr>
          <w:p w14:paraId="0541298C" w14:textId="77777777" w:rsidR="005A5B65" w:rsidRDefault="00000000">
            <w:r>
              <w:rPr>
                <w:sz w:val="17"/>
              </w:rPr>
              <w:t>2. Çevresindeki bir değişimi (yeni yol, bina) fotoğraftan fark edip söyler.</w:t>
            </w:r>
          </w:p>
        </w:tc>
        <w:tc>
          <w:tcPr>
            <w:tcW w:w="1077" w:type="dxa"/>
            <w:vMerge/>
          </w:tcPr>
          <w:p w14:paraId="2FE39609" w14:textId="77777777" w:rsidR="005A5B65" w:rsidRDefault="005A5B65"/>
        </w:tc>
        <w:tc>
          <w:tcPr>
            <w:tcW w:w="1814" w:type="dxa"/>
            <w:vMerge/>
          </w:tcPr>
          <w:p w14:paraId="48FF9742" w14:textId="77777777" w:rsidR="005A5B65" w:rsidRDefault="005A5B65"/>
        </w:tc>
        <w:tc>
          <w:tcPr>
            <w:tcW w:w="1814" w:type="dxa"/>
            <w:vMerge/>
          </w:tcPr>
          <w:p w14:paraId="105A9D77" w14:textId="77777777" w:rsidR="005A5B65" w:rsidRDefault="005A5B65"/>
        </w:tc>
        <w:tc>
          <w:tcPr>
            <w:tcW w:w="1304" w:type="dxa"/>
            <w:vMerge/>
          </w:tcPr>
          <w:p w14:paraId="7F579393" w14:textId="77777777" w:rsidR="005A5B65" w:rsidRDefault="005A5B65"/>
        </w:tc>
        <w:tc>
          <w:tcPr>
            <w:tcW w:w="2041" w:type="dxa"/>
          </w:tcPr>
          <w:p w14:paraId="5DC57B31" w14:textId="77777777" w:rsidR="005A5B65" w:rsidRDefault="005A5B65"/>
        </w:tc>
        <w:tc>
          <w:tcPr>
            <w:tcW w:w="1191" w:type="dxa"/>
          </w:tcPr>
          <w:p w14:paraId="7C13EC53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235E3114" w14:textId="77777777" w:rsidR="005A5B65" w:rsidRDefault="005A5B65">
            <w:pPr>
              <w:jc w:val="center"/>
            </w:pPr>
          </w:p>
        </w:tc>
      </w:tr>
      <w:tr w:rsidR="005A5B65" w14:paraId="29898E1A" w14:textId="77777777">
        <w:trPr>
          <w:jc w:val="center"/>
        </w:trPr>
        <w:tc>
          <w:tcPr>
            <w:tcW w:w="2041" w:type="dxa"/>
            <w:vMerge/>
          </w:tcPr>
          <w:p w14:paraId="23C35E2E" w14:textId="77777777" w:rsidR="005A5B65" w:rsidRDefault="005A5B65"/>
        </w:tc>
        <w:tc>
          <w:tcPr>
            <w:tcW w:w="2778" w:type="dxa"/>
          </w:tcPr>
          <w:p w14:paraId="1900C216" w14:textId="77777777" w:rsidR="005A5B65" w:rsidRDefault="00000000">
            <w:r>
              <w:rPr>
                <w:sz w:val="17"/>
              </w:rPr>
              <w:t>3. Deprem / sel anında yapılacak doğru davranışı gösterir.</w:t>
            </w:r>
          </w:p>
        </w:tc>
        <w:tc>
          <w:tcPr>
            <w:tcW w:w="1077" w:type="dxa"/>
            <w:vMerge/>
          </w:tcPr>
          <w:p w14:paraId="4D228262" w14:textId="77777777" w:rsidR="005A5B65" w:rsidRDefault="005A5B65"/>
        </w:tc>
        <w:tc>
          <w:tcPr>
            <w:tcW w:w="1814" w:type="dxa"/>
            <w:vMerge/>
          </w:tcPr>
          <w:p w14:paraId="3FF0D2E0" w14:textId="77777777" w:rsidR="005A5B65" w:rsidRDefault="005A5B65"/>
        </w:tc>
        <w:tc>
          <w:tcPr>
            <w:tcW w:w="1814" w:type="dxa"/>
            <w:vMerge/>
          </w:tcPr>
          <w:p w14:paraId="14D6BD16" w14:textId="77777777" w:rsidR="005A5B65" w:rsidRDefault="005A5B65"/>
        </w:tc>
        <w:tc>
          <w:tcPr>
            <w:tcW w:w="1304" w:type="dxa"/>
            <w:vMerge/>
          </w:tcPr>
          <w:p w14:paraId="0D20A314" w14:textId="77777777" w:rsidR="005A5B65" w:rsidRDefault="005A5B65"/>
        </w:tc>
        <w:tc>
          <w:tcPr>
            <w:tcW w:w="2041" w:type="dxa"/>
          </w:tcPr>
          <w:p w14:paraId="381CDE94" w14:textId="77777777" w:rsidR="005A5B65" w:rsidRDefault="005A5B65"/>
        </w:tc>
        <w:tc>
          <w:tcPr>
            <w:tcW w:w="1191" w:type="dxa"/>
          </w:tcPr>
          <w:p w14:paraId="4693A2F7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28DFB759" w14:textId="77777777" w:rsidR="005A5B65" w:rsidRDefault="005A5B65">
            <w:pPr>
              <w:jc w:val="center"/>
            </w:pPr>
          </w:p>
        </w:tc>
      </w:tr>
      <w:tr w:rsidR="005A5B65" w14:paraId="4D240C3D" w14:textId="77777777">
        <w:trPr>
          <w:jc w:val="center"/>
        </w:trPr>
        <w:tc>
          <w:tcPr>
            <w:tcW w:w="2041" w:type="dxa"/>
            <w:vMerge/>
          </w:tcPr>
          <w:p w14:paraId="1D1D3AD6" w14:textId="77777777" w:rsidR="005A5B65" w:rsidRDefault="005A5B65"/>
        </w:tc>
        <w:tc>
          <w:tcPr>
            <w:tcW w:w="2778" w:type="dxa"/>
          </w:tcPr>
          <w:p w14:paraId="0566F0D9" w14:textId="77777777" w:rsidR="005A5B65" w:rsidRDefault="00000000">
            <w:r>
              <w:rPr>
                <w:sz w:val="17"/>
              </w:rPr>
              <w:t>4. Türkiye'ye komşu 2 ülkeyi haritada gösterir.</w:t>
            </w:r>
          </w:p>
        </w:tc>
        <w:tc>
          <w:tcPr>
            <w:tcW w:w="1077" w:type="dxa"/>
            <w:vMerge/>
          </w:tcPr>
          <w:p w14:paraId="593264C9" w14:textId="77777777" w:rsidR="005A5B65" w:rsidRDefault="005A5B65"/>
        </w:tc>
        <w:tc>
          <w:tcPr>
            <w:tcW w:w="1814" w:type="dxa"/>
            <w:vMerge/>
          </w:tcPr>
          <w:p w14:paraId="7D515672" w14:textId="77777777" w:rsidR="005A5B65" w:rsidRDefault="005A5B65"/>
        </w:tc>
        <w:tc>
          <w:tcPr>
            <w:tcW w:w="1814" w:type="dxa"/>
            <w:vMerge/>
          </w:tcPr>
          <w:p w14:paraId="346E550B" w14:textId="77777777" w:rsidR="005A5B65" w:rsidRDefault="005A5B65"/>
        </w:tc>
        <w:tc>
          <w:tcPr>
            <w:tcW w:w="1304" w:type="dxa"/>
            <w:vMerge/>
          </w:tcPr>
          <w:p w14:paraId="07C143C4" w14:textId="77777777" w:rsidR="005A5B65" w:rsidRDefault="005A5B65"/>
        </w:tc>
        <w:tc>
          <w:tcPr>
            <w:tcW w:w="2041" w:type="dxa"/>
          </w:tcPr>
          <w:p w14:paraId="1C517598" w14:textId="77777777" w:rsidR="005A5B65" w:rsidRDefault="005A5B65"/>
        </w:tc>
        <w:tc>
          <w:tcPr>
            <w:tcW w:w="1191" w:type="dxa"/>
          </w:tcPr>
          <w:p w14:paraId="7C191551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6953C11B" w14:textId="77777777" w:rsidR="005A5B65" w:rsidRDefault="005A5B65">
            <w:pPr>
              <w:jc w:val="center"/>
            </w:pPr>
          </w:p>
        </w:tc>
      </w:tr>
      <w:tr w:rsidR="005A5B65" w14:paraId="44716ADB" w14:textId="77777777">
        <w:trPr>
          <w:jc w:val="center"/>
        </w:trPr>
        <w:tc>
          <w:tcPr>
            <w:tcW w:w="2041" w:type="dxa"/>
            <w:vMerge w:val="restart"/>
          </w:tcPr>
          <w:p w14:paraId="7AF65B6B" w14:textId="77777777" w:rsidR="005A5B65" w:rsidRDefault="00000000">
            <w:r>
              <w:rPr>
                <w:b/>
                <w:sz w:val="17"/>
              </w:rPr>
              <w:t>3. ÜNİTE: ORTAK MİRASIMIZ  (18 ders saati)</w:t>
            </w:r>
          </w:p>
          <w:p w14:paraId="581E2137" w14:textId="77777777" w:rsidR="005A5B65" w:rsidRDefault="00000000">
            <w:r>
              <w:rPr>
                <w:sz w:val="17"/>
              </w:rPr>
              <w:t>SB.5.3.1 – SB.5.3.2 – SB.5.3.3</w:t>
            </w:r>
          </w:p>
          <w:p w14:paraId="16ED12E0" w14:textId="77777777" w:rsidR="005A5B65" w:rsidRDefault="00000000">
            <w:r>
              <w:rPr>
                <w:sz w:val="17"/>
              </w:rPr>
              <w:t>Uzun Dönemli Amaç: Çevresindeki ve Anadolu'daki ortak miras ögelerini tanır; kültürel mirasa saygı duyar.</w:t>
            </w:r>
          </w:p>
        </w:tc>
        <w:tc>
          <w:tcPr>
            <w:tcW w:w="2778" w:type="dxa"/>
          </w:tcPr>
          <w:p w14:paraId="1FF9D153" w14:textId="77777777" w:rsidR="005A5B65" w:rsidRDefault="00000000">
            <w:r>
              <w:rPr>
                <w:sz w:val="17"/>
              </w:rPr>
              <w:t>1. Yaşadığı ildeki bir ortak miras ögesini (tarihî yapı, yöresel yemek / oyun) resimden gösterir.</w:t>
            </w:r>
          </w:p>
        </w:tc>
        <w:tc>
          <w:tcPr>
            <w:tcW w:w="1077" w:type="dxa"/>
            <w:vMerge w:val="restart"/>
          </w:tcPr>
          <w:p w14:paraId="4DE02E99" w14:textId="77777777" w:rsidR="005A5B65" w:rsidRDefault="00000000">
            <w:pPr>
              <w:jc w:val="center"/>
            </w:pPr>
            <w:r>
              <w:rPr>
                <w:sz w:val="17"/>
              </w:rPr>
              <w:t>%75 (4 denemenin 3'ünde bağımsız)</w:t>
            </w:r>
          </w:p>
        </w:tc>
        <w:tc>
          <w:tcPr>
            <w:tcW w:w="1814" w:type="dxa"/>
            <w:vMerge w:val="restart"/>
          </w:tcPr>
          <w:p w14:paraId="2C688E6E" w14:textId="77777777" w:rsidR="005A5B65" w:rsidRDefault="00000000">
            <w:r>
              <w:rPr>
                <w:sz w:val="17"/>
              </w:rPr>
              <w:t>Gösterip yaptırma, görsel eşleme, ürün / proje çalışması, müze ve tarihî yer görselleriyle anlatım, işbirliğine dayalı öğrenme, tekrar</w:t>
            </w:r>
          </w:p>
        </w:tc>
        <w:tc>
          <w:tcPr>
            <w:tcW w:w="1814" w:type="dxa"/>
            <w:vMerge w:val="restart"/>
          </w:tcPr>
          <w:p w14:paraId="422CEC8D" w14:textId="77777777" w:rsidR="005A5B65" w:rsidRDefault="00000000">
            <w:r>
              <w:rPr>
                <w:sz w:val="17"/>
              </w:rPr>
              <w:t>Tarihî yapı fotoğrafları, yöresel ürün görselleri, boyama ve resim kâğıtları, kolaj malzemeleri, kısa belgesel, kavram kartları</w:t>
            </w:r>
          </w:p>
        </w:tc>
        <w:tc>
          <w:tcPr>
            <w:tcW w:w="1304" w:type="dxa"/>
            <w:vMerge w:val="restart"/>
          </w:tcPr>
          <w:p w14:paraId="507BA7DA" w14:textId="77777777" w:rsidR="005A5B65" w:rsidRDefault="00000000">
            <w:pPr>
              <w:jc w:val="center"/>
            </w:pPr>
            <w:r>
              <w:rPr>
                <w:sz w:val="17"/>
              </w:rPr>
              <w:t>21 Aralık 2026 – 22 Ocak 2027</w:t>
            </w:r>
          </w:p>
        </w:tc>
        <w:tc>
          <w:tcPr>
            <w:tcW w:w="2041" w:type="dxa"/>
          </w:tcPr>
          <w:p w14:paraId="32E32CBD" w14:textId="77777777" w:rsidR="005A5B65" w:rsidRDefault="00000000">
            <w:r>
              <w:rPr>
                <w:sz w:val="17"/>
              </w:rPr>
              <w:t>Ürün dosyası (resim / kolaj), gözlem, sunum, resimli test, kontrol listesi</w:t>
            </w:r>
          </w:p>
        </w:tc>
        <w:tc>
          <w:tcPr>
            <w:tcW w:w="1191" w:type="dxa"/>
          </w:tcPr>
          <w:p w14:paraId="503820A2" w14:textId="77777777" w:rsidR="005A5B65" w:rsidRDefault="00000000">
            <w:pPr>
              <w:jc w:val="center"/>
            </w:pPr>
            <w:r>
              <w:rPr>
                <w:sz w:val="17"/>
              </w:rPr>
              <w:t>18–22 Ocak 2027</w:t>
            </w:r>
          </w:p>
        </w:tc>
        <w:tc>
          <w:tcPr>
            <w:tcW w:w="1191" w:type="dxa"/>
          </w:tcPr>
          <w:p w14:paraId="1448B5C1" w14:textId="77777777" w:rsidR="005A5B65" w:rsidRDefault="005A5B65">
            <w:pPr>
              <w:jc w:val="center"/>
            </w:pPr>
          </w:p>
        </w:tc>
      </w:tr>
      <w:tr w:rsidR="005A5B65" w14:paraId="52F5DF9C" w14:textId="77777777">
        <w:trPr>
          <w:jc w:val="center"/>
        </w:trPr>
        <w:tc>
          <w:tcPr>
            <w:tcW w:w="2041" w:type="dxa"/>
            <w:vMerge/>
          </w:tcPr>
          <w:p w14:paraId="4E1D20CF" w14:textId="77777777" w:rsidR="005A5B65" w:rsidRDefault="005A5B65"/>
        </w:tc>
        <w:tc>
          <w:tcPr>
            <w:tcW w:w="2778" w:type="dxa"/>
          </w:tcPr>
          <w:p w14:paraId="4E808974" w14:textId="77777777" w:rsidR="005A5B65" w:rsidRDefault="00000000">
            <w:r>
              <w:rPr>
                <w:sz w:val="17"/>
              </w:rPr>
              <w:t>2. Seçtiği miras ögesiyle resim veya kolaj yapar ve arkadaşlarına tanıtır.</w:t>
            </w:r>
          </w:p>
        </w:tc>
        <w:tc>
          <w:tcPr>
            <w:tcW w:w="1077" w:type="dxa"/>
            <w:vMerge/>
          </w:tcPr>
          <w:p w14:paraId="34260254" w14:textId="77777777" w:rsidR="005A5B65" w:rsidRDefault="005A5B65"/>
        </w:tc>
        <w:tc>
          <w:tcPr>
            <w:tcW w:w="1814" w:type="dxa"/>
            <w:vMerge/>
          </w:tcPr>
          <w:p w14:paraId="31342C87" w14:textId="77777777" w:rsidR="005A5B65" w:rsidRDefault="005A5B65"/>
        </w:tc>
        <w:tc>
          <w:tcPr>
            <w:tcW w:w="1814" w:type="dxa"/>
            <w:vMerge/>
          </w:tcPr>
          <w:p w14:paraId="399D12FB" w14:textId="77777777" w:rsidR="005A5B65" w:rsidRDefault="005A5B65"/>
        </w:tc>
        <w:tc>
          <w:tcPr>
            <w:tcW w:w="1304" w:type="dxa"/>
            <w:vMerge/>
          </w:tcPr>
          <w:p w14:paraId="59EDFC27" w14:textId="77777777" w:rsidR="005A5B65" w:rsidRDefault="005A5B65"/>
        </w:tc>
        <w:tc>
          <w:tcPr>
            <w:tcW w:w="2041" w:type="dxa"/>
          </w:tcPr>
          <w:p w14:paraId="19EF3D43" w14:textId="77777777" w:rsidR="005A5B65" w:rsidRDefault="005A5B65"/>
        </w:tc>
        <w:tc>
          <w:tcPr>
            <w:tcW w:w="1191" w:type="dxa"/>
          </w:tcPr>
          <w:p w14:paraId="0A0DE5B2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52319389" w14:textId="77777777" w:rsidR="005A5B65" w:rsidRDefault="005A5B65">
            <w:pPr>
              <w:jc w:val="center"/>
            </w:pPr>
          </w:p>
        </w:tc>
      </w:tr>
      <w:tr w:rsidR="005A5B65" w14:paraId="541263B5" w14:textId="77777777">
        <w:trPr>
          <w:jc w:val="center"/>
        </w:trPr>
        <w:tc>
          <w:tcPr>
            <w:tcW w:w="2041" w:type="dxa"/>
            <w:vMerge/>
          </w:tcPr>
          <w:p w14:paraId="3D9052A4" w14:textId="77777777" w:rsidR="005A5B65" w:rsidRDefault="005A5B65"/>
        </w:tc>
        <w:tc>
          <w:tcPr>
            <w:tcW w:w="2778" w:type="dxa"/>
          </w:tcPr>
          <w:p w14:paraId="64BF37CA" w14:textId="77777777" w:rsidR="005A5B65" w:rsidRDefault="00000000">
            <w:r>
              <w:rPr>
                <w:sz w:val="17"/>
              </w:rPr>
              <w:t>3. Anadolu'daki ilk yerleşim yerlerinden birini (Çatalhöyük) resimle eşleştirir.</w:t>
            </w:r>
          </w:p>
        </w:tc>
        <w:tc>
          <w:tcPr>
            <w:tcW w:w="1077" w:type="dxa"/>
            <w:vMerge/>
          </w:tcPr>
          <w:p w14:paraId="16CC34E6" w14:textId="77777777" w:rsidR="005A5B65" w:rsidRDefault="005A5B65"/>
        </w:tc>
        <w:tc>
          <w:tcPr>
            <w:tcW w:w="1814" w:type="dxa"/>
            <w:vMerge/>
          </w:tcPr>
          <w:p w14:paraId="33162057" w14:textId="77777777" w:rsidR="005A5B65" w:rsidRDefault="005A5B65"/>
        </w:tc>
        <w:tc>
          <w:tcPr>
            <w:tcW w:w="1814" w:type="dxa"/>
            <w:vMerge/>
          </w:tcPr>
          <w:p w14:paraId="72E379B3" w14:textId="77777777" w:rsidR="005A5B65" w:rsidRDefault="005A5B65"/>
        </w:tc>
        <w:tc>
          <w:tcPr>
            <w:tcW w:w="1304" w:type="dxa"/>
            <w:vMerge/>
          </w:tcPr>
          <w:p w14:paraId="1BC0CEE7" w14:textId="77777777" w:rsidR="005A5B65" w:rsidRDefault="005A5B65"/>
        </w:tc>
        <w:tc>
          <w:tcPr>
            <w:tcW w:w="2041" w:type="dxa"/>
          </w:tcPr>
          <w:p w14:paraId="4ECE2598" w14:textId="77777777" w:rsidR="005A5B65" w:rsidRDefault="005A5B65"/>
        </w:tc>
        <w:tc>
          <w:tcPr>
            <w:tcW w:w="1191" w:type="dxa"/>
          </w:tcPr>
          <w:p w14:paraId="55852277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6F881ECC" w14:textId="77777777" w:rsidR="005A5B65" w:rsidRDefault="005A5B65">
            <w:pPr>
              <w:jc w:val="center"/>
            </w:pPr>
          </w:p>
        </w:tc>
      </w:tr>
      <w:tr w:rsidR="005A5B65" w14:paraId="520860DA" w14:textId="77777777">
        <w:trPr>
          <w:jc w:val="center"/>
        </w:trPr>
        <w:tc>
          <w:tcPr>
            <w:tcW w:w="2041" w:type="dxa"/>
            <w:vMerge/>
          </w:tcPr>
          <w:p w14:paraId="6087EA4C" w14:textId="77777777" w:rsidR="005A5B65" w:rsidRDefault="005A5B65"/>
        </w:tc>
        <w:tc>
          <w:tcPr>
            <w:tcW w:w="2778" w:type="dxa"/>
          </w:tcPr>
          <w:p w14:paraId="593453C1" w14:textId="77777777" w:rsidR="005A5B65" w:rsidRDefault="00000000">
            <w:r>
              <w:rPr>
                <w:sz w:val="17"/>
              </w:rPr>
              <w:t>4. Mezopotamya ve Anadolu medeniyetlerine ait bir buluşu (yazı, tekerlek) söyler.</w:t>
            </w:r>
          </w:p>
        </w:tc>
        <w:tc>
          <w:tcPr>
            <w:tcW w:w="1077" w:type="dxa"/>
            <w:vMerge/>
          </w:tcPr>
          <w:p w14:paraId="477DED67" w14:textId="77777777" w:rsidR="005A5B65" w:rsidRDefault="005A5B65"/>
        </w:tc>
        <w:tc>
          <w:tcPr>
            <w:tcW w:w="1814" w:type="dxa"/>
            <w:vMerge/>
          </w:tcPr>
          <w:p w14:paraId="45095D89" w14:textId="77777777" w:rsidR="005A5B65" w:rsidRDefault="005A5B65"/>
        </w:tc>
        <w:tc>
          <w:tcPr>
            <w:tcW w:w="1814" w:type="dxa"/>
            <w:vMerge/>
          </w:tcPr>
          <w:p w14:paraId="135637CD" w14:textId="77777777" w:rsidR="005A5B65" w:rsidRDefault="005A5B65"/>
        </w:tc>
        <w:tc>
          <w:tcPr>
            <w:tcW w:w="1304" w:type="dxa"/>
            <w:vMerge/>
          </w:tcPr>
          <w:p w14:paraId="6DA75D94" w14:textId="77777777" w:rsidR="005A5B65" w:rsidRDefault="005A5B65"/>
        </w:tc>
        <w:tc>
          <w:tcPr>
            <w:tcW w:w="2041" w:type="dxa"/>
          </w:tcPr>
          <w:p w14:paraId="48BDFA1D" w14:textId="77777777" w:rsidR="005A5B65" w:rsidRDefault="005A5B65"/>
        </w:tc>
        <w:tc>
          <w:tcPr>
            <w:tcW w:w="1191" w:type="dxa"/>
          </w:tcPr>
          <w:p w14:paraId="3B311469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64E8CCDF" w14:textId="77777777" w:rsidR="005A5B65" w:rsidRDefault="005A5B65">
            <w:pPr>
              <w:jc w:val="center"/>
            </w:pPr>
          </w:p>
        </w:tc>
      </w:tr>
      <w:tr w:rsidR="005A5B65" w14:paraId="52796EFD" w14:textId="77777777">
        <w:trPr>
          <w:jc w:val="center"/>
        </w:trPr>
        <w:tc>
          <w:tcPr>
            <w:tcW w:w="2041" w:type="dxa"/>
            <w:vMerge w:val="restart"/>
          </w:tcPr>
          <w:p w14:paraId="26785CDE" w14:textId="77777777" w:rsidR="005A5B65" w:rsidRDefault="00000000">
            <w:r>
              <w:rPr>
                <w:b/>
                <w:sz w:val="17"/>
              </w:rPr>
              <w:t>4. ÜNİTE: YAŞAYAN DEMOKRASİMİZ  (23 ders saati)</w:t>
            </w:r>
          </w:p>
          <w:p w14:paraId="728F8A09" w14:textId="77777777" w:rsidR="005A5B65" w:rsidRDefault="00000000">
            <w:r>
              <w:rPr>
                <w:sz w:val="17"/>
              </w:rPr>
              <w:lastRenderedPageBreak/>
              <w:t>SB.5.4.1 – SB.5.4.2 – SB.5.4.3 – SB.5.4.4</w:t>
            </w:r>
          </w:p>
          <w:p w14:paraId="07AF6FDD" w14:textId="77777777" w:rsidR="005A5B65" w:rsidRDefault="00000000">
            <w:r>
              <w:rPr>
                <w:sz w:val="17"/>
              </w:rPr>
              <w:t>Uzun Dönemli Amaç: Demokrasi ve cumhuriyetin temel özelliklerini; hak, sorumluluk ve başvurulacak kurumları öğrenir.</w:t>
            </w:r>
          </w:p>
        </w:tc>
        <w:tc>
          <w:tcPr>
            <w:tcW w:w="2778" w:type="dxa"/>
          </w:tcPr>
          <w:p w14:paraId="706316AC" w14:textId="77777777" w:rsidR="005A5B65" w:rsidRDefault="00000000">
            <w:r>
              <w:rPr>
                <w:sz w:val="17"/>
              </w:rPr>
              <w:lastRenderedPageBreak/>
              <w:t>1. Cumhuriyet ile ilgili temel bilgileri (29 Ekim Cumhuriyet Bayramı) söyler.</w:t>
            </w:r>
          </w:p>
        </w:tc>
        <w:tc>
          <w:tcPr>
            <w:tcW w:w="1077" w:type="dxa"/>
            <w:vMerge w:val="restart"/>
          </w:tcPr>
          <w:p w14:paraId="2469B6D4" w14:textId="77777777" w:rsidR="005A5B65" w:rsidRDefault="00000000">
            <w:pPr>
              <w:jc w:val="center"/>
            </w:pPr>
            <w:r>
              <w:rPr>
                <w:sz w:val="17"/>
              </w:rPr>
              <w:t xml:space="preserve">%75 (4 denemenin 3'ünde </w:t>
            </w:r>
            <w:r>
              <w:rPr>
                <w:sz w:val="17"/>
              </w:rPr>
              <w:lastRenderedPageBreak/>
              <w:t>bağımsız)</w:t>
            </w:r>
          </w:p>
        </w:tc>
        <w:tc>
          <w:tcPr>
            <w:tcW w:w="1814" w:type="dxa"/>
            <w:vMerge w:val="restart"/>
          </w:tcPr>
          <w:p w14:paraId="06979DB0" w14:textId="77777777" w:rsidR="005A5B65" w:rsidRDefault="00000000">
            <w:r>
              <w:rPr>
                <w:sz w:val="17"/>
              </w:rPr>
              <w:lastRenderedPageBreak/>
              <w:t xml:space="preserve">Soru-cevap, drama / rol oynama, örnek olay inceleme, sınıf içi </w:t>
            </w:r>
            <w:r>
              <w:rPr>
                <w:sz w:val="17"/>
              </w:rPr>
              <w:lastRenderedPageBreak/>
              <w:t>oylama uygulaması, gösterip yaptırma, akran aracılı öğretim</w:t>
            </w:r>
          </w:p>
        </w:tc>
        <w:tc>
          <w:tcPr>
            <w:tcW w:w="1814" w:type="dxa"/>
            <w:vMerge w:val="restart"/>
          </w:tcPr>
          <w:p w14:paraId="01892509" w14:textId="77777777" w:rsidR="005A5B65" w:rsidRDefault="00000000">
            <w:r>
              <w:rPr>
                <w:sz w:val="17"/>
              </w:rPr>
              <w:lastRenderedPageBreak/>
              <w:t xml:space="preserve">Cumhuriyet ve bayram görselleri, hak-sorumluluk resimli </w:t>
            </w:r>
            <w:r>
              <w:rPr>
                <w:sz w:val="17"/>
              </w:rPr>
              <w:lastRenderedPageBreak/>
              <w:t>kartları, kurum görselleri, oy kartı / oy sandığı, çalışma yaprağı</w:t>
            </w:r>
          </w:p>
        </w:tc>
        <w:tc>
          <w:tcPr>
            <w:tcW w:w="1304" w:type="dxa"/>
            <w:vMerge w:val="restart"/>
          </w:tcPr>
          <w:p w14:paraId="055E7150" w14:textId="77777777" w:rsidR="005A5B65" w:rsidRDefault="00000000">
            <w:pPr>
              <w:jc w:val="center"/>
            </w:pPr>
            <w:r>
              <w:rPr>
                <w:sz w:val="17"/>
              </w:rPr>
              <w:lastRenderedPageBreak/>
              <w:t>15 Şubat 2027 – 9 Nisan 2027</w:t>
            </w:r>
          </w:p>
        </w:tc>
        <w:tc>
          <w:tcPr>
            <w:tcW w:w="2041" w:type="dxa"/>
          </w:tcPr>
          <w:p w14:paraId="132DAF88" w14:textId="77777777" w:rsidR="005A5B65" w:rsidRDefault="00000000">
            <w:r>
              <w:rPr>
                <w:sz w:val="17"/>
              </w:rPr>
              <w:t xml:space="preserve">Gözlem, performans görevi (oy kullanma / etkinliğe katılma), resimli </w:t>
            </w:r>
            <w:r>
              <w:rPr>
                <w:sz w:val="17"/>
              </w:rPr>
              <w:lastRenderedPageBreak/>
              <w:t>test, öz değerlendirme, kontrol listesi</w:t>
            </w:r>
          </w:p>
        </w:tc>
        <w:tc>
          <w:tcPr>
            <w:tcW w:w="1191" w:type="dxa"/>
          </w:tcPr>
          <w:p w14:paraId="5AB3AC7C" w14:textId="77777777" w:rsidR="005A5B65" w:rsidRDefault="00000000">
            <w:pPr>
              <w:jc w:val="center"/>
            </w:pPr>
            <w:r>
              <w:rPr>
                <w:sz w:val="17"/>
              </w:rPr>
              <w:lastRenderedPageBreak/>
              <w:t>5–9 Nisan 2027</w:t>
            </w:r>
          </w:p>
        </w:tc>
        <w:tc>
          <w:tcPr>
            <w:tcW w:w="1191" w:type="dxa"/>
          </w:tcPr>
          <w:p w14:paraId="39ECF4D5" w14:textId="77777777" w:rsidR="005A5B65" w:rsidRDefault="005A5B65">
            <w:pPr>
              <w:jc w:val="center"/>
            </w:pPr>
          </w:p>
        </w:tc>
      </w:tr>
      <w:tr w:rsidR="005A5B65" w14:paraId="3616206F" w14:textId="77777777">
        <w:trPr>
          <w:jc w:val="center"/>
        </w:trPr>
        <w:tc>
          <w:tcPr>
            <w:tcW w:w="2041" w:type="dxa"/>
            <w:vMerge/>
          </w:tcPr>
          <w:p w14:paraId="17A3B10F" w14:textId="77777777" w:rsidR="005A5B65" w:rsidRDefault="005A5B65"/>
        </w:tc>
        <w:tc>
          <w:tcPr>
            <w:tcW w:w="2778" w:type="dxa"/>
          </w:tcPr>
          <w:p w14:paraId="7DCC5B6C" w14:textId="77777777" w:rsidR="005A5B65" w:rsidRDefault="00000000">
            <w:r>
              <w:rPr>
                <w:sz w:val="17"/>
              </w:rPr>
              <w:t>2. Sınıf içi oylama / karar verme etkinliğine katılır.</w:t>
            </w:r>
          </w:p>
        </w:tc>
        <w:tc>
          <w:tcPr>
            <w:tcW w:w="1077" w:type="dxa"/>
            <w:vMerge/>
          </w:tcPr>
          <w:p w14:paraId="23DC294F" w14:textId="77777777" w:rsidR="005A5B65" w:rsidRDefault="005A5B65"/>
        </w:tc>
        <w:tc>
          <w:tcPr>
            <w:tcW w:w="1814" w:type="dxa"/>
            <w:vMerge/>
          </w:tcPr>
          <w:p w14:paraId="502984E7" w14:textId="77777777" w:rsidR="005A5B65" w:rsidRDefault="005A5B65"/>
        </w:tc>
        <w:tc>
          <w:tcPr>
            <w:tcW w:w="1814" w:type="dxa"/>
            <w:vMerge/>
          </w:tcPr>
          <w:p w14:paraId="63DC7D83" w14:textId="77777777" w:rsidR="005A5B65" w:rsidRDefault="005A5B65"/>
        </w:tc>
        <w:tc>
          <w:tcPr>
            <w:tcW w:w="1304" w:type="dxa"/>
            <w:vMerge/>
          </w:tcPr>
          <w:p w14:paraId="1CC80480" w14:textId="77777777" w:rsidR="005A5B65" w:rsidRDefault="005A5B65"/>
        </w:tc>
        <w:tc>
          <w:tcPr>
            <w:tcW w:w="2041" w:type="dxa"/>
          </w:tcPr>
          <w:p w14:paraId="40616A48" w14:textId="77777777" w:rsidR="005A5B65" w:rsidRDefault="005A5B65"/>
        </w:tc>
        <w:tc>
          <w:tcPr>
            <w:tcW w:w="1191" w:type="dxa"/>
          </w:tcPr>
          <w:p w14:paraId="74372671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02CAB889" w14:textId="77777777" w:rsidR="005A5B65" w:rsidRDefault="005A5B65">
            <w:pPr>
              <w:jc w:val="center"/>
            </w:pPr>
          </w:p>
        </w:tc>
      </w:tr>
      <w:tr w:rsidR="005A5B65" w14:paraId="697D0E94" w14:textId="77777777">
        <w:trPr>
          <w:jc w:val="center"/>
        </w:trPr>
        <w:tc>
          <w:tcPr>
            <w:tcW w:w="2041" w:type="dxa"/>
            <w:vMerge/>
          </w:tcPr>
          <w:p w14:paraId="09E712CE" w14:textId="77777777" w:rsidR="005A5B65" w:rsidRDefault="005A5B65"/>
        </w:tc>
        <w:tc>
          <w:tcPr>
            <w:tcW w:w="2778" w:type="dxa"/>
          </w:tcPr>
          <w:p w14:paraId="00C9101A" w14:textId="77777777" w:rsidR="005A5B65" w:rsidRDefault="00000000">
            <w:r>
              <w:rPr>
                <w:sz w:val="17"/>
              </w:rPr>
              <w:t>3. Hak ve sorumluluklarını (oyun hakkı, ödevini yapma) örnekle eşleştirir.</w:t>
            </w:r>
          </w:p>
        </w:tc>
        <w:tc>
          <w:tcPr>
            <w:tcW w:w="1077" w:type="dxa"/>
            <w:vMerge/>
          </w:tcPr>
          <w:p w14:paraId="3C7B6FD1" w14:textId="77777777" w:rsidR="005A5B65" w:rsidRDefault="005A5B65"/>
        </w:tc>
        <w:tc>
          <w:tcPr>
            <w:tcW w:w="1814" w:type="dxa"/>
            <w:vMerge/>
          </w:tcPr>
          <w:p w14:paraId="667D6B82" w14:textId="77777777" w:rsidR="005A5B65" w:rsidRDefault="005A5B65"/>
        </w:tc>
        <w:tc>
          <w:tcPr>
            <w:tcW w:w="1814" w:type="dxa"/>
            <w:vMerge/>
          </w:tcPr>
          <w:p w14:paraId="74924393" w14:textId="77777777" w:rsidR="005A5B65" w:rsidRDefault="005A5B65"/>
        </w:tc>
        <w:tc>
          <w:tcPr>
            <w:tcW w:w="1304" w:type="dxa"/>
            <w:vMerge/>
          </w:tcPr>
          <w:p w14:paraId="2A374714" w14:textId="77777777" w:rsidR="005A5B65" w:rsidRDefault="005A5B65"/>
        </w:tc>
        <w:tc>
          <w:tcPr>
            <w:tcW w:w="2041" w:type="dxa"/>
          </w:tcPr>
          <w:p w14:paraId="25AE9AAA" w14:textId="77777777" w:rsidR="005A5B65" w:rsidRDefault="005A5B65"/>
        </w:tc>
        <w:tc>
          <w:tcPr>
            <w:tcW w:w="1191" w:type="dxa"/>
          </w:tcPr>
          <w:p w14:paraId="367041C7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0B9836DA" w14:textId="77777777" w:rsidR="005A5B65" w:rsidRDefault="005A5B65">
            <w:pPr>
              <w:jc w:val="center"/>
            </w:pPr>
          </w:p>
        </w:tc>
      </w:tr>
      <w:tr w:rsidR="005A5B65" w14:paraId="689ACFA9" w14:textId="77777777">
        <w:trPr>
          <w:jc w:val="center"/>
        </w:trPr>
        <w:tc>
          <w:tcPr>
            <w:tcW w:w="2041" w:type="dxa"/>
            <w:vMerge/>
          </w:tcPr>
          <w:p w14:paraId="7DA5253E" w14:textId="77777777" w:rsidR="005A5B65" w:rsidRDefault="005A5B65"/>
        </w:tc>
        <w:tc>
          <w:tcPr>
            <w:tcW w:w="2778" w:type="dxa"/>
          </w:tcPr>
          <w:p w14:paraId="4392C7CA" w14:textId="77777777" w:rsidR="005A5B65" w:rsidRDefault="00000000">
            <w:r>
              <w:rPr>
                <w:sz w:val="17"/>
              </w:rPr>
              <w:t>4. Bir sorun durumunda başvurulacak kurumu (okul yönetimi, sağlık kurumu, polis) resimden gösterir.</w:t>
            </w:r>
          </w:p>
        </w:tc>
        <w:tc>
          <w:tcPr>
            <w:tcW w:w="1077" w:type="dxa"/>
            <w:vMerge/>
          </w:tcPr>
          <w:p w14:paraId="71076B6B" w14:textId="77777777" w:rsidR="005A5B65" w:rsidRDefault="005A5B65"/>
        </w:tc>
        <w:tc>
          <w:tcPr>
            <w:tcW w:w="1814" w:type="dxa"/>
            <w:vMerge/>
          </w:tcPr>
          <w:p w14:paraId="44B0DC4F" w14:textId="77777777" w:rsidR="005A5B65" w:rsidRDefault="005A5B65"/>
        </w:tc>
        <w:tc>
          <w:tcPr>
            <w:tcW w:w="1814" w:type="dxa"/>
            <w:vMerge/>
          </w:tcPr>
          <w:p w14:paraId="5000A707" w14:textId="77777777" w:rsidR="005A5B65" w:rsidRDefault="005A5B65"/>
        </w:tc>
        <w:tc>
          <w:tcPr>
            <w:tcW w:w="1304" w:type="dxa"/>
            <w:vMerge/>
          </w:tcPr>
          <w:p w14:paraId="441499B3" w14:textId="77777777" w:rsidR="005A5B65" w:rsidRDefault="005A5B65"/>
        </w:tc>
        <w:tc>
          <w:tcPr>
            <w:tcW w:w="2041" w:type="dxa"/>
          </w:tcPr>
          <w:p w14:paraId="65593FEB" w14:textId="77777777" w:rsidR="005A5B65" w:rsidRDefault="005A5B65"/>
        </w:tc>
        <w:tc>
          <w:tcPr>
            <w:tcW w:w="1191" w:type="dxa"/>
          </w:tcPr>
          <w:p w14:paraId="2BF5F6AF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16056906" w14:textId="77777777" w:rsidR="005A5B65" w:rsidRDefault="005A5B65">
            <w:pPr>
              <w:jc w:val="center"/>
            </w:pPr>
          </w:p>
        </w:tc>
      </w:tr>
      <w:tr w:rsidR="005A5B65" w14:paraId="41677C54" w14:textId="77777777">
        <w:trPr>
          <w:jc w:val="center"/>
        </w:trPr>
        <w:tc>
          <w:tcPr>
            <w:tcW w:w="2041" w:type="dxa"/>
            <w:vMerge w:val="restart"/>
          </w:tcPr>
          <w:p w14:paraId="161D8759" w14:textId="77777777" w:rsidR="005A5B65" w:rsidRDefault="00000000">
            <w:r>
              <w:rPr>
                <w:b/>
                <w:sz w:val="17"/>
              </w:rPr>
              <w:t>5. ÜNİTE: HAYATIMIZDAKİ EKONOMİ  (18 ders saati)</w:t>
            </w:r>
          </w:p>
          <w:p w14:paraId="05DE2BF7" w14:textId="77777777" w:rsidR="005A5B65" w:rsidRDefault="00000000">
            <w:r>
              <w:rPr>
                <w:sz w:val="17"/>
              </w:rPr>
              <w:t>SB.5.5.1 – SB.5.5.2 – SB.5.5.3</w:t>
            </w:r>
          </w:p>
          <w:p w14:paraId="374952E9" w14:textId="77777777" w:rsidR="005A5B65" w:rsidRDefault="00000000">
            <w:r>
              <w:rPr>
                <w:sz w:val="17"/>
              </w:rPr>
              <w:t>Uzun Dönemli Amaç: Kaynakları verimli kullanmayı, bütçe yapmayı ve çevresindeki ekonomik faaliyetleri öğrenir.</w:t>
            </w:r>
          </w:p>
        </w:tc>
        <w:tc>
          <w:tcPr>
            <w:tcW w:w="2778" w:type="dxa"/>
          </w:tcPr>
          <w:p w14:paraId="12FE869F" w14:textId="77777777" w:rsidR="005A5B65" w:rsidRDefault="00000000">
            <w:r>
              <w:rPr>
                <w:sz w:val="17"/>
              </w:rPr>
              <w:t>1. Su ve elektriği tasarruflu kullanır (musluğu kapatma, ışığı söndürme).</w:t>
            </w:r>
          </w:p>
        </w:tc>
        <w:tc>
          <w:tcPr>
            <w:tcW w:w="1077" w:type="dxa"/>
            <w:vMerge w:val="restart"/>
          </w:tcPr>
          <w:p w14:paraId="497F2A4C" w14:textId="77777777" w:rsidR="005A5B65" w:rsidRDefault="00000000">
            <w:pPr>
              <w:jc w:val="center"/>
            </w:pPr>
            <w:r>
              <w:rPr>
                <w:sz w:val="17"/>
              </w:rPr>
              <w:t>%75 (4 denemenin 3'ünde bağımsız)</w:t>
            </w:r>
          </w:p>
        </w:tc>
        <w:tc>
          <w:tcPr>
            <w:tcW w:w="1814" w:type="dxa"/>
            <w:vMerge w:val="restart"/>
          </w:tcPr>
          <w:p w14:paraId="2E8689B7" w14:textId="77777777" w:rsidR="005A5B65" w:rsidRDefault="00000000">
            <w:r>
              <w:rPr>
                <w:sz w:val="17"/>
              </w:rPr>
              <w:t>Gösterip yaptırma, model olma, örnek olay, uygulamalı etkinlik (bütçe çalışması), gezi-gözlem, tekrar</w:t>
            </w:r>
          </w:p>
        </w:tc>
        <w:tc>
          <w:tcPr>
            <w:tcW w:w="1814" w:type="dxa"/>
            <w:vMerge w:val="restart"/>
          </w:tcPr>
          <w:p w14:paraId="7A5DFEBA" w14:textId="77777777" w:rsidR="005A5B65" w:rsidRDefault="00000000">
            <w:r>
              <w:rPr>
                <w:sz w:val="17"/>
              </w:rPr>
              <w:t>Tasarruf görselleri, oyuncak para, bütçe çizelgesi, il ekonomisi fotoğrafları, kısa video, çalışma yaprağı</w:t>
            </w:r>
          </w:p>
        </w:tc>
        <w:tc>
          <w:tcPr>
            <w:tcW w:w="1304" w:type="dxa"/>
            <w:vMerge w:val="restart"/>
          </w:tcPr>
          <w:p w14:paraId="03023031" w14:textId="77777777" w:rsidR="005A5B65" w:rsidRDefault="00000000">
            <w:pPr>
              <w:jc w:val="center"/>
            </w:pPr>
            <w:r>
              <w:rPr>
                <w:sz w:val="17"/>
              </w:rPr>
              <w:t>12 Nisan 2027 – 21 Mayıs 2027</w:t>
            </w:r>
          </w:p>
        </w:tc>
        <w:tc>
          <w:tcPr>
            <w:tcW w:w="2041" w:type="dxa"/>
          </w:tcPr>
          <w:p w14:paraId="05FF7CC7" w14:textId="77777777" w:rsidR="005A5B65" w:rsidRDefault="00000000">
            <w:r>
              <w:rPr>
                <w:sz w:val="17"/>
              </w:rPr>
              <w:t>Gözlem, performans görevi (bütçe çizelgesi), sözlü yoklama, resimli test, kontrol listesi</w:t>
            </w:r>
          </w:p>
        </w:tc>
        <w:tc>
          <w:tcPr>
            <w:tcW w:w="1191" w:type="dxa"/>
          </w:tcPr>
          <w:p w14:paraId="3562A1E2" w14:textId="77777777" w:rsidR="005A5B65" w:rsidRDefault="00000000">
            <w:pPr>
              <w:jc w:val="center"/>
            </w:pPr>
            <w:r>
              <w:rPr>
                <w:sz w:val="17"/>
              </w:rPr>
              <w:t>17–21 Mayıs 2027</w:t>
            </w:r>
          </w:p>
        </w:tc>
        <w:tc>
          <w:tcPr>
            <w:tcW w:w="1191" w:type="dxa"/>
          </w:tcPr>
          <w:p w14:paraId="23E91F6E" w14:textId="77777777" w:rsidR="005A5B65" w:rsidRDefault="005A5B65">
            <w:pPr>
              <w:jc w:val="center"/>
            </w:pPr>
          </w:p>
        </w:tc>
      </w:tr>
      <w:tr w:rsidR="005A5B65" w14:paraId="1DF7BFCA" w14:textId="77777777">
        <w:trPr>
          <w:jc w:val="center"/>
        </w:trPr>
        <w:tc>
          <w:tcPr>
            <w:tcW w:w="2041" w:type="dxa"/>
            <w:vMerge/>
          </w:tcPr>
          <w:p w14:paraId="3A19734A" w14:textId="77777777" w:rsidR="005A5B65" w:rsidRDefault="005A5B65"/>
        </w:tc>
        <w:tc>
          <w:tcPr>
            <w:tcW w:w="2778" w:type="dxa"/>
          </w:tcPr>
          <w:p w14:paraId="7D68B060" w14:textId="77777777" w:rsidR="005A5B65" w:rsidRDefault="00000000">
            <w:r>
              <w:rPr>
                <w:sz w:val="17"/>
              </w:rPr>
              <w:t>2. Harçlığı için basit bir bütçe planı yapar (harcama – kalan).</w:t>
            </w:r>
          </w:p>
        </w:tc>
        <w:tc>
          <w:tcPr>
            <w:tcW w:w="1077" w:type="dxa"/>
            <w:vMerge/>
          </w:tcPr>
          <w:p w14:paraId="3443528E" w14:textId="77777777" w:rsidR="005A5B65" w:rsidRDefault="005A5B65"/>
        </w:tc>
        <w:tc>
          <w:tcPr>
            <w:tcW w:w="1814" w:type="dxa"/>
            <w:vMerge/>
          </w:tcPr>
          <w:p w14:paraId="15C2D8D8" w14:textId="77777777" w:rsidR="005A5B65" w:rsidRDefault="005A5B65"/>
        </w:tc>
        <w:tc>
          <w:tcPr>
            <w:tcW w:w="1814" w:type="dxa"/>
            <w:vMerge/>
          </w:tcPr>
          <w:p w14:paraId="6F05A657" w14:textId="77777777" w:rsidR="005A5B65" w:rsidRDefault="005A5B65"/>
        </w:tc>
        <w:tc>
          <w:tcPr>
            <w:tcW w:w="1304" w:type="dxa"/>
            <w:vMerge/>
          </w:tcPr>
          <w:p w14:paraId="46CB4992" w14:textId="77777777" w:rsidR="005A5B65" w:rsidRDefault="005A5B65"/>
        </w:tc>
        <w:tc>
          <w:tcPr>
            <w:tcW w:w="2041" w:type="dxa"/>
          </w:tcPr>
          <w:p w14:paraId="7FD24A84" w14:textId="77777777" w:rsidR="005A5B65" w:rsidRDefault="005A5B65"/>
        </w:tc>
        <w:tc>
          <w:tcPr>
            <w:tcW w:w="1191" w:type="dxa"/>
          </w:tcPr>
          <w:p w14:paraId="41819A0C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23FF8E03" w14:textId="77777777" w:rsidR="005A5B65" w:rsidRDefault="005A5B65">
            <w:pPr>
              <w:jc w:val="center"/>
            </w:pPr>
          </w:p>
        </w:tc>
      </w:tr>
      <w:tr w:rsidR="005A5B65" w14:paraId="01F53894" w14:textId="77777777">
        <w:trPr>
          <w:jc w:val="center"/>
        </w:trPr>
        <w:tc>
          <w:tcPr>
            <w:tcW w:w="2041" w:type="dxa"/>
            <w:vMerge/>
          </w:tcPr>
          <w:p w14:paraId="448572C9" w14:textId="77777777" w:rsidR="005A5B65" w:rsidRDefault="005A5B65"/>
        </w:tc>
        <w:tc>
          <w:tcPr>
            <w:tcW w:w="2778" w:type="dxa"/>
          </w:tcPr>
          <w:p w14:paraId="4E917105" w14:textId="77777777" w:rsidR="005A5B65" w:rsidRDefault="00000000">
            <w:r>
              <w:rPr>
                <w:sz w:val="17"/>
              </w:rPr>
              <w:t>3. Yaşadığı ildeki ekonomik faaliyeti (tarım, hayvancılık, turizm) resimden gösterir.</w:t>
            </w:r>
          </w:p>
        </w:tc>
        <w:tc>
          <w:tcPr>
            <w:tcW w:w="1077" w:type="dxa"/>
            <w:vMerge/>
          </w:tcPr>
          <w:p w14:paraId="3CA9AB27" w14:textId="77777777" w:rsidR="005A5B65" w:rsidRDefault="005A5B65"/>
        </w:tc>
        <w:tc>
          <w:tcPr>
            <w:tcW w:w="1814" w:type="dxa"/>
            <w:vMerge/>
          </w:tcPr>
          <w:p w14:paraId="5417C4F1" w14:textId="77777777" w:rsidR="005A5B65" w:rsidRDefault="005A5B65"/>
        </w:tc>
        <w:tc>
          <w:tcPr>
            <w:tcW w:w="1814" w:type="dxa"/>
            <w:vMerge/>
          </w:tcPr>
          <w:p w14:paraId="2EEB4039" w14:textId="77777777" w:rsidR="005A5B65" w:rsidRDefault="005A5B65"/>
        </w:tc>
        <w:tc>
          <w:tcPr>
            <w:tcW w:w="1304" w:type="dxa"/>
            <w:vMerge/>
          </w:tcPr>
          <w:p w14:paraId="120B890D" w14:textId="77777777" w:rsidR="005A5B65" w:rsidRDefault="005A5B65"/>
        </w:tc>
        <w:tc>
          <w:tcPr>
            <w:tcW w:w="2041" w:type="dxa"/>
          </w:tcPr>
          <w:p w14:paraId="5F956FFE" w14:textId="77777777" w:rsidR="005A5B65" w:rsidRDefault="005A5B65"/>
        </w:tc>
        <w:tc>
          <w:tcPr>
            <w:tcW w:w="1191" w:type="dxa"/>
          </w:tcPr>
          <w:p w14:paraId="02F64CED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3DF1D7EB" w14:textId="77777777" w:rsidR="005A5B65" w:rsidRDefault="005A5B65">
            <w:pPr>
              <w:jc w:val="center"/>
            </w:pPr>
          </w:p>
        </w:tc>
      </w:tr>
      <w:tr w:rsidR="005A5B65" w14:paraId="06B849B8" w14:textId="77777777">
        <w:trPr>
          <w:jc w:val="center"/>
        </w:trPr>
        <w:tc>
          <w:tcPr>
            <w:tcW w:w="2041" w:type="dxa"/>
            <w:vMerge w:val="restart"/>
          </w:tcPr>
          <w:p w14:paraId="378846F4" w14:textId="77777777" w:rsidR="005A5B65" w:rsidRDefault="00000000">
            <w:r>
              <w:rPr>
                <w:b/>
                <w:sz w:val="17"/>
              </w:rPr>
              <w:t>6. ÜNİTE: TEKNOLOJİ VE SOSYAL BİLİMLER  (6 ders saati)</w:t>
            </w:r>
          </w:p>
          <w:p w14:paraId="0216D989" w14:textId="77777777" w:rsidR="005A5B65" w:rsidRDefault="00000000">
            <w:r>
              <w:rPr>
                <w:sz w:val="17"/>
              </w:rPr>
              <w:t>SB.5.6.1 – SB.5.6.2</w:t>
            </w:r>
          </w:p>
          <w:p w14:paraId="41A40D8C" w14:textId="77777777" w:rsidR="005A5B65" w:rsidRDefault="00000000">
            <w:r>
              <w:rPr>
                <w:sz w:val="17"/>
              </w:rPr>
              <w:t>Uzun Dönemli Amaç: Teknolojik gelişmelerin günlük hayata etkisini fark eder; teknolojiyi bilinçli ve güvenli kullanır.</w:t>
            </w:r>
          </w:p>
        </w:tc>
        <w:tc>
          <w:tcPr>
            <w:tcW w:w="2778" w:type="dxa"/>
          </w:tcPr>
          <w:p w14:paraId="4DA89737" w14:textId="77777777" w:rsidR="005A5B65" w:rsidRDefault="00000000">
            <w:r>
              <w:rPr>
                <w:sz w:val="17"/>
              </w:rPr>
              <w:t>1. Evde / okulda kullandığı teknolojik araçları gösterir.</w:t>
            </w:r>
          </w:p>
        </w:tc>
        <w:tc>
          <w:tcPr>
            <w:tcW w:w="1077" w:type="dxa"/>
            <w:vMerge w:val="restart"/>
          </w:tcPr>
          <w:p w14:paraId="57BE0447" w14:textId="77777777" w:rsidR="005A5B65" w:rsidRDefault="00000000">
            <w:pPr>
              <w:jc w:val="center"/>
            </w:pPr>
            <w:r>
              <w:rPr>
                <w:sz w:val="17"/>
              </w:rPr>
              <w:t>%75 (4 denemenin 3'ünde bağımsız)</w:t>
            </w:r>
          </w:p>
        </w:tc>
        <w:tc>
          <w:tcPr>
            <w:tcW w:w="1814" w:type="dxa"/>
            <w:vMerge w:val="restart"/>
          </w:tcPr>
          <w:p w14:paraId="2FB6F5D4" w14:textId="77777777" w:rsidR="005A5B65" w:rsidRDefault="00000000">
            <w:r>
              <w:rPr>
                <w:sz w:val="17"/>
              </w:rPr>
              <w:t>Soru-cevap, resimli tartışma, gösterip yaptırma, örnek olay, ürün oluşturma, akran aracılı öğretim</w:t>
            </w:r>
          </w:p>
        </w:tc>
        <w:tc>
          <w:tcPr>
            <w:tcW w:w="1814" w:type="dxa"/>
            <w:vMerge w:val="restart"/>
          </w:tcPr>
          <w:p w14:paraId="19019E49" w14:textId="77777777" w:rsidR="005A5B65" w:rsidRDefault="00000000">
            <w:r>
              <w:rPr>
                <w:sz w:val="17"/>
              </w:rPr>
              <w:t>Teknolojik araç görselleri, güvenli internet afişleri, akıllı tahta, boyama ve resim kâğıtları, kısa video</w:t>
            </w:r>
          </w:p>
        </w:tc>
        <w:tc>
          <w:tcPr>
            <w:tcW w:w="1304" w:type="dxa"/>
            <w:vMerge w:val="restart"/>
          </w:tcPr>
          <w:p w14:paraId="6E2208F2" w14:textId="77777777" w:rsidR="005A5B65" w:rsidRDefault="00000000">
            <w:pPr>
              <w:jc w:val="center"/>
            </w:pPr>
            <w:r>
              <w:rPr>
                <w:sz w:val="17"/>
              </w:rPr>
              <w:t>24 Mayıs 2027 – 11 Haziran 2027</w:t>
            </w:r>
          </w:p>
        </w:tc>
        <w:tc>
          <w:tcPr>
            <w:tcW w:w="2041" w:type="dxa"/>
          </w:tcPr>
          <w:p w14:paraId="2ABE0F1F" w14:textId="77777777" w:rsidR="005A5B65" w:rsidRDefault="00000000">
            <w:r>
              <w:rPr>
                <w:sz w:val="17"/>
              </w:rPr>
              <w:t>Ürün dosyası (resim / afiş), gözlem, sözlü yoklama, kontrol listesi</w:t>
            </w:r>
          </w:p>
        </w:tc>
        <w:tc>
          <w:tcPr>
            <w:tcW w:w="1191" w:type="dxa"/>
          </w:tcPr>
          <w:p w14:paraId="5856DE9E" w14:textId="77777777" w:rsidR="005A5B65" w:rsidRDefault="00000000">
            <w:pPr>
              <w:jc w:val="center"/>
            </w:pPr>
            <w:r>
              <w:rPr>
                <w:sz w:val="17"/>
              </w:rPr>
              <w:t>8–11 Haziran 2027</w:t>
            </w:r>
          </w:p>
        </w:tc>
        <w:tc>
          <w:tcPr>
            <w:tcW w:w="1191" w:type="dxa"/>
          </w:tcPr>
          <w:p w14:paraId="17A742BF" w14:textId="77777777" w:rsidR="005A5B65" w:rsidRDefault="005A5B65">
            <w:pPr>
              <w:jc w:val="center"/>
            </w:pPr>
          </w:p>
        </w:tc>
      </w:tr>
      <w:tr w:rsidR="005A5B65" w14:paraId="1B88D202" w14:textId="77777777">
        <w:trPr>
          <w:jc w:val="center"/>
        </w:trPr>
        <w:tc>
          <w:tcPr>
            <w:tcW w:w="2041" w:type="dxa"/>
            <w:vMerge/>
          </w:tcPr>
          <w:p w14:paraId="66F0D163" w14:textId="77777777" w:rsidR="005A5B65" w:rsidRDefault="005A5B65"/>
        </w:tc>
        <w:tc>
          <w:tcPr>
            <w:tcW w:w="2778" w:type="dxa"/>
          </w:tcPr>
          <w:p w14:paraId="3F9DAFFC" w14:textId="77777777" w:rsidR="005A5B65" w:rsidRDefault="00000000">
            <w:r>
              <w:rPr>
                <w:sz w:val="17"/>
              </w:rPr>
              <w:t>2. Teknolojinin hayatı kolaylaştıran bir örneğini söyler.</w:t>
            </w:r>
          </w:p>
        </w:tc>
        <w:tc>
          <w:tcPr>
            <w:tcW w:w="1077" w:type="dxa"/>
            <w:vMerge/>
          </w:tcPr>
          <w:p w14:paraId="1F753B67" w14:textId="77777777" w:rsidR="005A5B65" w:rsidRDefault="005A5B65"/>
        </w:tc>
        <w:tc>
          <w:tcPr>
            <w:tcW w:w="1814" w:type="dxa"/>
            <w:vMerge/>
          </w:tcPr>
          <w:p w14:paraId="6F74A4A0" w14:textId="77777777" w:rsidR="005A5B65" w:rsidRDefault="005A5B65"/>
        </w:tc>
        <w:tc>
          <w:tcPr>
            <w:tcW w:w="1814" w:type="dxa"/>
            <w:vMerge/>
          </w:tcPr>
          <w:p w14:paraId="68DC6F88" w14:textId="77777777" w:rsidR="005A5B65" w:rsidRDefault="005A5B65"/>
        </w:tc>
        <w:tc>
          <w:tcPr>
            <w:tcW w:w="1304" w:type="dxa"/>
            <w:vMerge/>
          </w:tcPr>
          <w:p w14:paraId="6BAF9357" w14:textId="77777777" w:rsidR="005A5B65" w:rsidRDefault="005A5B65"/>
        </w:tc>
        <w:tc>
          <w:tcPr>
            <w:tcW w:w="2041" w:type="dxa"/>
          </w:tcPr>
          <w:p w14:paraId="49B44FC4" w14:textId="15FCC3AB" w:rsidR="005A5B65" w:rsidRDefault="005A5B65"/>
        </w:tc>
        <w:tc>
          <w:tcPr>
            <w:tcW w:w="1191" w:type="dxa"/>
          </w:tcPr>
          <w:p w14:paraId="2564E00E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29F4485D" w14:textId="77777777" w:rsidR="005A5B65" w:rsidRDefault="005A5B65">
            <w:pPr>
              <w:jc w:val="center"/>
            </w:pPr>
          </w:p>
        </w:tc>
      </w:tr>
      <w:tr w:rsidR="005A5B65" w14:paraId="289439CB" w14:textId="77777777">
        <w:trPr>
          <w:jc w:val="center"/>
        </w:trPr>
        <w:tc>
          <w:tcPr>
            <w:tcW w:w="2041" w:type="dxa"/>
            <w:vMerge/>
          </w:tcPr>
          <w:p w14:paraId="6AED4F5F" w14:textId="77777777" w:rsidR="005A5B65" w:rsidRDefault="005A5B65"/>
        </w:tc>
        <w:tc>
          <w:tcPr>
            <w:tcW w:w="2778" w:type="dxa"/>
          </w:tcPr>
          <w:p w14:paraId="2D0AD5A4" w14:textId="77777777" w:rsidR="005A5B65" w:rsidRDefault="00000000">
            <w:r>
              <w:rPr>
                <w:sz w:val="17"/>
              </w:rPr>
              <w:t>3. Teknolojiyi güvenli kullanma kurallarına (ekran süresi, güvenli internet) uyar.</w:t>
            </w:r>
          </w:p>
        </w:tc>
        <w:tc>
          <w:tcPr>
            <w:tcW w:w="1077" w:type="dxa"/>
            <w:vMerge/>
          </w:tcPr>
          <w:p w14:paraId="13B2BE3C" w14:textId="77777777" w:rsidR="005A5B65" w:rsidRDefault="005A5B65"/>
        </w:tc>
        <w:tc>
          <w:tcPr>
            <w:tcW w:w="1814" w:type="dxa"/>
            <w:vMerge/>
          </w:tcPr>
          <w:p w14:paraId="4B38CC7A" w14:textId="77777777" w:rsidR="005A5B65" w:rsidRDefault="005A5B65"/>
        </w:tc>
        <w:tc>
          <w:tcPr>
            <w:tcW w:w="1814" w:type="dxa"/>
            <w:vMerge/>
          </w:tcPr>
          <w:p w14:paraId="5D094580" w14:textId="77777777" w:rsidR="005A5B65" w:rsidRDefault="005A5B65"/>
        </w:tc>
        <w:tc>
          <w:tcPr>
            <w:tcW w:w="1304" w:type="dxa"/>
            <w:vMerge/>
          </w:tcPr>
          <w:p w14:paraId="47BC2FE4" w14:textId="77777777" w:rsidR="005A5B65" w:rsidRDefault="005A5B65"/>
        </w:tc>
        <w:tc>
          <w:tcPr>
            <w:tcW w:w="2041" w:type="dxa"/>
          </w:tcPr>
          <w:p w14:paraId="1986295A" w14:textId="1AF8D5FC" w:rsidR="005A5B65" w:rsidRDefault="005A5B65"/>
        </w:tc>
        <w:tc>
          <w:tcPr>
            <w:tcW w:w="1191" w:type="dxa"/>
          </w:tcPr>
          <w:p w14:paraId="4AED2E46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0814FF56" w14:textId="77777777" w:rsidR="005A5B65" w:rsidRDefault="005A5B65">
            <w:pPr>
              <w:jc w:val="center"/>
            </w:pPr>
          </w:p>
        </w:tc>
      </w:tr>
      <w:tr w:rsidR="005A5B65" w14:paraId="28ABF863" w14:textId="77777777">
        <w:trPr>
          <w:jc w:val="center"/>
        </w:trPr>
        <w:tc>
          <w:tcPr>
            <w:tcW w:w="2041" w:type="dxa"/>
            <w:vMerge/>
          </w:tcPr>
          <w:p w14:paraId="5979F963" w14:textId="77777777" w:rsidR="005A5B65" w:rsidRDefault="005A5B65"/>
        </w:tc>
        <w:tc>
          <w:tcPr>
            <w:tcW w:w="2778" w:type="dxa"/>
          </w:tcPr>
          <w:p w14:paraId="3761203C" w14:textId="77777777" w:rsidR="005A5B65" w:rsidRDefault="00000000">
            <w:r>
              <w:rPr>
                <w:sz w:val="17"/>
              </w:rPr>
              <w:t>4. Teknolojiyle ilgili bir resim / afiş yapar.</w:t>
            </w:r>
          </w:p>
        </w:tc>
        <w:tc>
          <w:tcPr>
            <w:tcW w:w="1077" w:type="dxa"/>
            <w:vMerge/>
          </w:tcPr>
          <w:p w14:paraId="241E6C66" w14:textId="77777777" w:rsidR="005A5B65" w:rsidRDefault="005A5B65"/>
        </w:tc>
        <w:tc>
          <w:tcPr>
            <w:tcW w:w="1814" w:type="dxa"/>
            <w:vMerge/>
          </w:tcPr>
          <w:p w14:paraId="3E314D49" w14:textId="77777777" w:rsidR="005A5B65" w:rsidRDefault="005A5B65"/>
        </w:tc>
        <w:tc>
          <w:tcPr>
            <w:tcW w:w="1814" w:type="dxa"/>
            <w:vMerge/>
          </w:tcPr>
          <w:p w14:paraId="046EC742" w14:textId="77777777" w:rsidR="005A5B65" w:rsidRDefault="005A5B65"/>
        </w:tc>
        <w:tc>
          <w:tcPr>
            <w:tcW w:w="1304" w:type="dxa"/>
            <w:vMerge/>
          </w:tcPr>
          <w:p w14:paraId="28DEEB5F" w14:textId="77777777" w:rsidR="005A5B65" w:rsidRDefault="005A5B65"/>
        </w:tc>
        <w:tc>
          <w:tcPr>
            <w:tcW w:w="2041" w:type="dxa"/>
          </w:tcPr>
          <w:p w14:paraId="0AF85E6D" w14:textId="7080C6E6" w:rsidR="005A5B65" w:rsidRDefault="005A5B65"/>
        </w:tc>
        <w:tc>
          <w:tcPr>
            <w:tcW w:w="1191" w:type="dxa"/>
          </w:tcPr>
          <w:p w14:paraId="754B36F0" w14:textId="77777777" w:rsidR="005A5B65" w:rsidRDefault="005A5B65">
            <w:pPr>
              <w:jc w:val="center"/>
            </w:pPr>
          </w:p>
        </w:tc>
        <w:tc>
          <w:tcPr>
            <w:tcW w:w="1191" w:type="dxa"/>
          </w:tcPr>
          <w:p w14:paraId="61878FFE" w14:textId="77777777" w:rsidR="005A5B65" w:rsidRDefault="005A5B65">
            <w:pPr>
              <w:jc w:val="center"/>
            </w:pPr>
          </w:p>
        </w:tc>
      </w:tr>
      <w:tr w:rsidR="005A5B65" w14:paraId="7CC521D7" w14:textId="77777777">
        <w:trPr>
          <w:jc w:val="center"/>
        </w:trPr>
        <w:tc>
          <w:tcPr>
            <w:tcW w:w="15251" w:type="dxa"/>
            <w:gridSpan w:val="9"/>
            <w:shd w:val="clear" w:color="auto" w:fill="DCE6F1"/>
          </w:tcPr>
          <w:p w14:paraId="6864C421" w14:textId="6948BE8D" w:rsidR="005A5B65" w:rsidRDefault="00000000">
            <w:r>
              <w:rPr>
                <w:b/>
              </w:rPr>
              <w:t>Eğitim ortamı düzenlemeleri:**</w:t>
            </w:r>
          </w:p>
        </w:tc>
      </w:tr>
      <w:tr w:rsidR="005A5B65" w14:paraId="7F364D93" w14:textId="77777777">
        <w:trPr>
          <w:jc w:val="center"/>
        </w:trPr>
        <w:tc>
          <w:tcPr>
            <w:tcW w:w="15251" w:type="dxa"/>
            <w:gridSpan w:val="9"/>
          </w:tcPr>
          <w:p w14:paraId="31B03EFA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Öğrenci ön sıraya, öğretmen masasına ve tahtaya yakın oturur; oturduğu yerde hazır materyal bulundurulur.</w:t>
            </w:r>
          </w:p>
          <w:p w14:paraId="516CB8B0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Sınıf ortamı sade tutulur; aşırı ses ve görsel kalabalık gibi dikkat dağıtıcı uyaranlar azaltılır.</w:t>
            </w:r>
          </w:p>
          <w:p w14:paraId="52F616CC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Her konu resim, fotoğraf, gerçek nesne veya kısa video ile somutlaştırılır; ders süresi 10–15 dakikalık bölümlere ayrılır.</w:t>
            </w:r>
          </w:p>
          <w:p w14:paraId="45D5684D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Dil ve konuşma güçlüğü için: sorular işaret ederek, resim seçerek veya tek kelime / kısa cümleyle yanıtlanabilir; yazılı anlatım yerine eşleştirme, boyama ve işaretleme etkinlikleri kullanılır; yanıt için ek süre verilir ve sözü kesilmez.</w:t>
            </w:r>
          </w:p>
          <w:p w14:paraId="270F23CC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Süregelen hastalık için: ders içinde kısa dinlenme molaları verilir; uzun süren etkinlikler bölünür; devamsızlıkta telafi çalışması ve evde tekrar paketi (resimli özet + 1–2 kısa etkinlik) hazırlanır; ödev sayısı azaltılır, süre esnektir.</w:t>
            </w:r>
          </w:p>
          <w:p w14:paraId="0ADD0A13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Ölçme-değerlendirmede yazılı sınav yerine / yanı sıra sözlü değerlendirme, resimli test, performans gözlemi ve ürün dosyası kullanılır; soru sayısı azaltılır, punto büyütülür, ek süre verilir.</w:t>
            </w:r>
          </w:p>
          <w:p w14:paraId="5CD840E2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Akran desteği: öğrenciye ikili çalışma için bir arkadaş (akran modeli) eşleştirilir; sınıf arkadaşları farklılıklara saygı konusunda bilgilendirilir.</w:t>
            </w:r>
          </w:p>
          <w:p w14:paraId="6F3E10F7" w14:textId="77777777" w:rsidR="005A5B65" w:rsidRPr="001D41CD" w:rsidRDefault="00000000">
            <w:pPr>
              <w:rPr>
                <w:sz w:val="15"/>
                <w:szCs w:val="15"/>
              </w:rPr>
            </w:pPr>
            <w:r w:rsidRPr="001D41CD">
              <w:rPr>
                <w:sz w:val="15"/>
                <w:szCs w:val="15"/>
              </w:rPr>
              <w:t>• Aile katılımı: her ünite sonunda veli ile kısa görüşme yapılır; evde uygulanacak 1–2 basit etkinlik paylaşılır.</w:t>
            </w:r>
          </w:p>
          <w:p w14:paraId="3B1DBF07" w14:textId="732DAE1D" w:rsidR="005A5B65" w:rsidRDefault="00000000">
            <w:r w:rsidRPr="001D41CD">
              <w:rPr>
                <w:sz w:val="15"/>
                <w:szCs w:val="15"/>
              </w:rPr>
              <w:t>• İşbirliği: sınıf / şube rehber öğretmeni, BEP birimi, okul rehberlik servisi ve RAM ile işbirliği yapılır; öğrencinin gelişimi her dönem sonunda BEP biriminde değerlendirilir.</w:t>
            </w:r>
          </w:p>
        </w:tc>
      </w:tr>
      <w:tr w:rsidR="005A5B65" w14:paraId="080E859D" w14:textId="77777777">
        <w:trPr>
          <w:jc w:val="center"/>
        </w:trPr>
        <w:tc>
          <w:tcPr>
            <w:tcW w:w="15251" w:type="dxa"/>
            <w:gridSpan w:val="9"/>
          </w:tcPr>
          <w:p w14:paraId="614AFF08" w14:textId="77777777" w:rsidR="005A5B65" w:rsidRDefault="00000000">
            <w:r>
              <w:rPr>
                <w:sz w:val="17"/>
              </w:rPr>
              <w:t>BEP Birim / Planlama Üyeleri:                                                                                            BEP Başlangıç Tarihi: ……… / ……… / 2026</w:t>
            </w:r>
          </w:p>
          <w:p w14:paraId="1526AED9" w14:textId="5DBDD7DC" w:rsidR="005A5B65" w:rsidRDefault="00000000">
            <w:r>
              <w:rPr>
                <w:sz w:val="17"/>
              </w:rPr>
              <w:t xml:space="preserve">Sınıf / Şube Rehber Öğretmeni: ………………………     Sosyal Bilgiler Öğretmeni: </w:t>
            </w:r>
            <w:r w:rsidR="009F1509">
              <w:rPr>
                <w:sz w:val="17"/>
              </w:rPr>
              <w:t xml:space="preserve">…………… ………………….    </w:t>
            </w:r>
            <w:r>
              <w:rPr>
                <w:sz w:val="17"/>
              </w:rPr>
              <w:t xml:space="preserve">Rehber Öğretmen: ………………………     Veli: ………………………     Okul Müdürü: </w:t>
            </w:r>
            <w:r w:rsidR="009F1509">
              <w:rPr>
                <w:sz w:val="17"/>
              </w:rPr>
              <w:t>……………………………….</w:t>
            </w:r>
          </w:p>
        </w:tc>
      </w:tr>
    </w:tbl>
    <w:p w14:paraId="20151FE6" w14:textId="02634670" w:rsidR="005A5B65" w:rsidRPr="001D41CD" w:rsidRDefault="005A5B65" w:rsidP="001D41CD">
      <w:pPr>
        <w:spacing w:before="120" w:after="0"/>
        <w:rPr>
          <w:sz w:val="15"/>
          <w:szCs w:val="15"/>
        </w:rPr>
      </w:pPr>
    </w:p>
    <w:sectPr w:rsidR="005A5B65" w:rsidRPr="001D41CD" w:rsidSect="00034616">
      <w:pgSz w:w="16838" w:h="11906" w:orient="landscape"/>
      <w:pgMar w:top="680" w:right="737" w:bottom="680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3047831">
    <w:abstractNumId w:val="8"/>
  </w:num>
  <w:num w:numId="2" w16cid:durableId="544864">
    <w:abstractNumId w:val="6"/>
  </w:num>
  <w:num w:numId="3" w16cid:durableId="1577666993">
    <w:abstractNumId w:val="5"/>
  </w:num>
  <w:num w:numId="4" w16cid:durableId="1085615841">
    <w:abstractNumId w:val="4"/>
  </w:num>
  <w:num w:numId="5" w16cid:durableId="770902550">
    <w:abstractNumId w:val="7"/>
  </w:num>
  <w:num w:numId="6" w16cid:durableId="1953318961">
    <w:abstractNumId w:val="3"/>
  </w:num>
  <w:num w:numId="7" w16cid:durableId="323095815">
    <w:abstractNumId w:val="2"/>
  </w:num>
  <w:num w:numId="8" w16cid:durableId="1150173062">
    <w:abstractNumId w:val="1"/>
  </w:num>
  <w:num w:numId="9" w16cid:durableId="10631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00A5"/>
    <w:rsid w:val="001D41CD"/>
    <w:rsid w:val="0029639D"/>
    <w:rsid w:val="00326F90"/>
    <w:rsid w:val="005A5B65"/>
    <w:rsid w:val="009C313C"/>
    <w:rsid w:val="009F150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82F74F"/>
  <w14:defaultImageDpi w14:val="300"/>
  <w15:docId w15:val="{B81B2A1A-0CCF-40D1-813A-F6DF33EA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enesce</dc:creator>
  <cp:keywords/>
  <dc:description>enesce</dc:description>
  <cp:lastModifiedBy>ene sene</cp:lastModifiedBy>
  <cp:revision>3</cp:revision>
  <dcterms:created xsi:type="dcterms:W3CDTF">2013-12-23T23:15:00Z</dcterms:created>
  <dcterms:modified xsi:type="dcterms:W3CDTF">2026-10-13T08:35:00Z</dcterms:modified>
  <cp:category/>
</cp:coreProperties>
</file>