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5E43FE" w:rsidRPr="005E43FE" w:rsidTr="005E43FE">
        <w:tc>
          <w:tcPr>
            <w:tcW w:w="9638" w:type="dxa"/>
            <w:gridSpan w:val="3"/>
          </w:tcPr>
          <w:p w:rsidR="000D300B" w:rsidRPr="005E43FE" w:rsidRDefault="005E43FE">
            <w:pPr>
              <w:spacing w:after="40"/>
              <w:jc w:val="center"/>
              <w:rPr>
                <w:color w:val="auto"/>
              </w:rPr>
            </w:pPr>
            <w:r w:rsidRPr="005E43FE">
              <w:rPr>
                <w:color w:val="auto"/>
                <w:sz w:val="24"/>
              </w:rPr>
              <w:t xml:space="preserve">………………. </w:t>
            </w:r>
            <w:r w:rsidRPr="005E43FE">
              <w:rPr>
                <w:color w:val="auto"/>
                <w:sz w:val="24"/>
              </w:rPr>
              <w:t xml:space="preserve"> ORTAOKULU MÜDÜRLÜĞÜ</w:t>
            </w:r>
          </w:p>
          <w:p w:rsidR="000D300B" w:rsidRPr="005E43FE" w:rsidRDefault="005E43FE">
            <w:pPr>
              <w:spacing w:after="40"/>
              <w:jc w:val="center"/>
              <w:rPr>
                <w:color w:val="auto"/>
              </w:rPr>
            </w:pPr>
            <w:r w:rsidRPr="005E43FE">
              <w:rPr>
                <w:color w:val="auto"/>
                <w:sz w:val="21"/>
              </w:rPr>
              <w:t>2026-2027 EĞİTİM-ÖĞRETİM YILI</w:t>
            </w:r>
          </w:p>
          <w:p w:rsidR="000D300B" w:rsidRPr="005E43FE" w:rsidRDefault="005E43FE">
            <w:pPr>
              <w:spacing w:after="40"/>
              <w:jc w:val="center"/>
              <w:rPr>
                <w:color w:val="auto"/>
              </w:rPr>
            </w:pPr>
            <w:r w:rsidRPr="005E43FE">
              <w:rPr>
                <w:b/>
                <w:color w:val="auto"/>
                <w:sz w:val="38"/>
              </w:rPr>
              <w:t>AĞIZ VE DİŞ SAĞLIĞI HAFTASI</w:t>
            </w:r>
          </w:p>
          <w:p w:rsidR="000D300B" w:rsidRPr="005E43FE" w:rsidRDefault="005E43FE">
            <w:pPr>
              <w:spacing w:after="40"/>
              <w:jc w:val="center"/>
              <w:rPr>
                <w:color w:val="auto"/>
              </w:rPr>
            </w:pPr>
            <w:r w:rsidRPr="005E43FE">
              <w:rPr>
                <w:b/>
                <w:color w:val="auto"/>
                <w:sz w:val="28"/>
              </w:rPr>
              <w:t>KUTLAMA PROGRAMI</w:t>
            </w:r>
          </w:p>
          <w:p w:rsidR="000D300B" w:rsidRPr="005E43FE" w:rsidRDefault="005E43FE">
            <w:pPr>
              <w:spacing w:after="40"/>
              <w:jc w:val="center"/>
              <w:rPr>
                <w:color w:val="auto"/>
              </w:rPr>
            </w:pPr>
            <w:r w:rsidRPr="005E43FE">
              <w:rPr>
                <w:color w:val="auto"/>
                <w:sz w:val="21"/>
              </w:rPr>
              <w:t>25 Kasım 2026 Çarşamba  ·  21-27 Kasım 2026</w:t>
            </w:r>
          </w:p>
        </w:tc>
      </w:tr>
      <w:tr w:rsidR="005E43FE" w:rsidRPr="005E43FE" w:rsidTr="005E43FE">
        <w:tc>
          <w:tcPr>
            <w:tcW w:w="3213" w:type="dxa"/>
          </w:tcPr>
          <w:p w:rsidR="000D300B" w:rsidRPr="005E43FE" w:rsidRDefault="005E43FE">
            <w:pPr>
              <w:rPr>
                <w:color w:val="auto"/>
              </w:rPr>
            </w:pPr>
            <w:proofErr w:type="spellStart"/>
            <w:r w:rsidRPr="005E43FE">
              <w:rPr>
                <w:b/>
                <w:color w:val="auto"/>
                <w:sz w:val="17"/>
              </w:rPr>
              <w:t>Tarih</w:t>
            </w:r>
            <w:proofErr w:type="spellEnd"/>
            <w:r w:rsidRPr="005E43FE">
              <w:rPr>
                <w:b/>
                <w:color w:val="auto"/>
                <w:sz w:val="17"/>
              </w:rPr>
              <w:br/>
            </w:r>
            <w:r w:rsidRPr="005E43FE">
              <w:rPr>
                <w:color w:val="auto"/>
                <w:sz w:val="19"/>
              </w:rPr>
              <w:t xml:space="preserve">25 </w:t>
            </w:r>
            <w:proofErr w:type="spellStart"/>
            <w:r w:rsidRPr="005E43FE">
              <w:rPr>
                <w:color w:val="auto"/>
                <w:sz w:val="19"/>
              </w:rPr>
              <w:t>Kasım</w:t>
            </w:r>
            <w:proofErr w:type="spellEnd"/>
            <w:r w:rsidRPr="005E43FE">
              <w:rPr>
                <w:color w:val="auto"/>
                <w:sz w:val="19"/>
              </w:rPr>
              <w:t xml:space="preserve"> 2026 Çarşamba</w:t>
            </w:r>
          </w:p>
        </w:tc>
        <w:tc>
          <w:tcPr>
            <w:tcW w:w="3213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b/>
                <w:color w:val="auto"/>
                <w:sz w:val="17"/>
              </w:rPr>
              <w:t>Yer</w:t>
            </w:r>
            <w:r w:rsidRPr="005E43FE">
              <w:rPr>
                <w:b/>
                <w:color w:val="auto"/>
                <w:sz w:val="17"/>
              </w:rPr>
              <w:br/>
            </w:r>
            <w:r w:rsidRPr="005E43FE">
              <w:rPr>
                <w:color w:val="auto"/>
                <w:sz w:val="19"/>
              </w:rPr>
              <w:t>Okul bahçesi / konferans salonu</w:t>
            </w:r>
          </w:p>
        </w:tc>
        <w:tc>
          <w:tcPr>
            <w:tcW w:w="3213" w:type="dxa"/>
          </w:tcPr>
          <w:p w:rsidR="000D300B" w:rsidRPr="005E43FE" w:rsidRDefault="005E43FE" w:rsidP="005E43FE">
            <w:pPr>
              <w:rPr>
                <w:color w:val="auto"/>
              </w:rPr>
            </w:pPr>
            <w:r w:rsidRPr="005E43FE">
              <w:rPr>
                <w:b/>
                <w:color w:val="auto"/>
                <w:sz w:val="17"/>
              </w:rPr>
              <w:t>Hazırlayan</w:t>
            </w:r>
            <w:r w:rsidRPr="005E43FE">
              <w:rPr>
                <w:b/>
                <w:color w:val="auto"/>
                <w:sz w:val="17"/>
              </w:rPr>
              <w:br/>
            </w:r>
          </w:p>
        </w:tc>
      </w:tr>
    </w:tbl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5E43FE">
        <w:rPr>
          <w:b/>
          <w:color w:val="auto"/>
          <w:sz w:val="26"/>
        </w:rPr>
        <w:t xml:space="preserve">PROGRAM </w:t>
      </w:r>
      <w:proofErr w:type="spellStart"/>
      <w:r w:rsidRPr="005E43FE">
        <w:rPr>
          <w:b/>
          <w:color w:val="auto"/>
          <w:sz w:val="26"/>
        </w:rPr>
        <w:t>AKIŞI</w:t>
      </w:r>
      <w:bookmarkStart w:id="0" w:name="_GoBack"/>
      <w:bookmarkEnd w:id="0"/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b/>
                <w:color w:val="auto"/>
                <w:sz w:val="20"/>
              </w:rPr>
              <w:t>Sıra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b/>
                <w:color w:val="auto"/>
                <w:sz w:val="20"/>
              </w:rPr>
              <w:t>Etkinlik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b/>
                <w:color w:val="auto"/>
                <w:sz w:val="20"/>
              </w:rPr>
              <w:t>Görevli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b/>
                <w:color w:val="auto"/>
                <w:sz w:val="20"/>
              </w:rPr>
              <w:t>Sınıfı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1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Tüm okul</w:t>
            </w:r>
          </w:p>
        </w:tc>
        <w:tc>
          <w:tcPr>
            <w:tcW w:w="1304" w:type="dxa"/>
          </w:tcPr>
          <w:p w:rsidR="000D300B" w:rsidRPr="005E43FE" w:rsidRDefault="000D300B">
            <w:pPr>
              <w:rPr>
                <w:color w:val="auto"/>
              </w:rPr>
            </w:pP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2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Açılış ve sunum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Mira Yılmaz – Ege Demir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8/A – 8/B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3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Defne Kaya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7/A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4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“Pırıl Pırıl Dişler” şiiri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Can Demir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5/A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5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Dişlerimiz neden önemli? (sunum)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Nil Çelik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6/B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6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“Diş Fırçam” şiiri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Kerem Şahin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6/A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7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Dişlerimizi nasıl koruruz? (sunum)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Azra Öztürk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7/B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8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“Şekerle Vedalaş” şiiri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Mavi Koç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5/C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9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Sağlık ve temizlik üzerine güzel sözler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Umut Arslan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5/B</w:t>
            </w:r>
          </w:p>
        </w:tc>
      </w:tr>
      <w:tr w:rsidR="005E43FE" w:rsidRPr="005E43FE" w:rsidTr="005E43FE">
        <w:tc>
          <w:tcPr>
            <w:tcW w:w="737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10</w:t>
            </w:r>
          </w:p>
        </w:tc>
        <w:tc>
          <w:tcPr>
            <w:tcW w:w="4762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 xml:space="preserve">Kapanış ve </w:t>
            </w:r>
            <w:r w:rsidRPr="005E43FE">
              <w:rPr>
                <w:color w:val="auto"/>
                <w:sz w:val="20"/>
              </w:rPr>
              <w:t>“doğru fırçalama” gösterisi</w:t>
            </w:r>
          </w:p>
        </w:tc>
        <w:tc>
          <w:tcPr>
            <w:tcW w:w="2835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Mira Yılmaz – Ege Demir</w:t>
            </w:r>
          </w:p>
        </w:tc>
        <w:tc>
          <w:tcPr>
            <w:tcW w:w="1304" w:type="dxa"/>
          </w:tcPr>
          <w:p w:rsidR="000D300B" w:rsidRPr="005E43FE" w:rsidRDefault="005E43FE">
            <w:pPr>
              <w:rPr>
                <w:color w:val="auto"/>
              </w:rPr>
            </w:pPr>
            <w:r w:rsidRPr="005E43FE">
              <w:rPr>
                <w:color w:val="auto"/>
                <w:sz w:val="20"/>
              </w:rPr>
              <w:t>8/A – 8/B</w:t>
            </w:r>
          </w:p>
        </w:tc>
      </w:tr>
    </w:tbl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5E43FE">
        <w:rPr>
          <w:b/>
          <w:color w:val="auto"/>
          <w:sz w:val="26"/>
        </w:rPr>
        <w:t>SUNUCU</w:t>
      </w:r>
      <w:proofErr w:type="spellEnd"/>
      <w:r w:rsidRPr="005E43FE">
        <w:rPr>
          <w:b/>
          <w:color w:val="auto"/>
          <w:sz w:val="26"/>
        </w:rPr>
        <w:t xml:space="preserve"> </w:t>
      </w:r>
      <w:proofErr w:type="spellStart"/>
      <w:r w:rsidRPr="005E43FE">
        <w:rPr>
          <w:b/>
          <w:color w:val="auto"/>
          <w:sz w:val="26"/>
        </w:rPr>
        <w:t>METNI</w:t>
      </w:r>
      <w:proofErr w:type="spellEnd"/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b/>
          <w:color w:val="auto"/>
        </w:rPr>
        <w:t>1. Sunucu:</w:t>
      </w:r>
      <w:r w:rsidRPr="005E43FE">
        <w:rPr>
          <w:color w:val="auto"/>
        </w:rPr>
        <w:t xml:space="preserve"> Sayın Müdürüm, Değerli Öğretmenlerim, Sevgili Arkadaşlar;</w:t>
      </w:r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b/>
          <w:color w:val="auto"/>
        </w:rPr>
        <w:t>2. Sunucu:</w:t>
      </w:r>
      <w:r w:rsidRPr="005E43FE">
        <w:rPr>
          <w:color w:val="auto"/>
        </w:rPr>
        <w:t xml:space="preserve"> Ağız ve Diş Sağlığı Haftası programımıza hoş geldiniz. Programımıza saygı duruşu ve İstiklâl Marşımızla başlıyoruz.</w:t>
      </w:r>
    </w:p>
    <w:p w:rsidR="000D300B" w:rsidRPr="005E43FE" w:rsidRDefault="005E43FE">
      <w:pPr>
        <w:keepNext/>
        <w:spacing w:after="20"/>
        <w:rPr>
          <w:color w:val="auto"/>
        </w:rPr>
      </w:pPr>
      <w:r w:rsidRPr="005E43FE">
        <w:rPr>
          <w:b/>
          <w:color w:val="auto"/>
        </w:rPr>
        <w:t xml:space="preserve">1. Sunucu: </w:t>
      </w:r>
      <w:r w:rsidRPr="005E43FE">
        <w:rPr>
          <w:i/>
          <w:color w:val="auto"/>
        </w:rPr>
        <w:t>“Sağlam diş, sağlıklı yaşam demektir.”</w:t>
      </w:r>
    </w:p>
    <w:p w:rsidR="000D300B" w:rsidRPr="005E43FE" w:rsidRDefault="005E43FE">
      <w:pPr>
        <w:spacing w:after="140"/>
        <w:rPr>
          <w:color w:val="auto"/>
        </w:rPr>
      </w:pPr>
      <w:r w:rsidRPr="005E43FE">
        <w:rPr>
          <w:color w:val="auto"/>
        </w:rPr>
        <w:t xml:space="preserve">Günün anlam ve önemini anlatmak üzere 7/A sınıfından </w:t>
      </w:r>
      <w:r w:rsidRPr="005E43FE">
        <w:rPr>
          <w:b/>
          <w:color w:val="auto"/>
        </w:rPr>
        <w:t>Defne Kaya</w:t>
      </w:r>
      <w:r w:rsidRPr="005E43FE">
        <w:rPr>
          <w:color w:val="auto"/>
        </w:rPr>
        <w:t xml:space="preserve"> kürsüye geliyor.</w:t>
      </w:r>
    </w:p>
    <w:p w:rsidR="000D300B" w:rsidRPr="005E43FE" w:rsidRDefault="005E43FE">
      <w:pPr>
        <w:keepNext/>
        <w:spacing w:after="20"/>
        <w:rPr>
          <w:color w:val="auto"/>
        </w:rPr>
      </w:pPr>
      <w:r w:rsidRPr="005E43FE">
        <w:rPr>
          <w:b/>
          <w:color w:val="auto"/>
        </w:rPr>
        <w:t>2. Sunuc</w:t>
      </w:r>
      <w:r w:rsidRPr="005E43FE">
        <w:rPr>
          <w:b/>
          <w:color w:val="auto"/>
        </w:rPr>
        <w:t xml:space="preserve">u: </w:t>
      </w:r>
      <w:r w:rsidRPr="005E43FE">
        <w:rPr>
          <w:i/>
          <w:color w:val="auto"/>
        </w:rPr>
        <w:t>“Güzel bir gülüş, sağlıklı dişlerle başlar.”</w:t>
      </w:r>
    </w:p>
    <w:p w:rsidR="000D300B" w:rsidRPr="005E43FE" w:rsidRDefault="005E43FE">
      <w:pPr>
        <w:spacing w:after="140"/>
        <w:rPr>
          <w:color w:val="auto"/>
        </w:rPr>
      </w:pPr>
      <w:r w:rsidRPr="005E43FE">
        <w:rPr>
          <w:color w:val="auto"/>
        </w:rPr>
        <w:t xml:space="preserve">“Pırıl Pırıl Dişler” şiirini okumak üzere 5/A sınıfından </w:t>
      </w:r>
      <w:r w:rsidRPr="005E43FE">
        <w:rPr>
          <w:b/>
          <w:color w:val="auto"/>
        </w:rPr>
        <w:t>Can Demir</w:t>
      </w:r>
      <w:r w:rsidRPr="005E43FE">
        <w:rPr>
          <w:color w:val="auto"/>
        </w:rPr>
        <w:t xml:space="preserve"> kürsüye geliyor.</w:t>
      </w:r>
    </w:p>
    <w:p w:rsidR="000D300B" w:rsidRPr="005E43FE" w:rsidRDefault="005E43FE">
      <w:pPr>
        <w:keepNext/>
        <w:spacing w:after="20"/>
        <w:rPr>
          <w:color w:val="auto"/>
        </w:rPr>
      </w:pPr>
      <w:r w:rsidRPr="005E43FE">
        <w:rPr>
          <w:b/>
          <w:color w:val="auto"/>
        </w:rPr>
        <w:t xml:space="preserve">1. Sunucu: </w:t>
      </w:r>
      <w:r w:rsidRPr="005E43FE">
        <w:rPr>
          <w:i/>
          <w:color w:val="auto"/>
        </w:rPr>
        <w:t>“Dişlerine iyi bakan, sağlığına iyi bakar.”</w:t>
      </w:r>
    </w:p>
    <w:p w:rsidR="000D300B" w:rsidRPr="005E43FE" w:rsidRDefault="005E43FE">
      <w:pPr>
        <w:spacing w:after="140"/>
        <w:rPr>
          <w:color w:val="auto"/>
        </w:rPr>
      </w:pPr>
      <w:r w:rsidRPr="005E43FE">
        <w:rPr>
          <w:color w:val="auto"/>
        </w:rPr>
        <w:t>Dişlerimizin neden önemli olduğunu anlatan sunumu için 6/B sınıfından</w:t>
      </w:r>
      <w:r w:rsidRPr="005E43FE">
        <w:rPr>
          <w:color w:val="auto"/>
        </w:rPr>
        <w:t xml:space="preserve"> </w:t>
      </w:r>
      <w:r w:rsidRPr="005E43FE">
        <w:rPr>
          <w:b/>
          <w:color w:val="auto"/>
        </w:rPr>
        <w:t>Nil Çelik</w:t>
      </w:r>
      <w:r w:rsidRPr="005E43FE">
        <w:rPr>
          <w:color w:val="auto"/>
        </w:rPr>
        <w:t xml:space="preserve"> kürsüye geliyor.</w:t>
      </w:r>
    </w:p>
    <w:p w:rsidR="000D300B" w:rsidRPr="005E43FE" w:rsidRDefault="005E43FE">
      <w:pPr>
        <w:keepNext/>
        <w:spacing w:after="20"/>
        <w:rPr>
          <w:color w:val="auto"/>
        </w:rPr>
      </w:pPr>
      <w:r w:rsidRPr="005E43FE">
        <w:rPr>
          <w:b/>
          <w:color w:val="auto"/>
        </w:rPr>
        <w:t xml:space="preserve">2. Sunucu: </w:t>
      </w:r>
      <w:r w:rsidRPr="005E43FE">
        <w:rPr>
          <w:i/>
          <w:color w:val="auto"/>
        </w:rPr>
        <w:t>“Günde iki kez iki dakika; sağlıklı dişlerin sırrı.”</w:t>
      </w:r>
    </w:p>
    <w:p w:rsidR="000D300B" w:rsidRPr="005E43FE" w:rsidRDefault="005E43FE">
      <w:pPr>
        <w:spacing w:after="140"/>
        <w:rPr>
          <w:color w:val="auto"/>
        </w:rPr>
      </w:pPr>
      <w:r w:rsidRPr="005E43FE">
        <w:rPr>
          <w:color w:val="auto"/>
        </w:rPr>
        <w:t xml:space="preserve">“Diş Fırçam” şiirini okumak üzere 6/A sınıfından </w:t>
      </w:r>
      <w:r w:rsidRPr="005E43FE">
        <w:rPr>
          <w:b/>
          <w:color w:val="auto"/>
        </w:rPr>
        <w:t>Kerem Şahin</w:t>
      </w:r>
      <w:r w:rsidRPr="005E43FE">
        <w:rPr>
          <w:color w:val="auto"/>
        </w:rPr>
        <w:t xml:space="preserve"> kürsüye geliyor.</w:t>
      </w:r>
    </w:p>
    <w:p w:rsidR="000D300B" w:rsidRPr="005E43FE" w:rsidRDefault="005E43FE">
      <w:pPr>
        <w:keepNext/>
        <w:spacing w:after="20"/>
        <w:rPr>
          <w:color w:val="auto"/>
        </w:rPr>
      </w:pPr>
      <w:r w:rsidRPr="005E43FE">
        <w:rPr>
          <w:b/>
          <w:color w:val="auto"/>
        </w:rPr>
        <w:t xml:space="preserve">1. Sunucu: </w:t>
      </w:r>
      <w:r w:rsidRPr="005E43FE">
        <w:rPr>
          <w:i/>
          <w:color w:val="auto"/>
        </w:rPr>
        <w:t>“Koruyucu bir alışkanlık, çürükten iyidir.”</w:t>
      </w:r>
    </w:p>
    <w:p w:rsidR="000D300B" w:rsidRPr="005E43FE" w:rsidRDefault="005E43FE">
      <w:pPr>
        <w:spacing w:after="140"/>
        <w:rPr>
          <w:color w:val="auto"/>
        </w:rPr>
      </w:pPr>
      <w:r w:rsidRPr="005E43FE">
        <w:rPr>
          <w:color w:val="auto"/>
        </w:rPr>
        <w:t xml:space="preserve">Dişlerimizi nasıl koruyacağımızı anlatmak üzere 7/B sınıfından </w:t>
      </w:r>
      <w:r w:rsidRPr="005E43FE">
        <w:rPr>
          <w:b/>
          <w:color w:val="auto"/>
        </w:rPr>
        <w:t>Azra Öztürk</w:t>
      </w:r>
      <w:r w:rsidRPr="005E43FE">
        <w:rPr>
          <w:color w:val="auto"/>
        </w:rPr>
        <w:t xml:space="preserve"> kürsüye geliyor.</w:t>
      </w:r>
    </w:p>
    <w:p w:rsidR="000D300B" w:rsidRPr="005E43FE" w:rsidRDefault="005E43FE">
      <w:pPr>
        <w:keepNext/>
        <w:spacing w:after="20"/>
        <w:rPr>
          <w:color w:val="auto"/>
        </w:rPr>
      </w:pPr>
      <w:r w:rsidRPr="005E43FE">
        <w:rPr>
          <w:b/>
          <w:color w:val="auto"/>
        </w:rPr>
        <w:t xml:space="preserve">2. Sunucu: </w:t>
      </w:r>
      <w:r w:rsidRPr="005E43FE">
        <w:rPr>
          <w:i/>
          <w:color w:val="auto"/>
        </w:rPr>
        <w:t>“Az şeker, çok sağlık.”</w:t>
      </w:r>
    </w:p>
    <w:p w:rsidR="000D300B" w:rsidRPr="005E43FE" w:rsidRDefault="005E43FE">
      <w:pPr>
        <w:spacing w:after="140"/>
        <w:rPr>
          <w:color w:val="auto"/>
        </w:rPr>
      </w:pPr>
      <w:r w:rsidRPr="005E43FE">
        <w:rPr>
          <w:color w:val="auto"/>
        </w:rPr>
        <w:t xml:space="preserve">“Şekerle Vedalaş” şiirini okumak üzere 5/C sınıfından </w:t>
      </w:r>
      <w:r w:rsidRPr="005E43FE">
        <w:rPr>
          <w:b/>
          <w:color w:val="auto"/>
        </w:rPr>
        <w:t>Mavi Koç</w:t>
      </w:r>
      <w:r w:rsidRPr="005E43FE">
        <w:rPr>
          <w:color w:val="auto"/>
        </w:rPr>
        <w:t xml:space="preserve"> kürsüye geliyor.</w:t>
      </w:r>
    </w:p>
    <w:p w:rsidR="000D300B" w:rsidRPr="005E43FE" w:rsidRDefault="005E43FE">
      <w:pPr>
        <w:keepNext/>
        <w:spacing w:after="20"/>
        <w:rPr>
          <w:color w:val="auto"/>
        </w:rPr>
      </w:pPr>
      <w:r w:rsidRPr="005E43FE">
        <w:rPr>
          <w:b/>
          <w:color w:val="auto"/>
        </w:rPr>
        <w:t xml:space="preserve">1. Sunucu: </w:t>
      </w:r>
      <w:r w:rsidRPr="005E43FE">
        <w:rPr>
          <w:i/>
          <w:color w:val="auto"/>
        </w:rPr>
        <w:t>“Temizlik, sağlığın yarısıdır.”</w:t>
      </w:r>
    </w:p>
    <w:p w:rsidR="000D300B" w:rsidRPr="005E43FE" w:rsidRDefault="005E43FE">
      <w:pPr>
        <w:spacing w:after="140"/>
        <w:rPr>
          <w:color w:val="auto"/>
        </w:rPr>
      </w:pPr>
      <w:r w:rsidRPr="005E43FE">
        <w:rPr>
          <w:color w:val="auto"/>
        </w:rPr>
        <w:t>Sağlık</w:t>
      </w:r>
      <w:r w:rsidRPr="005E43FE">
        <w:rPr>
          <w:color w:val="auto"/>
        </w:rPr>
        <w:t xml:space="preserve"> ve temizlik üzerine güzel sözleri okumak üzere 5/B sınıfından </w:t>
      </w:r>
      <w:r w:rsidRPr="005E43FE">
        <w:rPr>
          <w:b/>
          <w:color w:val="auto"/>
        </w:rPr>
        <w:t>Umut Arslan</w:t>
      </w:r>
      <w:r w:rsidRPr="005E43FE">
        <w:rPr>
          <w:color w:val="auto"/>
        </w:rPr>
        <w:t xml:space="preserve"> kürsüye geliyor.</w:t>
      </w:r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b/>
          <w:color w:val="auto"/>
        </w:rPr>
        <w:t>2. Sunucu:</w:t>
      </w:r>
      <w:r w:rsidRPr="005E43FE">
        <w:rPr>
          <w:color w:val="auto"/>
        </w:rPr>
        <w:t xml:space="preserve"> Programımızın sonunda, diş fırçası maketiyle </w:t>
      </w:r>
      <w:r w:rsidRPr="005E43FE">
        <w:rPr>
          <w:b/>
          <w:color w:val="auto"/>
        </w:rPr>
        <w:t>doğru diş fırçalama</w:t>
      </w:r>
      <w:r w:rsidRPr="005E43FE">
        <w:rPr>
          <w:color w:val="auto"/>
        </w:rPr>
        <w:t xml:space="preserve"> gösterimi yapacak; sağlıklı dişler için birlikte söz vereceğiz.</w:t>
      </w:r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b/>
          <w:color w:val="auto"/>
        </w:rPr>
        <w:t>1. Sunucu:</w:t>
      </w:r>
      <w:r w:rsidRPr="005E43FE">
        <w:rPr>
          <w:color w:val="auto"/>
        </w:rPr>
        <w:t xml:space="preserve"> Ağız ve Diş S</w:t>
      </w:r>
      <w:r w:rsidRPr="005E43FE">
        <w:rPr>
          <w:color w:val="auto"/>
        </w:rPr>
        <w:t>ağlığı Haftası programımız burada sona ermiştir. Pırıl pırıl dişler ve sağlıklı gülüşler dileğiyle, bizi dinlediğiniz için teşekkür ederiz.</w:t>
      </w:r>
    </w:p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5E43FE">
        <w:rPr>
          <w:b/>
          <w:color w:val="auto"/>
          <w:sz w:val="26"/>
        </w:rPr>
        <w:lastRenderedPageBreak/>
        <w:t>GÜNÜN ANLAM VE ÖNEMI (KONUŞMA METNI)</w:t>
      </w:r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color w:val="auto"/>
        </w:rPr>
        <w:t>Sayın Müdürüm, değerli öğretmenlerim, sevgili arkadaşlar;</w:t>
      </w:r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color w:val="auto"/>
        </w:rPr>
        <w:t>Güzel bir gülüşün, sa</w:t>
      </w:r>
      <w:r w:rsidRPr="005E43FE">
        <w:rPr>
          <w:color w:val="auto"/>
        </w:rPr>
        <w:t xml:space="preserve">ğlıklı bir yaşamın ve iyi bir beslenmenin temelinde </w:t>
      </w:r>
      <w:r w:rsidRPr="005E43FE">
        <w:rPr>
          <w:b/>
          <w:color w:val="auto"/>
        </w:rPr>
        <w:t>sağlıklı dişler</w:t>
      </w:r>
      <w:r w:rsidRPr="005E43FE">
        <w:rPr>
          <w:color w:val="auto"/>
        </w:rPr>
        <w:t xml:space="preserve"> yatar. Dişlerimiz; besinleri çiğnememize, konuşmamıza ve güzel görünmemize yardımcı olur. İşte </w:t>
      </w:r>
      <w:r w:rsidRPr="005E43FE">
        <w:rPr>
          <w:b/>
          <w:color w:val="auto"/>
        </w:rPr>
        <w:t>Ağız ve Diş Sağlığı Haftası</w:t>
      </w:r>
      <w:r w:rsidRPr="005E43FE">
        <w:rPr>
          <w:color w:val="auto"/>
        </w:rPr>
        <w:t>, dişlerimize ve ağız sağlığımıza nasıl bakacağımızı hatırlamak iç</w:t>
      </w:r>
      <w:r w:rsidRPr="005E43FE">
        <w:rPr>
          <w:color w:val="auto"/>
        </w:rPr>
        <w:t>in belirlenmiştir.</w:t>
      </w:r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color w:val="auto"/>
        </w:rPr>
        <w:t xml:space="preserve">Dişlerimizin en büyük düşmanı </w:t>
      </w:r>
      <w:r w:rsidRPr="005E43FE">
        <w:rPr>
          <w:b/>
          <w:color w:val="auto"/>
        </w:rPr>
        <w:t>diş çürüğüdür</w:t>
      </w:r>
      <w:r w:rsidRPr="005E43FE">
        <w:rPr>
          <w:color w:val="auto"/>
        </w:rPr>
        <w:t xml:space="preserve">. Çürük; ağzımızdaki bakterilerin, yediğimiz şekerli besinlerin artıklarıyla buluşup diş yüzeyine zarar vermesiyle oluşur. Bu yüzden hem </w:t>
      </w:r>
      <w:r w:rsidRPr="005E43FE">
        <w:rPr>
          <w:b/>
          <w:color w:val="auto"/>
        </w:rPr>
        <w:t>doğru beslenmek</w:t>
      </w:r>
      <w:r w:rsidRPr="005E43FE">
        <w:rPr>
          <w:color w:val="auto"/>
        </w:rPr>
        <w:t xml:space="preserve"> hem de </w:t>
      </w:r>
      <w:r w:rsidRPr="005E43FE">
        <w:rPr>
          <w:b/>
          <w:color w:val="auto"/>
        </w:rPr>
        <w:t>düzenli diş temizliği</w:t>
      </w:r>
      <w:r w:rsidRPr="005E43FE">
        <w:rPr>
          <w:color w:val="auto"/>
        </w:rPr>
        <w:t xml:space="preserve"> çok önemlidi</w:t>
      </w:r>
      <w:r w:rsidRPr="005E43FE">
        <w:rPr>
          <w:color w:val="auto"/>
        </w:rPr>
        <w:t>r.</w:t>
      </w:r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color w:val="auto"/>
        </w:rPr>
        <w:t xml:space="preserve">Sağlıklı dişlerin sırrı aslında çok basittir: Dişlerimizi </w:t>
      </w:r>
      <w:r w:rsidRPr="005E43FE">
        <w:rPr>
          <w:b/>
          <w:color w:val="auto"/>
        </w:rPr>
        <w:t>günde iki kez</w:t>
      </w:r>
      <w:r w:rsidRPr="005E43FE">
        <w:rPr>
          <w:color w:val="auto"/>
        </w:rPr>
        <w:t xml:space="preserve"> (sabah kahvaltıdan sonra ve gece yatmadan önce), </w:t>
      </w:r>
      <w:r w:rsidRPr="005E43FE">
        <w:rPr>
          <w:b/>
          <w:color w:val="auto"/>
        </w:rPr>
        <w:t>en az iki dakika</w:t>
      </w:r>
      <w:r w:rsidRPr="005E43FE">
        <w:rPr>
          <w:color w:val="auto"/>
        </w:rPr>
        <w:t xml:space="preserve"> ve </w:t>
      </w:r>
      <w:r w:rsidRPr="005E43FE">
        <w:rPr>
          <w:b/>
          <w:color w:val="auto"/>
        </w:rPr>
        <w:t>florürlü diş macunuyla</w:t>
      </w:r>
      <w:r w:rsidRPr="005E43FE">
        <w:rPr>
          <w:color w:val="auto"/>
        </w:rPr>
        <w:t xml:space="preserve"> fırçalamak. Fırçanın ulaşamadığı yerleri </w:t>
      </w:r>
      <w:r w:rsidRPr="005E43FE">
        <w:rPr>
          <w:b/>
          <w:color w:val="auto"/>
        </w:rPr>
        <w:t>diş ipiyle</w:t>
      </w:r>
      <w:r w:rsidRPr="005E43FE">
        <w:rPr>
          <w:color w:val="auto"/>
        </w:rPr>
        <w:t xml:space="preserve"> temizlemek de faydalıdır. Ayrıca </w:t>
      </w:r>
      <w:r w:rsidRPr="005E43FE">
        <w:rPr>
          <w:b/>
          <w:color w:val="auto"/>
        </w:rPr>
        <w:t>altı</w:t>
      </w:r>
      <w:r w:rsidRPr="005E43FE">
        <w:rPr>
          <w:b/>
          <w:color w:val="auto"/>
        </w:rPr>
        <w:t xml:space="preserve"> ayda bir diş hekimine</w:t>
      </w:r>
      <w:r w:rsidRPr="005E43FE">
        <w:rPr>
          <w:color w:val="auto"/>
        </w:rPr>
        <w:t xml:space="preserve"> giderek kontrol yaptırmalıyız.</w:t>
      </w:r>
    </w:p>
    <w:p w:rsidR="000D300B" w:rsidRPr="005E43FE" w:rsidRDefault="005E43FE">
      <w:pPr>
        <w:spacing w:after="120"/>
        <w:jc w:val="both"/>
        <w:rPr>
          <w:color w:val="auto"/>
        </w:rPr>
      </w:pPr>
      <w:r w:rsidRPr="005E43FE">
        <w:rPr>
          <w:color w:val="auto"/>
        </w:rPr>
        <w:t xml:space="preserve">Unutmayalım: İlk çıkan </w:t>
      </w:r>
      <w:r w:rsidRPr="005E43FE">
        <w:rPr>
          <w:b/>
          <w:color w:val="auto"/>
        </w:rPr>
        <w:t>süt dişlerimize</w:t>
      </w:r>
      <w:r w:rsidRPr="005E43FE">
        <w:rPr>
          <w:color w:val="auto"/>
        </w:rPr>
        <w:t xml:space="preserve"> de en az kalıcı dişlerimiz kadar iyi bakmalıyız; çünkü onlar kalıcı dişlerimizin sağlıklı çıkması için yer tutar. Bugün öğrendiklerimizi her gün uygular ve şekerli</w:t>
      </w:r>
      <w:r w:rsidRPr="005E43FE">
        <w:rPr>
          <w:color w:val="auto"/>
        </w:rPr>
        <w:t xml:space="preserve"> yiyecekleri azaltırsak, ömür boyu sağlıklı ve pırıl pırıl bir gülüşe sahip oluruz. Hepinizi sağlıkla selamlıyorum.</w:t>
      </w:r>
    </w:p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5E43FE">
        <w:rPr>
          <w:b/>
          <w:color w:val="auto"/>
          <w:sz w:val="26"/>
        </w:rPr>
        <w:t>PIRIL PIRIL DIŞLER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5E43FE" w:rsidRPr="005E43FE">
        <w:trPr>
          <w:jc w:val="center"/>
        </w:trPr>
        <w:tc>
          <w:tcPr>
            <w:tcW w:w="4819" w:type="dxa"/>
          </w:tcPr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t>Sabah olunca kalkar kalkmaz,</w:t>
            </w:r>
            <w:r w:rsidRPr="005E43FE">
              <w:rPr>
                <w:i/>
                <w:color w:val="auto"/>
                <w:sz w:val="21"/>
              </w:rPr>
              <w:br/>
              <w:t>Fırçamı alırım elime;</w:t>
            </w:r>
            <w:r w:rsidRPr="005E43FE">
              <w:rPr>
                <w:i/>
                <w:color w:val="auto"/>
                <w:sz w:val="21"/>
              </w:rPr>
              <w:br/>
              <w:t>Köpük köpük, mis gibi,</w:t>
            </w:r>
            <w:r w:rsidRPr="005E43FE">
              <w:rPr>
                <w:i/>
                <w:color w:val="auto"/>
                <w:sz w:val="21"/>
              </w:rPr>
              <w:br/>
              <w:t>Pırıl pırıl olur dişlerim yine.</w:t>
            </w:r>
          </w:p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t>Şekeri azaltır,</w:t>
            </w:r>
            <w:r w:rsidRPr="005E43FE">
              <w:rPr>
                <w:i/>
                <w:color w:val="auto"/>
                <w:sz w:val="21"/>
              </w:rPr>
              <w:t xml:space="preserve"> sütü severim,</w:t>
            </w:r>
            <w:r w:rsidRPr="005E43FE">
              <w:rPr>
                <w:i/>
                <w:color w:val="auto"/>
                <w:sz w:val="21"/>
              </w:rPr>
              <w:br/>
              <w:t>Elma yerim, su içerim bol bol;</w:t>
            </w:r>
            <w:r w:rsidRPr="005E43FE">
              <w:rPr>
                <w:i/>
                <w:color w:val="auto"/>
                <w:sz w:val="21"/>
              </w:rPr>
              <w:br/>
              <w:t>Dişlerim sağlam, gülüşüm güzel,</w:t>
            </w:r>
            <w:r w:rsidRPr="005E43FE">
              <w:rPr>
                <w:i/>
                <w:color w:val="auto"/>
                <w:sz w:val="21"/>
              </w:rPr>
              <w:br/>
              <w:t>Sağlığa açılır her yol.</w:t>
            </w:r>
          </w:p>
        </w:tc>
        <w:tc>
          <w:tcPr>
            <w:tcW w:w="4819" w:type="dxa"/>
          </w:tcPr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t>Yemekten sonra, yatmadan önce,</w:t>
            </w:r>
            <w:r w:rsidRPr="005E43FE">
              <w:rPr>
                <w:i/>
                <w:color w:val="auto"/>
                <w:sz w:val="21"/>
              </w:rPr>
              <w:br/>
              <w:t>Unutmam fırçalamayı asla;</w:t>
            </w:r>
            <w:r w:rsidRPr="005E43FE">
              <w:rPr>
                <w:i/>
                <w:color w:val="auto"/>
                <w:sz w:val="21"/>
              </w:rPr>
              <w:br/>
              <w:t>Bembeyaz, sapasağlam dişler</w:t>
            </w:r>
            <w:r w:rsidRPr="005E43FE">
              <w:rPr>
                <w:i/>
                <w:color w:val="auto"/>
                <w:sz w:val="21"/>
              </w:rPr>
              <w:br/>
              <w:t>Güzel bir gülüş katar yüzüme.</w:t>
            </w:r>
          </w:p>
        </w:tc>
      </w:tr>
    </w:tbl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5E43FE">
        <w:rPr>
          <w:b/>
          <w:color w:val="auto"/>
          <w:sz w:val="26"/>
        </w:rPr>
        <w:t>DIŞ</w:t>
      </w:r>
      <w:proofErr w:type="spellEnd"/>
      <w:r w:rsidRPr="005E43FE">
        <w:rPr>
          <w:b/>
          <w:color w:val="auto"/>
          <w:sz w:val="26"/>
        </w:rPr>
        <w:t xml:space="preserve"> </w:t>
      </w:r>
      <w:proofErr w:type="spellStart"/>
      <w:r w:rsidRPr="005E43FE">
        <w:rPr>
          <w:b/>
          <w:color w:val="auto"/>
          <w:sz w:val="26"/>
        </w:rPr>
        <w:t>FIRÇAM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5E43FE" w:rsidRPr="005E43FE">
        <w:trPr>
          <w:jc w:val="center"/>
        </w:trPr>
        <w:tc>
          <w:tcPr>
            <w:tcW w:w="4819" w:type="dxa"/>
          </w:tcPr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t>Küçük dostum diş fırçam,</w:t>
            </w:r>
            <w:r w:rsidRPr="005E43FE">
              <w:rPr>
                <w:i/>
                <w:color w:val="auto"/>
                <w:sz w:val="21"/>
              </w:rPr>
              <w:br/>
              <w:t>He</w:t>
            </w:r>
            <w:r w:rsidRPr="005E43FE">
              <w:rPr>
                <w:i/>
                <w:color w:val="auto"/>
                <w:sz w:val="21"/>
              </w:rPr>
              <w:t>r sabah bekler beni;</w:t>
            </w:r>
            <w:r w:rsidRPr="005E43FE">
              <w:rPr>
                <w:i/>
                <w:color w:val="auto"/>
                <w:sz w:val="21"/>
              </w:rPr>
              <w:br/>
              <w:t>Günde iki kez buluşuruz,</w:t>
            </w:r>
            <w:r w:rsidRPr="005E43FE">
              <w:rPr>
                <w:i/>
                <w:color w:val="auto"/>
                <w:sz w:val="21"/>
              </w:rPr>
              <w:br/>
              <w:t>Temizler o dişlerimi.</w:t>
            </w:r>
          </w:p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t>Macununu azıcık sür,</w:t>
            </w:r>
            <w:r w:rsidRPr="005E43FE">
              <w:rPr>
                <w:i/>
                <w:color w:val="auto"/>
                <w:sz w:val="21"/>
              </w:rPr>
              <w:br/>
              <w:t>Bol bol değil, bir bezelye kadar;</w:t>
            </w:r>
            <w:r w:rsidRPr="005E43FE">
              <w:rPr>
                <w:i/>
                <w:color w:val="auto"/>
                <w:sz w:val="21"/>
              </w:rPr>
              <w:br/>
              <w:t>Fırçam dostum, sağlığım dostu,</w:t>
            </w:r>
            <w:r w:rsidRPr="005E43FE">
              <w:rPr>
                <w:i/>
                <w:color w:val="auto"/>
                <w:sz w:val="21"/>
              </w:rPr>
              <w:br/>
              <w:t>Onunla gülüşüm pırıl pırıl, bahar.</w:t>
            </w:r>
          </w:p>
        </w:tc>
        <w:tc>
          <w:tcPr>
            <w:tcW w:w="4819" w:type="dxa"/>
          </w:tcPr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t>İki dakika sabırla,</w:t>
            </w:r>
            <w:r w:rsidRPr="005E43FE">
              <w:rPr>
                <w:i/>
                <w:color w:val="auto"/>
                <w:sz w:val="21"/>
              </w:rPr>
              <w:br/>
              <w:t>Yukarı aşağı, nazikçe;</w:t>
            </w:r>
            <w:r w:rsidRPr="005E43FE">
              <w:rPr>
                <w:i/>
                <w:color w:val="auto"/>
                <w:sz w:val="21"/>
              </w:rPr>
              <w:br/>
              <w:t>Bakteriler kaçar gider,</w:t>
            </w:r>
            <w:r w:rsidRPr="005E43FE">
              <w:rPr>
                <w:i/>
                <w:color w:val="auto"/>
                <w:sz w:val="21"/>
              </w:rPr>
              <w:br/>
            </w:r>
            <w:r w:rsidRPr="005E43FE">
              <w:rPr>
                <w:i/>
                <w:color w:val="auto"/>
                <w:sz w:val="21"/>
              </w:rPr>
              <w:t>Dişlerim güler sevinçle.</w:t>
            </w:r>
          </w:p>
        </w:tc>
      </w:tr>
    </w:tbl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5E43FE">
        <w:rPr>
          <w:b/>
          <w:color w:val="auto"/>
          <w:sz w:val="26"/>
        </w:rPr>
        <w:t>ŞEKERLE</w:t>
      </w:r>
      <w:proofErr w:type="spellEnd"/>
      <w:r w:rsidRPr="005E43FE">
        <w:rPr>
          <w:b/>
          <w:color w:val="auto"/>
          <w:sz w:val="26"/>
        </w:rPr>
        <w:t xml:space="preserve"> </w:t>
      </w:r>
      <w:proofErr w:type="spellStart"/>
      <w:r w:rsidRPr="005E43FE">
        <w:rPr>
          <w:b/>
          <w:color w:val="auto"/>
          <w:sz w:val="26"/>
        </w:rPr>
        <w:t>VEDALAŞ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5E43FE" w:rsidRPr="005E43FE">
        <w:trPr>
          <w:jc w:val="center"/>
        </w:trPr>
        <w:tc>
          <w:tcPr>
            <w:tcW w:w="4819" w:type="dxa"/>
          </w:tcPr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t>Şekerler tatlı görünür,</w:t>
            </w:r>
            <w:r w:rsidRPr="005E43FE">
              <w:rPr>
                <w:i/>
                <w:color w:val="auto"/>
                <w:sz w:val="21"/>
              </w:rPr>
              <w:br/>
              <w:t>Ama dişe hiç dost değil;</w:t>
            </w:r>
            <w:r w:rsidRPr="005E43FE">
              <w:rPr>
                <w:i/>
                <w:color w:val="auto"/>
                <w:sz w:val="21"/>
              </w:rPr>
              <w:br/>
              <w:t>Çok yiyince çürük yapar,</w:t>
            </w:r>
            <w:r w:rsidRPr="005E43FE">
              <w:rPr>
                <w:i/>
                <w:color w:val="auto"/>
                <w:sz w:val="21"/>
              </w:rPr>
              <w:br/>
              <w:t>Ağrıtır, üzer, bil ki eksik.</w:t>
            </w:r>
          </w:p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t>Vedalaş fazla şekerle,</w:t>
            </w:r>
            <w:r w:rsidRPr="005E43FE">
              <w:rPr>
                <w:i/>
                <w:color w:val="auto"/>
                <w:sz w:val="21"/>
              </w:rPr>
              <w:br/>
              <w:t>Az ye, ölçülü ol biraz;</w:t>
            </w:r>
            <w:r w:rsidRPr="005E43FE">
              <w:rPr>
                <w:i/>
                <w:color w:val="auto"/>
                <w:sz w:val="21"/>
              </w:rPr>
              <w:br/>
              <w:t>Dişlerin sana teşekkür eder,</w:t>
            </w:r>
            <w:r w:rsidRPr="005E43FE">
              <w:rPr>
                <w:i/>
                <w:color w:val="auto"/>
                <w:sz w:val="21"/>
              </w:rPr>
              <w:br/>
            </w:r>
            <w:r w:rsidRPr="005E43FE">
              <w:rPr>
                <w:i/>
                <w:color w:val="auto"/>
                <w:sz w:val="21"/>
              </w:rPr>
              <w:lastRenderedPageBreak/>
              <w:t>Gülüşün olur en güzel saz.</w:t>
            </w:r>
          </w:p>
        </w:tc>
        <w:tc>
          <w:tcPr>
            <w:tcW w:w="4819" w:type="dxa"/>
          </w:tcPr>
          <w:p w:rsidR="000D300B" w:rsidRPr="005E43FE" w:rsidRDefault="005E43FE">
            <w:pPr>
              <w:spacing w:after="160"/>
              <w:rPr>
                <w:color w:val="auto"/>
              </w:rPr>
            </w:pPr>
            <w:r w:rsidRPr="005E43FE">
              <w:rPr>
                <w:i/>
                <w:color w:val="auto"/>
                <w:sz w:val="21"/>
              </w:rPr>
              <w:lastRenderedPageBreak/>
              <w:t xml:space="preserve">Elma, </w:t>
            </w:r>
            <w:r w:rsidRPr="005E43FE">
              <w:rPr>
                <w:i/>
                <w:color w:val="auto"/>
                <w:sz w:val="21"/>
              </w:rPr>
              <w:t>havuç, süt ve peynir,</w:t>
            </w:r>
            <w:r w:rsidRPr="005E43FE">
              <w:rPr>
                <w:i/>
                <w:color w:val="auto"/>
                <w:sz w:val="21"/>
              </w:rPr>
              <w:br/>
              <w:t>Dişlerin gerçek arkadaşı;</w:t>
            </w:r>
            <w:r w:rsidRPr="005E43FE">
              <w:rPr>
                <w:i/>
                <w:color w:val="auto"/>
                <w:sz w:val="21"/>
              </w:rPr>
              <w:br/>
              <w:t>Meyve ye, su iç bol bol,</w:t>
            </w:r>
            <w:r w:rsidRPr="005E43FE">
              <w:rPr>
                <w:i/>
                <w:color w:val="auto"/>
                <w:sz w:val="21"/>
              </w:rPr>
              <w:br/>
              <w:t>Sağlık olsun her gün başı.</w:t>
            </w:r>
          </w:p>
        </w:tc>
      </w:tr>
    </w:tbl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5E43FE">
        <w:rPr>
          <w:b/>
          <w:color w:val="auto"/>
          <w:sz w:val="26"/>
        </w:rPr>
        <w:lastRenderedPageBreak/>
        <w:t>DIŞLERIMIZ</w:t>
      </w:r>
      <w:proofErr w:type="spellEnd"/>
      <w:r w:rsidRPr="005E43FE">
        <w:rPr>
          <w:b/>
          <w:color w:val="auto"/>
          <w:sz w:val="26"/>
        </w:rPr>
        <w:t xml:space="preserve"> </w:t>
      </w:r>
      <w:proofErr w:type="spellStart"/>
      <w:r w:rsidRPr="005E43FE">
        <w:rPr>
          <w:b/>
          <w:color w:val="auto"/>
          <w:sz w:val="26"/>
        </w:rPr>
        <w:t>NEDEN</w:t>
      </w:r>
      <w:proofErr w:type="spellEnd"/>
      <w:r w:rsidRPr="005E43FE">
        <w:rPr>
          <w:b/>
          <w:color w:val="auto"/>
          <w:sz w:val="26"/>
        </w:rPr>
        <w:t xml:space="preserve"> </w:t>
      </w:r>
      <w:proofErr w:type="spellStart"/>
      <w:r w:rsidRPr="005E43FE">
        <w:rPr>
          <w:b/>
          <w:color w:val="auto"/>
          <w:sz w:val="26"/>
        </w:rPr>
        <w:t>ÖNEMLI</w:t>
      </w:r>
      <w:proofErr w:type="spellEnd"/>
      <w:r w:rsidRPr="005E43FE">
        <w:rPr>
          <w:b/>
          <w:color w:val="auto"/>
          <w:sz w:val="26"/>
        </w:rPr>
        <w:t>? (SUNUM METNI)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Dişlerimiz; besinleri </w:t>
      </w:r>
      <w:r w:rsidRPr="005E43FE">
        <w:rPr>
          <w:b/>
          <w:color w:val="auto"/>
        </w:rPr>
        <w:t>çiğnememize</w:t>
      </w:r>
      <w:r w:rsidRPr="005E43FE">
        <w:rPr>
          <w:color w:val="auto"/>
        </w:rPr>
        <w:t xml:space="preserve">, düzgün </w:t>
      </w:r>
      <w:r w:rsidRPr="005E43FE">
        <w:rPr>
          <w:b/>
          <w:color w:val="auto"/>
        </w:rPr>
        <w:t>konuşmamıza</w:t>
      </w:r>
      <w:r w:rsidRPr="005E43FE">
        <w:rPr>
          <w:color w:val="auto"/>
        </w:rPr>
        <w:t xml:space="preserve"> ve güzel görünmemize yardımcı olur.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Dişlerin en büyük düşmanı </w:t>
      </w:r>
      <w:r w:rsidRPr="005E43FE">
        <w:rPr>
          <w:b/>
          <w:color w:val="auto"/>
        </w:rPr>
        <w:t>diş çürüğüdür</w:t>
      </w:r>
      <w:r w:rsidRPr="005E43FE">
        <w:rPr>
          <w:color w:val="auto"/>
        </w:rPr>
        <w:t>; ağızdaki bakterilerin şeker artıklarıyla buluşmasıyla oluşur.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b/>
          <w:color w:val="auto"/>
        </w:rPr>
        <w:t>Süt dişleri</w:t>
      </w:r>
      <w:r w:rsidRPr="005E43FE">
        <w:rPr>
          <w:color w:val="auto"/>
        </w:rPr>
        <w:t xml:space="preserve"> de önemlidir; kalıcı dişlerin sağlıklı çıkması için yer tutar.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Sağlıklı dişler, </w:t>
      </w:r>
      <w:r w:rsidRPr="005E43FE">
        <w:rPr>
          <w:b/>
          <w:color w:val="auto"/>
        </w:rPr>
        <w:t>genel sağlığımızın</w:t>
      </w:r>
      <w:r w:rsidRPr="005E43FE">
        <w:rPr>
          <w:color w:val="auto"/>
        </w:rPr>
        <w:t xml:space="preserve"> da bir parçasıdır; ağız sağlığı bedenimizi etkiler.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Diş ağrısı, hem </w:t>
      </w:r>
      <w:r w:rsidRPr="005E43FE">
        <w:rPr>
          <w:color w:val="auto"/>
        </w:rPr>
        <w:t xml:space="preserve">yemeyi hem uyumayı hem de derse odaklanmayı </w:t>
      </w:r>
      <w:r w:rsidRPr="005E43FE">
        <w:rPr>
          <w:b/>
          <w:color w:val="auto"/>
        </w:rPr>
        <w:t>zorlaştırır</w:t>
      </w:r>
      <w:r w:rsidRPr="005E43FE">
        <w:rPr>
          <w:color w:val="auto"/>
        </w:rPr>
        <w:t>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Bu yüzden dişlerimize </w:t>
      </w:r>
      <w:r w:rsidRPr="005E43FE">
        <w:rPr>
          <w:b/>
          <w:color w:val="auto"/>
        </w:rPr>
        <w:t>her gün</w:t>
      </w:r>
      <w:r w:rsidRPr="005E43FE">
        <w:rPr>
          <w:color w:val="auto"/>
        </w:rPr>
        <w:t xml:space="preserve"> bakmalı ve düzenli kontrol yaptırmalıyız.</w:t>
      </w:r>
    </w:p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5E43FE">
        <w:rPr>
          <w:b/>
          <w:color w:val="auto"/>
          <w:sz w:val="26"/>
        </w:rPr>
        <w:t>DIŞLERIMIZI NASIL KORURUZ?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Dişlerimizi </w:t>
      </w:r>
      <w:r w:rsidRPr="005E43FE">
        <w:rPr>
          <w:b/>
          <w:color w:val="auto"/>
        </w:rPr>
        <w:t>günde iki kez</w:t>
      </w:r>
      <w:r w:rsidRPr="005E43FE">
        <w:rPr>
          <w:color w:val="auto"/>
        </w:rPr>
        <w:t xml:space="preserve"> (sabah ve gece), </w:t>
      </w:r>
      <w:r w:rsidRPr="005E43FE">
        <w:rPr>
          <w:b/>
          <w:color w:val="auto"/>
        </w:rPr>
        <w:t>en az iki dakika</w:t>
      </w:r>
      <w:r w:rsidRPr="005E43FE">
        <w:rPr>
          <w:color w:val="auto"/>
        </w:rPr>
        <w:t xml:space="preserve"> fırçalayalım.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b/>
          <w:color w:val="auto"/>
        </w:rPr>
        <w:t>Florürlü diş macunu</w:t>
      </w:r>
      <w:r w:rsidRPr="005E43FE">
        <w:rPr>
          <w:color w:val="auto"/>
        </w:rPr>
        <w:t xml:space="preserve"> kullanalım; macunu bezelye tanesi kadar sürelim.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Fırçanın ulaşamadığı yerleri </w:t>
      </w:r>
      <w:r w:rsidRPr="005E43FE">
        <w:rPr>
          <w:b/>
          <w:color w:val="auto"/>
        </w:rPr>
        <w:t>diş ipiyle</w:t>
      </w:r>
      <w:r w:rsidRPr="005E43FE">
        <w:rPr>
          <w:color w:val="auto"/>
        </w:rPr>
        <w:t xml:space="preserve"> temizleyelim.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b/>
          <w:color w:val="auto"/>
        </w:rPr>
        <w:t>Şekerli ve asitli</w:t>
      </w:r>
      <w:r w:rsidRPr="005E43FE">
        <w:rPr>
          <w:color w:val="auto"/>
        </w:rPr>
        <w:t xml:space="preserve"> yiyecek-içecekleri azaltalım; su içmeyi tercih edelim.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b/>
          <w:color w:val="auto"/>
        </w:rPr>
        <w:t>Altı ayda bir diş hekimine</w:t>
      </w:r>
      <w:r w:rsidRPr="005E43FE">
        <w:rPr>
          <w:color w:val="auto"/>
        </w:rPr>
        <w:t xml:space="preserve"> giderek kontrol yaptıralım.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Diş fırçamızı </w:t>
      </w:r>
      <w:r w:rsidRPr="005E43FE">
        <w:rPr>
          <w:b/>
          <w:color w:val="auto"/>
        </w:rPr>
        <w:t>üç-dört ay</w:t>
      </w:r>
      <w:r w:rsidRPr="005E43FE">
        <w:rPr>
          <w:b/>
          <w:color w:val="auto"/>
        </w:rPr>
        <w:t>da bir</w:t>
      </w:r>
      <w:r w:rsidRPr="005E43FE">
        <w:rPr>
          <w:color w:val="auto"/>
        </w:rPr>
        <w:t xml:space="preserve"> yenileyelim; başkasının fırçasını kullanmayalım.</w:t>
      </w:r>
    </w:p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5E43FE">
        <w:rPr>
          <w:b/>
          <w:color w:val="auto"/>
          <w:sz w:val="26"/>
        </w:rPr>
        <w:t>SAĞLIK VE TEMIZLIK ÜZERINE GÜZEL SÖZLER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>“Temizlik, sağlığın yarısıdır.”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>“Sağlam diş, sağlıklı yaşam demektir.”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>“Güzel bir gülüş, sağlıklı dişlerle başlar.”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>“Az şeker, çok sağlık.”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>“Bugünün alışkanlığı</w:t>
      </w:r>
      <w:r w:rsidRPr="005E43FE">
        <w:rPr>
          <w:color w:val="auto"/>
        </w:rPr>
        <w:t>, yarının sağlığıdır.”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>“Önlemek, tedaviden iyidir.”</w:t>
      </w:r>
    </w:p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5E43FE">
        <w:rPr>
          <w:b/>
          <w:color w:val="auto"/>
          <w:sz w:val="26"/>
        </w:rPr>
        <w:t>OKULDA YAPILABILECEK ETKINLIKLER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Diş fırçası maketiyle </w:t>
      </w:r>
      <w:r w:rsidRPr="005E43FE">
        <w:rPr>
          <w:b/>
          <w:color w:val="auto"/>
        </w:rPr>
        <w:t>doğru fırçalama</w:t>
      </w:r>
      <w:r w:rsidRPr="005E43FE">
        <w:rPr>
          <w:color w:val="auto"/>
        </w:rPr>
        <w:t xml:space="preserve"> gösterimi ve uygulaması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Sağlıklı dişler temalı </w:t>
      </w:r>
      <w:r w:rsidRPr="005E43FE">
        <w:rPr>
          <w:b/>
          <w:color w:val="auto"/>
        </w:rPr>
        <w:t>resim, şiir ve afiş</w:t>
      </w:r>
      <w:r w:rsidRPr="005E43FE">
        <w:rPr>
          <w:color w:val="auto"/>
        </w:rPr>
        <w:t xml:space="preserve"> çalışması; diş sağlığı panosu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“Dişlerimin dostu ve düşmanı” besin </w:t>
      </w:r>
      <w:r w:rsidRPr="005E43FE">
        <w:rPr>
          <w:color w:val="auto"/>
        </w:rPr>
        <w:t>kartları etkinliği (elma/süt – şeker/kola)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Ağız-diş sağlığını anlatan </w:t>
      </w:r>
      <w:r w:rsidRPr="005E43FE">
        <w:rPr>
          <w:b/>
          <w:color w:val="auto"/>
        </w:rPr>
        <w:t>sunum</w:t>
      </w:r>
      <w:r w:rsidRPr="005E43FE">
        <w:rPr>
          <w:color w:val="auto"/>
        </w:rPr>
        <w:t xml:space="preserve"> (yaş düzeyine uygun)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“Sağlıklı dişlerime söz veriyorum” </w:t>
      </w:r>
      <w:r w:rsidRPr="005E43FE">
        <w:rPr>
          <w:b/>
          <w:color w:val="auto"/>
        </w:rPr>
        <w:t>bilgilendirme kartları</w:t>
      </w:r>
    </w:p>
    <w:p w:rsidR="000D300B" w:rsidRPr="005E43FE" w:rsidRDefault="005E43FE">
      <w:pPr>
        <w:pStyle w:val="ListeMaddemi"/>
        <w:spacing w:after="60"/>
        <w:rPr>
          <w:color w:val="auto"/>
        </w:rPr>
      </w:pPr>
      <w:r w:rsidRPr="005E43FE">
        <w:rPr>
          <w:color w:val="auto"/>
        </w:rPr>
        <w:t xml:space="preserve">Mümkünse okul sağlığı ekibi ya da bir diş hekimiyle </w:t>
      </w:r>
      <w:r w:rsidRPr="005E43FE">
        <w:rPr>
          <w:b/>
          <w:color w:val="auto"/>
        </w:rPr>
        <w:t>söyleşi</w:t>
      </w:r>
    </w:p>
    <w:p w:rsidR="000D300B" w:rsidRPr="005E43FE" w:rsidRDefault="000D300B">
      <w:pPr>
        <w:rPr>
          <w:color w:val="auto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5E43FE" w:rsidRPr="005E43FE">
        <w:trPr>
          <w:cantSplit/>
          <w:jc w:val="center"/>
        </w:trPr>
        <w:tc>
          <w:tcPr>
            <w:tcW w:w="4819" w:type="dxa"/>
          </w:tcPr>
          <w:p w:rsidR="000D300B" w:rsidRPr="005E43FE" w:rsidRDefault="005E43FE">
            <w:pPr>
              <w:jc w:val="center"/>
              <w:rPr>
                <w:color w:val="auto"/>
              </w:rPr>
            </w:pPr>
            <w:r w:rsidRPr="005E43FE">
              <w:rPr>
                <w:b/>
                <w:color w:val="auto"/>
                <w:sz w:val="21"/>
              </w:rPr>
              <w:t>Pınar Yıldız</w:t>
            </w:r>
            <w:r w:rsidRPr="005E43FE">
              <w:rPr>
                <w:b/>
                <w:color w:val="auto"/>
                <w:sz w:val="21"/>
              </w:rPr>
              <w:br/>
            </w:r>
            <w:r w:rsidRPr="005E43FE">
              <w:rPr>
                <w:color w:val="auto"/>
                <w:sz w:val="20"/>
              </w:rPr>
              <w:t>Fen Bilimleri Öğretmeni</w:t>
            </w:r>
            <w:r w:rsidRPr="005E43FE">
              <w:rPr>
                <w:color w:val="auto"/>
                <w:sz w:val="20"/>
              </w:rPr>
              <w:br/>
            </w:r>
            <w:r w:rsidRPr="005E43FE">
              <w:rPr>
                <w:color w:val="auto"/>
                <w:sz w:val="19"/>
              </w:rPr>
              <w:t>Hazırlayan</w:t>
            </w:r>
          </w:p>
        </w:tc>
        <w:tc>
          <w:tcPr>
            <w:tcW w:w="4819" w:type="dxa"/>
          </w:tcPr>
          <w:p w:rsidR="000D300B" w:rsidRPr="005E43FE" w:rsidRDefault="005E43FE">
            <w:pPr>
              <w:jc w:val="center"/>
              <w:rPr>
                <w:color w:val="auto"/>
              </w:rPr>
            </w:pPr>
            <w:r w:rsidRPr="005E43FE">
              <w:rPr>
                <w:b/>
                <w:color w:val="auto"/>
                <w:sz w:val="21"/>
              </w:rPr>
              <w:t>UYGUNDUR</w:t>
            </w:r>
            <w:r w:rsidRPr="005E43FE">
              <w:rPr>
                <w:b/>
                <w:color w:val="auto"/>
                <w:sz w:val="21"/>
              </w:rPr>
              <w:br/>
            </w:r>
            <w:r w:rsidRPr="005E43FE">
              <w:rPr>
                <w:b/>
                <w:color w:val="auto"/>
                <w:sz w:val="21"/>
              </w:rPr>
              <w:t>…… / …… / 2026</w:t>
            </w:r>
            <w:r w:rsidRPr="005E43FE">
              <w:rPr>
                <w:b/>
                <w:color w:val="auto"/>
                <w:sz w:val="21"/>
              </w:rPr>
              <w:br/>
            </w:r>
            <w:r w:rsidRPr="005E43FE">
              <w:rPr>
                <w:color w:val="auto"/>
                <w:sz w:val="20"/>
              </w:rPr>
              <w:t>……………………………</w:t>
            </w:r>
            <w:r w:rsidRPr="005E43FE">
              <w:rPr>
                <w:color w:val="auto"/>
                <w:sz w:val="20"/>
              </w:rPr>
              <w:br/>
            </w:r>
            <w:r w:rsidRPr="005E43FE">
              <w:rPr>
                <w:color w:val="auto"/>
                <w:sz w:val="19"/>
              </w:rPr>
              <w:t>Okul Müdürü</w:t>
            </w:r>
          </w:p>
        </w:tc>
      </w:tr>
    </w:tbl>
    <w:p w:rsidR="000D300B" w:rsidRPr="005E43FE" w:rsidRDefault="005E43FE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5E43FE">
        <w:rPr>
          <w:b/>
          <w:color w:val="auto"/>
          <w:sz w:val="26"/>
        </w:rPr>
        <w:t>KAYNAKÇA</w:t>
      </w:r>
      <w:proofErr w:type="spellEnd"/>
    </w:p>
    <w:p w:rsidR="000D300B" w:rsidRPr="005E43FE" w:rsidRDefault="005E43FE">
      <w:pPr>
        <w:pStyle w:val="ListeNumaras"/>
        <w:spacing w:after="40"/>
        <w:rPr>
          <w:color w:val="auto"/>
        </w:rPr>
      </w:pPr>
      <w:r w:rsidRPr="005E43FE">
        <w:rPr>
          <w:color w:val="auto"/>
          <w:sz w:val="18"/>
        </w:rPr>
        <w:t>T.C. Sağlık Bakanlığı — ağız ve diş sağlığı, koruyucu diş sağlığı önerileri (saglik.gov.tr).</w:t>
      </w:r>
    </w:p>
    <w:p w:rsidR="000D300B" w:rsidRPr="005E43FE" w:rsidRDefault="005E43FE">
      <w:pPr>
        <w:pStyle w:val="ListeNumaras"/>
        <w:spacing w:after="40"/>
        <w:rPr>
          <w:color w:val="auto"/>
        </w:rPr>
      </w:pPr>
      <w:r w:rsidRPr="005E43FE">
        <w:rPr>
          <w:color w:val="auto"/>
          <w:sz w:val="18"/>
        </w:rPr>
        <w:t>Türk Diş Hekimleri Birliği — ağız ve diş sağlığının korunması (tdb.org.tr).</w:t>
      </w:r>
    </w:p>
    <w:sectPr w:rsidR="000D300B" w:rsidRPr="005E43FE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D300B"/>
    <w:rsid w:val="0015074B"/>
    <w:rsid w:val="0029639D"/>
    <w:rsid w:val="00326F90"/>
    <w:rsid w:val="005E43F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466E29"/>
  <w14:defaultImageDpi w14:val="300"/>
  <w15:docId w15:val="{4B16E7FF-EA30-4F11-BE5D-E0DA29381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3F41523-D5C7-42DC-B024-F01E14DAA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Ağız ve Diş Sağlığı Haftası Kutlama Programı (2026-2027)</dc:title>
  <dc:subject>Belirli Günler ve Haftalar — Ağız ve Diş Sağlığı Haftası</dc:subject>
  <dc:creator>evrakburada</dc:creator>
  <cp:keywords>ağız ve diş sağlığı haftası kutlama programı, dişlerimiz neden önemli, diş çürüğü, doğru diş fırçalama, diş sağlığı şiirleri, sunucu metni,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2026-10-17T13:56:00Z</dcterms:modified>
  <cp:category/>
</cp:coreProperties>
</file>