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D97" w:rsidRPr="00FC4EAD" w:rsidRDefault="00FC4EAD">
      <w:pPr>
        <w:spacing w:after="160"/>
        <w:jc w:val="center"/>
        <w:rPr>
          <w:color w:val="000000" w:themeColor="text1"/>
        </w:rPr>
      </w:pPr>
      <w:r w:rsidRPr="00FC4EAD">
        <w:rPr>
          <w:b/>
          <w:color w:val="000000" w:themeColor="text1"/>
          <w:sz w:val="23"/>
        </w:rPr>
        <w:t>………………… MÜDÜRLÜĞÜNE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2026-2027 Eğitim Öğretim Yılı I. Dönem veli toplantısını, aşağıdaki gündem maddelerini görüşmek üzere …… / …… / 20…… tarihinde saat ……… itibarıyla 8. Sınıf velileriyle yapmak istiyorum.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Gereğini bilgilerinize arz ederim.</w:t>
      </w:r>
    </w:p>
    <w:p w:rsidR="00533D97" w:rsidRPr="00FC4EAD" w:rsidRDefault="00FC4EAD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C4EAD">
        <w:rPr>
          <w:b/>
          <w:color w:val="000000" w:themeColor="text1"/>
          <w:sz w:val="23"/>
        </w:rPr>
        <w:t xml:space="preserve">GÜNDEM </w:t>
      </w:r>
      <w:r w:rsidRPr="00FC4EAD">
        <w:rPr>
          <w:b/>
          <w:color w:val="000000" w:themeColor="text1"/>
          <w:sz w:val="23"/>
        </w:rPr>
        <w:t>MADDELERİ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Açılış ve yoklama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2.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Toplantının amacı ve şube rehber öğretmeninin tanıtılması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3.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Son sınıf olmanın getirdiği sorumluluk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4.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Liselere geçiş sistemi ve merkezi sınav süreci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5.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Sınav kaygısı ve velinin tutumu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6.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Okul kuralları, kılık kıyafet, ter</w:t>
      </w:r>
      <w:r w:rsidRPr="00FC4EAD">
        <w:rPr>
          <w:color w:val="000000" w:themeColor="text1"/>
        </w:rPr>
        <w:t>tip ve düzen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7.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Okula devam ve devamsızlığın takibi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8.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Okul güvenliği ve kontrollü giriş çıkış uygulaması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9.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Veli görüşmelerinin Okul Randevu Sistemi üzerinden planlanması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10.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Evde çalışma düzeni ve düzenli tekrar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11.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Ekran süresi ve sınıfta cep telefonu b</w:t>
      </w:r>
      <w:r w:rsidRPr="00FC4EAD">
        <w:rPr>
          <w:color w:val="000000" w:themeColor="text1"/>
        </w:rPr>
        <w:t>ulundurulmaması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12.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Ölçme ve değerlendirme sonuçlarının paylaşılması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13.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Bakanlığın dijital platformlarının tanıtılması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14.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Tercih süreci ve lise türleri hakkında bilgilendirme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15.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Okul aile iş birliği ve iletişim kanalları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16.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Dilek, temenniler ve kapanış</w:t>
      </w:r>
    </w:p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33D97" w:rsidRPr="00FC4EAD">
        <w:trPr>
          <w:cantSplit/>
          <w:jc w:val="center"/>
        </w:trPr>
        <w:tc>
          <w:tcPr>
            <w:tcW w:w="9752" w:type="dxa"/>
          </w:tcPr>
          <w:p w:rsidR="00533D97" w:rsidRPr="00FC4EAD" w:rsidRDefault="00FC4EAD">
            <w:pPr>
              <w:jc w:val="center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  <w:sz w:val="21"/>
              </w:rPr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Şube Rehber Öğretmeni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C4EAD" w:rsidRPr="00FC4EAD">
        <w:trPr>
          <w:cantSplit/>
          <w:jc w:val="center"/>
        </w:trPr>
        <w:tc>
          <w:tcPr>
            <w:tcW w:w="9752" w:type="dxa"/>
          </w:tcPr>
          <w:p w:rsidR="00533D97" w:rsidRPr="00FC4EAD" w:rsidRDefault="00FC4EAD">
            <w:pPr>
              <w:jc w:val="center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</w:rPr>
              <w:t>OLUR</w:t>
            </w:r>
            <w:r w:rsidRPr="00FC4EAD">
              <w:rPr>
                <w:b/>
                <w:color w:val="000000" w:themeColor="text1"/>
              </w:rPr>
              <w:br/>
            </w:r>
            <w:r w:rsidRPr="00FC4EAD">
              <w:rPr>
                <w:color w:val="000000" w:themeColor="text1"/>
                <w:sz w:val="21"/>
              </w:rPr>
              <w:t>…… / …… / 20……</w:t>
            </w:r>
            <w:r w:rsidRPr="00FC4EAD">
              <w:rPr>
                <w:color w:val="000000" w:themeColor="text1"/>
                <w:sz w:val="21"/>
              </w:rPr>
              <w:br/>
            </w:r>
            <w:r w:rsidRPr="00FC4EAD">
              <w:rPr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1"/>
              </w:rPr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533D97" w:rsidRPr="00FC4EAD" w:rsidRDefault="00FC4EAD">
      <w:pPr>
        <w:spacing w:after="0"/>
        <w:rPr>
          <w:color w:val="000000" w:themeColor="text1"/>
        </w:rPr>
      </w:pPr>
      <w:r w:rsidRPr="00FC4EAD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C4EAD" w:rsidRPr="00FC4EAD" w:rsidTr="00FC4E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533D97" w:rsidRPr="00FC4EAD" w:rsidRDefault="00FC4EAD">
            <w:pPr>
              <w:spacing w:before="100"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6"/>
              </w:rPr>
              <w:t>…………………</w:t>
            </w:r>
          </w:p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30"/>
              </w:rPr>
              <w:t>8/… SINIFI</w:t>
            </w:r>
          </w:p>
          <w:p w:rsidR="00533D97" w:rsidRPr="00FC4EAD" w:rsidRDefault="00FC4EAD">
            <w:pPr>
              <w:spacing w:after="100"/>
              <w:jc w:val="center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4"/>
              </w:rPr>
              <w:t>I. DÖNEM VELİ TOPLANTI TUTANAĞI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C4EAD" w:rsidRPr="00FC4EAD" w:rsidTr="00FC4E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533D97" w:rsidRPr="00FC4EAD" w:rsidRDefault="00FC4EAD">
            <w:pPr>
              <w:jc w:val="center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16"/>
              </w:rPr>
              <w:t>SINIF / ŞUBE</w:t>
            </w:r>
            <w:r w:rsidRPr="00FC4EAD">
              <w:rPr>
                <w:color w:val="000000" w:themeColor="text1"/>
                <w:sz w:val="16"/>
              </w:rPr>
              <w:br/>
            </w:r>
            <w:r w:rsidRPr="00FC4EAD">
              <w:rPr>
                <w:b w:val="0"/>
                <w:color w:val="000000" w:themeColor="text1"/>
                <w:sz w:val="20"/>
              </w:rPr>
              <w:t>8/…</w:t>
            </w:r>
          </w:p>
        </w:tc>
        <w:tc>
          <w:tcPr>
            <w:tcW w:w="2438" w:type="dxa"/>
          </w:tcPr>
          <w:p w:rsidR="00533D97" w:rsidRPr="00FC4EAD" w:rsidRDefault="00FC4E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16"/>
              </w:rPr>
              <w:t>TARİH</w:t>
            </w:r>
            <w:r w:rsidRPr="00FC4EAD">
              <w:rPr>
                <w:color w:val="000000" w:themeColor="text1"/>
                <w:sz w:val="16"/>
              </w:rPr>
              <w:br/>
            </w:r>
            <w:r w:rsidRPr="00FC4EAD">
              <w:rPr>
                <w:b w:val="0"/>
                <w:color w:val="000000" w:themeColor="text1"/>
                <w:sz w:val="20"/>
              </w:rPr>
              <w:t>…… / …… / 20……</w:t>
            </w:r>
          </w:p>
        </w:tc>
        <w:tc>
          <w:tcPr>
            <w:tcW w:w="2438" w:type="dxa"/>
          </w:tcPr>
          <w:p w:rsidR="00533D97" w:rsidRPr="00FC4EAD" w:rsidRDefault="00FC4E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16"/>
              </w:rPr>
              <w:t>SAAT</w:t>
            </w:r>
            <w:r w:rsidRPr="00FC4EAD">
              <w:rPr>
                <w:color w:val="000000" w:themeColor="text1"/>
                <w:sz w:val="16"/>
              </w:rPr>
              <w:br/>
            </w:r>
            <w:r w:rsidRPr="00FC4EAD">
              <w:rPr>
                <w:b w:val="0"/>
                <w:color w:val="000000" w:themeColor="text1"/>
                <w:sz w:val="20"/>
              </w:rPr>
              <w:t>………</w:t>
            </w:r>
          </w:p>
        </w:tc>
        <w:tc>
          <w:tcPr>
            <w:tcW w:w="2438" w:type="dxa"/>
          </w:tcPr>
          <w:p w:rsidR="00533D97" w:rsidRPr="00FC4EAD" w:rsidRDefault="00FC4E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16"/>
              </w:rPr>
              <w:t>ŞUBE REHBER ÖĞRETMENİ</w:t>
            </w:r>
            <w:r w:rsidRPr="00FC4EAD">
              <w:rPr>
                <w:color w:val="000000" w:themeColor="text1"/>
                <w:sz w:val="16"/>
              </w:rPr>
              <w:br/>
            </w:r>
            <w:r w:rsidRPr="00FC4EAD">
              <w:rPr>
                <w:b w:val="0"/>
                <w:color w:val="000000" w:themeColor="text1"/>
                <w:sz w:val="20"/>
              </w:rPr>
              <w:t>…………………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p w:rsidR="00533D97" w:rsidRPr="00FC4EAD" w:rsidRDefault="00FC4EAD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C4EAD">
        <w:rPr>
          <w:b/>
          <w:color w:val="000000" w:themeColor="text1"/>
          <w:sz w:val="23"/>
        </w:rPr>
        <w:t>GÜNDEM MADDELERİ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Açılış ve yoklama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2.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Toplantının amacı ve şube rehber öğretmeninin tanıtılması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3.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Son sınıf olmanın getirdiği sorumluluk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4.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Liselere geçiş sistemi ve merkezi sınav süreci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5.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Sınav kaygısı ve velinin tutumu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6.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Okul kuralları, kılık kıyafet, tertip ve dü</w:t>
      </w:r>
      <w:r w:rsidRPr="00FC4EAD">
        <w:rPr>
          <w:color w:val="000000" w:themeColor="text1"/>
        </w:rPr>
        <w:t>zen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7.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Okula devam ve devamsızlığın takibi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8.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Okul güvenliği ve kontrollü giriş çıkış uygulaması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9.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Veli görüşmelerinin Okul Randevu Sistemi üzerinden planlanması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10.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Evde çalışma düzeni ve düzenli tekrar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11.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 xml:space="preserve">Ekran süresi ve sınıfta cep telefonu </w:t>
      </w:r>
      <w:r w:rsidRPr="00FC4EAD">
        <w:rPr>
          <w:color w:val="000000" w:themeColor="text1"/>
        </w:rPr>
        <w:t>bulundurulmaması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12.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Ölçme ve değerlendirme sonuçlarının paylaşılması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13.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Bakanlığın dijital platformlarının tanıtılması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14.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Tercih süreci ve lise türleri hakkında bilgilendirme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15.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Okul aile iş birliği ve iletişim kanalları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16.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Dilek, temenniler ve kapanı</w:t>
      </w:r>
      <w:r w:rsidRPr="00FC4EAD">
        <w:rPr>
          <w:color w:val="000000" w:themeColor="text1"/>
        </w:rPr>
        <w:t>ş</w:t>
      </w:r>
    </w:p>
    <w:p w:rsidR="00533D97" w:rsidRPr="00FC4EAD" w:rsidRDefault="00FC4EAD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C4EAD">
        <w:rPr>
          <w:b/>
          <w:color w:val="000000" w:themeColor="text1"/>
          <w:sz w:val="23"/>
        </w:rPr>
        <w:t>GÜNDEM MADDELERİNİN GÖRÜŞÜLMESİ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1. Açılış ve yoklama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salonda bulunan velilere teşekkür ederek toplantıyı açtı; sekizinci sınıfın öğrenciler için verimli ve sakin geçmesini diledi ve yoklamanın alındığını duyurdu.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2. Toplant</w:t>
      </w:r>
      <w:r w:rsidRPr="00FC4EAD">
        <w:rPr>
          <w:b/>
          <w:color w:val="000000" w:themeColor="text1"/>
        </w:rPr>
        <w:t>ının amacı ve şube rehber öğretmeninin tanıtılması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şube rehber öğretmeni olarak öğrenciyle ve aileyle yıl boyunca yakın çalışacağını belirtti. Görüşmenin amacının, okul ve ailenin uyum içinde ilerlemesini sağlamak ve bu yoğun</w:t>
      </w:r>
      <w:r w:rsidRPr="00FC4EAD">
        <w:rPr>
          <w:color w:val="000000" w:themeColor="text1"/>
        </w:rPr>
        <w:t xml:space="preserve"> yılda izlenecek yaklaşımı velilerle paylaşmak olduğunu söyledi (2026/70 sayılı Genelge).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3. Son sınıf olmanın getirdiği sorumluluk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sekizinci sınıfın öğrenciler için yoğun geçen bir yıl olduğunu, bu süreçte düzenli bir günlük</w:t>
      </w:r>
      <w:r w:rsidRPr="00FC4EAD">
        <w:rPr>
          <w:color w:val="000000" w:themeColor="text1"/>
        </w:rPr>
        <w:t xml:space="preserve"> akışın ve yeterli uykunun korunmasının önemli olduğunu anlattı. Öğrencinin başka çocuklarla karşılaştırılmamasının, kendi temposunda ilerlemesine izin verilmesinin ona iyi geleceğini vurguladı.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4. Liselere geçiş sistemi ve merkezi sınav süreci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</w:t>
      </w:r>
      <w:r w:rsidRPr="00FC4EAD">
        <w:rPr>
          <w:color w:val="000000" w:themeColor="text1"/>
        </w:rPr>
        <w:t xml:space="preserve"> Öğretmeni …………………, liselere geçişte merkezi sınavla yapılan yerleştirmenin ve yerel yerleştirmenin birlikte işlediğini genel hatlarıyla açıkladı. Sürecin ayrıntılarının okul rehberlik </w:t>
      </w:r>
      <w:r w:rsidRPr="00FC4EAD">
        <w:rPr>
          <w:color w:val="000000" w:themeColor="text1"/>
        </w:rPr>
        <w:lastRenderedPageBreak/>
        <w:t>servisiyle birlikte adım adım izlendiğini, ailelerin merak ettiği konul</w:t>
      </w:r>
      <w:r w:rsidRPr="00FC4EAD">
        <w:rPr>
          <w:color w:val="000000" w:themeColor="text1"/>
        </w:rPr>
        <w:t>arda okuldan güncel bilgi alabileceğini belirtti.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5. Sınav kaygısı ve velinin tutumu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belirli bir düzeydeki heyecanın doğal ve hatta yararlı olduğunu, ancak aşırı kaygının öğrencinin performansını düşürebileceğini anlattı. Vel</w:t>
      </w:r>
      <w:r w:rsidRPr="00FC4EAD">
        <w:rPr>
          <w:color w:val="000000" w:themeColor="text1"/>
        </w:rPr>
        <w:t>inin sakin, güven veren ve karşılaştırma yapmayan bir tutumunun en güçlü destek olduğunu; ihtiyaç duyulduğunda okul rehberlik servisinden yardım alınabileceğini ifade etti.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6. Okul kuralları, kılık kıyafet, tertip ve düzen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ok</w:t>
      </w:r>
      <w:r w:rsidRPr="00FC4EAD">
        <w:rPr>
          <w:color w:val="000000" w:themeColor="text1"/>
        </w:rPr>
        <w:t>ul kurallarını, kılık kıyafet esaslarını ve sınıfın düzenli tutulmasına dair beklentileri velilerle konuştu. Son sınıfta da bu kurallara özen gösterilmesinin öğrencinin sorumluluk bilincini pekiştirdiğini, ev ve okulun aynı çizgide durmasının önemli olduğu</w:t>
      </w:r>
      <w:r w:rsidRPr="00FC4EAD">
        <w:rPr>
          <w:color w:val="000000" w:themeColor="text1"/>
        </w:rPr>
        <w:t>nu belirtti.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7. Okula devam ve devamsızlığın takibi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derslere düzenli devamın özellikle bu yıl daha da önem taşıdığını belirterek devamsızlıkların titizlikle izlendiğini anlattı. Zorunlu bir durumda okulun zamanında bilgilendi</w:t>
      </w:r>
      <w:r w:rsidRPr="00FC4EAD">
        <w:rPr>
          <w:color w:val="000000" w:themeColor="text1"/>
        </w:rPr>
        <w:t>rilmesinin, öğrencinin geri kalmadan yoluna devam etmesine yardımcı olacağını söyledi.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8. Okul güvenliği ve kontrollü giriş çıkış uygulaması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 xml:space="preserve">Şube Rehber Öğretmeni …………………, okul çevresinde kontrollü giriş çıkışın düzenli biçimde uygulandığını, yaya ve araç </w:t>
      </w:r>
      <w:r w:rsidRPr="00FC4EAD">
        <w:rPr>
          <w:color w:val="000000" w:themeColor="text1"/>
        </w:rPr>
        <w:t>geçişlerinin ayrıldığını, karanlık ve görüşün az olduğu noktaların aydınlatıldığını ifade etti (2026/70 sayılı Genelge, md. 6). Acil durumlar için güvenli çıkışı sağlayacak bakım çalışmalarının aksatılmadan yapıldığını, tüm önlemlerin öğrencilerin güvenliğ</w:t>
      </w:r>
      <w:r w:rsidRPr="00FC4EAD">
        <w:rPr>
          <w:color w:val="000000" w:themeColor="text1"/>
        </w:rPr>
        <w:t>i düşünülerek alındığını belirtti.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9. Veli görüşmelerinin Okul Randevu Sistemi üzerinden planlanması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veli görüşmelerinin tümüyle Okul Randevu Sistemi üzerinden planlandığını; randevu almadan gelen ziyaretlere ve öğrencinin ve</w:t>
      </w:r>
      <w:r w:rsidRPr="00FC4EAD">
        <w:rPr>
          <w:color w:val="000000" w:themeColor="text1"/>
        </w:rPr>
        <w:t>lisi veya vasisi dışındakilerin okula girişine izin verilmediğini belirtti (2026/70 sayılı Genelge, md. 30). Bunun öğretmenlerin haklarını ve okuldaki güvenli ortamı koruma amacı taşıdığını dile getirdi.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Randevu talebinin, okulun resmî internet sayfasındak</w:t>
      </w:r>
      <w:r w:rsidRPr="00FC4EAD">
        <w:rPr>
          <w:color w:val="000000" w:themeColor="text1"/>
        </w:rPr>
        <w:t>i bağlantıdan veya doğrudan okulrandevu.meb.gov.tr üzerinden e-Devlet girişiyle oluşturulduğunu; "Yeni Randevu" adımında görüşülecek kişinin ve zamanın belirlenip okul yönetiminin onayına sunulduğunu açıkladı.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10. Evde çalışma düzeni ve düzenli tekrar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</w:t>
      </w:r>
      <w:r w:rsidRPr="00FC4EAD">
        <w:rPr>
          <w:color w:val="000000" w:themeColor="text1"/>
        </w:rPr>
        <w:t xml:space="preserve"> Rehber Öğretmeni …………………, öğrencinin evde belirli bir çalışma ritmi oturtmasının ve konuları düzenli aralıklarla gözden geçirmesinin öğrenmeyi güçlendirdiğini anlattı. Kısa molalarla desteklenen istikrarlı bir çalışmanın, uzun ve yorucu oturumlardan daha </w:t>
      </w:r>
      <w:r w:rsidRPr="00FC4EAD">
        <w:rPr>
          <w:color w:val="000000" w:themeColor="text1"/>
        </w:rPr>
        <w:t>verimli olduğunu belirtti.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11. Ekran süresi ve sınıfta cep telefonu bulundurulmaması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öğrencinin ekran karşısında geçirdiği zamanın dengeli olmasının bu yoğun dönemde daha da önem kazandığını söyledi. Öğrencilerin telefonların</w:t>
      </w:r>
      <w:r w:rsidRPr="00FC4EAD">
        <w:rPr>
          <w:color w:val="000000" w:themeColor="text1"/>
        </w:rPr>
        <w:t>ı okula getirmediğini, kaçınılmaz bir durumda cihazın okul yönetimine verildiğini, ders sırasında telefon bulundurulmadığını; ödev ve bilgilendirmelerin yalnızca Bakanlığın onayladığı platformlar üzerinden sürdürüldüğünü kaydetti (2026/70 sayılı Genelge, m</w:t>
      </w:r>
      <w:r w:rsidRPr="00FC4EAD">
        <w:rPr>
          <w:color w:val="000000" w:themeColor="text1"/>
        </w:rPr>
        <w:t>d. 37).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12. Ölçme ve değerlendirme sonuçlarının paylaşılması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okul dışındaki kurum ve kişilerce hazırlanan sınav ve ölçme etkinliklerine izin verilmediğini aktardı (2026/70 sayılı Genelge, md. 21). Sınıf içinde yapılan değerle</w:t>
      </w:r>
      <w:r w:rsidRPr="00FC4EAD">
        <w:rPr>
          <w:color w:val="000000" w:themeColor="text1"/>
        </w:rPr>
        <w:t>ndirmelerin sonuçlarının velilerle düzenli olarak paylaşıldığını, bu paylaşımın öğrencinin eksiklerini birlikte görmeye yardımcı olduğunu belirtti.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lastRenderedPageBreak/>
        <w:t>13. Bakanlığın dijital platformlarının tanıtılması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Bakanlığın sağladığı dijit</w:t>
      </w:r>
      <w:r w:rsidRPr="00FC4EAD">
        <w:rPr>
          <w:color w:val="000000" w:themeColor="text1"/>
        </w:rPr>
        <w:t>al öğrenme araçlarını tanıttı. Yeni EBA, Velivizyon, MEBİ Bireysel Öğrenme Platformu ve OGM Materyal gibi kaynakların hazırlığa katkı sunduğunu, ailelerin bu araçları takip etmesinin öğrenciye yarar sağladığını söyledi (2026/70 sayılı Genelge, md. 8).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 xml:space="preserve">14. </w:t>
      </w:r>
      <w:r w:rsidRPr="00FC4EAD">
        <w:rPr>
          <w:b/>
          <w:color w:val="000000" w:themeColor="text1"/>
        </w:rPr>
        <w:t>Tercih süreci ve lise türleri hakkında bilgilendirme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>Şube Rehber Öğretmeni …………………, lise türleri hakkında genel bir bilgilendirme yaptı; tercihin öğrencinin ilgi alanına, yeteneğine ve hedeflerine göre şekillenmesi gerektiğini vurguladı. Tercih döneminde o</w:t>
      </w:r>
      <w:r w:rsidRPr="00FC4EAD">
        <w:rPr>
          <w:color w:val="000000" w:themeColor="text1"/>
        </w:rPr>
        <w:t>kul rehberlik servisinin ailelere ve öğrencilere yol göstereceğini, kararın acele edilmeden verilmesinin yararlı olduğunu belirtti.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15. Okul aile iş birliği ve iletişim kanalları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 xml:space="preserve">Şube Rehber Öğretmeni …………………, bu önemli yılda okul ile ailenin sık ve açık </w:t>
      </w:r>
      <w:r w:rsidRPr="00FC4EAD">
        <w:rPr>
          <w:color w:val="000000" w:themeColor="text1"/>
        </w:rPr>
        <w:t>iletişiminin öğrenciye güç kattığını vurguladı. Velilerin sorularını ve önerilerini Okul Randevu Sistemi üzerinden ya da okulun resmî iletişim kanallarıyla paylaşabileceğini söyledi. Gerektiğinde, tarihi önceden veliyle kararlaştırılan bir ev ziyaretinin ö</w:t>
      </w:r>
      <w:r w:rsidRPr="00FC4EAD">
        <w:rPr>
          <w:color w:val="000000" w:themeColor="text1"/>
        </w:rPr>
        <w:t>ğrencinin ortamını görmeye ve aileyle güveni artırmaya katkı sağladığını, bunun rehberlik anlayışıyla yürütüldüğünü ekledi.</w:t>
      </w:r>
    </w:p>
    <w:p w:rsidR="00533D97" w:rsidRPr="00FC4EAD" w:rsidRDefault="00FC4EAD">
      <w:pPr>
        <w:keepNext/>
        <w:spacing w:before="120" w:after="40"/>
        <w:rPr>
          <w:color w:val="000000" w:themeColor="text1"/>
        </w:rPr>
      </w:pPr>
      <w:r w:rsidRPr="00FC4EAD">
        <w:rPr>
          <w:b/>
          <w:color w:val="000000" w:themeColor="text1"/>
        </w:rPr>
        <w:t>16. Dilek, temenniler ve kapanış</w:t>
      </w:r>
    </w:p>
    <w:p w:rsidR="00533D97" w:rsidRPr="00FC4EAD" w:rsidRDefault="00FC4EAD">
      <w:pPr>
        <w:spacing w:after="100"/>
        <w:ind w:firstLine="567"/>
        <w:jc w:val="both"/>
        <w:rPr>
          <w:color w:val="000000" w:themeColor="text1"/>
        </w:rPr>
      </w:pPr>
      <w:r w:rsidRPr="00FC4EAD">
        <w:rPr>
          <w:color w:val="000000" w:themeColor="text1"/>
        </w:rPr>
        <w:t xml:space="preserve">Şube Rehber Öğretmeni …………………, görüşülecek konuların sona erdiğini belirterek velilerin dilek ve </w:t>
      </w:r>
      <w:r w:rsidRPr="00FC4EAD">
        <w:rPr>
          <w:color w:val="000000" w:themeColor="text1"/>
        </w:rPr>
        <w:t>temennilerini not aldı. Katılımları için tek tek teşekkür etti ve tüm öğrencilere başarılı, huzurlu bir yıl dileyerek toplantıyı bitirdi.</w:t>
      </w:r>
    </w:p>
    <w:p w:rsidR="00533D97" w:rsidRPr="00FC4EAD" w:rsidRDefault="00FC4EAD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C4EAD">
        <w:rPr>
          <w:b/>
          <w:color w:val="000000" w:themeColor="text1"/>
          <w:sz w:val="23"/>
        </w:rPr>
        <w:t>ALINAN KARARLAR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Yoğun geçen bu yılda öğrencinin düzenli yaşam akışının ve yeterli uykusunun korunmasına, başka öğre</w:t>
      </w:r>
      <w:r w:rsidRPr="00FC4EAD">
        <w:rPr>
          <w:color w:val="000000" w:themeColor="text1"/>
        </w:rPr>
        <w:t>ncilerle karşılaştırma yapılmamasına karar verildi.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2.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Liselere geçiş sürecinin okul rehberlik servisiyle birlikte izlenmesine ve ailelere güncel bilgi verilmesine karar verildi.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3.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Sınav kaygısının artmaması için velilerin sakin ve karşılaştırmasız bir tu</w:t>
      </w:r>
      <w:r w:rsidRPr="00FC4EAD">
        <w:rPr>
          <w:color w:val="000000" w:themeColor="text1"/>
        </w:rPr>
        <w:t>tum benimsemesine, gerektiğinde rehberlik servisinden destek alınmasına karar verildi.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4.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Son sınıfta da kılık kıyafet ve sınıf düzeni kurallarına özen gösterilmesine, ev ile okulun aynı çizgide durmasına karar verildi.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5.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Derslere düzenli devamın bu yıl ö</w:t>
      </w:r>
      <w:r w:rsidRPr="00FC4EAD">
        <w:rPr>
          <w:color w:val="000000" w:themeColor="text1"/>
        </w:rPr>
        <w:t>zellikle gözetilmesine, geçerli mazeretlerin okula zamanında iletilmesine karar verildi.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6.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Öğrencinin evde istikrarlı bir çalışma ritmi kurmasına ve konuları düzenli aralıklarla gözden geçirmesine karar verildi.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7.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Ekran süresinin bu dönemde daha dikkatli</w:t>
      </w:r>
      <w:r w:rsidRPr="00FC4EAD">
        <w:rPr>
          <w:color w:val="000000" w:themeColor="text1"/>
        </w:rPr>
        <w:t xml:space="preserve"> dengelenmesine ve ders esnasında cep telefonu bulundurulmamasına karar verildi.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8.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Sınıf içinde yapılan değerlendirmelerin sonuçlarının ailelerle düzenli paylaşılmasına karar verildi.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9.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Bakanlığın dijital öğrenme araçlarının ailelerce izlenmesine ve sına</w:t>
      </w:r>
      <w:r w:rsidRPr="00FC4EAD">
        <w:rPr>
          <w:color w:val="000000" w:themeColor="text1"/>
        </w:rPr>
        <w:t>va hazırlıkta bu kaynaklardan yararlanılmasına karar verildi.</w:t>
      </w:r>
    </w:p>
    <w:p w:rsidR="00533D97" w:rsidRPr="00FC4EAD" w:rsidRDefault="00FC4EAD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C4EAD">
        <w:rPr>
          <w:b/>
          <w:color w:val="000000" w:themeColor="text1"/>
        </w:rPr>
        <w:t>10.</w:t>
      </w:r>
      <w:r w:rsidRPr="00FC4EAD">
        <w:rPr>
          <w:b/>
          <w:color w:val="000000" w:themeColor="text1"/>
        </w:rPr>
        <w:tab/>
      </w:r>
      <w:r w:rsidRPr="00FC4EAD">
        <w:rPr>
          <w:color w:val="000000" w:themeColor="text1"/>
        </w:rPr>
        <w:t>Lise tercihinin öğrencinin ilgi ve yeteneğine göre rehberlik servisiyle birlikte yapılmasına, okul ile ailenin iletişiminin resmî kanallardan sürdürülmesine karar verildi.</w:t>
      </w:r>
    </w:p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876"/>
        <w:gridCol w:w="4876"/>
      </w:tblGrid>
      <w:tr w:rsidR="00FC4EAD" w:rsidRPr="00FC4EAD">
        <w:trPr>
          <w:cantSplit/>
          <w:jc w:val="center"/>
        </w:trPr>
        <w:tc>
          <w:tcPr>
            <w:tcW w:w="4876" w:type="dxa"/>
          </w:tcPr>
          <w:p w:rsidR="00533D97" w:rsidRPr="00FC4EAD" w:rsidRDefault="00FC4EAD">
            <w:pPr>
              <w:jc w:val="center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  <w:sz w:val="21"/>
              </w:rPr>
              <w:br/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Şube Reh</w:t>
            </w:r>
            <w:r w:rsidRPr="00FC4EAD">
              <w:rPr>
                <w:b/>
                <w:color w:val="000000" w:themeColor="text1"/>
                <w:sz w:val="20"/>
              </w:rPr>
              <w:t>ber Öğretmeni</w:t>
            </w:r>
          </w:p>
        </w:tc>
        <w:tc>
          <w:tcPr>
            <w:tcW w:w="4876" w:type="dxa"/>
          </w:tcPr>
          <w:p w:rsidR="00533D97" w:rsidRPr="00FC4EAD" w:rsidRDefault="00FC4EAD">
            <w:pPr>
              <w:jc w:val="center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  <w:sz w:val="21"/>
              </w:rPr>
              <w:t xml:space="preserve">UYGUNDUR  </w:t>
            </w:r>
            <w:r w:rsidRPr="00FC4EAD">
              <w:rPr>
                <w:color w:val="000000" w:themeColor="text1"/>
                <w:sz w:val="21"/>
              </w:rPr>
              <w:t>…… / …… / 20……</w:t>
            </w:r>
            <w:r w:rsidRPr="00FC4EAD">
              <w:rPr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1"/>
              </w:rPr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533D97" w:rsidRPr="00FC4EAD" w:rsidRDefault="00FC4EAD">
      <w:pPr>
        <w:spacing w:after="0"/>
        <w:rPr>
          <w:color w:val="000000" w:themeColor="text1"/>
        </w:rPr>
      </w:pPr>
      <w:r w:rsidRPr="00FC4EAD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C4EAD" w:rsidRPr="00FC4EAD" w:rsidTr="00FC4E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533D97" w:rsidRPr="00FC4EAD" w:rsidRDefault="00FC4EAD">
            <w:pPr>
              <w:spacing w:before="100"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6"/>
              </w:rPr>
              <w:t>…………………</w:t>
            </w:r>
          </w:p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30"/>
              </w:rPr>
              <w:t>8/… SINIFI</w:t>
            </w:r>
          </w:p>
          <w:p w:rsidR="00533D97" w:rsidRPr="00FC4EAD" w:rsidRDefault="00FC4EAD">
            <w:pPr>
              <w:spacing w:after="100"/>
              <w:jc w:val="center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4"/>
              </w:rPr>
              <w:t>VELİ TOPLANTISI İMZA LİSTESİ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737"/>
        <w:gridCol w:w="2608"/>
        <w:gridCol w:w="2608"/>
        <w:gridCol w:w="1928"/>
        <w:gridCol w:w="1871"/>
      </w:tblGrid>
      <w:tr w:rsidR="00FC4EAD" w:rsidRPr="00FC4EAD" w:rsidTr="00FC4E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jc w:val="center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19"/>
              </w:rPr>
              <w:t>No</w:t>
            </w:r>
          </w:p>
        </w:tc>
        <w:tc>
          <w:tcPr>
            <w:tcW w:w="2608" w:type="dxa"/>
          </w:tcPr>
          <w:p w:rsidR="00533D97" w:rsidRPr="00FC4EAD" w:rsidRDefault="00FC4E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19"/>
              </w:rPr>
              <w:t>Öğrenci Adı</w:t>
            </w:r>
          </w:p>
        </w:tc>
        <w:tc>
          <w:tcPr>
            <w:tcW w:w="2608" w:type="dxa"/>
          </w:tcPr>
          <w:p w:rsidR="00533D97" w:rsidRPr="00FC4EAD" w:rsidRDefault="00FC4E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19"/>
              </w:rPr>
              <w:t>Veli Adı Soyadı</w:t>
            </w:r>
          </w:p>
        </w:tc>
        <w:tc>
          <w:tcPr>
            <w:tcW w:w="1928" w:type="dxa"/>
          </w:tcPr>
          <w:p w:rsidR="00533D97" w:rsidRPr="00FC4EAD" w:rsidRDefault="00FC4E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19"/>
              </w:rPr>
              <w:t>Yakınlık Durumu</w:t>
            </w:r>
          </w:p>
        </w:tc>
        <w:tc>
          <w:tcPr>
            <w:tcW w:w="1871" w:type="dxa"/>
          </w:tcPr>
          <w:p w:rsidR="00533D97" w:rsidRPr="00FC4EAD" w:rsidRDefault="00FC4E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19"/>
              </w:rPr>
              <w:t>İmza</w:t>
            </w: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3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4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5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6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7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8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9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10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11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12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13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14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15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16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17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18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19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20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21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22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23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24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25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26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27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28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29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C4EAD" w:rsidRPr="00FC4EAD" w:rsidTr="00FC4E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533D97" w:rsidRPr="00FC4EAD" w:rsidRDefault="00FC4EAD">
            <w:pPr>
              <w:spacing w:after="20"/>
              <w:jc w:val="center"/>
              <w:rPr>
                <w:color w:val="000000" w:themeColor="text1"/>
              </w:rPr>
            </w:pPr>
            <w:r w:rsidRPr="00FC4EAD">
              <w:rPr>
                <w:b w:val="0"/>
                <w:color w:val="000000" w:themeColor="text1"/>
                <w:sz w:val="19"/>
              </w:rPr>
              <w:t>30</w:t>
            </w: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928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871" w:type="dxa"/>
          </w:tcPr>
          <w:p w:rsidR="00533D97" w:rsidRPr="00FC4EAD" w:rsidRDefault="00533D9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p w:rsidR="00533D97" w:rsidRPr="00FC4EAD" w:rsidRDefault="00FC4EAD">
      <w:pPr>
        <w:spacing w:after="0"/>
        <w:rPr>
          <w:color w:val="000000" w:themeColor="text1"/>
        </w:rPr>
      </w:pPr>
      <w:r w:rsidRPr="00FC4EAD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C4EAD" w:rsidRPr="00FC4EAD" w:rsidTr="00FC4E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533D97" w:rsidRPr="00FC4EAD" w:rsidRDefault="00FC4EAD">
            <w:pPr>
              <w:spacing w:before="120" w:after="120"/>
              <w:jc w:val="center"/>
              <w:rPr>
                <w:color w:val="000000" w:themeColor="text1"/>
              </w:rPr>
            </w:pPr>
            <w:bookmarkStart w:id="0" w:name="_GoBack"/>
            <w:bookmarkEnd w:id="0"/>
            <w:r w:rsidRPr="00FC4EAD">
              <w:rPr>
                <w:color w:val="000000" w:themeColor="text1"/>
                <w:sz w:val="24"/>
              </w:rPr>
              <w:lastRenderedPageBreak/>
              <w:t>VELİ TOPLANTISI DAVET PUSULALARI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8" w:space="0" w:color="4A2A14"/>
          <w:left w:val="dashed" w:sz="8" w:space="0" w:color="4A2A14"/>
          <w:bottom w:val="dashed" w:sz="8" w:space="0" w:color="4A2A14"/>
          <w:right w:val="dashed" w:sz="8" w:space="0" w:color="4A2A14"/>
        </w:tblBorders>
        <w:tblLook w:val="04A0" w:firstRow="1" w:lastRow="0" w:firstColumn="1" w:lastColumn="0" w:noHBand="0" w:noVBand="1"/>
      </w:tblPr>
      <w:tblGrid>
        <w:gridCol w:w="9752"/>
      </w:tblGrid>
      <w:tr w:rsidR="00533D97" w:rsidRPr="00FC4EAD">
        <w:trPr>
          <w:cantSplit/>
          <w:jc w:val="center"/>
        </w:trPr>
        <w:tc>
          <w:tcPr>
            <w:tcW w:w="9752" w:type="dxa"/>
          </w:tcPr>
          <w:p w:rsidR="00533D97" w:rsidRPr="00FC4EAD" w:rsidRDefault="00FC4EAD">
            <w:pPr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</w:rPr>
              <w:t>Sayın Velimiz,</w:t>
            </w:r>
          </w:p>
          <w:p w:rsidR="00533D97" w:rsidRPr="00FC4EAD" w:rsidRDefault="00FC4EAD">
            <w:pPr>
              <w:jc w:val="both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1"/>
              </w:rPr>
              <w:t xml:space="preserve">2026-2027 Eğitim Öğretim Yılı I. </w:t>
            </w:r>
            <w:r w:rsidRPr="00FC4EAD">
              <w:rPr>
                <w:color w:val="000000" w:themeColor="text1"/>
                <w:sz w:val="21"/>
              </w:rPr>
              <w:t>Dönem 8. Sınıf veli toplantımız …… / …… / 20…… tarihinde saat ……… itibarıyla yapılacaktır. Çocuğumuzun eğitimi için önemli olan bu toplantıya katılımınızı önemle rica ederiz.</w:t>
            </w:r>
          </w:p>
          <w:p w:rsidR="00533D97" w:rsidRPr="00FC4EAD" w:rsidRDefault="00FC4EAD">
            <w:pPr>
              <w:jc w:val="right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  <w:sz w:val="21"/>
              </w:rPr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Şube Rehber Öğretmeni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8" w:space="0" w:color="4A2A14"/>
          <w:left w:val="dashed" w:sz="8" w:space="0" w:color="4A2A14"/>
          <w:bottom w:val="dashed" w:sz="8" w:space="0" w:color="4A2A14"/>
          <w:right w:val="dashed" w:sz="8" w:space="0" w:color="4A2A14"/>
        </w:tblBorders>
        <w:tblLook w:val="04A0" w:firstRow="1" w:lastRow="0" w:firstColumn="1" w:lastColumn="0" w:noHBand="0" w:noVBand="1"/>
      </w:tblPr>
      <w:tblGrid>
        <w:gridCol w:w="9752"/>
      </w:tblGrid>
      <w:tr w:rsidR="00533D97" w:rsidRPr="00FC4EAD">
        <w:trPr>
          <w:cantSplit/>
          <w:jc w:val="center"/>
        </w:trPr>
        <w:tc>
          <w:tcPr>
            <w:tcW w:w="9752" w:type="dxa"/>
          </w:tcPr>
          <w:p w:rsidR="00533D97" w:rsidRPr="00FC4EAD" w:rsidRDefault="00FC4EAD">
            <w:pPr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</w:rPr>
              <w:t>Sayın Velimiz,</w:t>
            </w:r>
          </w:p>
          <w:p w:rsidR="00533D97" w:rsidRPr="00FC4EAD" w:rsidRDefault="00FC4EAD">
            <w:pPr>
              <w:jc w:val="both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1"/>
              </w:rPr>
              <w:t>2026-2027 Eğitim Öğretim Yılı I. D</w:t>
            </w:r>
            <w:r w:rsidRPr="00FC4EAD">
              <w:rPr>
                <w:color w:val="000000" w:themeColor="text1"/>
                <w:sz w:val="21"/>
              </w:rPr>
              <w:t>önem 8. Sınıf veli toplantımız …… / …… / 20…… tarihinde saat ……… itibarıyla yapılacaktır. Çocuğumuzun eğitimi için önemli olan bu toplantıya katılımınızı önemle rica ederiz.</w:t>
            </w:r>
          </w:p>
          <w:p w:rsidR="00533D97" w:rsidRPr="00FC4EAD" w:rsidRDefault="00FC4EAD">
            <w:pPr>
              <w:jc w:val="right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  <w:sz w:val="21"/>
              </w:rPr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Şube Rehber Öğretmeni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8" w:space="0" w:color="4A2A14"/>
          <w:left w:val="dashed" w:sz="8" w:space="0" w:color="4A2A14"/>
          <w:bottom w:val="dashed" w:sz="8" w:space="0" w:color="4A2A14"/>
          <w:right w:val="dashed" w:sz="8" w:space="0" w:color="4A2A14"/>
        </w:tblBorders>
        <w:tblLook w:val="04A0" w:firstRow="1" w:lastRow="0" w:firstColumn="1" w:lastColumn="0" w:noHBand="0" w:noVBand="1"/>
      </w:tblPr>
      <w:tblGrid>
        <w:gridCol w:w="9752"/>
      </w:tblGrid>
      <w:tr w:rsidR="00533D97" w:rsidRPr="00FC4EAD">
        <w:trPr>
          <w:cantSplit/>
          <w:jc w:val="center"/>
        </w:trPr>
        <w:tc>
          <w:tcPr>
            <w:tcW w:w="9752" w:type="dxa"/>
          </w:tcPr>
          <w:p w:rsidR="00533D97" w:rsidRPr="00FC4EAD" w:rsidRDefault="00FC4EAD">
            <w:pPr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</w:rPr>
              <w:t>Sayın Velimiz,</w:t>
            </w:r>
          </w:p>
          <w:p w:rsidR="00533D97" w:rsidRPr="00FC4EAD" w:rsidRDefault="00FC4EAD">
            <w:pPr>
              <w:jc w:val="both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1"/>
              </w:rPr>
              <w:t>2026-2027 Eğitim Öğretim Yılı I. Dö</w:t>
            </w:r>
            <w:r w:rsidRPr="00FC4EAD">
              <w:rPr>
                <w:color w:val="000000" w:themeColor="text1"/>
                <w:sz w:val="21"/>
              </w:rPr>
              <w:t>nem 8. Sınıf veli toplantımız …… / …… / 20…… tarihinde saat ……… itibarıyla yapılacaktır. Çocuğumuzun eğitimi için önemli olan bu toplantıya katılımınızı önemle rica ederiz.</w:t>
            </w:r>
          </w:p>
          <w:p w:rsidR="00533D97" w:rsidRPr="00FC4EAD" w:rsidRDefault="00FC4EAD">
            <w:pPr>
              <w:jc w:val="right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  <w:sz w:val="21"/>
              </w:rPr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Şube Rehber Öğretmeni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8" w:space="0" w:color="4A2A14"/>
          <w:left w:val="dashed" w:sz="8" w:space="0" w:color="4A2A14"/>
          <w:bottom w:val="dashed" w:sz="8" w:space="0" w:color="4A2A14"/>
          <w:right w:val="dashed" w:sz="8" w:space="0" w:color="4A2A14"/>
        </w:tblBorders>
        <w:tblLook w:val="04A0" w:firstRow="1" w:lastRow="0" w:firstColumn="1" w:lastColumn="0" w:noHBand="0" w:noVBand="1"/>
      </w:tblPr>
      <w:tblGrid>
        <w:gridCol w:w="9752"/>
      </w:tblGrid>
      <w:tr w:rsidR="00533D97" w:rsidRPr="00FC4EAD">
        <w:trPr>
          <w:cantSplit/>
          <w:jc w:val="center"/>
        </w:trPr>
        <w:tc>
          <w:tcPr>
            <w:tcW w:w="9752" w:type="dxa"/>
          </w:tcPr>
          <w:p w:rsidR="00533D97" w:rsidRPr="00FC4EAD" w:rsidRDefault="00FC4EAD">
            <w:pPr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</w:rPr>
              <w:t>Sayın Velimiz,</w:t>
            </w:r>
          </w:p>
          <w:p w:rsidR="00533D97" w:rsidRPr="00FC4EAD" w:rsidRDefault="00FC4EAD">
            <w:pPr>
              <w:jc w:val="both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1"/>
              </w:rPr>
              <w:t>2026-2027 Eğitim Öğretim Yılı I. Dön</w:t>
            </w:r>
            <w:r w:rsidRPr="00FC4EAD">
              <w:rPr>
                <w:color w:val="000000" w:themeColor="text1"/>
                <w:sz w:val="21"/>
              </w:rPr>
              <w:t>em 8. Sınıf veli toplantımız …… / …… / 20…… tarihinde saat ……… itibarıyla yapılacaktır. Çocuğumuzun eğitimi için önemli olan bu toplantıya katılımınızı önemle rica ederiz.</w:t>
            </w:r>
          </w:p>
          <w:p w:rsidR="00533D97" w:rsidRPr="00FC4EAD" w:rsidRDefault="00FC4EAD">
            <w:pPr>
              <w:jc w:val="right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  <w:sz w:val="21"/>
              </w:rPr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Şube Rehber Öğretmeni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8" w:space="0" w:color="4A2A14"/>
          <w:left w:val="dashed" w:sz="8" w:space="0" w:color="4A2A14"/>
          <w:bottom w:val="dashed" w:sz="8" w:space="0" w:color="4A2A14"/>
          <w:right w:val="dashed" w:sz="8" w:space="0" w:color="4A2A14"/>
        </w:tblBorders>
        <w:tblLook w:val="04A0" w:firstRow="1" w:lastRow="0" w:firstColumn="1" w:lastColumn="0" w:noHBand="0" w:noVBand="1"/>
      </w:tblPr>
      <w:tblGrid>
        <w:gridCol w:w="9752"/>
      </w:tblGrid>
      <w:tr w:rsidR="00533D97" w:rsidRPr="00FC4EAD">
        <w:trPr>
          <w:cantSplit/>
          <w:jc w:val="center"/>
        </w:trPr>
        <w:tc>
          <w:tcPr>
            <w:tcW w:w="9752" w:type="dxa"/>
          </w:tcPr>
          <w:p w:rsidR="00533D97" w:rsidRPr="00FC4EAD" w:rsidRDefault="00FC4EAD">
            <w:pPr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</w:rPr>
              <w:t>Sayın Velimiz,</w:t>
            </w:r>
          </w:p>
          <w:p w:rsidR="00533D97" w:rsidRPr="00FC4EAD" w:rsidRDefault="00FC4EAD">
            <w:pPr>
              <w:jc w:val="both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1"/>
              </w:rPr>
              <w:t xml:space="preserve">2026-2027 Eğitim Öğretim Yılı I. </w:t>
            </w:r>
            <w:r w:rsidRPr="00FC4EAD">
              <w:rPr>
                <w:color w:val="000000" w:themeColor="text1"/>
                <w:sz w:val="21"/>
              </w:rPr>
              <w:t>Dönem 8. Sınıf veli toplantımız …… / …… / 20…… tarihinde saat ……… itibarıyla yapılacaktır. Çocuğumuzun eğitimi için önemli olan bu toplantıya katılımınızı önemle rica ederiz.</w:t>
            </w:r>
          </w:p>
          <w:p w:rsidR="00533D97" w:rsidRPr="00FC4EAD" w:rsidRDefault="00FC4EAD">
            <w:pPr>
              <w:jc w:val="right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  <w:sz w:val="21"/>
              </w:rPr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Şube Rehber Öğretmeni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8" w:space="0" w:color="4A2A14"/>
          <w:left w:val="dashed" w:sz="8" w:space="0" w:color="4A2A14"/>
          <w:bottom w:val="dashed" w:sz="8" w:space="0" w:color="4A2A14"/>
          <w:right w:val="dashed" w:sz="8" w:space="0" w:color="4A2A14"/>
        </w:tblBorders>
        <w:tblLook w:val="04A0" w:firstRow="1" w:lastRow="0" w:firstColumn="1" w:lastColumn="0" w:noHBand="0" w:noVBand="1"/>
      </w:tblPr>
      <w:tblGrid>
        <w:gridCol w:w="9752"/>
      </w:tblGrid>
      <w:tr w:rsidR="00533D97" w:rsidRPr="00FC4EAD">
        <w:trPr>
          <w:cantSplit/>
          <w:jc w:val="center"/>
        </w:trPr>
        <w:tc>
          <w:tcPr>
            <w:tcW w:w="9752" w:type="dxa"/>
          </w:tcPr>
          <w:p w:rsidR="00533D97" w:rsidRPr="00FC4EAD" w:rsidRDefault="00FC4EAD">
            <w:pPr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</w:rPr>
              <w:t>Sayın Velimiz,</w:t>
            </w:r>
          </w:p>
          <w:p w:rsidR="00533D97" w:rsidRPr="00FC4EAD" w:rsidRDefault="00FC4EAD">
            <w:pPr>
              <w:jc w:val="both"/>
              <w:rPr>
                <w:color w:val="000000" w:themeColor="text1"/>
              </w:rPr>
            </w:pPr>
            <w:r w:rsidRPr="00FC4EAD">
              <w:rPr>
                <w:color w:val="000000" w:themeColor="text1"/>
                <w:sz w:val="21"/>
              </w:rPr>
              <w:t>2026-2027 Eğitim Öğretim Yılı I. D</w:t>
            </w:r>
            <w:r w:rsidRPr="00FC4EAD">
              <w:rPr>
                <w:color w:val="000000" w:themeColor="text1"/>
                <w:sz w:val="21"/>
              </w:rPr>
              <w:t>önem 8. Sınıf veli toplantımız …… / …… / 20…… tarihinde saat ……… itibarıyla yapılacaktır. Çocuğumuzun eğitimi için önemli olan bu toplantıya katılımınızı önemle rica ederiz.</w:t>
            </w:r>
          </w:p>
          <w:p w:rsidR="00533D97" w:rsidRPr="00FC4EAD" w:rsidRDefault="00FC4EAD">
            <w:pPr>
              <w:jc w:val="right"/>
              <w:rPr>
                <w:color w:val="000000" w:themeColor="text1"/>
              </w:rPr>
            </w:pPr>
            <w:r w:rsidRPr="00FC4EAD">
              <w:rPr>
                <w:b/>
                <w:color w:val="000000" w:themeColor="text1"/>
                <w:sz w:val="21"/>
              </w:rPr>
              <w:t>…………………</w:t>
            </w:r>
            <w:r w:rsidRPr="00FC4EAD">
              <w:rPr>
                <w:b/>
                <w:color w:val="000000" w:themeColor="text1"/>
                <w:sz w:val="21"/>
              </w:rPr>
              <w:br/>
            </w:r>
            <w:r w:rsidRPr="00FC4EAD">
              <w:rPr>
                <w:b/>
                <w:color w:val="000000" w:themeColor="text1"/>
                <w:sz w:val="20"/>
              </w:rPr>
              <w:t>Şube Rehber Öğretmeni</w:t>
            </w:r>
          </w:p>
        </w:tc>
      </w:tr>
    </w:tbl>
    <w:p w:rsidR="00533D97" w:rsidRPr="00FC4EAD" w:rsidRDefault="00533D97">
      <w:pPr>
        <w:spacing w:after="0"/>
        <w:rPr>
          <w:color w:val="000000" w:themeColor="text1"/>
        </w:rPr>
      </w:pPr>
    </w:p>
    <w:sectPr w:rsidR="00533D97" w:rsidRPr="00FC4EAD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33D97"/>
    <w:rsid w:val="00AA1D8D"/>
    <w:rsid w:val="00B47730"/>
    <w:rsid w:val="00CB0664"/>
    <w:rsid w:val="00FC4EA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BFEB476-6B27-4A35-B7ED-774B7D9A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FC4EA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27E4C1-F903-4CC7-8AFF-A3C98337E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1746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8. Sınıf I. Dönem Veli Toplantısı Tutanağı ve Evrakları 2026-2027</dc:title>
  <dc:subject>veli toplantısı tutanağı</dc:subject>
  <dc:creator>evrakburada</dc:creator>
  <cp:keywords>sosyal kulüp, veli toplantısı tutanağı</cp:keywords>
  <dc:description/>
  <cp:lastModifiedBy>HP</cp:lastModifiedBy>
  <cp:revision>2</cp:revision>
  <dcterms:created xsi:type="dcterms:W3CDTF">2013-12-23T23:15:00Z</dcterms:created>
  <dcterms:modified xsi:type="dcterms:W3CDTF">2026-10-15T13:27:00Z</dcterms:modified>
  <cp:category/>
</cp:coreProperties>
</file>