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537" w:rsidRDefault="003E5885">
      <w:pPr>
        <w:jc w:val="center"/>
      </w:pPr>
      <w:bookmarkStart w:id="0" w:name="_GoBack"/>
      <w:bookmarkEnd w:id="0"/>
      <w:r>
        <w:rPr>
          <w:b/>
          <w:sz w:val="22"/>
        </w:rPr>
        <w:t>7. SINIF SOSYAL BİLGİLER DERSİ MART AYI</w:t>
      </w:r>
      <w:r>
        <w:rPr>
          <w:b/>
          <w:sz w:val="22"/>
        </w:rPr>
        <w:br/>
        <w:t>MAARİF MODEL DERS RAPORU</w:t>
      </w:r>
    </w:p>
    <w:tbl>
      <w:tblPr>
        <w:tblStyle w:val="TabloKlavuzu"/>
        <w:tblW w:w="0" w:type="auto"/>
        <w:tblLook w:val="04A0" w:firstRow="1" w:lastRow="0" w:firstColumn="1" w:lastColumn="0" w:noHBand="0" w:noVBand="1"/>
      </w:tblPr>
      <w:tblGrid>
        <w:gridCol w:w="2665"/>
        <w:gridCol w:w="6576"/>
      </w:tblGrid>
      <w:tr w:rsidR="001C1537">
        <w:tc>
          <w:tcPr>
            <w:tcW w:w="2665" w:type="dxa"/>
          </w:tcPr>
          <w:p w:rsidR="001C1537" w:rsidRDefault="003E5885">
            <w:r>
              <w:t>MART AYI TEMA VE ÖĞRENME ÇIKTILARI</w:t>
            </w:r>
          </w:p>
        </w:tc>
        <w:tc>
          <w:tcPr>
            <w:tcW w:w="6576" w:type="dxa"/>
          </w:tcPr>
          <w:p w:rsidR="001C1537" w:rsidRDefault="003E5885">
            <w:r>
              <w:t>Rapor No: 7</w:t>
            </w:r>
          </w:p>
        </w:tc>
      </w:tr>
      <w:tr w:rsidR="001C1537">
        <w:tc>
          <w:tcPr>
            <w:tcW w:w="2665" w:type="dxa"/>
          </w:tcPr>
          <w:p w:rsidR="001C1537" w:rsidRDefault="003E5885">
            <w:r>
              <w:rPr>
                <w:b/>
              </w:rPr>
              <w:t>Ders Adı / Sınıf</w:t>
            </w:r>
          </w:p>
        </w:tc>
        <w:tc>
          <w:tcPr>
            <w:tcW w:w="6576" w:type="dxa"/>
          </w:tcPr>
          <w:p w:rsidR="001C1537" w:rsidRDefault="003E5885">
            <w:r>
              <w:t>Sosyal Bilgiler / 7. Sınıf</w:t>
            </w:r>
          </w:p>
        </w:tc>
      </w:tr>
      <w:tr w:rsidR="001C1537">
        <w:tc>
          <w:tcPr>
            <w:tcW w:w="2665" w:type="dxa"/>
          </w:tcPr>
          <w:p w:rsidR="001C1537" w:rsidRDefault="003E5885">
            <w:r>
              <w:rPr>
                <w:b/>
              </w:rPr>
              <w:t>Öğrenme Alanı</w:t>
            </w:r>
          </w:p>
        </w:tc>
        <w:tc>
          <w:tcPr>
            <w:tcW w:w="6576" w:type="dxa"/>
          </w:tcPr>
          <w:p w:rsidR="001C1537" w:rsidRDefault="003E5885">
            <w:r>
              <w:t>4. Yaşayan Demokrasimiz; 5. Hayatımızdaki Ekonomi (ay sonu)</w:t>
            </w:r>
          </w:p>
        </w:tc>
      </w:tr>
      <w:tr w:rsidR="001C1537">
        <w:tc>
          <w:tcPr>
            <w:tcW w:w="2665" w:type="dxa"/>
          </w:tcPr>
          <w:p w:rsidR="001C1537" w:rsidRDefault="003E5885">
            <w:r>
              <w:rPr>
                <w:b/>
              </w:rPr>
              <w:t xml:space="preserve">İçerik </w:t>
            </w:r>
            <w:r>
              <w:rPr>
                <w:b/>
              </w:rPr>
              <w:t>Çerçeveleri</w:t>
            </w:r>
          </w:p>
        </w:tc>
        <w:tc>
          <w:tcPr>
            <w:tcW w:w="6576" w:type="dxa"/>
          </w:tcPr>
          <w:p w:rsidR="001C1537" w:rsidRDefault="003E5885">
            <w:r>
              <w:t>Türkiye Cumhuriyeti’nin Yönetim Yapısı; Ülkemizde Demokrasinin Gelişimi; Demokrasinin Uygulanma Sürecinde Karşılaşılan Sorunlar; Millî Kalkınma Hamleleri (giriş)</w:t>
            </w:r>
          </w:p>
        </w:tc>
      </w:tr>
      <w:tr w:rsidR="001C1537">
        <w:tc>
          <w:tcPr>
            <w:tcW w:w="2665" w:type="dxa"/>
          </w:tcPr>
          <w:p w:rsidR="001C1537" w:rsidRDefault="003E5885">
            <w:r>
              <w:rPr>
                <w:b/>
              </w:rPr>
              <w:t>Öğrenme Çıktıları</w:t>
            </w:r>
          </w:p>
        </w:tc>
        <w:tc>
          <w:tcPr>
            <w:tcW w:w="6576" w:type="dxa"/>
          </w:tcPr>
          <w:p w:rsidR="001C1537" w:rsidRDefault="003E5885">
            <w:r>
              <w:t>SB.7.4.2. Türkiye Cumhuriyeti Devleti’nin yönetim yapısını çözü</w:t>
            </w:r>
            <w:r>
              <w:t>mleyebilme.</w:t>
            </w:r>
            <w:r>
              <w:br/>
              <w:t>SB.7.4.3. Ülkemizdeki demokrasinin gelişimini, demokrasinin temel ilkeleri açısından yorumlayabilme.</w:t>
            </w:r>
            <w:r>
              <w:br/>
              <w:t>SB.7.4.4. Demokrasinin uygulama sürecinde karşılaşılan sorunları özetleyebilme.</w:t>
            </w:r>
            <w:r>
              <w:br/>
              <w:t>SB.7.5.1. Millî kalkınma hamlelerini neden ve sonuçlarıyla yoru</w:t>
            </w:r>
            <w:r>
              <w:t>mlayabilme (giriş).</w:t>
            </w:r>
          </w:p>
        </w:tc>
      </w:tr>
      <w:tr w:rsidR="001C1537">
        <w:tc>
          <w:tcPr>
            <w:tcW w:w="2665" w:type="dxa"/>
          </w:tcPr>
          <w:p w:rsidR="001C1537" w:rsidRDefault="003E5885">
            <w:r>
              <w:rPr>
                <w:b/>
              </w:rPr>
              <w:t>Alan / Kavramsal Beceriler</w:t>
            </w:r>
          </w:p>
        </w:tc>
        <w:tc>
          <w:tcPr>
            <w:tcW w:w="6576" w:type="dxa"/>
          </w:tcPr>
          <w:p w:rsidR="001C1537" w:rsidRDefault="003E5885">
            <w:r>
              <w:t>Çözümleme, tarihî kaynak inceleme, neden-sonuç ilişkisi kurma, karşılaştırma, sorgulama ve yorumlama</w:t>
            </w:r>
          </w:p>
        </w:tc>
      </w:tr>
      <w:tr w:rsidR="001C1537">
        <w:tc>
          <w:tcPr>
            <w:tcW w:w="2665" w:type="dxa"/>
          </w:tcPr>
          <w:p w:rsidR="001C1537" w:rsidRDefault="003E5885">
            <w:r>
              <w:rPr>
                <w:b/>
              </w:rPr>
              <w:t>Eğilimler</w:t>
            </w:r>
          </w:p>
        </w:tc>
        <w:tc>
          <w:tcPr>
            <w:tcW w:w="6576" w:type="dxa"/>
          </w:tcPr>
          <w:p w:rsidR="001C1537" w:rsidRDefault="003E5885">
            <w:r>
              <w:t>Adalet, sorumluluk, eleştirel düşünme, saygı, iş birliği, katılım ve vatanseverlik</w:t>
            </w:r>
          </w:p>
        </w:tc>
      </w:tr>
    </w:tbl>
    <w:p w:rsidR="001C1537" w:rsidRDefault="001C1537"/>
    <w:tbl>
      <w:tblPr>
        <w:tblStyle w:val="TabloKlavuzu"/>
        <w:tblW w:w="0" w:type="auto"/>
        <w:tblLook w:val="04A0" w:firstRow="1" w:lastRow="0" w:firstColumn="1" w:lastColumn="0" w:noHBand="0" w:noVBand="1"/>
      </w:tblPr>
      <w:tblGrid>
        <w:gridCol w:w="2665"/>
        <w:gridCol w:w="6576"/>
      </w:tblGrid>
      <w:tr w:rsidR="001C1537">
        <w:tc>
          <w:tcPr>
            <w:tcW w:w="2665" w:type="dxa"/>
          </w:tcPr>
          <w:p w:rsidR="001C1537" w:rsidRDefault="003E5885">
            <w:r>
              <w:t xml:space="preserve">MART AYI </w:t>
            </w:r>
            <w:r>
              <w:t>PROGRAMLAR ARASI BİLEŞENLER</w:t>
            </w:r>
          </w:p>
        </w:tc>
        <w:tc>
          <w:tcPr>
            <w:tcW w:w="6576" w:type="dxa"/>
          </w:tcPr>
          <w:p w:rsidR="001C1537" w:rsidRDefault="001C1537"/>
        </w:tc>
      </w:tr>
      <w:tr w:rsidR="001C1537">
        <w:tc>
          <w:tcPr>
            <w:tcW w:w="2665" w:type="dxa"/>
          </w:tcPr>
          <w:p w:rsidR="001C1537" w:rsidRDefault="003E5885">
            <w:r>
              <w:rPr>
                <w:b/>
              </w:rPr>
              <w:t>Sosyal-Duygusal Öğrenme Becerileri</w:t>
            </w:r>
          </w:p>
        </w:tc>
        <w:tc>
          <w:tcPr>
            <w:tcW w:w="6576" w:type="dxa"/>
          </w:tcPr>
          <w:p w:rsidR="001C1537" w:rsidRDefault="003E5885">
            <w:r>
              <w:t>İletişim, iş birliği, sosyal farkındalık, sorumlu karar verme ve öz yönetim</w:t>
            </w:r>
          </w:p>
        </w:tc>
      </w:tr>
      <w:tr w:rsidR="001C1537">
        <w:tc>
          <w:tcPr>
            <w:tcW w:w="2665" w:type="dxa"/>
          </w:tcPr>
          <w:p w:rsidR="001C1537" w:rsidRDefault="003E5885">
            <w:r>
              <w:rPr>
                <w:b/>
              </w:rPr>
              <w:t>Değerler</w:t>
            </w:r>
          </w:p>
        </w:tc>
        <w:tc>
          <w:tcPr>
            <w:tcW w:w="6576" w:type="dxa"/>
          </w:tcPr>
          <w:p w:rsidR="001C1537" w:rsidRDefault="003E5885">
            <w:r>
              <w:t>Adalet, eşitlik, özgürlük, sorumluluk, saygı ve vatanseverlik</w:t>
            </w:r>
          </w:p>
        </w:tc>
      </w:tr>
      <w:tr w:rsidR="001C1537">
        <w:tc>
          <w:tcPr>
            <w:tcW w:w="2665" w:type="dxa"/>
          </w:tcPr>
          <w:p w:rsidR="001C1537" w:rsidRDefault="003E5885">
            <w:r>
              <w:rPr>
                <w:b/>
              </w:rPr>
              <w:t>Okuryazarlık Becerileri</w:t>
            </w:r>
          </w:p>
        </w:tc>
        <w:tc>
          <w:tcPr>
            <w:tcW w:w="6576" w:type="dxa"/>
          </w:tcPr>
          <w:p w:rsidR="001C1537" w:rsidRDefault="003E5885">
            <w:r>
              <w:t>Bilgi, medya, diji</w:t>
            </w:r>
            <w:r>
              <w:t>tal ve vatandaşlık okuryazarlığı</w:t>
            </w:r>
          </w:p>
        </w:tc>
      </w:tr>
      <w:tr w:rsidR="001C1537">
        <w:tc>
          <w:tcPr>
            <w:tcW w:w="2665" w:type="dxa"/>
          </w:tcPr>
          <w:p w:rsidR="001C1537" w:rsidRDefault="003E5885">
            <w:r>
              <w:rPr>
                <w:b/>
              </w:rPr>
              <w:t>Disiplinler Arası İlişkiler</w:t>
            </w:r>
          </w:p>
        </w:tc>
        <w:tc>
          <w:tcPr>
            <w:tcW w:w="6576" w:type="dxa"/>
          </w:tcPr>
          <w:p w:rsidR="001C1537" w:rsidRDefault="003E5885">
            <w:r>
              <w:t>Türkçe, Tarih, Hukuk ve Adalet ve Ekonomi</w:t>
            </w:r>
          </w:p>
        </w:tc>
      </w:tr>
      <w:tr w:rsidR="001C1537">
        <w:tc>
          <w:tcPr>
            <w:tcW w:w="2665" w:type="dxa"/>
          </w:tcPr>
          <w:p w:rsidR="001C1537" w:rsidRDefault="003E5885">
            <w:r>
              <w:rPr>
                <w:b/>
              </w:rPr>
              <w:t>Anahtar Kavramlar</w:t>
            </w:r>
          </w:p>
        </w:tc>
        <w:tc>
          <w:tcPr>
            <w:tcW w:w="6576" w:type="dxa"/>
          </w:tcPr>
          <w:p w:rsidR="001C1537" w:rsidRDefault="003E5885">
            <w:r>
              <w:t>demokrasi, katılım, temsil, yasama, yürütme, yargı, seçme ve seçilme, hak, sorumluluk, kalkınma</w:t>
            </w:r>
          </w:p>
        </w:tc>
      </w:tr>
      <w:tr w:rsidR="001C1537">
        <w:tc>
          <w:tcPr>
            <w:tcW w:w="2665" w:type="dxa"/>
          </w:tcPr>
          <w:p w:rsidR="001C1537" w:rsidRDefault="003E5885">
            <w:r>
              <w:rPr>
                <w:b/>
              </w:rPr>
              <w:t>Öğrenme Kanıtları</w:t>
            </w:r>
          </w:p>
        </w:tc>
        <w:tc>
          <w:tcPr>
            <w:tcW w:w="6576" w:type="dxa"/>
          </w:tcPr>
          <w:p w:rsidR="001C1537" w:rsidRDefault="003E5885">
            <w:r>
              <w:t>Demokrasi tarih şe</w:t>
            </w:r>
            <w:r>
              <w:t>ridi, kavram haritası, örnek olay çözümlemesi, kısa cevaplı sorular ve gözlem formu</w:t>
            </w:r>
          </w:p>
        </w:tc>
      </w:tr>
    </w:tbl>
    <w:p w:rsidR="001C1537" w:rsidRDefault="001C1537"/>
    <w:p w:rsidR="001C1537" w:rsidRDefault="003E5885">
      <w:pPr>
        <w:pStyle w:val="Balk2"/>
      </w:pPr>
      <w:r>
        <w:t>Öğrenme-Öğretme Süreci</w:t>
      </w:r>
    </w:p>
    <w:p w:rsidR="001C1537" w:rsidRDefault="003E5885">
      <w:r>
        <w:t xml:space="preserve">Mart ayının ilk haftasında Türkiye Cumhuriyeti’nin yönetim yapısı konusu tamamlanarak yasama, yürütme ve yargının görevleri örnek olaylar ve </w:t>
      </w:r>
      <w:r>
        <w:t>şemalarla yeniden değerlendirildi. Öğrencilerin yönetim organları arasındaki ilişkileri gerekçeleriyle açıklamaları sağlandı.</w:t>
      </w:r>
    </w:p>
    <w:p w:rsidR="001C1537" w:rsidRDefault="003E5885">
      <w:r>
        <w:t xml:space="preserve">8–19 Mart döneminde ülkemizde demokrasinin gelişimi ele alındı. Demokrasi tarihimizdeki gelişmeler tarih şeridi, görsel kaynaklar </w:t>
      </w:r>
      <w:r>
        <w:t>ve kısa metinler üzerinden incelendi. Öğrenciler demokratik katılım ve temsil anlayışının zaman içindeki değişimini demokrasinin temel ilkeleriyle ilişkilendirdi.</w:t>
      </w:r>
    </w:p>
    <w:p w:rsidR="001C1537" w:rsidRDefault="003E5885">
      <w:r>
        <w:t>Mart ayının ikinci yarısında demokrasinin uygulanma sürecinde karşılaşılan sorunlar örnek ola</w:t>
      </w:r>
      <w:r>
        <w:t>ylarla incelendi. Hak ve sorumluluk dengesi, katılım, eşitlik ve farklı görüşlere saygı üzerine grup tartışmaları yürütüldü. Ay sonunda millî kalkınma hamleleri konusuna giriş yapılarak kalkınma kavramı ve toplumsal etkileri üzerine ön bilgiler yoklandı. A</w:t>
      </w:r>
      <w:r>
        <w:t>y sonundaki ölçme-değerlendirme çalışmalarına yer verildi.</w:t>
      </w:r>
    </w:p>
    <w:p w:rsidR="001C1537" w:rsidRDefault="003E5885">
      <w:pPr>
        <w:pStyle w:val="Balk2"/>
      </w:pPr>
      <w:r>
        <w:t>Araştırma Ödevleri ve Görevleri</w:t>
      </w:r>
    </w:p>
    <w:p w:rsidR="001C1537" w:rsidRDefault="003E5885">
      <w:r>
        <w:t>Öğrencilerden ülkemizde demokrasinin gelişimini gösteren kısa bir tarih şeridi oluşturmaları, demokratik katılımı güçlendiren davranışlara örnekler bulmaları ve karş</w:t>
      </w:r>
      <w:r>
        <w:t>ılaşılan bir demokratik sorun için gerekçeli çözüm önerisi yazmaları istendi.</w:t>
      </w:r>
    </w:p>
    <w:p w:rsidR="001C1537" w:rsidRDefault="003E5885">
      <w:pPr>
        <w:pStyle w:val="Balk2"/>
      </w:pPr>
      <w:r>
        <w:t>Gözlem ve Ölçme Değerlendirme</w:t>
      </w:r>
    </w:p>
    <w:p w:rsidR="001C1537" w:rsidRDefault="003E5885">
      <w:r>
        <w:t>Yönetim yapısını çözümleme, demokrasinin tarihsel gelişimini temel ilkelerle ilişkilendirme ve demokratik sorunları özetleme düzeyleri kavram eşleşt</w:t>
      </w:r>
      <w:r>
        <w:t>irme, tarih şeridi inceleme, örnek olay çözümleme, kısa cevaplı sorular ve öğretmen gözlemleriyle değerlendirildi. Yanlış öğrenmelere yönelik dönüt ve tekrar etkinlikleri yapıldı.</w:t>
      </w:r>
    </w:p>
    <w:p w:rsidR="001C1537" w:rsidRDefault="003E5885">
      <w:pPr>
        <w:pStyle w:val="Balk2"/>
      </w:pPr>
      <w:r>
        <w:lastRenderedPageBreak/>
        <w:t>Zenginleştirme Çalışmaları</w:t>
      </w:r>
    </w:p>
    <w:p w:rsidR="001C1537" w:rsidRDefault="003E5885">
      <w:r>
        <w:t>İleri düzey öğrencilerden farklı dönemlere ait de</w:t>
      </w:r>
      <w:r>
        <w:t>mokratik gelişmeleri karşılaştırmaları ve örnek sorunlar için hak, sorumluluk ve katılım ilkelerine dayanan alternatif çözüm önerilerini gerekçelendirmeleri istendi.</w:t>
      </w:r>
    </w:p>
    <w:p w:rsidR="001C1537" w:rsidRDefault="003E5885">
      <w:pPr>
        <w:pStyle w:val="Balk2"/>
      </w:pPr>
      <w:r>
        <w:t>Destekleme Çalışmaları</w:t>
      </w:r>
    </w:p>
    <w:p w:rsidR="001C1537" w:rsidRDefault="003E5885">
      <w:r>
        <w:t>Desteğe ihtiyaç duyan öğrenciler için sadeleştirilmiş tarih şeritle</w:t>
      </w:r>
      <w:r>
        <w:t>ri, görsel kavram kartları ve adım adım yönlendirilmiş örnek olay çalışmaları kullanıldı. Temel kavramlar kısa tekrar ve eşleştirme etkinlikleriyle pekiştirildi.</w:t>
      </w:r>
    </w:p>
    <w:p w:rsidR="001C1537" w:rsidRDefault="003E5885">
      <w:pPr>
        <w:pStyle w:val="Balk2"/>
      </w:pPr>
      <w:r>
        <w:t>Mart Ayı Genel Değerlendirme</w:t>
      </w:r>
    </w:p>
    <w:p w:rsidR="001C1537" w:rsidRDefault="003E5885">
      <w:r>
        <w:t>Mart ayında SB.7.4.2 kapsamındaki yönetim yapısı çalışmaları tama</w:t>
      </w:r>
      <w:r>
        <w:t>mlandı; SB.7.4.3 kapsamında ülkemizde demokrasinin gelişimi, SB.7.4.4 kapsamında demokratik süreçlerde karşılaşılan sorunlar ele alındı. SB.7.5.1 kapsamında millî kalkınma hamlelerine giriş yapıldı. Öğrencilerin tarihî kaynaklardan yararlanma, karşılaştırm</w:t>
      </w:r>
      <w:r>
        <w:t>a, neden-sonuç ilişkisi kurma ve görüşlerini gerekçelendirme becerileri süreç boyunca izlendi.</w:t>
      </w:r>
    </w:p>
    <w:p w:rsidR="001C1537" w:rsidRDefault="003E5885">
      <w:pPr>
        <w:jc w:val="right"/>
      </w:pPr>
      <w:r>
        <w:br/>
        <w:t>01.04.2027</w:t>
      </w:r>
    </w:p>
    <w:p w:rsidR="001C1537" w:rsidRDefault="003E5885">
      <w:pPr>
        <w:jc w:val="center"/>
      </w:pPr>
      <w:r>
        <w:t>Ders Öğretmeni                                                  Okul Müdürü</w:t>
      </w:r>
    </w:p>
    <w:sectPr w:rsidR="001C1537"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C1537"/>
    <w:rsid w:val="0029639D"/>
    <w:rsid w:val="00326F90"/>
    <w:rsid w:val="003E588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85BEAD5-B7A5-4C3A-8687-B06A76B1D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6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9C395-3866-4A14-92FF-5448280EE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2026-10-27T10:08:00Z</dcterms:modified>
  <cp:category/>
</cp:coreProperties>
</file>