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831" w:rsidRPr="00F51F2E" w:rsidRDefault="00D92C3F" w:rsidP="00F51F2E">
      <w:pPr>
        <w:spacing w:line="240" w:lineRule="auto"/>
        <w:jc w:val="center"/>
        <w:rPr>
          <w:rFonts w:ascii="Bazouk SSi" w:hAnsi="Bazouk SSi"/>
        </w:rPr>
      </w:pPr>
      <w:r w:rsidRPr="00F51F2E">
        <w:rPr>
          <w:rFonts w:ascii="Bazouk SSi" w:hAnsi="Bazouk SSi"/>
          <w:b/>
          <w:color w:val="153F65"/>
          <w:sz w:val="30"/>
        </w:rPr>
        <w:t>7. SINIF SOSYAL BİLGİLER</w:t>
      </w:r>
      <w:r w:rsidRPr="00F51F2E">
        <w:rPr>
          <w:rFonts w:ascii="Bazouk SSi" w:hAnsi="Bazouk SSi"/>
          <w:b/>
          <w:color w:val="153F65"/>
          <w:sz w:val="30"/>
        </w:rPr>
        <w:br/>
        <w:t>EVİMİZ DÜNYA – DEĞERLENDİRME TESTİ</w:t>
      </w:r>
    </w:p>
    <w:p w:rsidR="00681831" w:rsidRPr="00F51F2E" w:rsidRDefault="00D92C3F">
      <w:pPr>
        <w:rPr>
          <w:rFonts w:ascii="Bazouk SSi" w:hAnsi="Bazouk SSi"/>
        </w:rPr>
      </w:pPr>
      <w:r w:rsidRPr="00F51F2E">
        <w:rPr>
          <w:rFonts w:ascii="Bazouk SSi" w:hAnsi="Bazouk SSi"/>
        </w:rPr>
        <w:t>Adı Soyadı: .............................................</w:t>
      </w:r>
      <w:r w:rsidR="00F51F2E">
        <w:rPr>
          <w:rFonts w:ascii="Bazouk SSi" w:hAnsi="Bazouk SSi"/>
        </w:rPr>
        <w:t>...........................................................</w:t>
      </w:r>
      <w:r w:rsidRPr="00F51F2E">
        <w:rPr>
          <w:rFonts w:ascii="Bazouk SSi" w:hAnsi="Bazouk SSi"/>
        </w:rPr>
        <w:t xml:space="preserve">.   </w:t>
      </w:r>
      <w:r w:rsidR="00F51F2E">
        <w:rPr>
          <w:rFonts w:ascii="Bazouk SSi" w:hAnsi="Bazouk SSi"/>
        </w:rPr>
        <w:t xml:space="preserve">     </w:t>
      </w:r>
      <w:r w:rsidRPr="00F51F2E">
        <w:rPr>
          <w:rFonts w:ascii="Bazouk SSi" w:hAnsi="Bazouk SSi"/>
        </w:rPr>
        <w:t xml:space="preserve"> Sınıf / No: ..................... </w:t>
      </w:r>
      <w:r w:rsidR="00F51F2E">
        <w:rPr>
          <w:rFonts w:ascii="Bazouk SSi" w:hAnsi="Bazouk SSi"/>
        </w:rPr>
        <w:t xml:space="preserve">                              </w:t>
      </w:r>
      <w:r w:rsidRPr="00F51F2E">
        <w:rPr>
          <w:rFonts w:ascii="Bazouk SSi" w:hAnsi="Bazouk SSi"/>
        </w:rPr>
        <w:t xml:space="preserve">   Puan: .............</w:t>
      </w:r>
    </w:p>
    <w:p w:rsidR="00F51F2E" w:rsidRDefault="00F51F2E">
      <w:pPr>
        <w:rPr>
          <w:rFonts w:hint="eastAsia"/>
        </w:rPr>
        <w:sectPr w:rsidR="00F51F2E" w:rsidSect="00F51F2E">
          <w:pgSz w:w="12240" w:h="15840"/>
          <w:pgMar w:top="284" w:right="1134" w:bottom="907" w:left="1134" w:header="720" w:footer="720" w:gutter="0"/>
          <w:cols w:space="720"/>
          <w:docGrid w:linePitch="360"/>
        </w:sect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lastRenderedPageBreak/>
        <w:t>1.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 xml:space="preserve">Bir Türk firması, ürettiği otomobilin motor parçalarını Almanya’dan, </w:t>
      </w:r>
      <w:r w:rsidRPr="00F51F2E">
        <w:rPr>
          <w:rFonts w:asciiTheme="majorHAnsi" w:hAnsiTheme="majorHAnsi" w:cstheme="majorHAnsi"/>
        </w:rPr>
        <w:t>elektronik sistemlerini Güney Kore’den temin etmekte ve otomobilin montajını Türkiye’de gerçekleştirmektedir. Üretilen araçlar farklı ülkelere satılmaktadır.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durum küreselleşmenin hangi etkisine örnek gösterilebilir?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Ülkelerin üretimde birbirleriyle </w:t>
      </w:r>
      <w:r w:rsidRPr="00F51F2E">
        <w:rPr>
          <w:rFonts w:asciiTheme="majorHAnsi" w:hAnsiTheme="majorHAnsi" w:cstheme="majorHAnsi"/>
        </w:rPr>
        <w:t>bağlantılı hâle gelmesine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Ülkelerin ekonomik açıdan tamamen bağımsızlaşmasına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Yerel üretimin uluslararası ticaretin yerini almasına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Üretim faaliyetlerinin tek bir ülkede toplanmasına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2.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ülkede yaşanan kuraklık nedeniyle tarımsal üretim azalmı</w:t>
      </w:r>
      <w:r w:rsidRPr="00F51F2E">
        <w:rPr>
          <w:rFonts w:asciiTheme="majorHAnsi" w:hAnsiTheme="majorHAnsi" w:cstheme="majorHAnsi"/>
        </w:rPr>
        <w:t>ş, bu ülkeden tahıl ithal eden başka ülkelerde de gıda fiyatları yükselmiştir.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durumdan aşağıdakilerden hangisine ulaşılabilir?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Kuraklığın etkileri ortaya çıktığı ülkeyle sınırlıdır.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Tarımsal üretim uluslararası ticaretten bağımsızdır.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Yerel so</w:t>
      </w:r>
      <w:r w:rsidRPr="00F51F2E">
        <w:rPr>
          <w:rFonts w:asciiTheme="majorHAnsi" w:hAnsiTheme="majorHAnsi" w:cstheme="majorHAnsi"/>
        </w:rPr>
        <w:t>runlar ülkeler arası ekonomik etkiler oluşturabilir.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Ülkeler arasındaki ticaret doğal olayları engelleyebilir.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3.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öğrenci, başka bir ülkede geliştirilen eğitim uygulamasını kullanarak yabancı dil öğrenmekte, farklı ülkelerden öğrencilerle çevrim iç</w:t>
      </w:r>
      <w:r w:rsidRPr="00F51F2E">
        <w:rPr>
          <w:rFonts w:asciiTheme="majorHAnsi" w:hAnsiTheme="majorHAnsi" w:cstheme="majorHAnsi"/>
        </w:rPr>
        <w:t>i projeler hazırlamaktadır.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örnekte küreselleşmenin hangi boyutu öne çıkmaktadır?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Siyasi sınırların ortadan kalkması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Bilgi ve kültürel etkileşimin artması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Bütün toplumların aynı dili konuşması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Geleneksel eğitim kurumlarının kapanması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4.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</w:t>
      </w:r>
      <w:r w:rsidRPr="00F51F2E">
        <w:rPr>
          <w:rFonts w:asciiTheme="majorHAnsi" w:hAnsiTheme="majorHAnsi" w:cstheme="majorHAnsi"/>
        </w:rPr>
        <w:t xml:space="preserve"> şehirde uluslararası restoran zincirlerinin yaygınlaşmasıyla farklı ülkelere ait yemekler tanınmaya başlanmıştır. Ancak bazı yerel yemek işletmeleri müşteri kaybetmiştir.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örnekten küreselleşmeyle ilgili hangi yargıya ulaşılabilir?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Kültürel etkileşim</w:t>
      </w:r>
      <w:r w:rsidRPr="00F51F2E">
        <w:rPr>
          <w:rFonts w:asciiTheme="majorHAnsi" w:hAnsiTheme="majorHAnsi" w:cstheme="majorHAnsi"/>
        </w:rPr>
        <w:t xml:space="preserve"> yerel işletmeleri her zaman güçlendirir.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Küreselleşme kültürel çeşitliliği tamamen ortadan kaldırır.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Ekonomik değişimler kültürel alışkanlıklardan etkilenmez.</w:t>
      </w:r>
    </w:p>
    <w:p w:rsidR="00681831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Küreselleşme farklı alanlarda olumlu </w:t>
      </w:r>
      <w:proofErr w:type="spellStart"/>
      <w:r w:rsidRPr="00F51F2E">
        <w:rPr>
          <w:rFonts w:asciiTheme="majorHAnsi" w:hAnsiTheme="majorHAnsi" w:cstheme="majorHAnsi"/>
        </w:rPr>
        <w:t>ve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olumsuz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sonuçlar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doğurabilir</w:t>
      </w:r>
      <w:proofErr w:type="spellEnd"/>
      <w:r w:rsidRPr="00F51F2E">
        <w:rPr>
          <w:rFonts w:asciiTheme="majorHAnsi" w:hAnsiTheme="majorHAnsi" w:cstheme="majorHAnsi"/>
        </w:rPr>
        <w:t>.</w:t>
      </w:r>
    </w:p>
    <w:p w:rsidR="00F51F2E" w:rsidRDefault="00F51F2E" w:rsidP="00F51F2E">
      <w:pPr>
        <w:pStyle w:val="AralkYok"/>
        <w:rPr>
          <w:rFonts w:asciiTheme="majorHAnsi" w:hAnsiTheme="majorHAnsi" w:cstheme="majorHAnsi"/>
        </w:rPr>
      </w:pP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5</w:t>
      </w:r>
      <w:r w:rsidRPr="00F51F2E">
        <w:rPr>
          <w:rFonts w:asciiTheme="majorHAnsi" w:hAnsiTheme="majorHAnsi" w:cstheme="majorHAnsi"/>
          <w:b/>
          <w:color w:val="FF0000"/>
        </w:rPr>
        <w:t>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öğrenci</w:t>
      </w:r>
      <w:proofErr w:type="spellEnd"/>
      <w:r w:rsidRPr="00F51F2E">
        <w:rPr>
          <w:rFonts w:asciiTheme="majorHAnsi" w:hAnsiTheme="majorHAnsi" w:cstheme="majorHAnsi"/>
        </w:rPr>
        <w:t xml:space="preserve">, </w:t>
      </w:r>
      <w:proofErr w:type="spellStart"/>
      <w:r w:rsidRPr="00F51F2E">
        <w:rPr>
          <w:rFonts w:asciiTheme="majorHAnsi" w:hAnsiTheme="majorHAnsi" w:cstheme="majorHAnsi"/>
        </w:rPr>
        <w:t>sosyal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medyada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gördüğü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uluslararası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haberin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doğruluğunu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farklı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güvenilir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kaynaklardan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araştırmış</w:t>
      </w:r>
      <w:proofErr w:type="spellEnd"/>
      <w:r w:rsidRPr="00F51F2E">
        <w:rPr>
          <w:rFonts w:asciiTheme="majorHAnsi" w:hAnsiTheme="majorHAnsi" w:cstheme="majorHAnsi"/>
        </w:rPr>
        <w:t xml:space="preserve">, </w:t>
      </w:r>
      <w:proofErr w:type="spellStart"/>
      <w:r w:rsidRPr="00F51F2E">
        <w:rPr>
          <w:rFonts w:asciiTheme="majorHAnsi" w:hAnsiTheme="majorHAnsi" w:cstheme="majorHAnsi"/>
        </w:rPr>
        <w:t>doğrulanmayan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bilgileri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paylaşmamıştır</w:t>
      </w:r>
      <w:proofErr w:type="spellEnd"/>
      <w:r w:rsidRPr="00F51F2E">
        <w:rPr>
          <w:rFonts w:asciiTheme="majorHAnsi" w:hAnsiTheme="majorHAnsi" w:cstheme="majorHAnsi"/>
        </w:rPr>
        <w:t>.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proofErr w:type="spellStart"/>
      <w:r w:rsidRPr="00F51F2E">
        <w:rPr>
          <w:rFonts w:asciiTheme="majorHAnsi" w:hAnsiTheme="majorHAnsi" w:cstheme="majorHAnsi"/>
          <w:b/>
        </w:rPr>
        <w:t>Öğrencinin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bu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davranışı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hangi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beceriyi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kullandığını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göstermektedir</w:t>
      </w:r>
      <w:proofErr w:type="spellEnd"/>
      <w:r w:rsidRPr="00F51F2E">
        <w:rPr>
          <w:rFonts w:asciiTheme="majorHAnsi" w:hAnsiTheme="majorHAnsi" w:cstheme="majorHAnsi"/>
          <w:b/>
        </w:rPr>
        <w:t>?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</w:t>
      </w:r>
      <w:proofErr w:type="spellStart"/>
      <w:r w:rsidRPr="00F51F2E">
        <w:rPr>
          <w:rFonts w:asciiTheme="majorHAnsi" w:hAnsiTheme="majorHAnsi" w:cstheme="majorHAnsi"/>
        </w:rPr>
        <w:t>Ekonomik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girişimcilik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</w:t>
      </w:r>
      <w:proofErr w:type="spellStart"/>
      <w:r w:rsidRPr="00F51F2E">
        <w:rPr>
          <w:rFonts w:asciiTheme="majorHAnsi" w:hAnsiTheme="majorHAnsi" w:cstheme="majorHAnsi"/>
        </w:rPr>
        <w:t>Eleştirel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medya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okuryazarlığı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C) </w:t>
      </w:r>
      <w:proofErr w:type="spellStart"/>
      <w:r w:rsidRPr="00F51F2E">
        <w:rPr>
          <w:rFonts w:asciiTheme="majorHAnsi" w:hAnsiTheme="majorHAnsi" w:cstheme="majorHAnsi"/>
        </w:rPr>
        <w:t>Kültürel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benzeşme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</w:t>
      </w:r>
      <w:proofErr w:type="spellStart"/>
      <w:r w:rsidRPr="00F51F2E">
        <w:rPr>
          <w:rFonts w:asciiTheme="majorHAnsi" w:hAnsiTheme="majorHAnsi" w:cstheme="majorHAnsi"/>
        </w:rPr>
        <w:t>Siyasi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temsil</w:t>
      </w:r>
      <w:proofErr w:type="spellEnd"/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lastRenderedPageBreak/>
        <w:t>6.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tekstil firması, ürünlerini dünyanın farklı bö</w:t>
      </w:r>
      <w:r w:rsidRPr="00F51F2E">
        <w:rPr>
          <w:rFonts w:asciiTheme="majorHAnsi" w:hAnsiTheme="majorHAnsi" w:cstheme="majorHAnsi"/>
        </w:rPr>
        <w:t>lgelerine satmaya başlamış; artan siparişleri karşılamak için yeni çalışanlar işe almıştır. Ancak yabancı firmalarla rekabet etmek zorunda kalmıştır.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gelişmelerden hangisi çıkarılabilir?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Dış ticaret yapan firmalar rekabetten etkilenmez.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Küreselleş</w:t>
      </w:r>
      <w:r w:rsidRPr="00F51F2E">
        <w:rPr>
          <w:rFonts w:asciiTheme="majorHAnsi" w:hAnsiTheme="majorHAnsi" w:cstheme="majorHAnsi"/>
        </w:rPr>
        <w:t>me hem yeni fırsatlar hem de rekabet oluşturur.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Uluslararası pazarlara açılmak istihdamı her zaman azaltır.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Üretim miktarı yalnızca ülke içindeki talebe bağlıdır.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7.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ülkede sanayi tesislerinden kaynaklanan hava kirliliği, rüzgârların etkisiyle k</w:t>
      </w:r>
      <w:r w:rsidRPr="00F51F2E">
        <w:rPr>
          <w:rFonts w:asciiTheme="majorHAnsi" w:hAnsiTheme="majorHAnsi" w:cstheme="majorHAnsi"/>
        </w:rPr>
        <w:t>omşu ülkelerin hava kalitesini de olumsuz etkilemektedir.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sorunun çözümünde hangi yaklaşım daha etkili olur?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Kirliliğin yalnızca komşu ülkeler tarafından izlenmesi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Sanayi faaliyetlerinin bütün ülkelerde durdurulması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Ülkelerin ortak çevre politi</w:t>
      </w:r>
      <w:r w:rsidRPr="00F51F2E">
        <w:rPr>
          <w:rFonts w:asciiTheme="majorHAnsi" w:hAnsiTheme="majorHAnsi" w:cstheme="majorHAnsi"/>
        </w:rPr>
        <w:t>kaları geliştirmesi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Hava kirliliğinin sadece ulusal bir sorun sayılması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8.</w:t>
      </w:r>
      <w:r w:rsidRPr="00F51F2E">
        <w:rPr>
          <w:rFonts w:asciiTheme="majorHAnsi" w:hAnsiTheme="majorHAnsi" w:cstheme="majorHAnsi"/>
        </w:rPr>
        <w:t xml:space="preserve"> Bir ülkede meydana gelen büyük deprem sonrasında Türkiye, arama kurtarma ekipleri, sağlık personeli ve insani yardım malzemeleri göndermiştir.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Türkiye’nin bu tutumu aşağıdakiler</w:t>
      </w:r>
      <w:r w:rsidRPr="00F51F2E">
        <w:rPr>
          <w:rFonts w:asciiTheme="majorHAnsi" w:hAnsiTheme="majorHAnsi" w:cstheme="majorHAnsi"/>
          <w:b/>
        </w:rPr>
        <w:t>den hangisiyle açıklanabilir?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Ekonomik rekabeti artırma amacıyla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Diğer ülkelerin iç yönetimini değiştirme isteğiyle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Uluslararası ticaret yollarını denetleme hedefiyle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Uluslararası dayanışma ve insani sorumluluk anlayışıyla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9.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İklim değişikliği</w:t>
      </w:r>
      <w:r w:rsidRPr="00F51F2E">
        <w:rPr>
          <w:rFonts w:asciiTheme="majorHAnsi" w:hAnsiTheme="majorHAnsi" w:cstheme="majorHAnsi"/>
        </w:rPr>
        <w:t xml:space="preserve"> nedeniyle buzullar erimekte, deniz seviyeleri yükselmekte ve bazı kıyı yerleşmeleri su baskını tehlikesiyle karşılaşmaktadır.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durum iklim değişikliğiyle ilgili hangi yargıyı destekler?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Doğal ve beşerî çevre </w:t>
      </w:r>
      <w:proofErr w:type="spellStart"/>
      <w:r w:rsidRPr="00F51F2E">
        <w:rPr>
          <w:rFonts w:asciiTheme="majorHAnsi" w:hAnsiTheme="majorHAnsi" w:cstheme="majorHAnsi"/>
        </w:rPr>
        <w:t>üzerinde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küresel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etkiler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oluşturduğunu</w:t>
      </w:r>
      <w:proofErr w:type="spellEnd"/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</w:t>
      </w:r>
      <w:r w:rsidRPr="00F51F2E">
        <w:rPr>
          <w:rFonts w:asciiTheme="majorHAnsi" w:hAnsiTheme="majorHAnsi" w:cstheme="majorHAnsi"/>
        </w:rPr>
        <w:t>Bütün bölgelerde aynı sonuçları meydana getirdiğini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Sadece kutup bölgelerindeki canlıları etkilediğini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Yalnızca kısa süreli hava olaylarından kaynaklandığını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10</w:t>
      </w:r>
      <w:r w:rsidRPr="00F51F2E">
        <w:rPr>
          <w:rFonts w:asciiTheme="majorHAnsi" w:hAnsiTheme="majorHAnsi" w:cstheme="majorHAnsi"/>
          <w:b/>
          <w:color w:val="FF0000"/>
        </w:rPr>
        <w:t>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öğrenci</w:t>
      </w:r>
      <w:proofErr w:type="spellEnd"/>
      <w:r w:rsidRPr="00F51F2E">
        <w:rPr>
          <w:rFonts w:asciiTheme="majorHAnsi" w:hAnsiTheme="majorHAnsi" w:cstheme="majorHAnsi"/>
        </w:rPr>
        <w:t xml:space="preserve">, </w:t>
      </w:r>
      <w:proofErr w:type="spellStart"/>
      <w:r w:rsidRPr="00F51F2E">
        <w:rPr>
          <w:rFonts w:asciiTheme="majorHAnsi" w:hAnsiTheme="majorHAnsi" w:cstheme="majorHAnsi"/>
        </w:rPr>
        <w:t>küresel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çevre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sorununa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çözüm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üretmek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amacıyla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okulunda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atık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azaltma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kampanyası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başlatmış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ve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arkadaşlarını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yeniden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kullanılabilir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ürünler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tercih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etmeye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yönlendirmiştir</w:t>
      </w:r>
      <w:proofErr w:type="spellEnd"/>
      <w:r w:rsidRPr="00F51F2E">
        <w:rPr>
          <w:rFonts w:asciiTheme="majorHAnsi" w:hAnsiTheme="majorHAnsi" w:cstheme="majorHAnsi"/>
        </w:rPr>
        <w:t>.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 xml:space="preserve">Bu </w:t>
      </w:r>
      <w:proofErr w:type="spellStart"/>
      <w:r w:rsidRPr="00F51F2E">
        <w:rPr>
          <w:rFonts w:asciiTheme="majorHAnsi" w:hAnsiTheme="majorHAnsi" w:cstheme="majorHAnsi"/>
          <w:b/>
        </w:rPr>
        <w:t>öğrencinin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davranışı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hangi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düşünceyi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desteklemektedir</w:t>
      </w:r>
      <w:proofErr w:type="spellEnd"/>
      <w:r w:rsidRPr="00F51F2E">
        <w:rPr>
          <w:rFonts w:asciiTheme="majorHAnsi" w:hAnsiTheme="majorHAnsi" w:cstheme="majorHAnsi"/>
          <w:b/>
        </w:rPr>
        <w:t>?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</w:t>
      </w:r>
      <w:proofErr w:type="spellStart"/>
      <w:r w:rsidRPr="00F51F2E">
        <w:rPr>
          <w:rFonts w:asciiTheme="majorHAnsi" w:hAnsiTheme="majorHAnsi" w:cstheme="majorHAnsi"/>
        </w:rPr>
        <w:t>Küresel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sorunları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yalnızca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devletlerin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çözebileceğini</w:t>
      </w:r>
      <w:proofErr w:type="spellEnd"/>
    </w:p>
    <w:p w:rsidR="00F51F2E" w:rsidRPr="00F51F2E" w:rsidRDefault="00F51F2E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</w:t>
      </w:r>
      <w:proofErr w:type="spellStart"/>
      <w:r w:rsidRPr="00F51F2E">
        <w:rPr>
          <w:rFonts w:asciiTheme="majorHAnsi" w:hAnsiTheme="majorHAnsi" w:cstheme="majorHAnsi"/>
        </w:rPr>
        <w:t>Bireysel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ve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yerel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girişimlerin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küresel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sorunların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çözümüne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katkı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sağlayabileceğini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C) </w:t>
      </w:r>
      <w:proofErr w:type="spellStart"/>
      <w:r w:rsidRPr="00F51F2E">
        <w:rPr>
          <w:rFonts w:asciiTheme="majorHAnsi" w:hAnsiTheme="majorHAnsi" w:cstheme="majorHAnsi"/>
        </w:rPr>
        <w:t>Çevre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sorunlarının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sadece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teknolojiyle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çözülebileceğini</w:t>
      </w:r>
      <w:proofErr w:type="spellEnd"/>
    </w:p>
    <w:p w:rsidR="00F51F2E" w:rsidRPr="00F51F2E" w:rsidRDefault="00F51F2E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</w:t>
      </w:r>
      <w:proofErr w:type="spellStart"/>
      <w:r w:rsidRPr="00F51F2E">
        <w:rPr>
          <w:rFonts w:asciiTheme="majorHAnsi" w:hAnsiTheme="majorHAnsi" w:cstheme="majorHAnsi"/>
        </w:rPr>
        <w:t>Yerel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çalışmaların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çevre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üzerinde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hiçbir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etkisinin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olmadığını</w:t>
      </w:r>
      <w:proofErr w:type="spellEnd"/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lastRenderedPageBreak/>
        <w:t>11.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 xml:space="preserve">Bir ülkede yaşanan </w:t>
      </w:r>
      <w:r w:rsidRPr="00F51F2E">
        <w:rPr>
          <w:rFonts w:asciiTheme="majorHAnsi" w:hAnsiTheme="majorHAnsi" w:cstheme="majorHAnsi"/>
        </w:rPr>
        <w:t>iç çatışmalar nedeniyle insanlar komşu ülkelere göç etmiş; göç alan ülkelerde barınma, sağlık ve eğitim hizmetlerine duyulan ihtiyaç artmıştır.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durum aşağıdakilerden hangisini göstermektedir?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Göçün yalnızca ekonomik nedenlerle gerçekleştiğini</w:t>
      </w:r>
    </w:p>
    <w:p w:rsidR="00681831" w:rsidRPr="00F51F2E" w:rsidRDefault="00D92C3F" w:rsidP="00FC0A41">
      <w:pPr>
        <w:pStyle w:val="AralkYok"/>
        <w:ind w:left="142" w:hanging="142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Göç </w:t>
      </w:r>
      <w:r w:rsidRPr="00F51F2E">
        <w:rPr>
          <w:rFonts w:asciiTheme="majorHAnsi" w:hAnsiTheme="majorHAnsi" w:cstheme="majorHAnsi"/>
        </w:rPr>
        <w:t xml:space="preserve">hareketlerinin bütün </w:t>
      </w:r>
      <w:proofErr w:type="spellStart"/>
      <w:r w:rsidRPr="00F51F2E">
        <w:rPr>
          <w:rFonts w:asciiTheme="majorHAnsi" w:hAnsiTheme="majorHAnsi" w:cstheme="majorHAnsi"/>
        </w:rPr>
        <w:t>ülkelerde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aynı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sonuçları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doğurduğunu</w:t>
      </w:r>
      <w:proofErr w:type="spellEnd"/>
    </w:p>
    <w:p w:rsidR="00681831" w:rsidRPr="00F51F2E" w:rsidRDefault="00D92C3F" w:rsidP="00FC0A41">
      <w:pPr>
        <w:pStyle w:val="AralkYok"/>
        <w:ind w:left="142" w:hanging="142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Bölgesel sorunların başka ülkeleri de etkileyebildiğini</w:t>
      </w:r>
    </w:p>
    <w:p w:rsidR="00681831" w:rsidRPr="00F51F2E" w:rsidRDefault="00D92C3F" w:rsidP="00FC0A41">
      <w:pPr>
        <w:pStyle w:val="AralkYok"/>
        <w:ind w:left="142" w:hanging="142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Göçün ülkeler arasındaki ilişkileri tamamen sona erdirdiğini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t>12.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Türkiye, çeşitli uluslararası kuruluşlarla birlikte ihtiyaç sahibi böl</w:t>
      </w:r>
      <w:r w:rsidRPr="00F51F2E">
        <w:rPr>
          <w:rFonts w:asciiTheme="majorHAnsi" w:hAnsiTheme="majorHAnsi" w:cstheme="majorHAnsi"/>
        </w:rPr>
        <w:t>gelerde okul, hastane ve temiz su projelerine destek vermektedir.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faaliyetlerin temel amacı aşağıdakilerden hangisidir?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Ülkelerin kültürel özelliklerini aynı hâle getirmek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Uluslararası ticareti tek merkezden yönetmek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C) Yardım alan ülkelerin </w:t>
      </w:r>
      <w:r w:rsidRPr="00F51F2E">
        <w:rPr>
          <w:rFonts w:asciiTheme="majorHAnsi" w:hAnsiTheme="majorHAnsi" w:cstheme="majorHAnsi"/>
        </w:rPr>
        <w:t>siyasi kararlarını belirlemek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İnsanların yaşam </w:t>
      </w:r>
      <w:proofErr w:type="spellStart"/>
      <w:r w:rsidRPr="00F51F2E">
        <w:rPr>
          <w:rFonts w:asciiTheme="majorHAnsi" w:hAnsiTheme="majorHAnsi" w:cstheme="majorHAnsi"/>
        </w:rPr>
        <w:t>koşullarının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iyileştirilmesine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katkı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sağlamak</w:t>
      </w:r>
      <w:proofErr w:type="spellEnd"/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13.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Dünyanın farklı bölgelerinde yaşanan orman yangınlarında ülkeler birbirlerine yangın söndürme uçakları ve uzman ekipler göndermektedir.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uygulamanın aşağ</w:t>
      </w:r>
      <w:r w:rsidRPr="00F51F2E">
        <w:rPr>
          <w:rFonts w:asciiTheme="majorHAnsi" w:hAnsiTheme="majorHAnsi" w:cstheme="majorHAnsi"/>
          <w:b/>
        </w:rPr>
        <w:t>ıdakilerden hangisine doğrudan katkı sağlaması beklenir?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Afetlerle </w:t>
      </w:r>
      <w:proofErr w:type="spellStart"/>
      <w:r w:rsidRPr="00F51F2E">
        <w:rPr>
          <w:rFonts w:asciiTheme="majorHAnsi" w:hAnsiTheme="majorHAnsi" w:cstheme="majorHAnsi"/>
        </w:rPr>
        <w:t>mücadelede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mevcut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imkânların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güçlendirilmesine</w:t>
      </w:r>
      <w:proofErr w:type="spellEnd"/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Orman yangınlarının bütün dünyada tamamen sona ermesine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C) </w:t>
      </w:r>
      <w:proofErr w:type="spellStart"/>
      <w:r w:rsidRPr="00F51F2E">
        <w:rPr>
          <w:rFonts w:asciiTheme="majorHAnsi" w:hAnsiTheme="majorHAnsi" w:cstheme="majorHAnsi"/>
        </w:rPr>
        <w:t>Doğal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afetlerin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oluşum</w:t>
      </w:r>
      <w:proofErr w:type="spellEnd"/>
      <w:r w:rsidRPr="00F51F2E">
        <w:rPr>
          <w:rFonts w:asciiTheme="majorHAnsi" w:hAnsiTheme="majorHAnsi" w:cstheme="majorHAnsi"/>
        </w:rPr>
        <w:t xml:space="preserve"> nedenlerinin ortadan kaldırılmasına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Ülkelerin afet </w:t>
      </w:r>
      <w:r w:rsidRPr="00F51F2E">
        <w:rPr>
          <w:rFonts w:asciiTheme="majorHAnsi" w:hAnsiTheme="majorHAnsi" w:cstheme="majorHAnsi"/>
        </w:rPr>
        <w:t>yönetiminde birbirinden bağımsızlaşmasına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1</w:t>
      </w:r>
      <w:r w:rsidRPr="00FC0A41">
        <w:rPr>
          <w:rFonts w:asciiTheme="majorHAnsi" w:hAnsiTheme="majorHAnsi" w:cstheme="majorHAnsi"/>
          <w:b/>
          <w:color w:val="FF0000"/>
        </w:rPr>
        <w:t>4</w:t>
      </w:r>
      <w:r w:rsidRPr="00FC0A41">
        <w:rPr>
          <w:rFonts w:asciiTheme="majorHAnsi" w:hAnsiTheme="majorHAnsi" w:cstheme="majorHAnsi"/>
          <w:b/>
          <w:color w:val="FF0000"/>
        </w:rPr>
        <w:t>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Uluslararası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kültür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festivalinde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farklı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ülkelerden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katılımcılar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geleneksel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müziklerini</w:t>
      </w:r>
      <w:proofErr w:type="spellEnd"/>
      <w:r w:rsidRPr="00F51F2E">
        <w:rPr>
          <w:rFonts w:asciiTheme="majorHAnsi" w:hAnsiTheme="majorHAnsi" w:cstheme="majorHAnsi"/>
        </w:rPr>
        <w:t xml:space="preserve">, </w:t>
      </w:r>
      <w:proofErr w:type="spellStart"/>
      <w:r w:rsidRPr="00F51F2E">
        <w:rPr>
          <w:rFonts w:asciiTheme="majorHAnsi" w:hAnsiTheme="majorHAnsi" w:cstheme="majorHAnsi"/>
        </w:rPr>
        <w:t>yemeklerini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ve</w:t>
      </w:r>
      <w:proofErr w:type="spellEnd"/>
      <w:r w:rsidRPr="00F51F2E">
        <w:rPr>
          <w:rFonts w:asciiTheme="majorHAnsi" w:hAnsiTheme="majorHAnsi" w:cstheme="majorHAnsi"/>
        </w:rPr>
        <w:t xml:space="preserve"> el </w:t>
      </w:r>
      <w:proofErr w:type="spellStart"/>
      <w:r w:rsidRPr="00F51F2E">
        <w:rPr>
          <w:rFonts w:asciiTheme="majorHAnsi" w:hAnsiTheme="majorHAnsi" w:cstheme="majorHAnsi"/>
        </w:rPr>
        <w:t>sanatlarını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tanıtmıştır</w:t>
      </w:r>
      <w:proofErr w:type="spellEnd"/>
      <w:r w:rsidRPr="00F51F2E">
        <w:rPr>
          <w:rFonts w:asciiTheme="majorHAnsi" w:hAnsiTheme="majorHAnsi" w:cstheme="majorHAnsi"/>
        </w:rPr>
        <w:t xml:space="preserve">. </w:t>
      </w:r>
      <w:proofErr w:type="spellStart"/>
      <w:r w:rsidRPr="00F51F2E">
        <w:rPr>
          <w:rFonts w:asciiTheme="majorHAnsi" w:hAnsiTheme="majorHAnsi" w:cstheme="majorHAnsi"/>
        </w:rPr>
        <w:t>Ziyaretçiler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başka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toplumların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yaşam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biçimleri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hakkında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bilgi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edinmiştir</w:t>
      </w:r>
      <w:proofErr w:type="spellEnd"/>
      <w:r w:rsidRPr="00F51F2E">
        <w:rPr>
          <w:rFonts w:asciiTheme="majorHAnsi" w:hAnsiTheme="majorHAnsi" w:cstheme="majorHAnsi"/>
        </w:rPr>
        <w:t>.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 xml:space="preserve">Bu </w:t>
      </w:r>
      <w:proofErr w:type="spellStart"/>
      <w:r w:rsidRPr="00F51F2E">
        <w:rPr>
          <w:rFonts w:asciiTheme="majorHAnsi" w:hAnsiTheme="majorHAnsi" w:cstheme="majorHAnsi"/>
          <w:b/>
        </w:rPr>
        <w:t>etkinliğin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aşağıdakilerden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hangisine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katkı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sağlaması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beklenir</w:t>
      </w:r>
      <w:proofErr w:type="spellEnd"/>
      <w:r w:rsidRPr="00F51F2E">
        <w:rPr>
          <w:rFonts w:asciiTheme="majorHAnsi" w:hAnsiTheme="majorHAnsi" w:cstheme="majorHAnsi"/>
          <w:b/>
        </w:rPr>
        <w:t>?</w:t>
      </w:r>
    </w:p>
    <w:p w:rsidR="00F51F2E" w:rsidRPr="00F51F2E" w:rsidRDefault="00F51F2E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</w:t>
      </w:r>
      <w:proofErr w:type="spellStart"/>
      <w:r w:rsidRPr="00F51F2E">
        <w:rPr>
          <w:rFonts w:asciiTheme="majorHAnsi" w:hAnsiTheme="majorHAnsi" w:cstheme="majorHAnsi"/>
        </w:rPr>
        <w:t>Toplumların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kendilerine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özgü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kültürel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değerlerini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kaybetmesine</w:t>
      </w:r>
      <w:proofErr w:type="spellEnd"/>
    </w:p>
    <w:p w:rsidR="00F51F2E" w:rsidRPr="00F51F2E" w:rsidRDefault="00F51F2E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</w:t>
      </w:r>
      <w:proofErr w:type="spellStart"/>
      <w:r w:rsidRPr="00F51F2E">
        <w:rPr>
          <w:rFonts w:asciiTheme="majorHAnsi" w:hAnsiTheme="majorHAnsi" w:cstheme="majorHAnsi"/>
        </w:rPr>
        <w:t>Ülkeler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arasındaki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ekonomik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ilişkilerin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sona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ermesine</w:t>
      </w:r>
      <w:proofErr w:type="spellEnd"/>
    </w:p>
    <w:p w:rsidR="00F51F2E" w:rsidRPr="00F51F2E" w:rsidRDefault="00F51F2E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C) </w:t>
      </w:r>
      <w:proofErr w:type="spellStart"/>
      <w:r w:rsidRPr="00F51F2E">
        <w:rPr>
          <w:rFonts w:asciiTheme="majorHAnsi" w:hAnsiTheme="majorHAnsi" w:cstheme="majorHAnsi"/>
        </w:rPr>
        <w:t>Kültürler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anlayış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ve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karşılıklı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saygının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gelişmesine</w:t>
      </w:r>
      <w:proofErr w:type="spellEnd"/>
    </w:p>
    <w:p w:rsidR="00F51F2E" w:rsidRPr="00F51F2E" w:rsidRDefault="00F51F2E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</w:t>
      </w:r>
      <w:proofErr w:type="spellStart"/>
      <w:r w:rsidRPr="00F51F2E">
        <w:rPr>
          <w:rFonts w:asciiTheme="majorHAnsi" w:hAnsiTheme="majorHAnsi" w:cstheme="majorHAnsi"/>
        </w:rPr>
        <w:t>Bütün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toplumların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ortak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yaşam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biçimini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benimsemesine</w:t>
      </w:r>
      <w:proofErr w:type="spellEnd"/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15.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ülkenin geliştirdiği yeni iletişim teknolojisi kısa sürede dünyanın farklı ülkelerinde kullanılmaya başlanmıştır. Bu teknoloji, insanların uzaktan çalışmasını ve bilgiye daha hızlı ulaşmasını sağlamıştı</w:t>
      </w:r>
      <w:r w:rsidRPr="00F51F2E">
        <w:rPr>
          <w:rFonts w:asciiTheme="majorHAnsi" w:hAnsiTheme="majorHAnsi" w:cstheme="majorHAnsi"/>
        </w:rPr>
        <w:t>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örnekte küreselleşmenin hangi etkisi vurgulanmaktadır?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Ülkeler arasındaki bilgi akışının yavaşlaması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İletişim teknolojilerinin ekonomik faaliyetlerden ayrılması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Teknolojik gelişmelerin dünya genelinde yayılması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İnsanların iletişim kurma i</w:t>
      </w:r>
      <w:r w:rsidRPr="00F51F2E">
        <w:rPr>
          <w:rFonts w:asciiTheme="majorHAnsi" w:hAnsiTheme="majorHAnsi" w:cstheme="majorHAnsi"/>
        </w:rPr>
        <w:t>htiyacının ortadan kalkması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  <w:color w:val="FF0000"/>
        </w:rPr>
        <w:lastRenderedPageBreak/>
        <w:t>16.</w:t>
      </w:r>
      <w:r w:rsidRPr="00F51F2E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Türkiye, Karadeniz’deki tahıl sevkiyatının sürdürülmesine yönelik diplomatik görüşmelere katkı sağlayarak küresel gıda arzında yaşanabilecek sorunların hafifletilmesi için girişimlerde bulunmuştur.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girişim Türkiye’nin ha</w:t>
      </w:r>
      <w:r w:rsidRPr="00F51F2E">
        <w:rPr>
          <w:rFonts w:asciiTheme="majorHAnsi" w:hAnsiTheme="majorHAnsi" w:cstheme="majorHAnsi"/>
          <w:b/>
        </w:rPr>
        <w:t>ngi rolüne örnek gösterilebilir?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Bütün ülkelerin tarımsal üretimini yönetmesine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Uluslararası ticaretin tamamını denetlemesine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Dünya genelindeki gıda fiyatlarını tek başına belirlemesine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Bölgesel ve küresel sorunlarda diplomatik </w:t>
      </w:r>
      <w:proofErr w:type="spellStart"/>
      <w:r w:rsidRPr="00F51F2E">
        <w:rPr>
          <w:rFonts w:asciiTheme="majorHAnsi" w:hAnsiTheme="majorHAnsi" w:cstheme="majorHAnsi"/>
        </w:rPr>
        <w:t>çözüm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arayışına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katkı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sunmasına</w:t>
      </w:r>
      <w:proofErr w:type="spellEnd"/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17.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araştırmada, aynı ürünün farklı ülkelerde tanıtımının yapıldığı, ancak reklamların ülkelerin dillerine ve kültürel özelliklerine göre değiştirildiği belirlenmiştir.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uygulama aşağıdakilerden hangisini göstermektedir?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Küresel e</w:t>
      </w:r>
      <w:r w:rsidRPr="00F51F2E">
        <w:rPr>
          <w:rFonts w:asciiTheme="majorHAnsi" w:hAnsiTheme="majorHAnsi" w:cstheme="majorHAnsi"/>
        </w:rPr>
        <w:t xml:space="preserve">konomik faaliyetlerde yerel </w:t>
      </w:r>
      <w:proofErr w:type="spellStart"/>
      <w:r w:rsidRPr="00F51F2E">
        <w:rPr>
          <w:rFonts w:asciiTheme="majorHAnsi" w:hAnsiTheme="majorHAnsi" w:cstheme="majorHAnsi"/>
        </w:rPr>
        <w:t>kültürel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özelliklerin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dikkate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alınabildiğini</w:t>
      </w:r>
      <w:proofErr w:type="spellEnd"/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Küreselleşmeyle bütün toplumların tüketim tercihlerinin aynılaştığını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Uluslararası firmaların kültürel farklılıkları ortadan kaldırdığını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Ürünlerin farklı ülkelerde tanıtılma</w:t>
      </w:r>
      <w:r w:rsidRPr="00F51F2E">
        <w:rPr>
          <w:rFonts w:asciiTheme="majorHAnsi" w:hAnsiTheme="majorHAnsi" w:cstheme="majorHAnsi"/>
        </w:rPr>
        <w:t>sının ekonomik yarar sağlamadığını</w:t>
      </w:r>
    </w:p>
    <w:p w:rsidR="00681831" w:rsidRPr="00F51F2E" w:rsidRDefault="00681831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18.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Denizlerde biriken plastik atıklar, deniz canlılarına zarar vermekte ve akıntılarla farklı ülkelerin kıyılarına ulaşmaktadır.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soruna karşı aşağıdakilerden hangisinin uygulanması daha kapsamlı bir çözüm sağlayabili</w:t>
      </w:r>
      <w:r w:rsidRPr="00F51F2E">
        <w:rPr>
          <w:rFonts w:asciiTheme="majorHAnsi" w:hAnsiTheme="majorHAnsi" w:cstheme="majorHAnsi"/>
          <w:b/>
        </w:rPr>
        <w:t>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Atıkların sadece kıyıya ulaştığında toplanması</w:t>
      </w:r>
    </w:p>
    <w:p w:rsidR="00681831" w:rsidRPr="00F51F2E" w:rsidRDefault="00D92C3F" w:rsidP="00FC0A41">
      <w:pPr>
        <w:pStyle w:val="AralkYok"/>
        <w:ind w:left="284" w:hanging="284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</w:t>
      </w:r>
      <w:bookmarkStart w:id="0" w:name="_GoBack"/>
      <w:r w:rsidRPr="00F51F2E">
        <w:rPr>
          <w:rFonts w:asciiTheme="majorHAnsi" w:hAnsiTheme="majorHAnsi" w:cstheme="majorHAnsi"/>
        </w:rPr>
        <w:t xml:space="preserve">Plastik kullanımının azaltılması ve uluslararası </w:t>
      </w:r>
      <w:proofErr w:type="spellStart"/>
      <w:r w:rsidRPr="00F51F2E">
        <w:rPr>
          <w:rFonts w:asciiTheme="majorHAnsi" w:hAnsiTheme="majorHAnsi" w:cstheme="majorHAnsi"/>
        </w:rPr>
        <w:t>atık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yöneti</w:t>
      </w:r>
      <w:bookmarkEnd w:id="0"/>
      <w:r w:rsidRPr="00F51F2E">
        <w:rPr>
          <w:rFonts w:asciiTheme="majorHAnsi" w:hAnsiTheme="majorHAnsi" w:cstheme="majorHAnsi"/>
        </w:rPr>
        <w:t>mi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iş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birliği</w:t>
      </w:r>
      <w:proofErr w:type="spellEnd"/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Deniz taşımacılığının bütün ülkelerde sona erdirilmesi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Deniz kirliliğinin yalnızca kıyı ülkelerinin sorunu sayılması</w:t>
      </w:r>
    </w:p>
    <w:p w:rsidR="00681831" w:rsidRDefault="00681831" w:rsidP="00F51F2E">
      <w:pPr>
        <w:pStyle w:val="AralkYok"/>
        <w:rPr>
          <w:rFonts w:asciiTheme="majorHAnsi" w:hAnsiTheme="majorHAnsi" w:cstheme="majorHAnsi"/>
        </w:rPr>
      </w:pP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1</w:t>
      </w:r>
      <w:r w:rsidRPr="00FC0A41">
        <w:rPr>
          <w:rFonts w:asciiTheme="majorHAnsi" w:hAnsiTheme="majorHAnsi" w:cstheme="majorHAnsi"/>
          <w:b/>
          <w:color w:val="FF0000"/>
        </w:rPr>
        <w:t>9</w:t>
      </w:r>
      <w:r w:rsidRPr="00FC0A41">
        <w:rPr>
          <w:rFonts w:asciiTheme="majorHAnsi" w:hAnsiTheme="majorHAnsi" w:cstheme="majorHAnsi"/>
          <w:b/>
          <w:color w:val="FF0000"/>
        </w:rPr>
        <w:t>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ülkede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ortaya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çıkan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bulaşıcı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hastalık</w:t>
      </w:r>
      <w:proofErr w:type="spellEnd"/>
      <w:r w:rsidRPr="00F51F2E">
        <w:rPr>
          <w:rFonts w:asciiTheme="majorHAnsi" w:hAnsiTheme="majorHAnsi" w:cstheme="majorHAnsi"/>
        </w:rPr>
        <w:t xml:space="preserve">, </w:t>
      </w:r>
      <w:proofErr w:type="spellStart"/>
      <w:r w:rsidRPr="00F51F2E">
        <w:rPr>
          <w:rFonts w:asciiTheme="majorHAnsi" w:hAnsiTheme="majorHAnsi" w:cstheme="majorHAnsi"/>
        </w:rPr>
        <w:t>uluslararası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seyahatler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nedeniyle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kısa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sürede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başka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ülkelere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yayılmıştır</w:t>
      </w:r>
      <w:proofErr w:type="spellEnd"/>
      <w:r w:rsidRPr="00F51F2E">
        <w:rPr>
          <w:rFonts w:asciiTheme="majorHAnsi" w:hAnsiTheme="majorHAnsi" w:cstheme="majorHAnsi"/>
        </w:rPr>
        <w:t xml:space="preserve">. </w:t>
      </w:r>
      <w:proofErr w:type="spellStart"/>
      <w:r w:rsidRPr="00F51F2E">
        <w:rPr>
          <w:rFonts w:asciiTheme="majorHAnsi" w:hAnsiTheme="majorHAnsi" w:cstheme="majorHAnsi"/>
        </w:rPr>
        <w:t>Ülkeler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hastalığın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kontrol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altına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alınması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için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bilimsel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araştırmalarını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paylaşmıştır</w:t>
      </w:r>
      <w:proofErr w:type="spellEnd"/>
      <w:r w:rsidRPr="00F51F2E">
        <w:rPr>
          <w:rFonts w:asciiTheme="majorHAnsi" w:hAnsiTheme="majorHAnsi" w:cstheme="majorHAnsi"/>
        </w:rPr>
        <w:t>.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 xml:space="preserve">Bu durum </w:t>
      </w:r>
      <w:proofErr w:type="spellStart"/>
      <w:r w:rsidRPr="00F51F2E">
        <w:rPr>
          <w:rFonts w:asciiTheme="majorHAnsi" w:hAnsiTheme="majorHAnsi" w:cstheme="majorHAnsi"/>
          <w:b/>
        </w:rPr>
        <w:t>aşağıdakilerden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hangisinin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önemini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ortaya</w:t>
      </w:r>
      <w:proofErr w:type="spellEnd"/>
      <w:r w:rsidRPr="00F51F2E">
        <w:rPr>
          <w:rFonts w:asciiTheme="majorHAnsi" w:hAnsiTheme="majorHAnsi" w:cstheme="majorHAnsi"/>
          <w:b/>
        </w:rPr>
        <w:t xml:space="preserve"> </w:t>
      </w:r>
      <w:proofErr w:type="spellStart"/>
      <w:r w:rsidRPr="00F51F2E">
        <w:rPr>
          <w:rFonts w:asciiTheme="majorHAnsi" w:hAnsiTheme="majorHAnsi" w:cstheme="majorHAnsi"/>
          <w:b/>
        </w:rPr>
        <w:t>koymaktadır</w:t>
      </w:r>
      <w:proofErr w:type="spellEnd"/>
      <w:r w:rsidRPr="00F51F2E">
        <w:rPr>
          <w:rFonts w:asciiTheme="majorHAnsi" w:hAnsiTheme="majorHAnsi" w:cstheme="majorHAnsi"/>
          <w:b/>
        </w:rPr>
        <w:t>?</w:t>
      </w:r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A) </w:t>
      </w:r>
      <w:proofErr w:type="spellStart"/>
      <w:r w:rsidRPr="00F51F2E">
        <w:rPr>
          <w:rFonts w:asciiTheme="majorHAnsi" w:hAnsiTheme="majorHAnsi" w:cstheme="majorHAnsi"/>
        </w:rPr>
        <w:t>Küresel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sorunlarda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uluslararası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iş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birliğinin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B) </w:t>
      </w:r>
      <w:proofErr w:type="spellStart"/>
      <w:r w:rsidRPr="00F51F2E">
        <w:rPr>
          <w:rFonts w:asciiTheme="majorHAnsi" w:hAnsiTheme="majorHAnsi" w:cstheme="majorHAnsi"/>
        </w:rPr>
        <w:t>Sağlık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sorunlarında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yalnızca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yerel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önlemlerin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C) </w:t>
      </w:r>
      <w:proofErr w:type="spellStart"/>
      <w:r w:rsidRPr="00F51F2E">
        <w:rPr>
          <w:rFonts w:asciiTheme="majorHAnsi" w:hAnsiTheme="majorHAnsi" w:cstheme="majorHAnsi"/>
        </w:rPr>
        <w:t>Ülkeler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arasında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bilimsel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rekabetin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artırılmasının</w:t>
      </w:r>
      <w:proofErr w:type="spellEnd"/>
    </w:p>
    <w:p w:rsidR="00F51F2E" w:rsidRDefault="00F51F2E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 xml:space="preserve">D) </w:t>
      </w:r>
      <w:proofErr w:type="spellStart"/>
      <w:r w:rsidRPr="00F51F2E">
        <w:rPr>
          <w:rFonts w:asciiTheme="majorHAnsi" w:hAnsiTheme="majorHAnsi" w:cstheme="majorHAnsi"/>
        </w:rPr>
        <w:t>Uluslararası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ulaşımın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tamamen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durdurulmasının</w:t>
      </w:r>
      <w:proofErr w:type="spellEnd"/>
    </w:p>
    <w:p w:rsidR="00F51F2E" w:rsidRPr="00F51F2E" w:rsidRDefault="00F51F2E" w:rsidP="00F51F2E">
      <w:pPr>
        <w:pStyle w:val="AralkYok"/>
        <w:rPr>
          <w:rFonts w:asciiTheme="majorHAnsi" w:hAnsiTheme="majorHAnsi" w:cstheme="majorHAnsi"/>
        </w:rPr>
      </w:pP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C0A41">
        <w:rPr>
          <w:rFonts w:asciiTheme="majorHAnsi" w:hAnsiTheme="majorHAnsi" w:cstheme="majorHAnsi"/>
          <w:b/>
          <w:color w:val="FF0000"/>
        </w:rPr>
        <w:t>20.</w:t>
      </w:r>
      <w:r w:rsidRPr="00FC0A41">
        <w:rPr>
          <w:rFonts w:asciiTheme="majorHAnsi" w:hAnsiTheme="majorHAnsi" w:cstheme="majorHAnsi"/>
          <w:color w:val="FF0000"/>
        </w:rPr>
        <w:t xml:space="preserve"> </w:t>
      </w:r>
      <w:r w:rsidRPr="00F51F2E">
        <w:rPr>
          <w:rFonts w:asciiTheme="majorHAnsi" w:hAnsiTheme="majorHAnsi" w:cstheme="majorHAnsi"/>
        </w:rPr>
        <w:t>Bir araştırma grubu, iklim değişikliğiyle mücadele için üç öneri hazırlamıştır: I. Yenilenebilir enerji kaynaklarının kullanımını artırmak. II. Enerji verimliliği sağlayan teknolojileri yaygınlaştırmak. III. Fosil yakıt tüketimini artıran uy</w:t>
      </w:r>
      <w:r w:rsidRPr="00F51F2E">
        <w:rPr>
          <w:rFonts w:asciiTheme="majorHAnsi" w:hAnsiTheme="majorHAnsi" w:cstheme="majorHAnsi"/>
        </w:rPr>
        <w:t>gulamaları teşvik etmek.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  <w:b/>
        </w:rPr>
        <w:t>Bu önerilerden hangileri iklim değişikliğiyle mücadele amacıyla uyumludur?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A) Yalnız 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B) Yalnız III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C) II ve III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t>D) I ve II</w:t>
      </w:r>
    </w:p>
    <w:p w:rsidR="00681831" w:rsidRPr="00F51F2E" w:rsidRDefault="00D92C3F" w:rsidP="00F51F2E">
      <w:pPr>
        <w:pStyle w:val="AralkYok"/>
        <w:rPr>
          <w:rFonts w:asciiTheme="majorHAnsi" w:hAnsiTheme="majorHAnsi" w:cstheme="majorHAnsi"/>
        </w:rPr>
      </w:pPr>
      <w:r w:rsidRPr="00F51F2E">
        <w:rPr>
          <w:rFonts w:asciiTheme="majorHAnsi" w:hAnsiTheme="majorHAnsi" w:cstheme="majorHAnsi"/>
        </w:rPr>
        <w:br w:type="page"/>
      </w:r>
      <w:proofErr w:type="spellStart"/>
      <w:r w:rsidR="00F51F2E">
        <w:rPr>
          <w:rFonts w:asciiTheme="majorHAnsi" w:hAnsiTheme="majorHAnsi" w:cstheme="majorHAnsi"/>
        </w:rPr>
        <w:lastRenderedPageBreak/>
        <w:t>C</w:t>
      </w:r>
      <w:r w:rsidRPr="00F51F2E">
        <w:rPr>
          <w:rFonts w:asciiTheme="majorHAnsi" w:hAnsiTheme="majorHAnsi" w:cstheme="majorHAnsi"/>
        </w:rPr>
        <w:t>EVAP</w:t>
      </w:r>
      <w:proofErr w:type="spellEnd"/>
      <w:r w:rsidRPr="00F51F2E">
        <w:rPr>
          <w:rFonts w:asciiTheme="majorHAnsi" w:hAnsiTheme="majorHAnsi" w:cstheme="majorHAnsi"/>
        </w:rPr>
        <w:t xml:space="preserve"> </w:t>
      </w:r>
      <w:proofErr w:type="spellStart"/>
      <w:r w:rsidRPr="00F51F2E">
        <w:rPr>
          <w:rFonts w:asciiTheme="majorHAnsi" w:hAnsiTheme="majorHAnsi" w:cstheme="majorHAnsi"/>
        </w:rPr>
        <w:t>ANAHTARI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43"/>
        <w:gridCol w:w="1144"/>
        <w:gridCol w:w="1144"/>
        <w:gridCol w:w="1144"/>
        <w:gridCol w:w="1144"/>
      </w:tblGrid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2. 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3. B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4.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5. </w:t>
            </w:r>
            <w:r w:rsidR="00F51F2E">
              <w:rPr>
                <w:rFonts w:asciiTheme="majorHAnsi" w:hAnsiTheme="majorHAnsi" w:cstheme="majorHAnsi"/>
              </w:rPr>
              <w:t>B</w:t>
            </w:r>
          </w:p>
        </w:tc>
      </w:tr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6. B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7. 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8.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9.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10. </w:t>
            </w:r>
            <w:r w:rsidR="00F51F2E">
              <w:rPr>
                <w:rFonts w:asciiTheme="majorHAnsi" w:hAnsiTheme="majorHAnsi" w:cstheme="majorHAnsi"/>
              </w:rPr>
              <w:t>B</w:t>
            </w:r>
          </w:p>
        </w:tc>
      </w:tr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11. 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12.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13.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14. </w:t>
            </w:r>
            <w:r w:rsidR="00F51F2E">
              <w:rPr>
                <w:rFonts w:asciiTheme="majorHAnsi" w:hAnsiTheme="majorHAnsi" w:cstheme="majorHAnsi"/>
              </w:rPr>
              <w:t>C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15. C</w:t>
            </w:r>
          </w:p>
        </w:tc>
      </w:tr>
      <w:tr w:rsidR="00681831" w:rsidRPr="00F51F2E"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16. D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17. 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18. B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 xml:space="preserve">19. </w:t>
            </w:r>
            <w:r w:rsidR="00F51F2E">
              <w:rPr>
                <w:rFonts w:asciiTheme="majorHAnsi" w:hAnsiTheme="majorHAnsi" w:cstheme="majorHAnsi"/>
              </w:rPr>
              <w:t>A</w:t>
            </w:r>
          </w:p>
        </w:tc>
        <w:tc>
          <w:tcPr>
            <w:tcW w:w="1994" w:type="dxa"/>
          </w:tcPr>
          <w:p w:rsidR="00681831" w:rsidRPr="00F51F2E" w:rsidRDefault="00D92C3F" w:rsidP="00F51F2E">
            <w:pPr>
              <w:pStyle w:val="AralkYok"/>
              <w:rPr>
                <w:rFonts w:asciiTheme="majorHAnsi" w:hAnsiTheme="majorHAnsi" w:cstheme="majorHAnsi"/>
              </w:rPr>
            </w:pPr>
            <w:r w:rsidRPr="00F51F2E">
              <w:rPr>
                <w:rFonts w:asciiTheme="majorHAnsi" w:hAnsiTheme="majorHAnsi" w:cstheme="majorHAnsi"/>
              </w:rPr>
              <w:t>20. D</w:t>
            </w:r>
          </w:p>
        </w:tc>
      </w:tr>
    </w:tbl>
    <w:p w:rsidR="00D92C3F" w:rsidRPr="00F51F2E" w:rsidRDefault="00D92C3F" w:rsidP="00F51F2E">
      <w:pPr>
        <w:pStyle w:val="AralkYok"/>
        <w:rPr>
          <w:rFonts w:asciiTheme="majorHAnsi" w:hAnsiTheme="majorHAnsi" w:cstheme="majorHAnsi"/>
        </w:rPr>
      </w:pPr>
    </w:p>
    <w:sectPr w:rsidR="00D92C3F" w:rsidRPr="00F51F2E" w:rsidSect="00F51F2E">
      <w:type w:val="continuous"/>
      <w:pgSz w:w="12240" w:h="15840"/>
      <w:pgMar w:top="284" w:right="333" w:bottom="284" w:left="426" w:header="720" w:footer="720" w:gutter="0"/>
      <w:cols w:num="2" w:sep="1" w:space="47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azouk SSi">
    <w:panose1 w:val="020B0500000000000000"/>
    <w:charset w:val="00"/>
    <w:family w:val="swiss"/>
    <w:pitch w:val="variable"/>
    <w:sig w:usb0="80000027" w:usb1="0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81831"/>
    <w:rsid w:val="00AA1D8D"/>
    <w:rsid w:val="00B47730"/>
    <w:rsid w:val="00CB0664"/>
    <w:rsid w:val="00D92C3F"/>
    <w:rsid w:val="00F51F2E"/>
    <w:rsid w:val="00FC0A4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9DF483"/>
  <w14:defaultImageDpi w14:val="300"/>
  <w15:docId w15:val="{D9C0AEB5-1DCB-483C-907C-71EB6BCC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EC4DEB-5E02-4D98-83E1-48A58A22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1429</Words>
  <Characters>8150</Characters>
  <Application>Microsoft Office Word</Application>
  <DocSecurity>0</DocSecurity>
  <Lines>67</Lines>
  <Paragraphs>19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9560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2</cp:revision>
  <dcterms:created xsi:type="dcterms:W3CDTF">2013-12-23T23:15:00Z</dcterms:created>
  <dcterms:modified xsi:type="dcterms:W3CDTF">2026-10-31T21:16:00Z</dcterms:modified>
  <cp:category/>
</cp:coreProperties>
</file>