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6550BE" w:rsidTr="00005BDA">
        <w:tc>
          <w:tcPr>
            <w:tcW w:w="9978" w:type="dxa"/>
          </w:tcPr>
          <w:p w:rsidR="006550BE" w:rsidRDefault="0089417E">
            <w:pPr>
              <w:spacing w:before="100" w:after="20"/>
              <w:jc w:val="center"/>
            </w:pPr>
            <w:r>
              <w:rPr>
                <w:sz w:val="21"/>
              </w:rPr>
              <w:t>2026-2027 EĞİTİM-ÖĞRETİM YILI</w:t>
            </w:r>
          </w:p>
          <w:p w:rsidR="006550BE" w:rsidRDefault="0089417E">
            <w:pPr>
              <w:spacing w:after="20"/>
              <w:jc w:val="center"/>
            </w:pPr>
            <w:r>
              <w:rPr>
                <w:b/>
                <w:sz w:val="26"/>
              </w:rPr>
              <w:t>…………………</w:t>
            </w:r>
          </w:p>
          <w:p w:rsidR="006550BE" w:rsidRDefault="0089417E">
            <w:pPr>
              <w:spacing w:after="20"/>
              <w:jc w:val="center"/>
            </w:pPr>
            <w:r>
              <w:rPr>
                <w:b/>
                <w:sz w:val="30"/>
              </w:rPr>
              <w:t>7. SINIF SOSYAL BİLGİLER DERSİ</w:t>
            </w:r>
          </w:p>
          <w:p w:rsidR="006550BE" w:rsidRDefault="0089417E">
            <w:pPr>
              <w:spacing w:after="20"/>
              <w:jc w:val="center"/>
            </w:pPr>
            <w:r>
              <w:rPr>
                <w:b/>
                <w:sz w:val="24"/>
              </w:rPr>
              <w:t>GÜNLÜK PLAN</w:t>
            </w:r>
          </w:p>
          <w:p w:rsidR="006550BE" w:rsidRDefault="0089417E">
            <w:pPr>
              <w:spacing w:after="100"/>
              <w:jc w:val="center"/>
            </w:pPr>
            <w:r>
              <w:rPr>
                <w:sz w:val="21"/>
              </w:rPr>
              <w:t>6. Hafta  ·  19–23 Ekim 2026</w:t>
            </w:r>
          </w:p>
        </w:tc>
      </w:tr>
    </w:tbl>
    <w:p w:rsidR="006550BE" w:rsidRDefault="006550BE">
      <w:pPr>
        <w:spacing w:after="0"/>
      </w:pPr>
    </w:p>
    <w:tbl>
      <w:tblPr>
        <w:tblStyle w:val="DzTablo1"/>
        <w:tblW w:w="0" w:type="auto"/>
        <w:tblLook w:val="04A0" w:firstRow="1" w:lastRow="0" w:firstColumn="1" w:lastColumn="0" w:noHBand="0" w:noVBand="1"/>
      </w:tblPr>
      <w:tblGrid>
        <w:gridCol w:w="2494"/>
        <w:gridCol w:w="2494"/>
        <w:gridCol w:w="2494"/>
        <w:gridCol w:w="2494"/>
      </w:tblGrid>
      <w:tr w:rsidR="006550BE" w:rsidTr="00005B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6550BE" w:rsidRDefault="0089417E">
            <w:pPr>
              <w:jc w:val="center"/>
            </w:pPr>
            <w:r>
              <w:rPr>
                <w:sz w:val="16"/>
              </w:rPr>
              <w:t>DERS</w:t>
            </w:r>
            <w:r>
              <w:rPr>
                <w:sz w:val="16"/>
              </w:rPr>
              <w:br/>
            </w:r>
            <w:r>
              <w:rPr>
                <w:b w:val="0"/>
                <w:sz w:val="20"/>
              </w:rPr>
              <w:t>Sosyal Bilgiler</w:t>
            </w:r>
          </w:p>
        </w:tc>
        <w:tc>
          <w:tcPr>
            <w:tcW w:w="2494" w:type="dxa"/>
          </w:tcPr>
          <w:p w:rsidR="006550BE" w:rsidRDefault="0089417E">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6550BE" w:rsidRDefault="0089417E">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6. Hafta</w:t>
            </w:r>
          </w:p>
        </w:tc>
        <w:tc>
          <w:tcPr>
            <w:tcW w:w="2494" w:type="dxa"/>
          </w:tcPr>
          <w:p w:rsidR="006550BE" w:rsidRDefault="0089417E">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1+2 SAAT</w:t>
            </w:r>
          </w:p>
        </w:tc>
      </w:tr>
    </w:tbl>
    <w:p w:rsidR="006550BE" w:rsidRDefault="006550BE">
      <w:pPr>
        <w:spacing w:after="0"/>
      </w:pPr>
    </w:p>
    <w:p w:rsidR="006550BE" w:rsidRDefault="0089417E">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6550BE" w:rsidTr="00005BDA">
        <w:tc>
          <w:tcPr>
            <w:tcW w:w="2438" w:type="dxa"/>
          </w:tcPr>
          <w:p w:rsidR="006550BE" w:rsidRDefault="0089417E">
            <w:r>
              <w:rPr>
                <w:b/>
                <w:sz w:val="20"/>
              </w:rPr>
              <w:t>Ünite / Tema Adı / No</w:t>
            </w:r>
          </w:p>
        </w:tc>
        <w:tc>
          <w:tcPr>
            <w:tcW w:w="7540" w:type="dxa"/>
          </w:tcPr>
          <w:p w:rsidR="006550BE" w:rsidRDefault="0089417E">
            <w:pPr>
              <w:spacing w:after="40" w:line="259" w:lineRule="auto"/>
            </w:pPr>
            <w:r>
              <w:rPr>
                <w:sz w:val="20"/>
              </w:rPr>
              <w:t>2. ÖĞRENME ALANI:</w:t>
            </w:r>
            <w:r>
              <w:rPr>
                <w:sz w:val="20"/>
              </w:rPr>
              <w:t xml:space="preserve"> EVİMİZ DÜNYA</w:t>
            </w:r>
          </w:p>
        </w:tc>
      </w:tr>
      <w:tr w:rsidR="006550BE" w:rsidTr="00005BDA">
        <w:tc>
          <w:tcPr>
            <w:tcW w:w="2438" w:type="dxa"/>
          </w:tcPr>
          <w:p w:rsidR="006550BE" w:rsidRDefault="0089417E">
            <w:r>
              <w:rPr>
                <w:b/>
                <w:sz w:val="20"/>
              </w:rPr>
              <w:t>Ünite Açıklaması</w:t>
            </w:r>
          </w:p>
        </w:tc>
        <w:tc>
          <w:tcPr>
            <w:tcW w:w="7540" w:type="dxa"/>
          </w:tcPr>
          <w:p w:rsidR="006550BE" w:rsidRDefault="0089417E">
            <w:pPr>
              <w:spacing w:after="40" w:line="259" w:lineRule="auto"/>
              <w:jc w:val="both"/>
            </w:pPr>
            <w:r>
              <w:rPr>
                <w:sz w:val="20"/>
              </w:rPr>
              <w:t>Bu öğrenme alanında öğrencilerin küreselleşmenin insan ve toplum hayatında meydana getirdiği değişimi, bölgesel ve küresel sorunların çözümünde ülkemizin rolünü girişimci ve insani dış politika ekseninde ifade edebilmelerine</w:t>
            </w:r>
            <w:r>
              <w:rPr>
                <w:sz w:val="20"/>
              </w:rPr>
              <w:t xml:space="preserve"> yönelik bilgi ve becerileri kazanmaları amaçlanmaktadır.</w:t>
            </w:r>
          </w:p>
        </w:tc>
      </w:tr>
      <w:tr w:rsidR="006550BE" w:rsidTr="00005BDA">
        <w:tc>
          <w:tcPr>
            <w:tcW w:w="2438" w:type="dxa"/>
          </w:tcPr>
          <w:p w:rsidR="006550BE" w:rsidRDefault="0089417E">
            <w:r>
              <w:rPr>
                <w:b/>
                <w:sz w:val="20"/>
              </w:rPr>
              <w:t>İçerik Çerçevesi</w:t>
            </w:r>
          </w:p>
        </w:tc>
        <w:tc>
          <w:tcPr>
            <w:tcW w:w="7540" w:type="dxa"/>
          </w:tcPr>
          <w:p w:rsidR="006550BE" w:rsidRDefault="0089417E">
            <w:pPr>
              <w:spacing w:after="40" w:line="259" w:lineRule="auto"/>
            </w:pPr>
            <w:r>
              <w:rPr>
                <w:sz w:val="20"/>
              </w:rPr>
              <w:t>Millî Meseleler Karşısında Türk Toplumunun Tutum ve Davranışları,</w:t>
            </w:r>
          </w:p>
          <w:p w:rsidR="006550BE" w:rsidRDefault="0089417E">
            <w:pPr>
              <w:spacing w:after="40" w:line="259" w:lineRule="auto"/>
            </w:pPr>
            <w:r>
              <w:rPr>
                <w:sz w:val="20"/>
              </w:rPr>
              <w:t>Küreselleşmenin İnsan ve Toplum Hayatına Etkisi</w:t>
            </w:r>
          </w:p>
        </w:tc>
      </w:tr>
    </w:tbl>
    <w:p w:rsidR="006550BE" w:rsidRDefault="006550BE">
      <w:pPr>
        <w:spacing w:after="0"/>
      </w:pPr>
    </w:p>
    <w:p w:rsidR="006550BE" w:rsidRDefault="0089417E">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6550BE" w:rsidTr="00005BDA">
        <w:tc>
          <w:tcPr>
            <w:tcW w:w="2438" w:type="dxa"/>
          </w:tcPr>
          <w:p w:rsidR="006550BE" w:rsidRDefault="0089417E">
            <w:r>
              <w:rPr>
                <w:b/>
                <w:sz w:val="20"/>
              </w:rPr>
              <w:t>Kavramsal Beceriler</w:t>
            </w:r>
          </w:p>
        </w:tc>
        <w:tc>
          <w:tcPr>
            <w:tcW w:w="7540" w:type="dxa"/>
          </w:tcPr>
          <w:p w:rsidR="006550BE" w:rsidRDefault="0089417E">
            <w:pPr>
              <w:spacing w:after="40" w:line="259" w:lineRule="auto"/>
            </w:pPr>
            <w:r>
              <w:rPr>
                <w:sz w:val="20"/>
              </w:rPr>
              <w:t>KB2.14. Yorumlama</w:t>
            </w:r>
          </w:p>
          <w:p w:rsidR="006550BE" w:rsidRDefault="0089417E">
            <w:pPr>
              <w:spacing w:after="40" w:line="259" w:lineRule="auto"/>
            </w:pPr>
            <w:r>
              <w:rPr>
                <w:sz w:val="20"/>
              </w:rPr>
              <w:t>KB2.3. Özetleme</w:t>
            </w:r>
          </w:p>
        </w:tc>
      </w:tr>
      <w:tr w:rsidR="006550BE" w:rsidTr="00005BDA">
        <w:tc>
          <w:tcPr>
            <w:tcW w:w="2438" w:type="dxa"/>
          </w:tcPr>
          <w:p w:rsidR="006550BE" w:rsidRDefault="0089417E">
            <w:r>
              <w:rPr>
                <w:b/>
                <w:sz w:val="20"/>
              </w:rPr>
              <w:t>Eğilimler</w:t>
            </w:r>
          </w:p>
        </w:tc>
        <w:tc>
          <w:tcPr>
            <w:tcW w:w="7540" w:type="dxa"/>
          </w:tcPr>
          <w:p w:rsidR="006550BE" w:rsidRDefault="0089417E">
            <w:pPr>
              <w:spacing w:after="40" w:line="259" w:lineRule="auto"/>
            </w:pPr>
            <w:r>
              <w:rPr>
                <w:sz w:val="20"/>
              </w:rPr>
              <w:t>E1.1. Merak, E3.3. Yaratıcılık</w:t>
            </w:r>
          </w:p>
        </w:tc>
      </w:tr>
      <w:tr w:rsidR="006550BE" w:rsidTr="00005BDA">
        <w:tc>
          <w:tcPr>
            <w:tcW w:w="2438" w:type="dxa"/>
          </w:tcPr>
          <w:p w:rsidR="006550BE" w:rsidRDefault="0089417E">
            <w:r>
              <w:rPr>
                <w:b/>
                <w:sz w:val="20"/>
              </w:rPr>
              <w:t>Programlar Arası Bileşenler</w:t>
            </w:r>
          </w:p>
        </w:tc>
        <w:tc>
          <w:tcPr>
            <w:tcW w:w="7540" w:type="dxa"/>
          </w:tcPr>
          <w:p w:rsidR="006550BE" w:rsidRDefault="0089417E">
            <w:pPr>
              <w:spacing w:after="40" w:line="259" w:lineRule="auto"/>
            </w:pPr>
            <w:r>
              <w:rPr>
                <w:b/>
                <w:sz w:val="20"/>
              </w:rPr>
              <w:t xml:space="preserve">Sosyal-Duygusal Öğrenme Becerileri: </w:t>
            </w:r>
            <w:r>
              <w:rPr>
                <w:sz w:val="20"/>
              </w:rPr>
              <w:t>SDB2.1. İletişim, SDB2.2. İş Birliği, SDB2.3. Sosyal Farkındalık</w:t>
            </w:r>
          </w:p>
          <w:p w:rsidR="006550BE" w:rsidRDefault="0089417E">
            <w:pPr>
              <w:spacing w:after="40" w:line="259" w:lineRule="auto"/>
            </w:pPr>
            <w:r>
              <w:rPr>
                <w:b/>
                <w:sz w:val="20"/>
              </w:rPr>
              <w:t xml:space="preserve">Değerler: </w:t>
            </w:r>
            <w:r>
              <w:rPr>
                <w:sz w:val="20"/>
              </w:rPr>
              <w:t xml:space="preserve">D4. Dostluk, D11. </w:t>
            </w:r>
            <w:r>
              <w:rPr>
                <w:sz w:val="20"/>
              </w:rPr>
              <w:t>Özgürlük, D15. Sevgi, D16.Sorumluluk, D20. Yardımseverlik</w:t>
            </w:r>
          </w:p>
          <w:p w:rsidR="006550BE" w:rsidRDefault="0089417E">
            <w:pPr>
              <w:spacing w:after="40" w:line="259" w:lineRule="auto"/>
            </w:pPr>
            <w:r>
              <w:rPr>
                <w:b/>
                <w:sz w:val="20"/>
              </w:rPr>
              <w:t xml:space="preserve">Okuryazarlık Becerileri: </w:t>
            </w:r>
            <w:r>
              <w:rPr>
                <w:sz w:val="20"/>
              </w:rPr>
              <w:t>OB1. Bilgi Okuryazarlığı, OB2. Dijital Okuryazarlık, OB4. Görsel Okuryazarlık</w:t>
            </w:r>
          </w:p>
        </w:tc>
      </w:tr>
      <w:tr w:rsidR="006550BE" w:rsidTr="00005BDA">
        <w:tc>
          <w:tcPr>
            <w:tcW w:w="2438" w:type="dxa"/>
          </w:tcPr>
          <w:p w:rsidR="006550BE" w:rsidRDefault="0089417E">
            <w:r>
              <w:rPr>
                <w:b/>
                <w:sz w:val="20"/>
              </w:rPr>
              <w:t>Disiplinler Arası İlişkiler</w:t>
            </w:r>
          </w:p>
        </w:tc>
        <w:tc>
          <w:tcPr>
            <w:tcW w:w="7540" w:type="dxa"/>
          </w:tcPr>
          <w:p w:rsidR="006550BE" w:rsidRDefault="0089417E">
            <w:pPr>
              <w:spacing w:after="40" w:line="259" w:lineRule="auto"/>
            </w:pPr>
            <w:r>
              <w:rPr>
                <w:sz w:val="20"/>
              </w:rPr>
              <w:t>Bilişim Teknolojileri ve Yazılım, Görsel Sanatlar, Türkçe</w:t>
            </w:r>
          </w:p>
        </w:tc>
      </w:tr>
    </w:tbl>
    <w:p w:rsidR="006550BE" w:rsidRDefault="006550BE">
      <w:pPr>
        <w:spacing w:after="0"/>
      </w:pPr>
    </w:p>
    <w:p w:rsidR="006550BE" w:rsidRDefault="0089417E">
      <w:pPr>
        <w:keepNext/>
        <w:pBdr>
          <w:bottom w:val="single" w:sz="8" w:space="2" w:color="4A2A14"/>
        </w:pBdr>
        <w:spacing w:before="120" w:after="80"/>
      </w:pPr>
      <w:r>
        <w:rPr>
          <w:b/>
          <w:sz w:val="23"/>
        </w:rPr>
        <w:t>3. BÖL</w:t>
      </w:r>
      <w:r>
        <w:rPr>
          <w:b/>
          <w:sz w:val="23"/>
        </w:rPr>
        <w:t>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6550BE" w:rsidTr="00005BDA">
        <w:tc>
          <w:tcPr>
            <w:tcW w:w="2438" w:type="dxa"/>
          </w:tcPr>
          <w:p w:rsidR="006550BE" w:rsidRDefault="0089417E">
            <w:r>
              <w:rPr>
                <w:b/>
                <w:sz w:val="20"/>
              </w:rPr>
              <w:t>Öğrenme Çıktıları</w:t>
            </w:r>
          </w:p>
        </w:tc>
        <w:tc>
          <w:tcPr>
            <w:tcW w:w="7540" w:type="dxa"/>
          </w:tcPr>
          <w:p w:rsidR="006550BE" w:rsidRDefault="0089417E">
            <w:pPr>
              <w:spacing w:after="40" w:line="259" w:lineRule="auto"/>
              <w:jc w:val="both"/>
            </w:pPr>
            <w:r>
              <w:rPr>
                <w:b/>
                <w:sz w:val="20"/>
              </w:rPr>
              <w:t xml:space="preserve">SB.7.1.3. </w:t>
            </w:r>
            <w:r>
              <w:rPr>
                <w:sz w:val="20"/>
              </w:rPr>
              <w:t>Türk toplumunun millî meseleler karşısında gösterdiği tutum ve davranışlara ilişkin çıkarım yapabilme, SB.7.2.1. Küreselleşmenin insan ve toplum hayatında meydana getirdiği</w:t>
            </w:r>
            <w:r>
              <w:rPr>
                <w:sz w:val="20"/>
              </w:rPr>
              <w:t xml:space="preserve"> değişimi yorumlayabilme</w:t>
            </w:r>
          </w:p>
        </w:tc>
      </w:tr>
      <w:tr w:rsidR="006550BE" w:rsidTr="00005BDA">
        <w:tc>
          <w:tcPr>
            <w:tcW w:w="2438" w:type="dxa"/>
          </w:tcPr>
          <w:p w:rsidR="006550BE" w:rsidRDefault="0089417E">
            <w:r>
              <w:rPr>
                <w:b/>
                <w:sz w:val="20"/>
              </w:rPr>
              <w:t>Anahtar Kavramlar</w:t>
            </w:r>
          </w:p>
        </w:tc>
        <w:tc>
          <w:tcPr>
            <w:tcW w:w="7540" w:type="dxa"/>
          </w:tcPr>
          <w:p w:rsidR="006550BE" w:rsidRDefault="0089417E">
            <w:pPr>
              <w:spacing w:after="40" w:line="259" w:lineRule="auto"/>
            </w:pPr>
            <w:r>
              <w:rPr>
                <w:sz w:val="20"/>
              </w:rPr>
              <w:t>Değişim, dış politika, girişimcilik, küreselleşme, küresel sorunlar</w:t>
            </w:r>
          </w:p>
        </w:tc>
      </w:tr>
      <w:tr w:rsidR="006550BE" w:rsidTr="00005BDA">
        <w:tc>
          <w:tcPr>
            <w:tcW w:w="2438" w:type="dxa"/>
          </w:tcPr>
          <w:p w:rsidR="006550BE" w:rsidRDefault="0089417E">
            <w:r>
              <w:rPr>
                <w:b/>
                <w:sz w:val="20"/>
              </w:rPr>
              <w:t>Öğrenme-Öğretme Yaşantıları</w:t>
            </w:r>
          </w:p>
        </w:tc>
        <w:tc>
          <w:tcPr>
            <w:tcW w:w="7540" w:type="dxa"/>
          </w:tcPr>
          <w:p w:rsidR="006550BE" w:rsidRDefault="0089417E">
            <w:pPr>
              <w:spacing w:after="40" w:line="259" w:lineRule="auto"/>
            </w:pPr>
            <w:r>
              <w:rPr>
                <w:b/>
                <w:sz w:val="20"/>
              </w:rPr>
              <w:t xml:space="preserve">Temel Kabuller: </w:t>
            </w:r>
            <w:r>
              <w:rPr>
                <w:sz w:val="20"/>
              </w:rPr>
              <w:t>Öğrencilerin ülkemizin sınır komşularını bildiği ve ülkemizin Türk dünyası ile kültürel iş bir-</w:t>
            </w:r>
          </w:p>
          <w:p w:rsidR="006550BE" w:rsidRDefault="0089417E">
            <w:pPr>
              <w:spacing w:after="40" w:line="259" w:lineRule="auto"/>
            </w:pPr>
            <w:r>
              <w:rPr>
                <w:sz w:val="20"/>
              </w:rPr>
              <w:t>lik</w:t>
            </w:r>
            <w:r>
              <w:rPr>
                <w:sz w:val="20"/>
              </w:rPr>
              <w:t>lerine dair temel düzeyde bilgi sahibi oldukları kabul edilmektedir.</w:t>
            </w:r>
          </w:p>
          <w:p w:rsidR="006550BE" w:rsidRDefault="0089417E">
            <w:pPr>
              <w:spacing w:after="40" w:line="259" w:lineRule="auto"/>
              <w:jc w:val="both"/>
            </w:pPr>
            <w:r>
              <w:rPr>
                <w:b/>
                <w:sz w:val="20"/>
              </w:rPr>
              <w:t xml:space="preserve">Ön Değerlendirme Süreci: </w:t>
            </w:r>
            <w:r>
              <w:rPr>
                <w:sz w:val="20"/>
              </w:rPr>
              <w:t>Öğrencilerden, görseller üzerinden küreselleşmenin günlük yaşama etkilerini analiz etmeleri ve bu kavramın ne olduğu hakkındaki düşüncelerini ifade etmeleri isten</w:t>
            </w:r>
            <w:r>
              <w:rPr>
                <w:sz w:val="20"/>
              </w:rPr>
              <w:t>ebilir. Öğrencilerden ülkemizin kara sınır komşuları ve Türk dünyası ile kültürel iş birliklerine ilişkin verilen örneklerden hareketle bu iş birliklerinin önemini açıklayarak benzer örnekler vermeleri istenebilir</w:t>
            </w:r>
          </w:p>
          <w:p w:rsidR="006550BE" w:rsidRDefault="0089417E">
            <w:pPr>
              <w:spacing w:after="40" w:line="259" w:lineRule="auto"/>
              <w:jc w:val="both"/>
            </w:pPr>
            <w:r>
              <w:rPr>
                <w:b/>
                <w:sz w:val="20"/>
              </w:rPr>
              <w:t xml:space="preserve">Köprü Kurma: </w:t>
            </w:r>
            <w:r>
              <w:rPr>
                <w:sz w:val="20"/>
              </w:rPr>
              <w:t>Uluslararası kültürel, sanats</w:t>
            </w:r>
            <w:r>
              <w:rPr>
                <w:sz w:val="20"/>
              </w:rPr>
              <w:t>al ve sportif faaliyetlerden örnekler verilerek öğrencilerin küreselleşmenin etkilerine yönelik soru cevap etkinliğiyle düşüncelerini ifade etmeleri sağlanabilir. Kendi hayatlarında karşılaştıkları bir sorunun çözümünde başkaları ile iş birliği içinde olma</w:t>
            </w:r>
            <w:r>
              <w:rPr>
                <w:sz w:val="20"/>
              </w:rPr>
              <w:t xml:space="preserve">ları ile benzetim yapılarak bölgesel ve küresel sorunların çözümünde de ülkelerin iş birliği içerisinde olmalarının önemine değinilebilir. Ülkemizin bu anlamdaki girişimlerine örnekler </w:t>
            </w:r>
            <w:r>
              <w:rPr>
                <w:sz w:val="20"/>
              </w:rPr>
              <w:lastRenderedPageBreak/>
              <w:t>verilebilir.</w:t>
            </w:r>
          </w:p>
          <w:p w:rsidR="006550BE" w:rsidRDefault="0089417E">
            <w:pPr>
              <w:spacing w:after="40" w:line="259" w:lineRule="auto"/>
              <w:jc w:val="both"/>
            </w:pPr>
            <w:r>
              <w:rPr>
                <w:b/>
                <w:sz w:val="20"/>
              </w:rPr>
              <w:t xml:space="preserve">Öğrenme-Öğretme Uygulamaları: </w:t>
            </w:r>
            <w:r>
              <w:rPr>
                <w:sz w:val="20"/>
              </w:rPr>
              <w:t>SB.7.1.3 Öğrencilere Millî M</w:t>
            </w:r>
            <w:r>
              <w:rPr>
                <w:sz w:val="20"/>
              </w:rPr>
              <w:t>ücadele, terör, darbe, afet, bilim, sanat, spor gibi konularda yaşananlara yönelik yazılı ve görsel kaynaklardan örnekler sunulur (OB1, OB4). Süreçte dijital kaynaklardan da yararlanılabilir (OB2). Soru cevap tekniği ile bu durumlar karşısında Türk toplumu</w:t>
            </w:r>
            <w:r>
              <w:rPr>
                <w:sz w:val="20"/>
              </w:rPr>
              <w:t>nun gösterdiği tutum ve davranışlara ilişkin tahminler yapılır ve bu tahminler listelenir (OB1). Bu çalışma ile öğrencilerin topluma karşı görevlerini yerine getirmelerine yönelik farkındalık geliştirmeleri ve görev bilinci kazanmaları desteklenir (D16.2).</w:t>
            </w:r>
            <w:r>
              <w:rPr>
                <w:sz w:val="20"/>
              </w:rPr>
              <w:t xml:space="preserve"> Öğrencilerden başlangıçta verilen durumlara somut örnekler vermeleri istenir. Bu örnekler içerisinde 15 Temmuz Darbe Girişimi, Türkiye Kadın Millî Voleybol Takımı’nın dünya şampiyonluğu, Erkek Ampute Futbol Millî Takımı’nın dünya şampiyonluğu, Mete Gazoz’</w:t>
            </w:r>
            <w:r>
              <w:rPr>
                <w:sz w:val="20"/>
              </w:rPr>
              <w:t>un okçulukta olimpiyat ve dünya şampiyonluğu, Sümeyye Boyacı’nın yüzmede dünya şampiyonluğu, DNA onarımı alanındaki çalışmalarıyla Nobel Kimya Ödülü alan Aziz Sancar, uzaya giden ilk Türkiye Cumhuriyeti vatandaşı Alper Gezeravcı, Millî Kalkınma Projeleri (</w:t>
            </w:r>
            <w:r>
              <w:rPr>
                <w:sz w:val="20"/>
              </w:rPr>
              <w:t>İHA, SİHA), 6 Şubat depremi yer alabilir. Örneklerden yola çıkarak öğrencilerin millî kimliklerini tanımaları ve milletlerine karşı vefalı olmaları desteklenir (D15.2, D19.2). Karşılaştırma tabloları oluşturularak örneklerde verilen millî meselelere yöneli</w:t>
            </w:r>
            <w:r>
              <w:rPr>
                <w:sz w:val="20"/>
              </w:rPr>
              <w:t>k Türk milletinin gösterdiği tutum ve davranışlar önce tarihsel olarak sonra da ortaya çıkardığı duygular bağlamında karşılaştırılır (KB2.7, OB1, SDB3.3). Millî Mücadele Dönemi’nde Türk milletinin millî birlik ve beraberlik ruhu ile 15 Temmuz darbe girişim</w:t>
            </w:r>
            <w:r>
              <w:rPr>
                <w:sz w:val="20"/>
              </w:rPr>
              <w:t>inde Türk milletinin millî birlik ve beraberlik ruhu karşılaştırılarak bu dönemdeki tutum ve davranışlardaki benzerlik ve farklılıklar tespit edilir. Aynı karşılaştırma süreci, ortaya çıkan duygular bağlamında da gerçekleştirilir (OB1).</w:t>
            </w:r>
          </w:p>
          <w:p w:rsidR="006550BE" w:rsidRDefault="0089417E">
            <w:pPr>
              <w:spacing w:after="40" w:line="259" w:lineRule="auto"/>
            </w:pPr>
            <w:r>
              <w:rPr>
                <w:sz w:val="20"/>
              </w:rPr>
              <w:t>Öğrencilerden yapmı</w:t>
            </w:r>
            <w:r>
              <w:rPr>
                <w:sz w:val="20"/>
              </w:rPr>
              <w:t>ş oldukları karşılaştırmalardan yola çıkarak farklı millî meseleler kar-</w:t>
            </w:r>
          </w:p>
          <w:p w:rsidR="006550BE" w:rsidRDefault="0089417E">
            <w:pPr>
              <w:spacing w:after="40" w:line="259" w:lineRule="auto"/>
            </w:pPr>
            <w:r>
              <w:rPr>
                <w:sz w:val="20"/>
              </w:rPr>
              <w:t>şısında Türk toplumunun göstermiş olduğu tutum ve davranışları yorumlamaları istenir</w:t>
            </w:r>
          </w:p>
          <w:p w:rsidR="006550BE" w:rsidRDefault="0089417E">
            <w:pPr>
              <w:spacing w:after="40" w:line="259" w:lineRule="auto"/>
              <w:jc w:val="both"/>
            </w:pPr>
            <w:r>
              <w:rPr>
                <w:sz w:val="20"/>
              </w:rPr>
              <w:t>(SDB2.3). Öğrenciler gelecekte meydana gelebilecek olası millî meseleler ve bu meseleler karşısınd</w:t>
            </w:r>
            <w:r>
              <w:rPr>
                <w:sz w:val="20"/>
              </w:rPr>
              <w:t>a Türk milletinin gösterebileceği tutum ve davranışlara yönelik önermelerini sö-</w:t>
            </w:r>
          </w:p>
          <w:p w:rsidR="006550BE" w:rsidRDefault="0089417E">
            <w:pPr>
              <w:spacing w:after="40" w:line="259" w:lineRule="auto"/>
              <w:jc w:val="both"/>
            </w:pPr>
            <w:r>
              <w:rPr>
                <w:sz w:val="20"/>
              </w:rPr>
              <w:t>zel olarak ifade ederler (SDB2.1, SDB3.1). Süreç içerisinde elde edilen bilgiler ve ortaya çıkan önermelerden yola çıkarak Türk toplumunun millî meseleler karşısında gösterdiğ</w:t>
            </w:r>
            <w:r>
              <w:rPr>
                <w:sz w:val="20"/>
              </w:rPr>
              <w:t>i tutum ve davranışların toplumsal birlikteliğe etkisi konulu panel düzenlenir (SDB2.3). Panel sonucunda performans görevi olarak öğrencilerin millî meseleler karşısında Türk milletinin gösterdiği tutum ve davranışların toplumsal birlikteliğe etkisi konulu</w:t>
            </w:r>
            <w:r>
              <w:rPr>
                <w:sz w:val="20"/>
              </w:rPr>
              <w:t xml:space="preserve"> bir kompozisyon yazmaları ve yazdıklarını sınıfta paylaşmaları sağlanabilir (OB1, E1.4, E1.5, E2.2, E2.3, E3.3, E3.5). Değerlendirme amacıyla derecelendirme ölçeği kullanılabilir.</w:t>
            </w:r>
          </w:p>
          <w:p w:rsidR="006550BE" w:rsidRDefault="0089417E">
            <w:pPr>
              <w:spacing w:after="40" w:line="259" w:lineRule="auto"/>
            </w:pPr>
            <w:r>
              <w:rPr>
                <w:sz w:val="20"/>
              </w:rPr>
              <w:t>SB.7.2.1</w:t>
            </w:r>
          </w:p>
          <w:p w:rsidR="006550BE" w:rsidRDefault="0089417E">
            <w:pPr>
              <w:spacing w:after="40" w:line="259" w:lineRule="auto"/>
              <w:jc w:val="both"/>
            </w:pPr>
            <w:r>
              <w:rPr>
                <w:sz w:val="20"/>
              </w:rPr>
              <w:t xml:space="preserve">Küreselleşmenin insan ve toplum hayatında meydana getirdiği </w:t>
            </w:r>
            <w:r>
              <w:rPr>
                <w:sz w:val="20"/>
              </w:rPr>
              <w:t>değişim; ekonomi, ulaşım, iletişim sistemleri, kültür, sağlık ve çevre sorunları bağlamında yazılı ve görsel kaynaklar- dan incelenir (OB1, OB4). Bu amaçla ayrıca dijital kaynaklardan da yararlanılabilir (OB2).</w:t>
            </w:r>
          </w:p>
          <w:p w:rsidR="006550BE" w:rsidRDefault="0089417E">
            <w:pPr>
              <w:spacing w:after="40" w:line="259" w:lineRule="auto"/>
              <w:jc w:val="both"/>
            </w:pPr>
            <w:r>
              <w:rPr>
                <w:sz w:val="20"/>
              </w:rPr>
              <w:t>Öğrencilerden küreselleşmenin insan ve toplum</w:t>
            </w:r>
            <w:r>
              <w:rPr>
                <w:sz w:val="20"/>
              </w:rPr>
              <w:t xml:space="preserve"> hayatında meydana getirdiği değişime ilişkin ulaşım ve iletişim sistemlerinin hızlı bir şekilde yaygınlaşması, ülkeler arası ticaret hacminin gelişmesi, kültürel etkileşimin artması, çevresel sorunların yaygınlaşması bağ- lamında örnekler vermeleri isteni</w:t>
            </w:r>
            <w:r>
              <w:rPr>
                <w:sz w:val="20"/>
              </w:rPr>
              <w:t xml:space="preserve">r (SDB2.3). Bu süreçte beyin fırtınası veya büyük grup tartışmasından yararlanılabilir (SDB2.2). Küreselleşmenin olumsuz etkileri ele alınırken öğrencilerin özgürlük sınırlarının farkında olarak toplumsal sorumluluk üstlenmeleri ve millî, manevi değerleri </w:t>
            </w:r>
            <w:r>
              <w:rPr>
                <w:sz w:val="20"/>
              </w:rPr>
              <w:t>koruyacak tutumlar geliştirmeleri sağlanır (D11.2, D16.2). Öğrencilerin sunulan örneklerden yola çıkarak küreselleşmenin insan ve toplum üzerindeki etkisini ifade etmeleri istenir (E3.3). Bu süreçte kavram haritası kullanılabilir.</w:t>
            </w:r>
          </w:p>
        </w:tc>
      </w:tr>
      <w:tr w:rsidR="006550BE" w:rsidTr="00005BDA">
        <w:tc>
          <w:tcPr>
            <w:tcW w:w="2438" w:type="dxa"/>
          </w:tcPr>
          <w:p w:rsidR="006550BE" w:rsidRDefault="0089417E">
            <w:r>
              <w:rPr>
                <w:b/>
                <w:sz w:val="20"/>
              </w:rPr>
              <w:lastRenderedPageBreak/>
              <w:t>İçerik</w:t>
            </w:r>
          </w:p>
        </w:tc>
        <w:tc>
          <w:tcPr>
            <w:tcW w:w="7540" w:type="dxa"/>
          </w:tcPr>
          <w:p w:rsidR="006550BE" w:rsidRDefault="0089417E">
            <w:pPr>
              <w:spacing w:after="40" w:line="259" w:lineRule="auto"/>
              <w:jc w:val="center"/>
            </w:pPr>
            <w:r>
              <w:rPr>
                <w:noProof/>
                <w:lang w:val="tr-TR" w:eastAsia="tr-TR"/>
              </w:rPr>
              <w:drawing>
                <wp:inline distT="0" distB="0" distL="0" distR="0">
                  <wp:extent cx="4644000" cy="6937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6937565"/>
                          </a:xfrm>
                          <a:prstGeom prst="rect">
                            <a:avLst/>
                          </a:prstGeom>
                        </pic:spPr>
                      </pic:pic>
                    </a:graphicData>
                  </a:graphic>
                </wp:inline>
              </w:drawing>
            </w:r>
          </w:p>
        </w:tc>
      </w:tr>
    </w:tbl>
    <w:p w:rsidR="006550BE" w:rsidRDefault="006550BE">
      <w:pPr>
        <w:spacing w:after="0"/>
      </w:pPr>
    </w:p>
    <w:p w:rsidR="006550BE" w:rsidRDefault="0089417E">
      <w:pPr>
        <w:keepNext/>
        <w:pBdr>
          <w:bottom w:val="single" w:sz="8" w:space="2" w:color="4A2A14"/>
        </w:pBdr>
        <w:spacing w:before="120" w:after="80"/>
      </w:pPr>
      <w:r>
        <w:rPr>
          <w:b/>
          <w:sz w:val="23"/>
        </w:rPr>
        <w:t xml:space="preserve">4. BÖLÜM  ·  </w:t>
      </w:r>
      <w:r>
        <w:rPr>
          <w:b/>
          <w:sz w:val="23"/>
        </w:rPr>
        <w:t>FARKLILAŞTIRMA</w:t>
      </w:r>
    </w:p>
    <w:tbl>
      <w:tblPr>
        <w:tblStyle w:val="TabloKlavuzu"/>
        <w:tblW w:w="0" w:type="auto"/>
        <w:tblLook w:val="04A0" w:firstRow="1" w:lastRow="0" w:firstColumn="1" w:lastColumn="0" w:noHBand="0" w:noVBand="1"/>
      </w:tblPr>
      <w:tblGrid>
        <w:gridCol w:w="2438"/>
        <w:gridCol w:w="7540"/>
      </w:tblGrid>
      <w:tr w:rsidR="006550BE" w:rsidTr="00005BDA">
        <w:tc>
          <w:tcPr>
            <w:tcW w:w="2438" w:type="dxa"/>
          </w:tcPr>
          <w:p w:rsidR="006550BE" w:rsidRDefault="0089417E">
            <w:r>
              <w:rPr>
                <w:b/>
                <w:sz w:val="20"/>
              </w:rPr>
              <w:t>Zenginleştirme</w:t>
            </w:r>
            <w:bookmarkStart w:id="0" w:name="_GoBack"/>
            <w:bookmarkEnd w:id="0"/>
          </w:p>
        </w:tc>
        <w:tc>
          <w:tcPr>
            <w:tcW w:w="7540" w:type="dxa"/>
          </w:tcPr>
          <w:p w:rsidR="006550BE" w:rsidRDefault="0089417E">
            <w:pPr>
              <w:spacing w:after="40" w:line="259" w:lineRule="auto"/>
              <w:jc w:val="both"/>
            </w:pPr>
            <w:r>
              <w:rPr>
                <w:sz w:val="20"/>
              </w:rPr>
              <w:t>Küresel çevre sorunları ile küresel iklim değişikliğinin etkilerini azaltmak adına ülkemizin ve farklı ülkelerin faaliyetleri öğrenciler tarafından araştırılabilir. Araştırma sonuçları doğrultusunda öğrenciler tarafından yazıl</w:t>
            </w:r>
            <w:r>
              <w:rPr>
                <w:sz w:val="20"/>
              </w:rPr>
              <w:t>ı, görsel veya dijital bir ürün oluşturulabilir. Ayrıca öğrencilerden konuyla ilgili yazdıkları senaryolar üzerinden dijital bir çizgi roman tasarla-</w:t>
            </w:r>
          </w:p>
          <w:p w:rsidR="006550BE" w:rsidRDefault="0089417E">
            <w:pPr>
              <w:spacing w:after="40" w:line="259" w:lineRule="auto"/>
              <w:jc w:val="both"/>
            </w:pPr>
            <w:r>
              <w:rPr>
                <w:sz w:val="20"/>
              </w:rPr>
              <w:t xml:space="preserve">maları istenebilir. Öğrencilerden Türkiye’nin girişimci ve insani dış politikası eksenindeki ulusal ve </w:t>
            </w:r>
            <w:r>
              <w:rPr>
                <w:sz w:val="20"/>
              </w:rPr>
              <w:t>uluslararası faaliyetlerine ilişkin siyasi iş birlikleri, yapılan insani yardımlar, eğitim, sağlık hizmetleri gibi konularda araştırma yapmaları istenebilir. Araştırma sonuçlarına ilişkin bir sunum, afiş veya poster tasarlanabilir.</w:t>
            </w:r>
          </w:p>
        </w:tc>
      </w:tr>
      <w:tr w:rsidR="006550BE" w:rsidTr="00005BDA">
        <w:tc>
          <w:tcPr>
            <w:tcW w:w="2438" w:type="dxa"/>
          </w:tcPr>
          <w:p w:rsidR="006550BE" w:rsidRDefault="0089417E">
            <w:r>
              <w:rPr>
                <w:b/>
                <w:sz w:val="20"/>
              </w:rPr>
              <w:t>Destekleme</w:t>
            </w:r>
          </w:p>
        </w:tc>
        <w:tc>
          <w:tcPr>
            <w:tcW w:w="7540" w:type="dxa"/>
          </w:tcPr>
          <w:p w:rsidR="006550BE" w:rsidRDefault="0089417E">
            <w:pPr>
              <w:spacing w:after="40" w:line="259" w:lineRule="auto"/>
              <w:jc w:val="both"/>
            </w:pPr>
            <w:r>
              <w:rPr>
                <w:sz w:val="20"/>
              </w:rPr>
              <w:t>Öğrencilerde</w:t>
            </w:r>
            <w:r>
              <w:rPr>
                <w:sz w:val="20"/>
              </w:rPr>
              <w:t xml:space="preserve">n ulaşım ve iletişimdeki teknolojik gelişmelerin günlük yaşamdaki örneklerine ilişkin eşleştirmeler yapmaları istenebilir. Öğrenciler tarafından küresel çevre sorunlarına ve bu sorunların çözümüne yönelik bir resim çizilebilir. Türkiye’nin </w:t>
            </w:r>
            <w:r>
              <w:rPr>
                <w:sz w:val="20"/>
              </w:rPr>
              <w:lastRenderedPageBreak/>
              <w:t>girişimci ve ins</w:t>
            </w:r>
            <w:r>
              <w:rPr>
                <w:sz w:val="20"/>
              </w:rPr>
              <w:t>ani dış politika eksenindeki faaliyetleri öğrenciler tarafından gazete haberlerinden yararlanılarak incelenebilir. İlgili haberlere yönelik 5N1K sorularının yer aldığı çalışma kâğıtları kullanılabilir.</w:t>
            </w:r>
          </w:p>
        </w:tc>
      </w:tr>
    </w:tbl>
    <w:p w:rsidR="006550BE" w:rsidRDefault="006550BE">
      <w:pPr>
        <w:spacing w:after="0"/>
      </w:pPr>
    </w:p>
    <w:p w:rsidR="006550BE" w:rsidRDefault="0089417E">
      <w:pPr>
        <w:keepNext/>
        <w:pBdr>
          <w:bottom w:val="single" w:sz="8" w:space="2" w:color="4A2A14"/>
        </w:pBdr>
        <w:spacing w:before="120" w:after="80"/>
      </w:pPr>
      <w:r>
        <w:rPr>
          <w:b/>
          <w:sz w:val="23"/>
        </w:rPr>
        <w:t>5. BÖLÜM  ·  ÖĞRENME KANITLARI (ÖLÇME VE DEĞERLENDİR</w:t>
      </w:r>
      <w:r>
        <w:rPr>
          <w:b/>
          <w:sz w:val="23"/>
        </w:rPr>
        <w:t>ME)</w:t>
      </w:r>
    </w:p>
    <w:tbl>
      <w:tblPr>
        <w:tblStyle w:val="TabloKlavuzu"/>
        <w:tblW w:w="0" w:type="auto"/>
        <w:tblLook w:val="04A0" w:firstRow="1" w:lastRow="0" w:firstColumn="1" w:lastColumn="0" w:noHBand="0" w:noVBand="1"/>
      </w:tblPr>
      <w:tblGrid>
        <w:gridCol w:w="2438"/>
        <w:gridCol w:w="7540"/>
      </w:tblGrid>
      <w:tr w:rsidR="006550BE" w:rsidTr="00005BDA">
        <w:tc>
          <w:tcPr>
            <w:tcW w:w="2438" w:type="dxa"/>
          </w:tcPr>
          <w:p w:rsidR="006550BE" w:rsidRDefault="0089417E">
            <w:r>
              <w:rPr>
                <w:b/>
                <w:sz w:val="20"/>
              </w:rPr>
              <w:t>Öğrenme Kanıtları (Ölçme ve Değerlendirme)</w:t>
            </w:r>
          </w:p>
        </w:tc>
        <w:tc>
          <w:tcPr>
            <w:tcW w:w="7540" w:type="dxa"/>
          </w:tcPr>
          <w:p w:rsidR="006550BE" w:rsidRDefault="0089417E">
            <w:pPr>
              <w:spacing w:after="40" w:line="259" w:lineRule="auto"/>
              <w:jc w:val="both"/>
            </w:pPr>
            <w:r>
              <w:rPr>
                <w:sz w:val="20"/>
              </w:rPr>
              <w:t>Bu öğrenme alanında yer alan öğrenme çıktıları; kavram haritası, zihin haritası, sınıflama tablosu, kontrol listesi, derecelendirme ölçeği ve performans görevi teknikleri kullanılarak değerlendirilebilir.</w:t>
            </w:r>
          </w:p>
          <w:p w:rsidR="006550BE" w:rsidRDefault="0089417E">
            <w:pPr>
              <w:spacing w:after="40" w:line="259" w:lineRule="auto"/>
              <w:jc w:val="both"/>
            </w:pPr>
            <w:r>
              <w:rPr>
                <w:sz w:val="20"/>
              </w:rPr>
              <w:t>Perf</w:t>
            </w:r>
            <w:r>
              <w:rPr>
                <w:sz w:val="20"/>
              </w:rPr>
              <w:t>ormans görevi: Bölgesel ve küresel sorunların çözümünde ülkemizin rolüne yönelik yorumlarını yansıtan sunum yapmaya yönelik performans görevi verilebilir. Performans görevi dereceli puanlama anahtarı ile değerlendirilebilir.</w:t>
            </w:r>
          </w:p>
        </w:tc>
      </w:tr>
    </w:tbl>
    <w:p w:rsidR="006550BE" w:rsidRDefault="006550BE">
      <w:pPr>
        <w:spacing w:after="0"/>
      </w:pPr>
    </w:p>
    <w:p w:rsidR="006550BE" w:rsidRDefault="006550BE">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6550BE">
        <w:trPr>
          <w:cantSplit/>
          <w:jc w:val="center"/>
        </w:trPr>
        <w:tc>
          <w:tcPr>
            <w:tcW w:w="4989" w:type="dxa"/>
          </w:tcPr>
          <w:p w:rsidR="006550BE" w:rsidRDefault="0089417E">
            <w:pPr>
              <w:jc w:val="center"/>
            </w:pPr>
            <w:r>
              <w:rPr>
                <w:sz w:val="21"/>
              </w:rPr>
              <w:br/>
              <w:t>19.10.2026</w:t>
            </w:r>
            <w:r>
              <w:rPr>
                <w:sz w:val="21"/>
              </w:rPr>
              <w:br/>
            </w:r>
            <w:r>
              <w:rPr>
                <w:sz w:val="21"/>
              </w:rPr>
              <w:br/>
            </w:r>
            <w:r>
              <w:rPr>
                <w:b/>
                <w:sz w:val="21"/>
              </w:rPr>
              <w:t>…………………</w:t>
            </w:r>
            <w:r>
              <w:rPr>
                <w:b/>
                <w:sz w:val="21"/>
              </w:rPr>
              <w:br/>
            </w:r>
            <w:r>
              <w:rPr>
                <w:sz w:val="20"/>
              </w:rPr>
              <w:t xml:space="preserve">Ders </w:t>
            </w:r>
            <w:r>
              <w:rPr>
                <w:sz w:val="20"/>
              </w:rPr>
              <w:t>Öğretmeni</w:t>
            </w:r>
          </w:p>
        </w:tc>
        <w:tc>
          <w:tcPr>
            <w:tcW w:w="4989" w:type="dxa"/>
          </w:tcPr>
          <w:p w:rsidR="006550BE" w:rsidRDefault="0089417E">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89417E" w:rsidRDefault="0089417E"/>
    <w:sectPr w:rsidR="0089417E"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5BDA"/>
    <w:rsid w:val="00034616"/>
    <w:rsid w:val="0006063C"/>
    <w:rsid w:val="0015074B"/>
    <w:rsid w:val="0029639D"/>
    <w:rsid w:val="00326F90"/>
    <w:rsid w:val="006550BE"/>
    <w:rsid w:val="0089417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C0F1E37-E8CF-4F50-B3AF-7B8430C26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005B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AE560-1300-476E-936D-441DFA47F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6. Hafta</dc:title>
  <dc:subject>günlük plan</dc:subject>
  <dc:creator>evrakburada</dc:creator>
  <cp:keywords>günlük plan, Sosyal Bilgiler, 7. sınıf, 6. hafta</cp:keywords>
  <dc:description/>
  <cp:lastModifiedBy>HP</cp:lastModifiedBy>
  <cp:revision>3</cp:revision>
  <dcterms:created xsi:type="dcterms:W3CDTF">2013-12-23T23:15:00Z</dcterms:created>
  <dcterms:modified xsi:type="dcterms:W3CDTF">2026-10-21T13:37:00Z</dcterms:modified>
  <cp:category/>
</cp:coreProperties>
</file>