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8BC" w:rsidRPr="00CD56F1" w:rsidRDefault="00CD56F1">
      <w:pPr>
        <w:spacing w:after="160"/>
        <w:jc w:val="center"/>
        <w:rPr>
          <w:color w:val="000000" w:themeColor="text1"/>
        </w:rPr>
      </w:pPr>
      <w:r w:rsidRPr="00CD56F1">
        <w:rPr>
          <w:b/>
          <w:color w:val="000000" w:themeColor="text1"/>
          <w:sz w:val="23"/>
        </w:rPr>
        <w:t>………………… MÜDÜRLÜĞÜNE</w:t>
      </w:r>
    </w:p>
    <w:p w:rsidR="00A458BC" w:rsidRPr="00CD56F1" w:rsidRDefault="00CD56F1">
      <w:pPr>
        <w:spacing w:after="100"/>
        <w:ind w:firstLine="567"/>
        <w:jc w:val="both"/>
        <w:rPr>
          <w:color w:val="000000" w:themeColor="text1"/>
        </w:rPr>
      </w:pPr>
      <w:r w:rsidRPr="00CD56F1">
        <w:rPr>
          <w:color w:val="000000" w:themeColor="text1"/>
        </w:rPr>
        <w:t>2026-2027 Eğitim Öğretim Yılı I. Dönem veli toplantısını, aşağıdaki gündem maddelerini görüşmek üzere …… / …… / 20…… tarihinde saat ……… itibarıyla 7. Sınıf velileriyle yapmak istiyorum.</w:t>
      </w:r>
    </w:p>
    <w:p w:rsidR="00A458BC" w:rsidRPr="00CD56F1" w:rsidRDefault="00CD56F1">
      <w:pPr>
        <w:spacing w:after="100"/>
        <w:ind w:firstLine="567"/>
        <w:jc w:val="both"/>
        <w:rPr>
          <w:color w:val="000000" w:themeColor="text1"/>
        </w:rPr>
      </w:pPr>
      <w:r w:rsidRPr="00CD56F1">
        <w:rPr>
          <w:color w:val="000000" w:themeColor="text1"/>
        </w:rPr>
        <w:t>Gereğini bilgilerinize arz ederim.</w:t>
      </w:r>
    </w:p>
    <w:p w:rsidR="00A458BC" w:rsidRPr="00CD56F1" w:rsidRDefault="00CD56F1">
      <w:pPr>
        <w:keepNext/>
        <w:pBdr>
          <w:bottom w:val="single" w:sz="8" w:space="2" w:color="B08968"/>
        </w:pBdr>
        <w:spacing w:before="200" w:after="80"/>
        <w:rPr>
          <w:color w:val="000000" w:themeColor="text1"/>
        </w:rPr>
      </w:pPr>
      <w:r w:rsidRPr="00CD56F1">
        <w:rPr>
          <w:b/>
          <w:color w:val="000000" w:themeColor="text1"/>
          <w:sz w:val="23"/>
        </w:rPr>
        <w:t xml:space="preserve">GÜNDEM </w:t>
      </w:r>
      <w:r w:rsidRPr="00CD56F1">
        <w:rPr>
          <w:b/>
          <w:color w:val="000000" w:themeColor="text1"/>
          <w:sz w:val="23"/>
        </w:rPr>
        <w:t>MADDELERİ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w:t>
      </w:r>
      <w:r w:rsidRPr="00CD56F1">
        <w:rPr>
          <w:b/>
          <w:color w:val="000000" w:themeColor="text1"/>
        </w:rPr>
        <w:tab/>
      </w:r>
      <w:r w:rsidRPr="00CD56F1">
        <w:rPr>
          <w:color w:val="000000" w:themeColor="text1"/>
        </w:rPr>
        <w:t>Açılış ve yoklama</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2.</w:t>
      </w:r>
      <w:r w:rsidRPr="00CD56F1">
        <w:rPr>
          <w:b/>
          <w:color w:val="000000" w:themeColor="text1"/>
        </w:rPr>
        <w:tab/>
      </w:r>
      <w:r w:rsidRPr="00CD56F1">
        <w:rPr>
          <w:color w:val="000000" w:themeColor="text1"/>
        </w:rPr>
        <w:t>Toplantının amacı ve şube rehber öğretmeninin tanıtılması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3.</w:t>
      </w:r>
      <w:r w:rsidRPr="00CD56F1">
        <w:rPr>
          <w:b/>
          <w:color w:val="000000" w:themeColor="text1"/>
        </w:rPr>
        <w:tab/>
      </w:r>
      <w:r w:rsidRPr="00CD56F1">
        <w:rPr>
          <w:color w:val="000000" w:themeColor="text1"/>
        </w:rPr>
        <w:t>Sorumluluk alma ve kendi kararını verme becerisi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4.</w:t>
      </w:r>
      <w:r w:rsidRPr="00CD56F1">
        <w:rPr>
          <w:b/>
          <w:color w:val="000000" w:themeColor="text1"/>
        </w:rPr>
        <w:tab/>
      </w:r>
      <w:r w:rsidRPr="00CD56F1">
        <w:rPr>
          <w:color w:val="000000" w:themeColor="text1"/>
        </w:rPr>
        <w:t>Ders yükünün artması ve çalışma planı kurma</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5.</w:t>
      </w:r>
      <w:r w:rsidRPr="00CD56F1">
        <w:rPr>
          <w:b/>
          <w:color w:val="000000" w:themeColor="text1"/>
        </w:rPr>
        <w:tab/>
      </w:r>
      <w:r w:rsidRPr="00CD56F1">
        <w:rPr>
          <w:color w:val="000000" w:themeColor="text1"/>
        </w:rPr>
        <w:t>Okul kuralları, kılık kıyafet, tertip ve düzen</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6.</w:t>
      </w:r>
      <w:r w:rsidRPr="00CD56F1">
        <w:rPr>
          <w:b/>
          <w:color w:val="000000" w:themeColor="text1"/>
        </w:rPr>
        <w:tab/>
      </w:r>
      <w:r w:rsidRPr="00CD56F1">
        <w:rPr>
          <w:color w:val="000000" w:themeColor="text1"/>
        </w:rPr>
        <w:t xml:space="preserve">Okula devam </w:t>
      </w:r>
      <w:r w:rsidRPr="00CD56F1">
        <w:rPr>
          <w:color w:val="000000" w:themeColor="text1"/>
        </w:rPr>
        <w:t>ve devamsızlığın takibi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7.</w:t>
      </w:r>
      <w:r w:rsidRPr="00CD56F1">
        <w:rPr>
          <w:b/>
          <w:color w:val="000000" w:themeColor="text1"/>
        </w:rPr>
        <w:tab/>
      </w:r>
      <w:r w:rsidRPr="00CD56F1">
        <w:rPr>
          <w:color w:val="000000" w:themeColor="text1"/>
        </w:rPr>
        <w:t>Okul güvenliği ve kontrollü giriş çıkış uygulaması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8.</w:t>
      </w:r>
      <w:r w:rsidRPr="00CD56F1">
        <w:rPr>
          <w:b/>
          <w:color w:val="000000" w:themeColor="text1"/>
        </w:rPr>
        <w:tab/>
      </w:r>
      <w:r w:rsidRPr="00CD56F1">
        <w:rPr>
          <w:color w:val="000000" w:themeColor="text1"/>
        </w:rPr>
        <w:t>Veli görüşmelerinin Okul Randevu Sistemi üzerinden planlanması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9.</w:t>
      </w:r>
      <w:r w:rsidRPr="00CD56F1">
        <w:rPr>
          <w:b/>
          <w:color w:val="000000" w:themeColor="text1"/>
        </w:rPr>
        <w:tab/>
      </w:r>
      <w:r w:rsidRPr="00CD56F1">
        <w:rPr>
          <w:color w:val="000000" w:themeColor="text1"/>
        </w:rPr>
        <w:t>Evde çalışma düzeni, ders tekrarı ve okuma alışkanlığı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10.</w:t>
      </w:r>
      <w:r w:rsidRPr="00CD56F1">
        <w:rPr>
          <w:b/>
          <w:color w:val="000000" w:themeColor="text1"/>
        </w:rPr>
        <w:tab/>
      </w:r>
      <w:r w:rsidRPr="00CD56F1">
        <w:rPr>
          <w:color w:val="000000" w:themeColor="text1"/>
        </w:rPr>
        <w:t>Ekran süresi ve sınıfta cep telefonu bulundurulmam</w:t>
      </w:r>
      <w:r w:rsidRPr="00CD56F1">
        <w:rPr>
          <w:color w:val="000000" w:themeColor="text1"/>
        </w:rPr>
        <w:t>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11.</w:t>
      </w:r>
      <w:r w:rsidRPr="00CD56F1">
        <w:rPr>
          <w:b/>
          <w:color w:val="000000" w:themeColor="text1"/>
        </w:rPr>
        <w:tab/>
      </w:r>
      <w:r w:rsidRPr="00CD56F1">
        <w:rPr>
          <w:color w:val="000000" w:themeColor="text1"/>
        </w:rPr>
        <w:t>Ölçme ve değerlendirme ile gelişim raporlarının paylaşılması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12.</w:t>
      </w:r>
      <w:r w:rsidRPr="00CD56F1">
        <w:rPr>
          <w:b/>
          <w:color w:val="000000" w:themeColor="text1"/>
        </w:rPr>
        <w:tab/>
      </w:r>
      <w:r w:rsidRPr="00CD56F1">
        <w:rPr>
          <w:color w:val="000000" w:themeColor="text1"/>
        </w:rPr>
        <w:t>Bakanlığın dijital platformlarının tanıtılması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13.</w:t>
      </w:r>
      <w:r w:rsidRPr="00CD56F1">
        <w:rPr>
          <w:b/>
          <w:color w:val="000000" w:themeColor="text1"/>
        </w:rPr>
        <w:tab/>
      </w:r>
      <w:r w:rsidRPr="00CD56F1">
        <w:rPr>
          <w:color w:val="000000" w:themeColor="text1"/>
        </w:rPr>
        <w:t>Seçmeli dersler, kulüpler ve sosyal etkinlikler</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14.</w:t>
      </w:r>
      <w:r w:rsidRPr="00CD56F1">
        <w:rPr>
          <w:b/>
          <w:color w:val="000000" w:themeColor="text1"/>
        </w:rPr>
        <w:tab/>
      </w:r>
      <w:r w:rsidRPr="00CD56F1">
        <w:rPr>
          <w:color w:val="000000" w:themeColor="text1"/>
        </w:rPr>
        <w:t>Okul aile iş birliği ve iletişim kanalları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15.</w:t>
      </w:r>
      <w:r w:rsidRPr="00CD56F1">
        <w:rPr>
          <w:b/>
          <w:color w:val="000000" w:themeColor="text1"/>
        </w:rPr>
        <w:tab/>
      </w:r>
      <w:r w:rsidRPr="00CD56F1">
        <w:rPr>
          <w:color w:val="000000" w:themeColor="text1"/>
        </w:rPr>
        <w:t>Dilek, temenniler ve kapanış</w:t>
      </w:r>
    </w:p>
    <w:p w:rsidR="00A458BC" w:rsidRPr="00CD56F1" w:rsidRDefault="00A458BC">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jc w:val="center"/>
              <w:rPr>
                <w:color w:val="000000" w:themeColor="text1"/>
              </w:rPr>
            </w:pPr>
            <w:r w:rsidRPr="00CD56F1">
              <w:rPr>
                <w:b/>
                <w:color w:val="000000" w:themeColor="text1"/>
                <w:sz w:val="21"/>
              </w:rPr>
              <w:t>………</w:t>
            </w: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CD56F1" w:rsidRPr="00CD56F1">
        <w:trPr>
          <w:cantSplit/>
          <w:jc w:val="center"/>
        </w:trPr>
        <w:tc>
          <w:tcPr>
            <w:tcW w:w="9752" w:type="dxa"/>
          </w:tcPr>
          <w:p w:rsidR="00A458BC" w:rsidRPr="00CD56F1" w:rsidRDefault="00CD56F1">
            <w:pPr>
              <w:jc w:val="center"/>
              <w:rPr>
                <w:color w:val="000000" w:themeColor="text1"/>
              </w:rPr>
            </w:pPr>
            <w:r w:rsidRPr="00CD56F1">
              <w:rPr>
                <w:b/>
                <w:color w:val="000000" w:themeColor="text1"/>
              </w:rPr>
              <w:t>OLUR</w:t>
            </w:r>
            <w:r w:rsidRPr="00CD56F1">
              <w:rPr>
                <w:b/>
                <w:color w:val="000000" w:themeColor="text1"/>
              </w:rPr>
              <w:br/>
            </w:r>
            <w:r w:rsidRPr="00CD56F1">
              <w:rPr>
                <w:color w:val="000000" w:themeColor="text1"/>
                <w:sz w:val="21"/>
              </w:rPr>
              <w:t>…… / …… / 20……</w:t>
            </w:r>
            <w:r w:rsidRPr="00CD56F1">
              <w:rPr>
                <w:color w:val="000000" w:themeColor="text1"/>
                <w:sz w:val="21"/>
              </w:rPr>
              <w:br/>
            </w:r>
            <w:r w:rsidRPr="00CD56F1">
              <w:rPr>
                <w:color w:val="000000" w:themeColor="text1"/>
                <w:sz w:val="21"/>
              </w:rPr>
              <w:br/>
            </w:r>
            <w:r w:rsidRPr="00CD56F1">
              <w:rPr>
                <w:b/>
                <w:color w:val="000000" w:themeColor="text1"/>
                <w:sz w:val="21"/>
              </w:rPr>
              <w:t>…………………</w:t>
            </w:r>
            <w:r w:rsidRPr="00CD56F1">
              <w:rPr>
                <w:b/>
                <w:color w:val="000000" w:themeColor="text1"/>
                <w:sz w:val="21"/>
              </w:rPr>
              <w:br/>
            </w:r>
            <w:r w:rsidRPr="00CD56F1">
              <w:rPr>
                <w:b/>
                <w:color w:val="000000" w:themeColor="text1"/>
                <w:sz w:val="20"/>
              </w:rPr>
              <w:t>Okul Müdürü</w:t>
            </w:r>
          </w:p>
        </w:tc>
      </w:tr>
    </w:tbl>
    <w:p w:rsidR="00A458BC" w:rsidRPr="00CD56F1" w:rsidRDefault="00CD56F1">
      <w:pPr>
        <w:spacing w:after="0"/>
        <w:rPr>
          <w:color w:val="000000" w:themeColor="text1"/>
        </w:rPr>
      </w:pPr>
      <w:r w:rsidRPr="00CD56F1">
        <w:rPr>
          <w:color w:val="000000" w:themeColor="text1"/>
        </w:rPr>
        <w:br w:type="page"/>
      </w:r>
    </w:p>
    <w:tbl>
      <w:tblPr>
        <w:tblStyle w:val="DzTablo1"/>
        <w:tblW w:w="0" w:type="auto"/>
        <w:tblLook w:val="04A0" w:firstRow="1" w:lastRow="0" w:firstColumn="1" w:lastColumn="0" w:noHBand="0" w:noVBand="1"/>
      </w:tblPr>
      <w:tblGrid>
        <w:gridCol w:w="9752"/>
      </w:tblGrid>
      <w:tr w:rsidR="00CD56F1" w:rsidRPr="00CD56F1" w:rsidTr="00CD5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A458BC" w:rsidRPr="00CD56F1" w:rsidRDefault="00CD56F1">
            <w:pPr>
              <w:spacing w:before="100" w:after="20"/>
              <w:jc w:val="center"/>
              <w:rPr>
                <w:color w:val="000000" w:themeColor="text1"/>
              </w:rPr>
            </w:pPr>
            <w:r w:rsidRPr="00CD56F1">
              <w:rPr>
                <w:b w:val="0"/>
                <w:color w:val="000000" w:themeColor="text1"/>
                <w:sz w:val="21"/>
              </w:rPr>
              <w:lastRenderedPageBreak/>
              <w:t>2026-2027 EĞİTİM-ÖĞRETİM YILI</w:t>
            </w:r>
          </w:p>
          <w:p w:rsidR="00A458BC" w:rsidRPr="00CD56F1" w:rsidRDefault="00CD56F1">
            <w:pPr>
              <w:spacing w:after="20"/>
              <w:jc w:val="center"/>
              <w:rPr>
                <w:color w:val="000000" w:themeColor="text1"/>
              </w:rPr>
            </w:pPr>
            <w:r w:rsidRPr="00CD56F1">
              <w:rPr>
                <w:color w:val="000000" w:themeColor="text1"/>
                <w:sz w:val="26"/>
              </w:rPr>
              <w:t>…………………</w:t>
            </w:r>
          </w:p>
          <w:p w:rsidR="00A458BC" w:rsidRPr="00CD56F1" w:rsidRDefault="00CD56F1">
            <w:pPr>
              <w:spacing w:after="20"/>
              <w:jc w:val="center"/>
              <w:rPr>
                <w:color w:val="000000" w:themeColor="text1"/>
              </w:rPr>
            </w:pPr>
            <w:r w:rsidRPr="00CD56F1">
              <w:rPr>
                <w:color w:val="000000" w:themeColor="text1"/>
                <w:sz w:val="30"/>
              </w:rPr>
              <w:t>7/… SINIFI</w:t>
            </w:r>
          </w:p>
          <w:p w:rsidR="00A458BC" w:rsidRPr="00CD56F1" w:rsidRDefault="00CD56F1">
            <w:pPr>
              <w:spacing w:after="100"/>
              <w:jc w:val="center"/>
              <w:rPr>
                <w:color w:val="000000" w:themeColor="text1"/>
              </w:rPr>
            </w:pPr>
            <w:r w:rsidRPr="00CD56F1">
              <w:rPr>
                <w:color w:val="000000" w:themeColor="text1"/>
                <w:sz w:val="24"/>
              </w:rPr>
              <w:t>I. DÖNEM VELİ TOPLANTI TUTANAĞI</w:t>
            </w:r>
          </w:p>
        </w:tc>
      </w:tr>
    </w:tbl>
    <w:p w:rsidR="00A458BC" w:rsidRPr="00CD56F1" w:rsidRDefault="00A458BC">
      <w:pPr>
        <w:spacing w:after="0"/>
        <w:rPr>
          <w:color w:val="000000" w:themeColor="text1"/>
        </w:rPr>
      </w:pPr>
    </w:p>
    <w:tbl>
      <w:tblPr>
        <w:tblStyle w:val="DzTablo1"/>
        <w:tblW w:w="0" w:type="auto"/>
        <w:tblLook w:val="04A0" w:firstRow="1" w:lastRow="0" w:firstColumn="1" w:lastColumn="0" w:noHBand="0" w:noVBand="1"/>
      </w:tblPr>
      <w:tblGrid>
        <w:gridCol w:w="2438"/>
        <w:gridCol w:w="2438"/>
        <w:gridCol w:w="2438"/>
        <w:gridCol w:w="2438"/>
      </w:tblGrid>
      <w:tr w:rsidR="00CD56F1" w:rsidRPr="00CD56F1" w:rsidTr="00CD5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A458BC" w:rsidRPr="00CD56F1" w:rsidRDefault="00CD56F1">
            <w:pPr>
              <w:jc w:val="center"/>
              <w:rPr>
                <w:color w:val="000000" w:themeColor="text1"/>
              </w:rPr>
            </w:pPr>
            <w:r w:rsidRPr="00CD56F1">
              <w:rPr>
                <w:color w:val="000000" w:themeColor="text1"/>
                <w:sz w:val="16"/>
              </w:rPr>
              <w:t>SINIF / ŞUBE</w:t>
            </w:r>
            <w:r w:rsidRPr="00CD56F1">
              <w:rPr>
                <w:color w:val="000000" w:themeColor="text1"/>
                <w:sz w:val="16"/>
              </w:rPr>
              <w:br/>
            </w:r>
            <w:r w:rsidRPr="00CD56F1">
              <w:rPr>
                <w:b w:val="0"/>
                <w:color w:val="000000" w:themeColor="text1"/>
                <w:sz w:val="20"/>
              </w:rPr>
              <w:t>7/…</w:t>
            </w:r>
          </w:p>
        </w:tc>
        <w:tc>
          <w:tcPr>
            <w:tcW w:w="2438"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6"/>
              </w:rPr>
              <w:t>TARİH</w:t>
            </w:r>
            <w:r w:rsidRPr="00CD56F1">
              <w:rPr>
                <w:color w:val="000000" w:themeColor="text1"/>
                <w:sz w:val="16"/>
              </w:rPr>
              <w:br/>
            </w:r>
            <w:r w:rsidRPr="00CD56F1">
              <w:rPr>
                <w:b w:val="0"/>
                <w:color w:val="000000" w:themeColor="text1"/>
                <w:sz w:val="20"/>
              </w:rPr>
              <w:t>…… / …… / 20……</w:t>
            </w:r>
          </w:p>
        </w:tc>
        <w:tc>
          <w:tcPr>
            <w:tcW w:w="2438"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6"/>
              </w:rPr>
              <w:t>SAAT</w:t>
            </w:r>
            <w:r w:rsidRPr="00CD56F1">
              <w:rPr>
                <w:color w:val="000000" w:themeColor="text1"/>
                <w:sz w:val="16"/>
              </w:rPr>
              <w:br/>
            </w:r>
            <w:r w:rsidRPr="00CD56F1">
              <w:rPr>
                <w:b w:val="0"/>
                <w:color w:val="000000" w:themeColor="text1"/>
                <w:sz w:val="20"/>
              </w:rPr>
              <w:t>………</w:t>
            </w:r>
          </w:p>
        </w:tc>
        <w:tc>
          <w:tcPr>
            <w:tcW w:w="2438"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6"/>
              </w:rPr>
              <w:t>ŞUBE REHBER ÖĞRETMENİ</w:t>
            </w:r>
            <w:r w:rsidRPr="00CD56F1">
              <w:rPr>
                <w:color w:val="000000" w:themeColor="text1"/>
                <w:sz w:val="16"/>
              </w:rPr>
              <w:br/>
            </w:r>
            <w:r w:rsidRPr="00CD56F1">
              <w:rPr>
                <w:b w:val="0"/>
                <w:color w:val="000000" w:themeColor="text1"/>
                <w:sz w:val="20"/>
              </w:rPr>
              <w:t>…………………</w:t>
            </w:r>
          </w:p>
        </w:tc>
      </w:tr>
    </w:tbl>
    <w:p w:rsidR="00A458BC" w:rsidRPr="00CD56F1" w:rsidRDefault="00A458BC">
      <w:pPr>
        <w:spacing w:after="0"/>
        <w:rPr>
          <w:color w:val="000000" w:themeColor="text1"/>
        </w:rPr>
      </w:pPr>
    </w:p>
    <w:p w:rsidR="00A458BC" w:rsidRPr="00CD56F1" w:rsidRDefault="00CD56F1">
      <w:pPr>
        <w:keepNext/>
        <w:pBdr>
          <w:bottom w:val="single" w:sz="8" w:space="2" w:color="B08968"/>
        </w:pBdr>
        <w:spacing w:before="200" w:after="80"/>
        <w:rPr>
          <w:color w:val="000000" w:themeColor="text1"/>
        </w:rPr>
      </w:pPr>
      <w:r w:rsidRPr="00CD56F1">
        <w:rPr>
          <w:b/>
          <w:color w:val="000000" w:themeColor="text1"/>
          <w:sz w:val="23"/>
        </w:rPr>
        <w:t>GÜNDEM MADDELERİ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w:t>
      </w:r>
      <w:r w:rsidRPr="00CD56F1">
        <w:rPr>
          <w:b/>
          <w:color w:val="000000" w:themeColor="text1"/>
        </w:rPr>
        <w:tab/>
      </w:r>
      <w:r w:rsidRPr="00CD56F1">
        <w:rPr>
          <w:color w:val="000000" w:themeColor="text1"/>
        </w:rPr>
        <w:t>Açılış ve yoklama</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2.</w:t>
      </w:r>
      <w:r w:rsidRPr="00CD56F1">
        <w:rPr>
          <w:b/>
          <w:color w:val="000000" w:themeColor="text1"/>
        </w:rPr>
        <w:tab/>
      </w:r>
      <w:r w:rsidRPr="00CD56F1">
        <w:rPr>
          <w:color w:val="000000" w:themeColor="text1"/>
        </w:rPr>
        <w:t>Toplantının amacı ve şube rehber öğretmeninin tanıtılması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3.</w:t>
      </w:r>
      <w:r w:rsidRPr="00CD56F1">
        <w:rPr>
          <w:b/>
          <w:color w:val="000000" w:themeColor="text1"/>
        </w:rPr>
        <w:tab/>
      </w:r>
      <w:r w:rsidRPr="00CD56F1">
        <w:rPr>
          <w:color w:val="000000" w:themeColor="text1"/>
        </w:rPr>
        <w:t>Sorumluluk alma ve kendi kararını verme becerisi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4.</w:t>
      </w:r>
      <w:r w:rsidRPr="00CD56F1">
        <w:rPr>
          <w:b/>
          <w:color w:val="000000" w:themeColor="text1"/>
        </w:rPr>
        <w:tab/>
      </w:r>
      <w:r w:rsidRPr="00CD56F1">
        <w:rPr>
          <w:color w:val="000000" w:themeColor="text1"/>
        </w:rPr>
        <w:t>Ders yükünün artması ve çalışma planı kurma</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5.</w:t>
      </w:r>
      <w:r w:rsidRPr="00CD56F1">
        <w:rPr>
          <w:b/>
          <w:color w:val="000000" w:themeColor="text1"/>
        </w:rPr>
        <w:tab/>
      </w:r>
      <w:r w:rsidRPr="00CD56F1">
        <w:rPr>
          <w:color w:val="000000" w:themeColor="text1"/>
        </w:rPr>
        <w:t>Okul kuralları, kılık kıyafet, tertip ve düzen</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6.</w:t>
      </w:r>
      <w:r w:rsidRPr="00CD56F1">
        <w:rPr>
          <w:b/>
          <w:color w:val="000000" w:themeColor="text1"/>
        </w:rPr>
        <w:tab/>
      </w:r>
      <w:r w:rsidRPr="00CD56F1">
        <w:rPr>
          <w:color w:val="000000" w:themeColor="text1"/>
        </w:rPr>
        <w:t>Okula devam ve devamsızlı</w:t>
      </w:r>
      <w:r w:rsidRPr="00CD56F1">
        <w:rPr>
          <w:color w:val="000000" w:themeColor="text1"/>
        </w:rPr>
        <w:t>ğın takibi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7.</w:t>
      </w:r>
      <w:r w:rsidRPr="00CD56F1">
        <w:rPr>
          <w:b/>
          <w:color w:val="000000" w:themeColor="text1"/>
        </w:rPr>
        <w:tab/>
      </w:r>
      <w:r w:rsidRPr="00CD56F1">
        <w:rPr>
          <w:color w:val="000000" w:themeColor="text1"/>
        </w:rPr>
        <w:t>Okul güvenliği ve kontrollü giriş çıkış uygulaması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8.</w:t>
      </w:r>
      <w:r w:rsidRPr="00CD56F1">
        <w:rPr>
          <w:b/>
          <w:color w:val="000000" w:themeColor="text1"/>
        </w:rPr>
        <w:tab/>
      </w:r>
      <w:r w:rsidRPr="00CD56F1">
        <w:rPr>
          <w:color w:val="000000" w:themeColor="text1"/>
        </w:rPr>
        <w:t>Veli görüşmelerinin Okul Randevu Sistemi üzerinden planlanması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9.</w:t>
      </w:r>
      <w:r w:rsidRPr="00CD56F1">
        <w:rPr>
          <w:b/>
          <w:color w:val="000000" w:themeColor="text1"/>
        </w:rPr>
        <w:tab/>
      </w:r>
      <w:r w:rsidRPr="00CD56F1">
        <w:rPr>
          <w:color w:val="000000" w:themeColor="text1"/>
        </w:rPr>
        <w:t>Evde çalışma düzeni, ders tekrarı ve okuma alışkanlığı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10.</w:t>
      </w:r>
      <w:r w:rsidRPr="00CD56F1">
        <w:rPr>
          <w:b/>
          <w:color w:val="000000" w:themeColor="text1"/>
        </w:rPr>
        <w:tab/>
      </w:r>
      <w:r w:rsidRPr="00CD56F1">
        <w:rPr>
          <w:color w:val="000000" w:themeColor="text1"/>
        </w:rPr>
        <w:t>Ekran süresi ve sınıfta cep telefonu bulundurulmaması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11.</w:t>
      </w:r>
      <w:r w:rsidRPr="00CD56F1">
        <w:rPr>
          <w:b/>
          <w:color w:val="000000" w:themeColor="text1"/>
        </w:rPr>
        <w:tab/>
      </w:r>
      <w:r w:rsidRPr="00CD56F1">
        <w:rPr>
          <w:color w:val="000000" w:themeColor="text1"/>
        </w:rPr>
        <w:t>Ölçme</w:t>
      </w:r>
      <w:r w:rsidRPr="00CD56F1">
        <w:rPr>
          <w:color w:val="000000" w:themeColor="text1"/>
        </w:rPr>
        <w:t xml:space="preserve"> ve değerlendirme ile gelişim raporlarının paylaşılması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12.</w:t>
      </w:r>
      <w:r w:rsidRPr="00CD56F1">
        <w:rPr>
          <w:b/>
          <w:color w:val="000000" w:themeColor="text1"/>
        </w:rPr>
        <w:tab/>
      </w:r>
      <w:r w:rsidRPr="00CD56F1">
        <w:rPr>
          <w:color w:val="000000" w:themeColor="text1"/>
        </w:rPr>
        <w:t>Bakanlığın dijital platformlarının tanıtılması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13.</w:t>
      </w:r>
      <w:r w:rsidRPr="00CD56F1">
        <w:rPr>
          <w:b/>
          <w:color w:val="000000" w:themeColor="text1"/>
        </w:rPr>
        <w:tab/>
      </w:r>
      <w:r w:rsidRPr="00CD56F1">
        <w:rPr>
          <w:color w:val="000000" w:themeColor="text1"/>
        </w:rPr>
        <w:t>Seçmeli dersler, kulüpler ve sosyal etkinlikler</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14.</w:t>
      </w:r>
      <w:r w:rsidRPr="00CD56F1">
        <w:rPr>
          <w:b/>
          <w:color w:val="000000" w:themeColor="text1"/>
        </w:rPr>
        <w:tab/>
      </w:r>
      <w:r w:rsidRPr="00CD56F1">
        <w:rPr>
          <w:color w:val="000000" w:themeColor="text1"/>
        </w:rPr>
        <w:t>Okul aile iş birliği ve iletişim kanalları</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15.</w:t>
      </w:r>
      <w:r w:rsidRPr="00CD56F1">
        <w:rPr>
          <w:b/>
          <w:color w:val="000000" w:themeColor="text1"/>
        </w:rPr>
        <w:tab/>
      </w:r>
      <w:r w:rsidRPr="00CD56F1">
        <w:rPr>
          <w:color w:val="000000" w:themeColor="text1"/>
        </w:rPr>
        <w:t>Dilek, temenniler ve kapanış</w:t>
      </w:r>
    </w:p>
    <w:p w:rsidR="00A458BC" w:rsidRPr="00CD56F1" w:rsidRDefault="00CD56F1">
      <w:pPr>
        <w:keepNext/>
        <w:pBdr>
          <w:bottom w:val="single" w:sz="8" w:space="2" w:color="B08968"/>
        </w:pBdr>
        <w:spacing w:before="200" w:after="80"/>
        <w:rPr>
          <w:color w:val="000000" w:themeColor="text1"/>
        </w:rPr>
      </w:pPr>
      <w:r w:rsidRPr="00CD56F1">
        <w:rPr>
          <w:b/>
          <w:color w:val="000000" w:themeColor="text1"/>
          <w:sz w:val="23"/>
        </w:rPr>
        <w:t>GÜNDEM MADDELERİN</w:t>
      </w:r>
      <w:r w:rsidRPr="00CD56F1">
        <w:rPr>
          <w:b/>
          <w:color w:val="000000" w:themeColor="text1"/>
          <w:sz w:val="23"/>
        </w:rPr>
        <w:t>İN GÖRÜŞÜLMESİ</w:t>
      </w:r>
    </w:p>
    <w:p w:rsidR="00A458BC" w:rsidRPr="00CD56F1" w:rsidRDefault="00CD56F1">
      <w:pPr>
        <w:keepNext/>
        <w:spacing w:before="120" w:after="40"/>
        <w:rPr>
          <w:color w:val="000000" w:themeColor="text1"/>
        </w:rPr>
      </w:pPr>
      <w:r w:rsidRPr="00CD56F1">
        <w:rPr>
          <w:b/>
          <w:color w:val="000000" w:themeColor="text1"/>
        </w:rPr>
        <w:t>1. Açılış ve yoklama</w:t>
      </w:r>
    </w:p>
    <w:p w:rsidR="00A458BC" w:rsidRPr="00CD56F1" w:rsidRDefault="00CD56F1">
      <w:pPr>
        <w:spacing w:after="100"/>
        <w:ind w:firstLine="567"/>
        <w:jc w:val="both"/>
        <w:rPr>
          <w:color w:val="000000" w:themeColor="text1"/>
        </w:rPr>
      </w:pPr>
      <w:r w:rsidRPr="00CD56F1">
        <w:rPr>
          <w:color w:val="000000" w:themeColor="text1"/>
        </w:rPr>
        <w:t>Şube Rehber Öğretmeni …………………, toplantıya katılan velileri içtenlikle karşıladı; yeni eğitim öğretim döneminin öğrenciler açısından başarılı geçmesini diledi ve yoklama işleminin tamamlandığını bildirdi.</w:t>
      </w:r>
    </w:p>
    <w:p w:rsidR="00A458BC" w:rsidRPr="00CD56F1" w:rsidRDefault="00CD56F1">
      <w:pPr>
        <w:keepNext/>
        <w:spacing w:before="120" w:after="40"/>
        <w:rPr>
          <w:color w:val="000000" w:themeColor="text1"/>
        </w:rPr>
      </w:pPr>
      <w:r w:rsidRPr="00CD56F1">
        <w:rPr>
          <w:b/>
          <w:color w:val="000000" w:themeColor="text1"/>
        </w:rPr>
        <w:t>2. Toplantının a</w:t>
      </w:r>
      <w:r w:rsidRPr="00CD56F1">
        <w:rPr>
          <w:b/>
          <w:color w:val="000000" w:themeColor="text1"/>
        </w:rPr>
        <w:t>macı ve şube rehber öğretmeninin tanıtılması</w:t>
      </w:r>
    </w:p>
    <w:p w:rsidR="00A458BC" w:rsidRPr="00CD56F1" w:rsidRDefault="00CD56F1">
      <w:pPr>
        <w:spacing w:after="100"/>
        <w:ind w:firstLine="567"/>
        <w:jc w:val="both"/>
        <w:rPr>
          <w:color w:val="000000" w:themeColor="text1"/>
        </w:rPr>
      </w:pPr>
      <w:r w:rsidRPr="00CD56F1">
        <w:rPr>
          <w:color w:val="000000" w:themeColor="text1"/>
        </w:rPr>
        <w:t xml:space="preserve">Şube Rehber Öğretmeni …………………, şube rehber öğretmeni sıfatıyla öğrencinin okul içindeki gelişimini yakından izleyen ve aileyle iletişimi yürüten kişi olduğunu ifade etti. Bu buluşmanın temel amacının, evle okul </w:t>
      </w:r>
      <w:r w:rsidRPr="00CD56F1">
        <w:rPr>
          <w:color w:val="000000" w:themeColor="text1"/>
        </w:rPr>
        <w:t>arasındaki iş birliğini pekiştirmek ve dönemde uygulanacak temel yaklaşımı velilerle paylaşmak olduğunu belirtti (2026/70 sayılı Genelge).</w:t>
      </w:r>
    </w:p>
    <w:p w:rsidR="00A458BC" w:rsidRPr="00CD56F1" w:rsidRDefault="00CD56F1">
      <w:pPr>
        <w:keepNext/>
        <w:spacing w:before="120" w:after="40"/>
        <w:rPr>
          <w:color w:val="000000" w:themeColor="text1"/>
        </w:rPr>
      </w:pPr>
      <w:r w:rsidRPr="00CD56F1">
        <w:rPr>
          <w:b/>
          <w:color w:val="000000" w:themeColor="text1"/>
        </w:rPr>
        <w:t>3. Sorumluluk alma ve kendi kararını verme becerisi</w:t>
      </w:r>
    </w:p>
    <w:p w:rsidR="00A458BC" w:rsidRPr="00CD56F1" w:rsidRDefault="00CD56F1">
      <w:pPr>
        <w:spacing w:after="100"/>
        <w:ind w:firstLine="567"/>
        <w:jc w:val="both"/>
        <w:rPr>
          <w:color w:val="000000" w:themeColor="text1"/>
        </w:rPr>
      </w:pPr>
      <w:r w:rsidRPr="00CD56F1">
        <w:rPr>
          <w:color w:val="000000" w:themeColor="text1"/>
        </w:rPr>
        <w:t>Şube Rehber Öğretmeni …………………, bu yaştaki öğrencilerin kendi işle</w:t>
      </w:r>
      <w:r w:rsidRPr="00CD56F1">
        <w:rPr>
          <w:color w:val="000000" w:themeColor="text1"/>
        </w:rPr>
        <w:t>rini kendi yürütmeyi denedikçe sorumluluk duygusunu geliştirdiğini anlattı. Zaman zaman yapılan küçük hataların öğrenmenin doğal bir parçası olduğunu, velinin çocuğa karar verebileceği bir alan tanımasının ve sonucu birlikte değerlendirmesinin gelişimi des</w:t>
      </w:r>
      <w:r w:rsidRPr="00CD56F1">
        <w:rPr>
          <w:color w:val="000000" w:themeColor="text1"/>
        </w:rPr>
        <w:t>teklediğini vurguladı.</w:t>
      </w:r>
    </w:p>
    <w:p w:rsidR="00A458BC" w:rsidRPr="00CD56F1" w:rsidRDefault="00CD56F1">
      <w:pPr>
        <w:keepNext/>
        <w:spacing w:before="120" w:after="40"/>
        <w:rPr>
          <w:color w:val="000000" w:themeColor="text1"/>
        </w:rPr>
      </w:pPr>
      <w:r w:rsidRPr="00CD56F1">
        <w:rPr>
          <w:b/>
          <w:color w:val="000000" w:themeColor="text1"/>
        </w:rPr>
        <w:t>4. Ders yükünün artması ve çalışma planı kurma</w:t>
      </w:r>
    </w:p>
    <w:p w:rsidR="00A458BC" w:rsidRPr="00CD56F1" w:rsidRDefault="00CD56F1">
      <w:pPr>
        <w:spacing w:after="100"/>
        <w:ind w:firstLine="567"/>
        <w:jc w:val="both"/>
        <w:rPr>
          <w:color w:val="000000" w:themeColor="text1"/>
        </w:rPr>
      </w:pPr>
      <w:r w:rsidRPr="00CD56F1">
        <w:rPr>
          <w:color w:val="000000" w:themeColor="text1"/>
        </w:rPr>
        <w:t xml:space="preserve">Şube Rehber Öğretmeni …………………, yedinci sınıfta ders sayısının ve konu yoğunluğunun arttığını, bu nedenle haftalık bir çalışma planının işleri kolaylaştırdığını aktardı. Planın çocukla </w:t>
      </w:r>
      <w:r w:rsidRPr="00CD56F1">
        <w:rPr>
          <w:color w:val="000000" w:themeColor="text1"/>
        </w:rPr>
        <w:t>birlikte hazırlanmasının onu sahiplenmeyi artırdığını, esnek ama düzenli bir programın hem derse hem dinlenmeye yer bıraktığını ifade etti.</w:t>
      </w:r>
    </w:p>
    <w:p w:rsidR="00A458BC" w:rsidRPr="00CD56F1" w:rsidRDefault="00CD56F1">
      <w:pPr>
        <w:keepNext/>
        <w:spacing w:before="120" w:after="40"/>
        <w:rPr>
          <w:color w:val="000000" w:themeColor="text1"/>
        </w:rPr>
      </w:pPr>
      <w:r w:rsidRPr="00CD56F1">
        <w:rPr>
          <w:b/>
          <w:color w:val="000000" w:themeColor="text1"/>
        </w:rPr>
        <w:lastRenderedPageBreak/>
        <w:t>5. Okul kuralları, kılık kıyafet, tertip ve düzen</w:t>
      </w:r>
    </w:p>
    <w:p w:rsidR="00A458BC" w:rsidRPr="00CD56F1" w:rsidRDefault="00CD56F1">
      <w:pPr>
        <w:spacing w:after="100"/>
        <w:ind w:firstLine="567"/>
        <w:jc w:val="both"/>
        <w:rPr>
          <w:color w:val="000000" w:themeColor="text1"/>
        </w:rPr>
      </w:pPr>
      <w:r w:rsidRPr="00CD56F1">
        <w:rPr>
          <w:color w:val="000000" w:themeColor="text1"/>
        </w:rPr>
        <w:t>Şube Rehber Öğretmeni …………………, okulun günlük işleyişine dair kural</w:t>
      </w:r>
      <w:r w:rsidRPr="00CD56F1">
        <w:rPr>
          <w:color w:val="000000" w:themeColor="text1"/>
        </w:rPr>
        <w:t>ları, kılık kıyafetle ilgili esasları ve sınıfın düzenli tutulmasına yönelik beklentileri velilerle paylaştı. Bu kurallara uymanın öğrencide öz denetim ve sorumluluk duygusunu güçlendirdiğini, evde de benzer bir tutumun sürdürülmesinin yararlı olduğunu söy</w:t>
      </w:r>
      <w:r w:rsidRPr="00CD56F1">
        <w:rPr>
          <w:color w:val="000000" w:themeColor="text1"/>
        </w:rPr>
        <w:t>ledi.</w:t>
      </w:r>
    </w:p>
    <w:p w:rsidR="00A458BC" w:rsidRPr="00CD56F1" w:rsidRDefault="00CD56F1">
      <w:pPr>
        <w:keepNext/>
        <w:spacing w:before="120" w:after="40"/>
        <w:rPr>
          <w:color w:val="000000" w:themeColor="text1"/>
        </w:rPr>
      </w:pPr>
      <w:r w:rsidRPr="00CD56F1">
        <w:rPr>
          <w:b/>
          <w:color w:val="000000" w:themeColor="text1"/>
        </w:rPr>
        <w:t>6. Okula devam ve devamsızlığın takibi</w:t>
      </w:r>
    </w:p>
    <w:p w:rsidR="00A458BC" w:rsidRPr="00CD56F1" w:rsidRDefault="00CD56F1">
      <w:pPr>
        <w:spacing w:after="100"/>
        <w:ind w:firstLine="567"/>
        <w:jc w:val="both"/>
        <w:rPr>
          <w:color w:val="000000" w:themeColor="text1"/>
        </w:rPr>
      </w:pPr>
      <w:r w:rsidRPr="00CD56F1">
        <w:rPr>
          <w:color w:val="000000" w:themeColor="text1"/>
        </w:rPr>
        <w:t>Şube Rehber Öğretmeni …………………, derse düzenli katılımın öğrenmenin sürekliliği için gerekli olduğunu belirterek devamsızlıkların anında kaydedildiğini anlattı. Sağlık ya da zorunlu bir neden olduğunda durumun oku</w:t>
      </w:r>
      <w:r w:rsidRPr="00CD56F1">
        <w:rPr>
          <w:color w:val="000000" w:themeColor="text1"/>
        </w:rPr>
        <w:t>la zamanında bildirilmesini rica etti; kesintisiz devamın öğrencinin hem derslerine hem arkadaşlık ilişkilerine olumlu yansıdığını paylaştı.</w:t>
      </w:r>
    </w:p>
    <w:p w:rsidR="00A458BC" w:rsidRPr="00CD56F1" w:rsidRDefault="00CD56F1">
      <w:pPr>
        <w:keepNext/>
        <w:spacing w:before="120" w:after="40"/>
        <w:rPr>
          <w:color w:val="000000" w:themeColor="text1"/>
        </w:rPr>
      </w:pPr>
      <w:r w:rsidRPr="00CD56F1">
        <w:rPr>
          <w:b/>
          <w:color w:val="000000" w:themeColor="text1"/>
        </w:rPr>
        <w:t>7. Okul güvenliği ve kontrollü giriş çıkış uygulaması</w:t>
      </w:r>
    </w:p>
    <w:p w:rsidR="00A458BC" w:rsidRPr="00CD56F1" w:rsidRDefault="00CD56F1">
      <w:pPr>
        <w:spacing w:after="100"/>
        <w:ind w:firstLine="567"/>
        <w:jc w:val="both"/>
        <w:rPr>
          <w:color w:val="000000" w:themeColor="text1"/>
        </w:rPr>
      </w:pPr>
      <w:r w:rsidRPr="00CD56F1">
        <w:rPr>
          <w:color w:val="000000" w:themeColor="text1"/>
        </w:rPr>
        <w:t>Şube Rehber Öğretmeni …………………, öğrencilerin güvenliği için ok</w:t>
      </w:r>
      <w:r w:rsidRPr="00CD56F1">
        <w:rPr>
          <w:color w:val="000000" w:themeColor="text1"/>
        </w:rPr>
        <w:t>ul çevresinde kontrollü giriş çıkışın uygulandığını, yaya ve taşıt yollarının ayrıldığını ve görüşün kısıtlı olduğu alanların aydınlatıldığını iletti (2026/70 sayılı Genelge, md. 6). Acil bir durumda güvenli tahliyeyi sağlayacak bakım ve onarımların düzenl</w:t>
      </w:r>
      <w:r w:rsidRPr="00CD56F1">
        <w:rPr>
          <w:color w:val="000000" w:themeColor="text1"/>
        </w:rPr>
        <w:t>i yürütüldüğünü, bütün bu önlemlerin öğrenci güvenliği esas alınarak alındığını belirtti.</w:t>
      </w:r>
    </w:p>
    <w:p w:rsidR="00A458BC" w:rsidRPr="00CD56F1" w:rsidRDefault="00CD56F1">
      <w:pPr>
        <w:keepNext/>
        <w:spacing w:before="120" w:after="40"/>
        <w:rPr>
          <w:color w:val="000000" w:themeColor="text1"/>
        </w:rPr>
      </w:pPr>
      <w:r w:rsidRPr="00CD56F1">
        <w:rPr>
          <w:b/>
          <w:color w:val="000000" w:themeColor="text1"/>
        </w:rPr>
        <w:t>8. Veli görüşmelerinin Okul Randevu Sistemi üzerinden planlanması</w:t>
      </w:r>
    </w:p>
    <w:p w:rsidR="00A458BC" w:rsidRPr="00CD56F1" w:rsidRDefault="00CD56F1">
      <w:pPr>
        <w:spacing w:after="100"/>
        <w:ind w:firstLine="567"/>
        <w:jc w:val="both"/>
        <w:rPr>
          <w:color w:val="000000" w:themeColor="text1"/>
        </w:rPr>
      </w:pPr>
      <w:r w:rsidRPr="00CD56F1">
        <w:rPr>
          <w:color w:val="000000" w:themeColor="text1"/>
        </w:rPr>
        <w:t>Şube Rehber Öğretmeni …………………, veli görüşmelerinin tamamının Okul Randevu Sistemi üzerinden yürütüld</w:t>
      </w:r>
      <w:r w:rsidRPr="00CD56F1">
        <w:rPr>
          <w:color w:val="000000" w:themeColor="text1"/>
        </w:rPr>
        <w:t>üğünü; randevusuz gelen ziyaretçilerin ve öğrencinin yasal temsilcisi dışındaki kişilerin okula kabul edilmediğini anlattı (2026/70 sayılı Genelge, md. 30). Söz konusu uygulamanın öğretmenlerin mesleki haklarını ve okulun güvenli ortamını koruduğunu dile g</w:t>
      </w:r>
      <w:r w:rsidRPr="00CD56F1">
        <w:rPr>
          <w:color w:val="000000" w:themeColor="text1"/>
        </w:rPr>
        <w:t>etirdi.</w:t>
      </w:r>
    </w:p>
    <w:p w:rsidR="00A458BC" w:rsidRPr="00CD56F1" w:rsidRDefault="00CD56F1">
      <w:pPr>
        <w:spacing w:after="100"/>
        <w:ind w:firstLine="567"/>
        <w:jc w:val="both"/>
        <w:rPr>
          <w:color w:val="000000" w:themeColor="text1"/>
        </w:rPr>
      </w:pPr>
      <w:r w:rsidRPr="00CD56F1">
        <w:rPr>
          <w:color w:val="000000" w:themeColor="text1"/>
        </w:rPr>
        <w:t>Randevu almak için e-Devlet üzerinden okulrandevu.meb.gov.tr sayfasına girilerek "Yeni Randevu" bölümünden görüşülecek kişi ile uygun gün ve saatin seçildiğini, isteğin okul yönetimince onaylanınca kesinleştiğini belirtti. Bu işleme okulun resmî sa</w:t>
      </w:r>
      <w:r w:rsidRPr="00CD56F1">
        <w:rPr>
          <w:color w:val="000000" w:themeColor="text1"/>
        </w:rPr>
        <w:t>yfasındaki bağlantıdan da erişilebildiğini, görüşme saatlerini her okulun ayrıca planladığını ekledi.</w:t>
      </w:r>
    </w:p>
    <w:p w:rsidR="00A458BC" w:rsidRPr="00CD56F1" w:rsidRDefault="00CD56F1">
      <w:pPr>
        <w:keepNext/>
        <w:spacing w:before="120" w:after="40"/>
        <w:rPr>
          <w:color w:val="000000" w:themeColor="text1"/>
        </w:rPr>
      </w:pPr>
      <w:r w:rsidRPr="00CD56F1">
        <w:rPr>
          <w:b/>
          <w:color w:val="000000" w:themeColor="text1"/>
        </w:rPr>
        <w:t>9. Evde çalışma düzeni, ders tekrarı ve okuma alışkanlığı</w:t>
      </w:r>
    </w:p>
    <w:p w:rsidR="00A458BC" w:rsidRPr="00CD56F1" w:rsidRDefault="00CD56F1">
      <w:pPr>
        <w:spacing w:after="100"/>
        <w:ind w:firstLine="567"/>
        <w:jc w:val="both"/>
        <w:rPr>
          <w:color w:val="000000" w:themeColor="text1"/>
        </w:rPr>
      </w:pPr>
      <w:r w:rsidRPr="00CD56F1">
        <w:rPr>
          <w:color w:val="000000" w:themeColor="text1"/>
        </w:rPr>
        <w:t>Şube Rehber Öğretmeni …………………, öğrencinin evde sessiz ve toplu bir çalışma alanına sahip olmasın</w:t>
      </w:r>
      <w:r w:rsidRPr="00CD56F1">
        <w:rPr>
          <w:color w:val="000000" w:themeColor="text1"/>
        </w:rPr>
        <w:t>ın derslerine odaklanmasını kolaylaştırdığını söyledi. Her gün kısa aralıklarla yapılan tekrarın bilgiyi pekiştirdiğini, düzenli kitap okumanın kelime dağarcığını ve anlama gücünü artırdığını; velinin bu alışkanlıkları zorlamadan özendirmesinin daha kalıcı</w:t>
      </w:r>
      <w:r w:rsidRPr="00CD56F1">
        <w:rPr>
          <w:color w:val="000000" w:themeColor="text1"/>
        </w:rPr>
        <w:t xml:space="preserve"> sonuç verdiğini ifade etti.</w:t>
      </w:r>
    </w:p>
    <w:p w:rsidR="00A458BC" w:rsidRPr="00CD56F1" w:rsidRDefault="00CD56F1">
      <w:pPr>
        <w:keepNext/>
        <w:spacing w:before="120" w:after="40"/>
        <w:rPr>
          <w:color w:val="000000" w:themeColor="text1"/>
        </w:rPr>
      </w:pPr>
      <w:r w:rsidRPr="00CD56F1">
        <w:rPr>
          <w:b/>
          <w:color w:val="000000" w:themeColor="text1"/>
        </w:rPr>
        <w:t>10. Ekran süresi ve sınıfta cep telefonu bulundurulmaması</w:t>
      </w:r>
    </w:p>
    <w:p w:rsidR="00A458BC" w:rsidRPr="00CD56F1" w:rsidRDefault="00CD56F1">
      <w:pPr>
        <w:spacing w:after="100"/>
        <w:ind w:firstLine="567"/>
        <w:jc w:val="both"/>
        <w:rPr>
          <w:color w:val="000000" w:themeColor="text1"/>
        </w:rPr>
      </w:pPr>
      <w:r w:rsidRPr="00CD56F1">
        <w:rPr>
          <w:color w:val="000000" w:themeColor="text1"/>
        </w:rPr>
        <w:t>Şube Rehber Öğretmeni …………………, öğrencinin ekran başında geçirdiği zamanın ölçülü olmasının gelişimi bakımından değerli olduğunu belirtti. Öğrencilerin cep telefonunu oku</w:t>
      </w:r>
      <w:r w:rsidRPr="00CD56F1">
        <w:rPr>
          <w:color w:val="000000" w:themeColor="text1"/>
        </w:rPr>
        <w:t>la getirmemesinin esas olduğunu, zorunlu hâllerde telefonun okul yönetimine emanet edildiğini, sınıfta telefon bulundurulmadığını; ödev ve bilgilendirmelerin yalnızca Bakanlığın seçtiği platformlar üzerinden paylaşıldığını açıkladı (2026/70 sayılı Genelge,</w:t>
      </w:r>
      <w:r w:rsidRPr="00CD56F1">
        <w:rPr>
          <w:color w:val="000000" w:themeColor="text1"/>
        </w:rPr>
        <w:t xml:space="preserve"> md. 37).</w:t>
      </w:r>
    </w:p>
    <w:p w:rsidR="00A458BC" w:rsidRPr="00CD56F1" w:rsidRDefault="00CD56F1">
      <w:pPr>
        <w:keepNext/>
        <w:spacing w:before="120" w:after="40"/>
        <w:rPr>
          <w:color w:val="000000" w:themeColor="text1"/>
        </w:rPr>
      </w:pPr>
      <w:r w:rsidRPr="00CD56F1">
        <w:rPr>
          <w:b/>
          <w:color w:val="000000" w:themeColor="text1"/>
        </w:rPr>
        <w:t>11. Ölçme ve değerlendirme ile gelişim raporlarının paylaşılması</w:t>
      </w:r>
    </w:p>
    <w:p w:rsidR="00A458BC" w:rsidRPr="00CD56F1" w:rsidRDefault="00CD56F1">
      <w:pPr>
        <w:spacing w:after="100"/>
        <w:ind w:firstLine="567"/>
        <w:jc w:val="both"/>
        <w:rPr>
          <w:color w:val="000000" w:themeColor="text1"/>
        </w:rPr>
      </w:pPr>
      <w:r w:rsidRPr="00CD56F1">
        <w:rPr>
          <w:color w:val="000000" w:themeColor="text1"/>
        </w:rPr>
        <w:t>Şube Rehber Öğretmeni …………………, ortaokulun 5, 6 ve 7. sınıflarında e-Okul üzerinde gelişim raporlarının tutulduğunu ve içeriğinin velilerle paylaşıldığını kaydetti (2026/70 sayılı Ge</w:t>
      </w:r>
      <w:r w:rsidRPr="00CD56F1">
        <w:rPr>
          <w:color w:val="000000" w:themeColor="text1"/>
        </w:rPr>
        <w:t>nelge, md. 20). Öte yandan Bakanlık dışında yürütülen ölçme ve sınav uygulamalarına izin verilmediğini, değerlendirmenin öğrencinin gelişimini görmeye yönelik yürütüldüğünü belirtti (2026/70 sayılı Genelge, md. 21).</w:t>
      </w:r>
    </w:p>
    <w:p w:rsidR="00A458BC" w:rsidRPr="00CD56F1" w:rsidRDefault="00CD56F1">
      <w:pPr>
        <w:keepNext/>
        <w:spacing w:before="120" w:after="40"/>
        <w:rPr>
          <w:color w:val="000000" w:themeColor="text1"/>
        </w:rPr>
      </w:pPr>
      <w:r w:rsidRPr="00CD56F1">
        <w:rPr>
          <w:b/>
          <w:color w:val="000000" w:themeColor="text1"/>
        </w:rPr>
        <w:t>12. Bakanlığın dijital platformlarının t</w:t>
      </w:r>
      <w:r w:rsidRPr="00CD56F1">
        <w:rPr>
          <w:b/>
          <w:color w:val="000000" w:themeColor="text1"/>
        </w:rPr>
        <w:t>anıtılması</w:t>
      </w:r>
    </w:p>
    <w:p w:rsidR="00A458BC" w:rsidRPr="00CD56F1" w:rsidRDefault="00CD56F1">
      <w:pPr>
        <w:spacing w:after="100"/>
        <w:ind w:firstLine="567"/>
        <w:jc w:val="both"/>
        <w:rPr>
          <w:color w:val="000000" w:themeColor="text1"/>
        </w:rPr>
      </w:pPr>
      <w:r w:rsidRPr="00CD56F1">
        <w:rPr>
          <w:color w:val="000000" w:themeColor="text1"/>
        </w:rPr>
        <w:t xml:space="preserve">Şube Rehber Öğretmeni …………………, Bakanlığın hazırladığı dijital öğrenme kaynaklarını aktardı. MEBİ Bireysel Öğrenme Platformu, Yeni EBA, OGM Materyal ve Velivizyon gibi ortamların öğrenmeyi </w:t>
      </w:r>
      <w:r w:rsidRPr="00CD56F1">
        <w:rPr>
          <w:color w:val="000000" w:themeColor="text1"/>
        </w:rPr>
        <w:lastRenderedPageBreak/>
        <w:t>güvenli biçimde beslediğini, ailelerin bu kaynakları izle</w:t>
      </w:r>
      <w:r w:rsidRPr="00CD56F1">
        <w:rPr>
          <w:color w:val="000000" w:themeColor="text1"/>
        </w:rPr>
        <w:t>mesinin öğrenciye katkı sağladığını vurguladı (2026/70 sayılı Genelge, md. 8).</w:t>
      </w:r>
    </w:p>
    <w:p w:rsidR="00A458BC" w:rsidRPr="00CD56F1" w:rsidRDefault="00CD56F1">
      <w:pPr>
        <w:keepNext/>
        <w:spacing w:before="120" w:after="40"/>
        <w:rPr>
          <w:color w:val="000000" w:themeColor="text1"/>
        </w:rPr>
      </w:pPr>
      <w:r w:rsidRPr="00CD56F1">
        <w:rPr>
          <w:b/>
          <w:color w:val="000000" w:themeColor="text1"/>
        </w:rPr>
        <w:t>13. Seçmeli dersler, kulüpler ve sosyal etkinlikler</w:t>
      </w:r>
    </w:p>
    <w:p w:rsidR="00A458BC" w:rsidRPr="00CD56F1" w:rsidRDefault="00CD56F1">
      <w:pPr>
        <w:spacing w:after="100"/>
        <w:ind w:firstLine="567"/>
        <w:jc w:val="both"/>
        <w:rPr>
          <w:color w:val="000000" w:themeColor="text1"/>
        </w:rPr>
      </w:pPr>
      <w:r w:rsidRPr="00CD56F1">
        <w:rPr>
          <w:color w:val="000000" w:themeColor="text1"/>
        </w:rPr>
        <w:t>Şube Rehber Öğretmeni …………………, öğrencilerin ilgi ve becerilerine göre seçmeli derslere ve kulüp etkinliklerine katılmaya teşv</w:t>
      </w:r>
      <w:r w:rsidRPr="00CD56F1">
        <w:rPr>
          <w:color w:val="000000" w:themeColor="text1"/>
        </w:rPr>
        <w:t>ik edildiğini anlattı. Bir uğraş edinmenin öğrencinin özgüvenini artırdığını, sosyal etkinliklerin sorumluluk ve iş birliği duygusunu geliştirdiğini belirtti.</w:t>
      </w:r>
    </w:p>
    <w:p w:rsidR="00A458BC" w:rsidRPr="00CD56F1" w:rsidRDefault="00CD56F1">
      <w:pPr>
        <w:keepNext/>
        <w:spacing w:before="120" w:after="40"/>
        <w:rPr>
          <w:color w:val="000000" w:themeColor="text1"/>
        </w:rPr>
      </w:pPr>
      <w:r w:rsidRPr="00CD56F1">
        <w:rPr>
          <w:b/>
          <w:color w:val="000000" w:themeColor="text1"/>
        </w:rPr>
        <w:t>14. Okul aile iş birliği ve iletişim kanalları</w:t>
      </w:r>
    </w:p>
    <w:p w:rsidR="00A458BC" w:rsidRPr="00CD56F1" w:rsidRDefault="00CD56F1">
      <w:pPr>
        <w:spacing w:after="100"/>
        <w:ind w:firstLine="567"/>
        <w:jc w:val="both"/>
        <w:rPr>
          <w:color w:val="000000" w:themeColor="text1"/>
        </w:rPr>
      </w:pPr>
      <w:r w:rsidRPr="00CD56F1">
        <w:rPr>
          <w:color w:val="000000" w:themeColor="text1"/>
        </w:rPr>
        <w:t>Şube Rehber Öğretmeni …………………, okul ile ailenin sü</w:t>
      </w:r>
      <w:r w:rsidRPr="00CD56F1">
        <w:rPr>
          <w:color w:val="000000" w:themeColor="text1"/>
        </w:rPr>
        <w:t>rekli iletişiminin öğrencinin gelişimine belirgin katkı sağladığını belirtti. Ailelerin görüş ve önerilerini Okul Randevu Sistemi ya da okulun resmî iletişim kanalları yoluyla iletebileceğini, gelen her önerinin değerlendirileceğini söyledi. Gerekli görüld</w:t>
      </w:r>
      <w:r w:rsidRPr="00CD56F1">
        <w:rPr>
          <w:color w:val="000000" w:themeColor="text1"/>
        </w:rPr>
        <w:t>üğünde, önceden veliyle günü belirlenerek yapılan ev ziyaretlerinin öğrenciyi ev ortamında tanımaya ve aileyle bağı güçlendirmeye katkı sağladığını ekledi.</w:t>
      </w:r>
    </w:p>
    <w:p w:rsidR="00A458BC" w:rsidRPr="00CD56F1" w:rsidRDefault="00CD56F1">
      <w:pPr>
        <w:keepNext/>
        <w:spacing w:before="120" w:after="40"/>
        <w:rPr>
          <w:color w:val="000000" w:themeColor="text1"/>
        </w:rPr>
      </w:pPr>
      <w:r w:rsidRPr="00CD56F1">
        <w:rPr>
          <w:b/>
          <w:color w:val="000000" w:themeColor="text1"/>
        </w:rPr>
        <w:t>15. Dilek, temenniler ve kapanış</w:t>
      </w:r>
    </w:p>
    <w:p w:rsidR="00A458BC" w:rsidRPr="00CD56F1" w:rsidRDefault="00CD56F1">
      <w:pPr>
        <w:spacing w:after="100"/>
        <w:ind w:firstLine="567"/>
        <w:jc w:val="both"/>
        <w:rPr>
          <w:color w:val="000000" w:themeColor="text1"/>
        </w:rPr>
      </w:pPr>
      <w:r w:rsidRPr="00CD56F1">
        <w:rPr>
          <w:color w:val="000000" w:themeColor="text1"/>
        </w:rPr>
        <w:t>Şube Rehber Öğretmeni …………………, ele alınacak maddelerin tamamlandığı</w:t>
      </w:r>
      <w:r w:rsidRPr="00CD56F1">
        <w:rPr>
          <w:color w:val="000000" w:themeColor="text1"/>
        </w:rPr>
        <w:t>nı belirterek velilerin dilek ve önerilerini aldı. Toplantıya gösterdikleri ilgi için teşekkür ederek sağlıklı ve verimli bir dönem dileğiyle görüşmeyi noktaladı.</w:t>
      </w:r>
    </w:p>
    <w:p w:rsidR="00A458BC" w:rsidRPr="00CD56F1" w:rsidRDefault="00CD56F1">
      <w:pPr>
        <w:keepNext/>
        <w:pBdr>
          <w:bottom w:val="single" w:sz="8" w:space="2" w:color="B08968"/>
        </w:pBdr>
        <w:spacing w:before="200" w:after="80"/>
        <w:rPr>
          <w:color w:val="000000" w:themeColor="text1"/>
        </w:rPr>
      </w:pPr>
      <w:r w:rsidRPr="00CD56F1">
        <w:rPr>
          <w:b/>
          <w:color w:val="000000" w:themeColor="text1"/>
          <w:sz w:val="23"/>
        </w:rPr>
        <w:t>ALINAN KARARLAR</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w:t>
      </w:r>
      <w:r w:rsidRPr="00CD56F1">
        <w:rPr>
          <w:b/>
          <w:color w:val="000000" w:themeColor="text1"/>
        </w:rPr>
        <w:tab/>
      </w:r>
      <w:r w:rsidRPr="00CD56F1">
        <w:rPr>
          <w:color w:val="000000" w:themeColor="text1"/>
        </w:rPr>
        <w:t xml:space="preserve">Öğrencilerin kendi işlerini yürütmeye yönlendirilerek sorumluluk </w:t>
      </w:r>
      <w:r w:rsidRPr="00CD56F1">
        <w:rPr>
          <w:color w:val="000000" w:themeColor="text1"/>
        </w:rPr>
        <w:t>duygularının geliştirilmesine, küçük hataların öğrenme fırsatı olarak görülmesine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2.</w:t>
      </w:r>
      <w:r w:rsidRPr="00CD56F1">
        <w:rPr>
          <w:b/>
          <w:color w:val="000000" w:themeColor="text1"/>
        </w:rPr>
        <w:tab/>
      </w:r>
      <w:r w:rsidRPr="00CD56F1">
        <w:rPr>
          <w:color w:val="000000" w:themeColor="text1"/>
        </w:rPr>
        <w:t>Ders yoğunluğuna karşı öğrencinin haftalık bir çalışma planını aile ile birlikte oluşturmasına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3.</w:t>
      </w:r>
      <w:r w:rsidRPr="00CD56F1">
        <w:rPr>
          <w:b/>
          <w:color w:val="000000" w:themeColor="text1"/>
        </w:rPr>
        <w:tab/>
      </w:r>
      <w:r w:rsidRPr="00CD56F1">
        <w:rPr>
          <w:color w:val="000000" w:themeColor="text1"/>
        </w:rPr>
        <w:t>Kılık kıyafet ve sınıf düzenine ilişkin kur</w:t>
      </w:r>
      <w:r w:rsidRPr="00CD56F1">
        <w:rPr>
          <w:color w:val="000000" w:themeColor="text1"/>
        </w:rPr>
        <w:t>allarda ev ile okulun benzer bir tutum sürdürmesine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4.</w:t>
      </w:r>
      <w:r w:rsidRPr="00CD56F1">
        <w:rPr>
          <w:b/>
          <w:color w:val="000000" w:themeColor="text1"/>
        </w:rPr>
        <w:tab/>
      </w:r>
      <w:r w:rsidRPr="00CD56F1">
        <w:rPr>
          <w:color w:val="000000" w:themeColor="text1"/>
        </w:rPr>
        <w:t>Öğrencinin derse düzenli katılımının sürdürülmesine, geçerli mazeretlerin okula ivedilikle iletilmesine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5.</w:t>
      </w:r>
      <w:r w:rsidRPr="00CD56F1">
        <w:rPr>
          <w:b/>
          <w:color w:val="000000" w:themeColor="text1"/>
        </w:rPr>
        <w:tab/>
      </w:r>
      <w:r w:rsidRPr="00CD56F1">
        <w:rPr>
          <w:color w:val="000000" w:themeColor="text1"/>
        </w:rPr>
        <w:t>Kontrollü giriş çıkış önlemlerine uyulmasına ve veli görüşmeleri</w:t>
      </w:r>
      <w:r w:rsidRPr="00CD56F1">
        <w:rPr>
          <w:color w:val="000000" w:themeColor="text1"/>
        </w:rPr>
        <w:t>nin randevu sistemi üzerinden düzenlenmesine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6.</w:t>
      </w:r>
      <w:r w:rsidRPr="00CD56F1">
        <w:rPr>
          <w:b/>
          <w:color w:val="000000" w:themeColor="text1"/>
        </w:rPr>
        <w:tab/>
      </w:r>
      <w:r w:rsidRPr="00CD56F1">
        <w:rPr>
          <w:color w:val="000000" w:themeColor="text1"/>
        </w:rPr>
        <w:t>Evde sakin bir çalışma ortamı sağlanmasına ve düzenli okuma ile günlük tekrarın özendirilmesine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7.</w:t>
      </w:r>
      <w:r w:rsidRPr="00CD56F1">
        <w:rPr>
          <w:b/>
          <w:color w:val="000000" w:themeColor="text1"/>
        </w:rPr>
        <w:tab/>
      </w:r>
      <w:r w:rsidRPr="00CD56F1">
        <w:rPr>
          <w:color w:val="000000" w:themeColor="text1"/>
        </w:rPr>
        <w:t>Ekran süresinin ölçülü tutulmasına ve ders sırasında cep telefonu bulundurulmam</w:t>
      </w:r>
      <w:r w:rsidRPr="00CD56F1">
        <w:rPr>
          <w:color w:val="000000" w:themeColor="text1"/>
        </w:rPr>
        <w:t>asına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8.</w:t>
      </w:r>
      <w:r w:rsidRPr="00CD56F1">
        <w:rPr>
          <w:b/>
          <w:color w:val="000000" w:themeColor="text1"/>
        </w:rPr>
        <w:tab/>
      </w:r>
      <w:r w:rsidRPr="00CD56F1">
        <w:rPr>
          <w:color w:val="000000" w:themeColor="text1"/>
        </w:rPr>
        <w:t>Gelişim raporlarının e-Okul üzerinden izlenerek değerlendirme sonuçlarının aileyle paylaşılmasına karar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9.</w:t>
      </w:r>
      <w:r w:rsidRPr="00CD56F1">
        <w:rPr>
          <w:b/>
          <w:color w:val="000000" w:themeColor="text1"/>
        </w:rPr>
        <w:tab/>
      </w:r>
      <w:r w:rsidRPr="00CD56F1">
        <w:rPr>
          <w:color w:val="000000" w:themeColor="text1"/>
        </w:rPr>
        <w:t>Bakanlığın dijital öğrenme kaynaklarının ailelerce takip edilmesine ve evdeki öğrenmenin bu yolla desteklenmesine ka</w:t>
      </w:r>
      <w:r w:rsidRPr="00CD56F1">
        <w:rPr>
          <w:color w:val="000000" w:themeColor="text1"/>
        </w:rPr>
        <w:t>rar verildi.</w:t>
      </w:r>
    </w:p>
    <w:p w:rsidR="00A458BC" w:rsidRPr="00CD56F1" w:rsidRDefault="00CD56F1">
      <w:pPr>
        <w:tabs>
          <w:tab w:val="left" w:pos="510"/>
        </w:tabs>
        <w:spacing w:after="60" w:line="269" w:lineRule="auto"/>
        <w:ind w:left="510" w:hanging="340"/>
        <w:jc w:val="both"/>
        <w:rPr>
          <w:color w:val="000000" w:themeColor="text1"/>
        </w:rPr>
      </w:pPr>
      <w:r w:rsidRPr="00CD56F1">
        <w:rPr>
          <w:b/>
          <w:color w:val="000000" w:themeColor="text1"/>
        </w:rPr>
        <w:t>10.</w:t>
      </w:r>
      <w:r w:rsidRPr="00CD56F1">
        <w:rPr>
          <w:b/>
          <w:color w:val="000000" w:themeColor="text1"/>
        </w:rPr>
        <w:tab/>
      </w:r>
      <w:r w:rsidRPr="00CD56F1">
        <w:rPr>
          <w:color w:val="000000" w:themeColor="text1"/>
        </w:rPr>
        <w:t>Öğrencilerin ilgi ve yeteneklerine göre seçmeli ders ve kulüplere katılmasının teşvik edilmesine, okul ile ailenin iletişimini resmî kanallardan sürdürmesine karar verildi.</w:t>
      </w:r>
    </w:p>
    <w:p w:rsidR="00A458BC" w:rsidRPr="00CD56F1" w:rsidRDefault="00A458BC">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CD56F1" w:rsidRPr="00CD56F1">
        <w:trPr>
          <w:cantSplit/>
          <w:jc w:val="center"/>
        </w:trPr>
        <w:tc>
          <w:tcPr>
            <w:tcW w:w="4876" w:type="dxa"/>
          </w:tcPr>
          <w:p w:rsidR="00A458BC" w:rsidRPr="00CD56F1" w:rsidRDefault="00CD56F1">
            <w:pPr>
              <w:jc w:val="center"/>
              <w:rPr>
                <w:color w:val="000000" w:themeColor="text1"/>
              </w:rPr>
            </w:pPr>
            <w:r w:rsidRPr="00CD56F1">
              <w:rPr>
                <w:b/>
                <w:color w:val="000000" w:themeColor="text1"/>
                <w:sz w:val="21"/>
              </w:rPr>
              <w:br/>
              <w:t>…………………</w:t>
            </w:r>
            <w:r w:rsidRPr="00CD56F1">
              <w:rPr>
                <w:b/>
                <w:color w:val="000000" w:themeColor="text1"/>
                <w:sz w:val="21"/>
              </w:rPr>
              <w:br/>
            </w:r>
            <w:r w:rsidRPr="00CD56F1">
              <w:rPr>
                <w:b/>
                <w:color w:val="000000" w:themeColor="text1"/>
                <w:sz w:val="20"/>
              </w:rPr>
              <w:t>Şube Rehber Öğretmeni</w:t>
            </w:r>
          </w:p>
        </w:tc>
        <w:tc>
          <w:tcPr>
            <w:tcW w:w="4876" w:type="dxa"/>
          </w:tcPr>
          <w:p w:rsidR="00A458BC" w:rsidRPr="00CD56F1" w:rsidRDefault="00CD56F1">
            <w:pPr>
              <w:jc w:val="center"/>
              <w:rPr>
                <w:color w:val="000000" w:themeColor="text1"/>
              </w:rPr>
            </w:pPr>
            <w:r w:rsidRPr="00CD56F1">
              <w:rPr>
                <w:b/>
                <w:color w:val="000000" w:themeColor="text1"/>
                <w:sz w:val="21"/>
              </w:rPr>
              <w:t xml:space="preserve">UYGUNDUR  </w:t>
            </w:r>
            <w:r w:rsidRPr="00CD56F1">
              <w:rPr>
                <w:color w:val="000000" w:themeColor="text1"/>
                <w:sz w:val="21"/>
              </w:rPr>
              <w:t>…… / …… / 20……</w:t>
            </w:r>
            <w:r w:rsidRPr="00CD56F1">
              <w:rPr>
                <w:color w:val="000000" w:themeColor="text1"/>
                <w:sz w:val="21"/>
              </w:rPr>
              <w:br/>
            </w:r>
            <w:r w:rsidRPr="00CD56F1">
              <w:rPr>
                <w:b/>
                <w:color w:val="000000" w:themeColor="text1"/>
                <w:sz w:val="21"/>
              </w:rPr>
              <w:t>…………………</w:t>
            </w:r>
            <w:r w:rsidRPr="00CD56F1">
              <w:rPr>
                <w:b/>
                <w:color w:val="000000" w:themeColor="text1"/>
                <w:sz w:val="21"/>
              </w:rPr>
              <w:br/>
            </w:r>
            <w:r w:rsidRPr="00CD56F1">
              <w:rPr>
                <w:b/>
                <w:color w:val="000000" w:themeColor="text1"/>
                <w:sz w:val="20"/>
              </w:rPr>
              <w:t>O</w:t>
            </w:r>
            <w:r w:rsidRPr="00CD56F1">
              <w:rPr>
                <w:b/>
                <w:color w:val="000000" w:themeColor="text1"/>
                <w:sz w:val="20"/>
              </w:rPr>
              <w:t>kul Müdürü</w:t>
            </w:r>
          </w:p>
        </w:tc>
      </w:tr>
    </w:tbl>
    <w:p w:rsidR="00A458BC" w:rsidRPr="00CD56F1" w:rsidRDefault="00CD56F1">
      <w:pPr>
        <w:spacing w:after="0"/>
        <w:rPr>
          <w:color w:val="000000" w:themeColor="text1"/>
        </w:rPr>
      </w:pPr>
      <w:r w:rsidRPr="00CD56F1">
        <w:rPr>
          <w:color w:val="000000" w:themeColor="text1"/>
        </w:rPr>
        <w:br w:type="page"/>
      </w:r>
    </w:p>
    <w:tbl>
      <w:tblPr>
        <w:tblStyle w:val="DzTablo1"/>
        <w:tblW w:w="0" w:type="auto"/>
        <w:tblLook w:val="04A0" w:firstRow="1" w:lastRow="0" w:firstColumn="1" w:lastColumn="0" w:noHBand="0" w:noVBand="1"/>
      </w:tblPr>
      <w:tblGrid>
        <w:gridCol w:w="9752"/>
      </w:tblGrid>
      <w:tr w:rsidR="00CD56F1" w:rsidRPr="00CD56F1" w:rsidTr="00CD5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A458BC" w:rsidRPr="00CD56F1" w:rsidRDefault="00CD56F1">
            <w:pPr>
              <w:spacing w:before="100" w:after="20"/>
              <w:jc w:val="center"/>
              <w:rPr>
                <w:color w:val="000000" w:themeColor="text1"/>
              </w:rPr>
            </w:pPr>
            <w:r w:rsidRPr="00CD56F1">
              <w:rPr>
                <w:b w:val="0"/>
                <w:color w:val="000000" w:themeColor="text1"/>
                <w:sz w:val="21"/>
              </w:rPr>
              <w:lastRenderedPageBreak/>
              <w:t>2026-2027 EĞİTİM-ÖĞRETİM YILI</w:t>
            </w:r>
          </w:p>
          <w:p w:rsidR="00A458BC" w:rsidRPr="00CD56F1" w:rsidRDefault="00CD56F1">
            <w:pPr>
              <w:spacing w:after="20"/>
              <w:jc w:val="center"/>
              <w:rPr>
                <w:color w:val="000000" w:themeColor="text1"/>
              </w:rPr>
            </w:pPr>
            <w:r w:rsidRPr="00CD56F1">
              <w:rPr>
                <w:color w:val="000000" w:themeColor="text1"/>
                <w:sz w:val="26"/>
              </w:rPr>
              <w:t>…………………</w:t>
            </w:r>
          </w:p>
          <w:p w:rsidR="00A458BC" w:rsidRPr="00CD56F1" w:rsidRDefault="00CD56F1">
            <w:pPr>
              <w:spacing w:after="20"/>
              <w:jc w:val="center"/>
              <w:rPr>
                <w:color w:val="000000" w:themeColor="text1"/>
              </w:rPr>
            </w:pPr>
            <w:r w:rsidRPr="00CD56F1">
              <w:rPr>
                <w:color w:val="000000" w:themeColor="text1"/>
                <w:sz w:val="30"/>
              </w:rPr>
              <w:t>7/… SINIFI</w:t>
            </w:r>
          </w:p>
          <w:p w:rsidR="00A458BC" w:rsidRPr="00CD56F1" w:rsidRDefault="00CD56F1">
            <w:pPr>
              <w:spacing w:after="100"/>
              <w:jc w:val="center"/>
              <w:rPr>
                <w:color w:val="000000" w:themeColor="text1"/>
              </w:rPr>
            </w:pPr>
            <w:r w:rsidRPr="00CD56F1">
              <w:rPr>
                <w:color w:val="000000" w:themeColor="text1"/>
                <w:sz w:val="24"/>
              </w:rPr>
              <w:t>VELİ TOPLANTISI İMZA LİSTESİ</w:t>
            </w:r>
          </w:p>
        </w:tc>
      </w:tr>
    </w:tbl>
    <w:p w:rsidR="00A458BC" w:rsidRPr="00CD56F1" w:rsidRDefault="00A458BC">
      <w:pPr>
        <w:spacing w:after="0"/>
        <w:rPr>
          <w:color w:val="000000" w:themeColor="text1"/>
        </w:rPr>
      </w:pPr>
    </w:p>
    <w:tbl>
      <w:tblPr>
        <w:tblStyle w:val="DzTablo1"/>
        <w:tblW w:w="0" w:type="auto"/>
        <w:tblLook w:val="04A0" w:firstRow="1" w:lastRow="0" w:firstColumn="1" w:lastColumn="0" w:noHBand="0" w:noVBand="1"/>
      </w:tblPr>
      <w:tblGrid>
        <w:gridCol w:w="737"/>
        <w:gridCol w:w="2608"/>
        <w:gridCol w:w="2608"/>
        <w:gridCol w:w="1928"/>
        <w:gridCol w:w="1871"/>
      </w:tblGrid>
      <w:tr w:rsidR="00CD56F1" w:rsidRPr="00CD56F1" w:rsidTr="00CD5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jc w:val="center"/>
              <w:rPr>
                <w:color w:val="000000" w:themeColor="text1"/>
              </w:rPr>
            </w:pPr>
            <w:r w:rsidRPr="00CD56F1">
              <w:rPr>
                <w:color w:val="000000" w:themeColor="text1"/>
                <w:sz w:val="19"/>
              </w:rPr>
              <w:t>No</w:t>
            </w:r>
          </w:p>
        </w:tc>
        <w:tc>
          <w:tcPr>
            <w:tcW w:w="2608"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9"/>
              </w:rPr>
              <w:t>Öğrenci Adı</w:t>
            </w:r>
          </w:p>
        </w:tc>
        <w:tc>
          <w:tcPr>
            <w:tcW w:w="2608"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9"/>
              </w:rPr>
              <w:t>Veli Adı Soyadı</w:t>
            </w:r>
          </w:p>
        </w:tc>
        <w:tc>
          <w:tcPr>
            <w:tcW w:w="1928"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9"/>
              </w:rPr>
              <w:t>Yakınlık Durumu</w:t>
            </w:r>
          </w:p>
        </w:tc>
        <w:tc>
          <w:tcPr>
            <w:tcW w:w="1871" w:type="dxa"/>
          </w:tcPr>
          <w:p w:rsidR="00A458BC" w:rsidRPr="00CD56F1" w:rsidRDefault="00CD56F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CD56F1">
              <w:rPr>
                <w:color w:val="000000" w:themeColor="text1"/>
                <w:sz w:val="19"/>
              </w:rPr>
              <w:t>İmza</w:t>
            </w: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3</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4</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5</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6</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7</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8</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9</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10</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11</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12</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13</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14</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15</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16</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17</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18</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19</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20</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21</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22</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23</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24</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25</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26</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27</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28</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CD56F1" w:rsidRPr="00CD56F1" w:rsidTr="00CD5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29</w:t>
            </w: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CD56F1" w:rsidRPr="00CD56F1" w:rsidTr="00CD56F1">
        <w:tc>
          <w:tcPr>
            <w:cnfStyle w:val="001000000000" w:firstRow="0" w:lastRow="0" w:firstColumn="1" w:lastColumn="0" w:oddVBand="0" w:evenVBand="0" w:oddHBand="0" w:evenHBand="0" w:firstRowFirstColumn="0" w:firstRowLastColumn="0" w:lastRowFirstColumn="0" w:lastRowLastColumn="0"/>
            <w:tcW w:w="737" w:type="dxa"/>
          </w:tcPr>
          <w:p w:rsidR="00A458BC" w:rsidRPr="00CD56F1" w:rsidRDefault="00CD56F1">
            <w:pPr>
              <w:spacing w:after="20"/>
              <w:jc w:val="center"/>
              <w:rPr>
                <w:color w:val="000000" w:themeColor="text1"/>
              </w:rPr>
            </w:pPr>
            <w:r w:rsidRPr="00CD56F1">
              <w:rPr>
                <w:b w:val="0"/>
                <w:color w:val="000000" w:themeColor="text1"/>
                <w:sz w:val="19"/>
              </w:rPr>
              <w:t>30</w:t>
            </w: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A458BC" w:rsidRPr="00CD56F1" w:rsidRDefault="00A458BC">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bl>
    <w:p w:rsidR="00A458BC" w:rsidRPr="00CD56F1" w:rsidRDefault="00A458BC">
      <w:pPr>
        <w:spacing w:after="0"/>
        <w:rPr>
          <w:color w:val="000000" w:themeColor="text1"/>
        </w:rPr>
      </w:pPr>
    </w:p>
    <w:p w:rsidR="00A458BC" w:rsidRPr="00CD56F1" w:rsidRDefault="00CD56F1">
      <w:pPr>
        <w:spacing w:after="0"/>
        <w:rPr>
          <w:color w:val="000000" w:themeColor="text1"/>
        </w:rPr>
      </w:pPr>
      <w:r w:rsidRPr="00CD56F1">
        <w:rPr>
          <w:color w:val="000000" w:themeColor="text1"/>
        </w:rPr>
        <w:br w:type="page"/>
      </w:r>
    </w:p>
    <w:tbl>
      <w:tblPr>
        <w:tblStyle w:val="DzTablo1"/>
        <w:tblW w:w="0" w:type="auto"/>
        <w:tblLook w:val="04A0" w:firstRow="1" w:lastRow="0" w:firstColumn="1" w:lastColumn="0" w:noHBand="0" w:noVBand="1"/>
      </w:tblPr>
      <w:tblGrid>
        <w:gridCol w:w="9752"/>
      </w:tblGrid>
      <w:tr w:rsidR="00CD56F1" w:rsidRPr="00CD56F1" w:rsidTr="00CD5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A458BC" w:rsidRPr="00CD56F1" w:rsidRDefault="00CD56F1">
            <w:pPr>
              <w:spacing w:before="120" w:after="120"/>
              <w:jc w:val="center"/>
              <w:rPr>
                <w:color w:val="000000" w:themeColor="text1"/>
              </w:rPr>
            </w:pPr>
            <w:bookmarkStart w:id="0" w:name="_GoBack"/>
            <w:bookmarkEnd w:id="0"/>
            <w:r w:rsidRPr="00CD56F1">
              <w:rPr>
                <w:color w:val="000000" w:themeColor="text1"/>
                <w:sz w:val="24"/>
              </w:rPr>
              <w:lastRenderedPageBreak/>
              <w:t>VELİ TOPLANTISI DAVET PUSULALARI</w:t>
            </w:r>
          </w:p>
        </w:tc>
      </w:tr>
    </w:tbl>
    <w:p w:rsidR="00A458BC" w:rsidRPr="00CD56F1" w:rsidRDefault="00A458BC">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rPr>
                <w:color w:val="000000" w:themeColor="text1"/>
              </w:rPr>
            </w:pPr>
            <w:r w:rsidRPr="00CD56F1">
              <w:rPr>
                <w:b/>
                <w:color w:val="000000" w:themeColor="text1"/>
              </w:rPr>
              <w:t>Sayın Velimiz,</w:t>
            </w:r>
          </w:p>
          <w:p w:rsidR="00A458BC" w:rsidRPr="00CD56F1" w:rsidRDefault="00CD56F1">
            <w:pPr>
              <w:jc w:val="both"/>
              <w:rPr>
                <w:color w:val="000000" w:themeColor="text1"/>
              </w:rPr>
            </w:pPr>
            <w:r w:rsidRPr="00CD56F1">
              <w:rPr>
                <w:color w:val="000000" w:themeColor="text1"/>
                <w:sz w:val="21"/>
              </w:rPr>
              <w:t xml:space="preserve">2026-2027 Eğitim Öğretim Yılı I. Dönem 7. Sınıf veli toplantımız …… / …… / 20…… </w:t>
            </w:r>
            <w:r w:rsidRPr="00CD56F1">
              <w:rPr>
                <w:color w:val="000000" w:themeColor="text1"/>
                <w:sz w:val="21"/>
              </w:rPr>
              <w:t>tarihinde saat ……… itibarıyla yapılacaktır. Çocuğumuzun eğitimi için önemli olan bu toplantıya katılımınızı önemle rica ederiz.</w:t>
            </w:r>
          </w:p>
          <w:p w:rsidR="00A458BC" w:rsidRPr="00CD56F1" w:rsidRDefault="00CD56F1">
            <w:pPr>
              <w:jc w:val="right"/>
              <w:rPr>
                <w:color w:val="000000" w:themeColor="text1"/>
              </w:rPr>
            </w:pP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rPr>
                <w:color w:val="000000" w:themeColor="text1"/>
              </w:rPr>
            </w:pPr>
            <w:r w:rsidRPr="00CD56F1">
              <w:rPr>
                <w:b/>
                <w:color w:val="000000" w:themeColor="text1"/>
              </w:rPr>
              <w:t>Sayın Velimiz,</w:t>
            </w:r>
          </w:p>
          <w:p w:rsidR="00A458BC" w:rsidRPr="00CD56F1" w:rsidRDefault="00CD56F1">
            <w:pPr>
              <w:jc w:val="both"/>
              <w:rPr>
                <w:color w:val="000000" w:themeColor="text1"/>
              </w:rPr>
            </w:pPr>
            <w:r w:rsidRPr="00CD56F1">
              <w:rPr>
                <w:color w:val="000000" w:themeColor="text1"/>
                <w:sz w:val="21"/>
              </w:rPr>
              <w:t>2026-2027 Eğitim Öğretim Yılı I. Dönem 7. Sınıf veli toplantımız …… / …… / 20…… t</w:t>
            </w:r>
            <w:r w:rsidRPr="00CD56F1">
              <w:rPr>
                <w:color w:val="000000" w:themeColor="text1"/>
                <w:sz w:val="21"/>
              </w:rPr>
              <w:t>arihinde saat ……… itibarıyla yapılacaktır. Çocuğumuzun eğitimi için önemli olan bu toplantıya katılımınızı önemle rica ederiz.</w:t>
            </w:r>
          </w:p>
          <w:p w:rsidR="00A458BC" w:rsidRPr="00CD56F1" w:rsidRDefault="00CD56F1">
            <w:pPr>
              <w:jc w:val="right"/>
              <w:rPr>
                <w:color w:val="000000" w:themeColor="text1"/>
              </w:rPr>
            </w:pP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rPr>
                <w:color w:val="000000" w:themeColor="text1"/>
              </w:rPr>
            </w:pPr>
            <w:r w:rsidRPr="00CD56F1">
              <w:rPr>
                <w:b/>
                <w:color w:val="000000" w:themeColor="text1"/>
              </w:rPr>
              <w:t>Sayın Velimiz,</w:t>
            </w:r>
          </w:p>
          <w:p w:rsidR="00A458BC" w:rsidRPr="00CD56F1" w:rsidRDefault="00CD56F1">
            <w:pPr>
              <w:jc w:val="both"/>
              <w:rPr>
                <w:color w:val="000000" w:themeColor="text1"/>
              </w:rPr>
            </w:pPr>
            <w:r w:rsidRPr="00CD56F1">
              <w:rPr>
                <w:color w:val="000000" w:themeColor="text1"/>
                <w:sz w:val="21"/>
              </w:rPr>
              <w:t>2026-2027 Eğitim Öğretim Yılı I. Dönem 7. Sınıf veli toplantımız …… / …… / 20…… ta</w:t>
            </w:r>
            <w:r w:rsidRPr="00CD56F1">
              <w:rPr>
                <w:color w:val="000000" w:themeColor="text1"/>
                <w:sz w:val="21"/>
              </w:rPr>
              <w:t>rihinde saat ……… itibarıyla yapılacaktır. Çocuğumuzun eğitimi için önemli olan bu toplantıya katılımınızı önemle rica ederiz.</w:t>
            </w:r>
          </w:p>
          <w:p w:rsidR="00A458BC" w:rsidRPr="00CD56F1" w:rsidRDefault="00CD56F1">
            <w:pPr>
              <w:jc w:val="right"/>
              <w:rPr>
                <w:color w:val="000000" w:themeColor="text1"/>
              </w:rPr>
            </w:pP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rPr>
                <w:color w:val="000000" w:themeColor="text1"/>
              </w:rPr>
            </w:pPr>
            <w:r w:rsidRPr="00CD56F1">
              <w:rPr>
                <w:b/>
                <w:color w:val="000000" w:themeColor="text1"/>
              </w:rPr>
              <w:t>Sayın Velimiz,</w:t>
            </w:r>
          </w:p>
          <w:p w:rsidR="00A458BC" w:rsidRPr="00CD56F1" w:rsidRDefault="00CD56F1">
            <w:pPr>
              <w:jc w:val="both"/>
              <w:rPr>
                <w:color w:val="000000" w:themeColor="text1"/>
              </w:rPr>
            </w:pPr>
            <w:r w:rsidRPr="00CD56F1">
              <w:rPr>
                <w:color w:val="000000" w:themeColor="text1"/>
                <w:sz w:val="21"/>
              </w:rPr>
              <w:t>2026-2027 Eğitim Öğretim Yılı I. Dönem 7. Sınıf veli toplantımız …… / …… / 20…… tar</w:t>
            </w:r>
            <w:r w:rsidRPr="00CD56F1">
              <w:rPr>
                <w:color w:val="000000" w:themeColor="text1"/>
                <w:sz w:val="21"/>
              </w:rPr>
              <w:t>ihinde saat ……… itibarıyla yapılacaktır. Çocuğumuzun eğitimi için önemli olan bu toplantıya katılımınızı önemle rica ederiz.</w:t>
            </w:r>
          </w:p>
          <w:p w:rsidR="00A458BC" w:rsidRPr="00CD56F1" w:rsidRDefault="00CD56F1">
            <w:pPr>
              <w:jc w:val="right"/>
              <w:rPr>
                <w:color w:val="000000" w:themeColor="text1"/>
              </w:rPr>
            </w:pP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rPr>
                <w:color w:val="000000" w:themeColor="text1"/>
              </w:rPr>
            </w:pPr>
            <w:r w:rsidRPr="00CD56F1">
              <w:rPr>
                <w:b/>
                <w:color w:val="000000" w:themeColor="text1"/>
              </w:rPr>
              <w:t>Sayın Velimiz,</w:t>
            </w:r>
          </w:p>
          <w:p w:rsidR="00A458BC" w:rsidRPr="00CD56F1" w:rsidRDefault="00CD56F1">
            <w:pPr>
              <w:jc w:val="both"/>
              <w:rPr>
                <w:color w:val="000000" w:themeColor="text1"/>
              </w:rPr>
            </w:pPr>
            <w:r w:rsidRPr="00CD56F1">
              <w:rPr>
                <w:color w:val="000000" w:themeColor="text1"/>
                <w:sz w:val="21"/>
              </w:rPr>
              <w:t xml:space="preserve">2026-2027 Eğitim Öğretim Yılı I. Dönem 7. Sınıf veli toplantımız …… / …… / 20…… </w:t>
            </w:r>
            <w:r w:rsidRPr="00CD56F1">
              <w:rPr>
                <w:color w:val="000000" w:themeColor="text1"/>
                <w:sz w:val="21"/>
              </w:rPr>
              <w:t>tarihinde saat ……… itibarıyla yapılacaktır. Çocuğumuzun eğitimi için önemli olan bu toplantıya katılımınızı önemle rica ederiz.</w:t>
            </w:r>
          </w:p>
          <w:p w:rsidR="00A458BC" w:rsidRPr="00CD56F1" w:rsidRDefault="00CD56F1">
            <w:pPr>
              <w:jc w:val="right"/>
              <w:rPr>
                <w:color w:val="000000" w:themeColor="text1"/>
              </w:rPr>
            </w:pP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A458BC" w:rsidRPr="00CD56F1">
        <w:trPr>
          <w:cantSplit/>
          <w:jc w:val="center"/>
        </w:trPr>
        <w:tc>
          <w:tcPr>
            <w:tcW w:w="9752" w:type="dxa"/>
          </w:tcPr>
          <w:p w:rsidR="00A458BC" w:rsidRPr="00CD56F1" w:rsidRDefault="00CD56F1">
            <w:pPr>
              <w:rPr>
                <w:color w:val="000000" w:themeColor="text1"/>
              </w:rPr>
            </w:pPr>
            <w:r w:rsidRPr="00CD56F1">
              <w:rPr>
                <w:b/>
                <w:color w:val="000000" w:themeColor="text1"/>
              </w:rPr>
              <w:t>Sayın Velimiz,</w:t>
            </w:r>
          </w:p>
          <w:p w:rsidR="00A458BC" w:rsidRPr="00CD56F1" w:rsidRDefault="00CD56F1">
            <w:pPr>
              <w:jc w:val="both"/>
              <w:rPr>
                <w:color w:val="000000" w:themeColor="text1"/>
              </w:rPr>
            </w:pPr>
            <w:r w:rsidRPr="00CD56F1">
              <w:rPr>
                <w:color w:val="000000" w:themeColor="text1"/>
                <w:sz w:val="21"/>
              </w:rPr>
              <w:t>2026-2027 Eğitim Öğretim Yılı I. Dönem 7. Sınıf veli toplantımız …… / …… / 20…… t</w:t>
            </w:r>
            <w:r w:rsidRPr="00CD56F1">
              <w:rPr>
                <w:color w:val="000000" w:themeColor="text1"/>
                <w:sz w:val="21"/>
              </w:rPr>
              <w:t>arihinde saat ……… itibarıyla yapılacaktır. Çocuğumuzun eğitimi için önemli olan bu toplantıya katılımınızı önemle rica ederiz.</w:t>
            </w:r>
          </w:p>
          <w:p w:rsidR="00A458BC" w:rsidRPr="00CD56F1" w:rsidRDefault="00CD56F1">
            <w:pPr>
              <w:jc w:val="right"/>
              <w:rPr>
                <w:color w:val="000000" w:themeColor="text1"/>
              </w:rPr>
            </w:pPr>
            <w:r w:rsidRPr="00CD56F1">
              <w:rPr>
                <w:b/>
                <w:color w:val="000000" w:themeColor="text1"/>
                <w:sz w:val="21"/>
              </w:rPr>
              <w:t>…………………</w:t>
            </w:r>
            <w:r w:rsidRPr="00CD56F1">
              <w:rPr>
                <w:b/>
                <w:color w:val="000000" w:themeColor="text1"/>
                <w:sz w:val="21"/>
              </w:rPr>
              <w:br/>
            </w:r>
            <w:r w:rsidRPr="00CD56F1">
              <w:rPr>
                <w:b/>
                <w:color w:val="000000" w:themeColor="text1"/>
                <w:sz w:val="20"/>
              </w:rPr>
              <w:t>Şube Rehber Öğretmeni</w:t>
            </w:r>
          </w:p>
        </w:tc>
      </w:tr>
    </w:tbl>
    <w:p w:rsidR="00A458BC" w:rsidRPr="00CD56F1" w:rsidRDefault="00A458BC">
      <w:pPr>
        <w:spacing w:after="0"/>
        <w:rPr>
          <w:color w:val="000000" w:themeColor="text1"/>
        </w:rPr>
      </w:pPr>
    </w:p>
    <w:sectPr w:rsidR="00A458BC" w:rsidRPr="00CD56F1"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458BC"/>
    <w:rsid w:val="00AA1D8D"/>
    <w:rsid w:val="00B47730"/>
    <w:rsid w:val="00CB0664"/>
    <w:rsid w:val="00CD56F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007D8C0-9E72-4317-9BB5-5CDF8B39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CD56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01C95-6E6C-490C-B3D4-AE9D00924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1739</Words>
  <Characters>9915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I. Dönem Veli Toplantısı Tutanağı ve Evrakları 2026-2027</dc:title>
  <dc:subject>veli toplantısı tutanağı</dc:subject>
  <dc:creator>evrakburada</dc:creator>
  <cp:keywords>sosyal kulüp, veli toplantısı tutanağı</cp:keywords>
  <dc:description/>
  <cp:lastModifiedBy>HP</cp:lastModifiedBy>
  <cp:revision>2</cp:revision>
  <dcterms:created xsi:type="dcterms:W3CDTF">2013-12-23T23:15:00Z</dcterms:created>
  <dcterms:modified xsi:type="dcterms:W3CDTF">2026-10-15T13:25:00Z</dcterms:modified>
  <cp:category/>
</cp:coreProperties>
</file>