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spacing w:before="0" w:after="60"/>
      </w:pPr>
      <w:r>
        <w:rPr>
          <w:rFonts w:ascii="Calibri" w:hAnsi="Calibri"/>
          <w:b/>
          <w:i w:val="0"/>
          <w:color w:val="228B22"/>
          <w:sz w:val="22"/>
        </w:rPr>
        <w:t>2025-2026 EĞİTİM ÖĞRETİM YILI  MERYEM-MEHMET KAPLAN KIZ ANADOLU İMAM HATİP LİSESİ</w:t>
        <w:br/>
        <w:t>SOSYAL BİLGİLER DERSİ  2. DÖNEM   2. YAZILI SINAVI</w:t>
      </w:r>
    </w:p>
    <w:tbl>
      <w:tblPr>
        <w:tblStyle w:val="TableGrid"/>
        <w:tblW w:type="auto" w:w="0"/>
        <w:tblLook w:firstColumn="1" w:firstRow="1" w:lastColumn="0" w:lastRow="0" w:noHBand="0" w:noVBand="1" w:val="04A0"/>
      </w:tblPr>
      <w:tblGrid>
        <w:gridCol w:w="2245"/>
        <w:gridCol w:w="2245"/>
        <w:gridCol w:w="2245"/>
        <w:gridCol w:w="2245"/>
        <w:gridCol w:w="2245"/>
      </w:tblGrid>
      <w:tr>
        <w:trPr>
          <w:trHeight w:val="454"/>
        </w:trPr>
        <w:tc>
          <w:tcPr>
            <w:tcW w:type="dxa" w:w="2835"/>
            <w:vAlign w:val="center"/>
            <w:shd w:val="clear" w:color="auto" w:fill="FAFAFA"/>
          </w:tcPr>
          <w:p>
            <w:pPr>
              <w:jc w:val="left"/>
            </w:pPr>
            <w:r>
              <w:rPr>
                <w:b/>
                <w:color w:val="141414"/>
                <w:sz w:val="18"/>
              </w:rPr>
              <w:t>Adı:</w:t>
              <w:br/>
            </w:r>
          </w:p>
        </w:tc>
        <w:tc>
          <w:tcPr>
            <w:tcW w:type="dxa" w:w="2835"/>
            <w:vAlign w:val="center"/>
            <w:shd w:val="clear" w:color="auto" w:fill="FAFAFA"/>
          </w:tcPr>
          <w:p>
            <w:pPr>
              <w:jc w:val="left"/>
            </w:pPr>
            <w:r>
              <w:rPr>
                <w:b/>
                <w:color w:val="141414"/>
                <w:sz w:val="18"/>
              </w:rPr>
              <w:t>Soyadı:</w:t>
              <w:br/>
            </w:r>
          </w:p>
        </w:tc>
        <w:tc>
          <w:tcPr>
            <w:tcW w:type="dxa" w:w="1587"/>
            <w:vAlign w:val="center"/>
            <w:shd w:val="clear" w:color="auto" w:fill="FAFAFA"/>
          </w:tcPr>
          <w:p>
            <w:pPr>
              <w:jc w:val="left"/>
            </w:pPr>
            <w:r>
              <w:rPr>
                <w:b/>
                <w:color w:val="141414"/>
                <w:sz w:val="18"/>
              </w:rPr>
              <w:t>Sınıfı:</w:t>
              <w:br/>
            </w:r>
          </w:p>
        </w:tc>
        <w:tc>
          <w:tcPr>
            <w:tcW w:type="dxa" w:w="1587"/>
            <w:vAlign w:val="center"/>
            <w:shd w:val="clear" w:color="auto" w:fill="FAFAFA"/>
          </w:tcPr>
          <w:p>
            <w:pPr>
              <w:jc w:val="left"/>
            </w:pPr>
            <w:r>
              <w:rPr>
                <w:b/>
                <w:color w:val="141414"/>
                <w:sz w:val="18"/>
              </w:rPr>
              <w:t>No:</w:t>
              <w:br/>
            </w:r>
          </w:p>
        </w:tc>
        <w:tc>
          <w:tcPr>
            <w:tcW w:type="dxa" w:w="1701"/>
            <w:vAlign w:val="center"/>
            <w:shd w:val="clear" w:color="auto" w:fill="FAFAFA"/>
          </w:tcPr>
          <w:p>
            <w:pPr>
              <w:jc w:val="left"/>
            </w:pPr>
            <w:r>
              <w:rPr>
                <w:b/>
                <w:color w:val="141414"/>
                <w:sz w:val="18"/>
              </w:rPr>
              <w:t>Puan:</w:t>
              <w:br/>
            </w:r>
          </w:p>
        </w:tc>
      </w:tr>
    </w:tbl>
    <w:p>
      <w:pPr>
        <w:spacing w:before="120" w:after="80"/>
        <w:pBdr>
          <w:left w:val="single" w:sz="12" w:space="4" w:color="228B22"/>
        </w:pBdr>
        <w:shd w:val="clear" w:color="auto" w:fill="F0F0F0"/>
      </w:pPr>
      <w:r>
        <w:rPr>
          <w:rFonts w:ascii="Calibri" w:hAnsi="Calibri"/>
          <w:b/>
          <w:color w:val="3C3C3C"/>
          <w:sz w:val="17"/>
        </w:rPr>
        <w:t>✍ YÖNERGE: Aşağıdaki soruları cevaplayınız.</w:t>
      </w:r>
    </w:p>
    <w:p>
      <w:pPr>
        <w:spacing w:before="60" w:after="20" w:line="240" w:lineRule="auto"/>
      </w:pPr>
      <w:r>
        <w:rPr>
          <w:rFonts w:ascii="Calibri" w:hAnsi="Calibri"/>
          <w:b/>
          <w:i w:val="0"/>
          <w:color w:val="141414"/>
          <w:sz w:val="18"/>
        </w:rPr>
        <w:t xml:space="preserve">1) </w:t>
      </w:r>
      <w:r>
        <w:rPr>
          <w:rFonts w:ascii="Calibri" w:hAnsi="Calibri"/>
          <w:b/>
          <w:i w:val="0"/>
          <w:color w:val="141414"/>
          <w:sz w:val="18"/>
        </w:rPr>
        <w:t>Bir vatandaş, daha önce yaptırdığı laboratuvar tahlil sonuçlarını görmek, radyoloji görüntülerini incelemek ve aşı takvimini takip etmek için bir dijital sisteme giriş yapmaktadır. Bu vatandaşın kullandığı sistemin adı nedir?</w:t>
      </w:r>
      <w:r>
        <w:rPr>
          <w:rFonts w:ascii="Calibri" w:hAnsi="Calibri"/>
          <w:b w:val="0"/>
          <w:i/>
          <w:color w:val="8B0000"/>
          <w:sz w:val="15"/>
        </w:rPr>
        <w:t xml:space="preserve">  [20 puan | SB.6.4.3.]</w:t>
      </w:r>
    </w:p>
    <w:p>
      <w:pPr>
        <w:spacing w:before="200" w:after="200"/>
      </w:pPr>
    </w:p>
    <w:p>
      <w:pPr>
        <w:spacing w:before="200" w:after="200"/>
      </w:pPr>
    </w:p>
    <w:p>
      <w:pPr>
        <w:spacing w:before="200" w:after="200"/>
      </w:pPr>
    </w:p>
    <w:p>
      <w:pPr>
        <w:spacing w:before="60" w:after="20" w:line="240" w:lineRule="auto"/>
      </w:pPr>
      <w:r>
        <w:rPr>
          <w:rFonts w:ascii="Calibri" w:hAnsi="Calibri"/>
          <w:b/>
          <w:i w:val="0"/>
          <w:color w:val="141414"/>
          <w:sz w:val="18"/>
        </w:rPr>
        <w:t xml:space="preserve">2) </w:t>
      </w:r>
      <w:r>
        <w:rPr>
          <w:rFonts w:ascii="Calibri" w:hAnsi="Calibri"/>
          <w:b/>
          <w:i w:val="0"/>
          <w:color w:val="141414"/>
          <w:sz w:val="18"/>
        </w:rPr>
        <w:t>Doğu Anadolu Bölgesi’nde yaşayan Mert, yaz tatilinde amcasının yanına giderken nehirlerin çok derin vadilerden ve çok hızlı aktığını fark eder. Amcası Mert’e, bu bölgedeki nehirlerin üzerine devasa barajlar kurulduğunu ve bu barajların Türkiye’nin elektrik ihtiyacının büyük bir kısmını karşıladığını anlatır.</w:t>
      </w:r>
      <w:r>
        <w:rPr>
          <w:rFonts w:ascii="Calibri" w:hAnsi="Calibri"/>
          <w:b w:val="0"/>
          <w:i/>
          <w:color w:val="8B0000"/>
          <w:sz w:val="15"/>
        </w:rPr>
        <w:t xml:space="preserve">  [20 puan | SB.6.5.1.]</w:t>
      </w:r>
    </w:p>
    <w:p>
      <w:pPr>
        <w:spacing w:before="0" w:after="0" w:line="240" w:lineRule="auto"/>
      </w:pPr>
      <w:r>
        <w:rPr>
          <w:rFonts w:ascii="Calibri" w:hAnsi="Calibri"/>
          <w:b w:val="0"/>
          <w:i w:val="0"/>
          <w:color w:val="141414"/>
          <w:sz w:val="18"/>
        </w:rPr>
        <w:t xml:space="preserve">    Yukarıda verilen bilgilere dayanarak:</w:t>
      </w:r>
    </w:p>
    <w:p>
      <w:pPr>
        <w:spacing w:before="0" w:after="0" w:line="240" w:lineRule="auto"/>
      </w:pPr>
      <w:r>
        <w:rPr>
          <w:rFonts w:ascii="Calibri" w:hAnsi="Calibri"/>
          <w:b w:val="0"/>
          <w:i w:val="0"/>
          <w:color w:val="141414"/>
          <w:sz w:val="18"/>
        </w:rPr>
        <w:t xml:space="preserve">    a) Mert’in gördüğü, akarsuların akış hızından yararlanarak üretilen bu enerji türüne ne ad verilir?</w:t>
      </w:r>
    </w:p>
    <w:p>
      <w:pPr>
        <w:spacing w:before="0" w:after="0" w:line="240" w:lineRule="auto"/>
      </w:pPr>
      <w:r>
        <w:rPr>
          <w:rFonts w:ascii="Calibri" w:hAnsi="Calibri"/>
          <w:b w:val="0"/>
          <w:i w:val="0"/>
          <w:color w:val="141414"/>
          <w:sz w:val="18"/>
        </w:rPr>
        <w:t xml:space="preserve">    b) Doğu Anadolu Bölgesi’nin hangi fiziki özelliği bu enerji türünün üretimi için nehirlerin bu kadar uygun olmasını sağlamıştır?</w:t>
      </w:r>
    </w:p>
    <w:p>
      <w:pPr>
        <w:spacing w:before="200" w:after="200"/>
      </w:pPr>
    </w:p>
    <w:p>
      <w:pPr>
        <w:spacing w:before="200" w:after="200"/>
      </w:pPr>
    </w:p>
    <w:p>
      <w:pPr>
        <w:spacing w:before="200" w:after="200"/>
      </w:pPr>
    </w:p>
    <w:p>
      <w:pPr>
        <w:spacing w:before="60" w:after="20" w:line="240" w:lineRule="auto"/>
      </w:pPr>
      <w:r>
        <w:rPr>
          <w:rFonts w:ascii="Calibri" w:hAnsi="Calibri"/>
          <w:b/>
          <w:i w:val="0"/>
          <w:color w:val="141414"/>
          <w:sz w:val="18"/>
        </w:rPr>
        <w:t xml:space="preserve">3) </w:t>
      </w:r>
      <w:r>
        <w:rPr>
          <w:rFonts w:ascii="Calibri" w:hAnsi="Calibri"/>
          <w:b/>
          <w:i w:val="0"/>
          <w:color w:val="141414"/>
          <w:sz w:val="18"/>
        </w:rPr>
        <w:t>Ülkemizde ormanlar bakımından Karadeniz kıyıları oldukça zengindir. Ormanlar bakımından zengin olan Karadeniz kıyılarında ormana bağlı ekonomik faaliyetler yapılmaktadır.</w:t>
      </w:r>
      <w:r>
        <w:rPr>
          <w:rFonts w:ascii="Calibri" w:hAnsi="Calibri"/>
          <w:b w:val="0"/>
          <w:i/>
          <w:color w:val="8B0000"/>
          <w:sz w:val="15"/>
        </w:rPr>
        <w:t xml:space="preserve">  [20 puan | SB.6.5.1.]</w:t>
      </w:r>
    </w:p>
    <w:p>
      <w:pPr>
        <w:spacing w:before="200" w:after="200"/>
      </w:pPr>
    </w:p>
    <w:p>
      <w:pPr>
        <w:spacing w:before="200" w:after="200"/>
      </w:pPr>
    </w:p>
    <w:p>
      <w:pPr>
        <w:spacing w:before="200" w:after="200"/>
      </w:pPr>
    </w:p>
    <w:p>
      <w:pPr>
        <w:spacing w:before="60" w:after="20" w:line="240" w:lineRule="auto"/>
      </w:pPr>
      <w:r>
        <w:rPr>
          <w:rFonts w:ascii="Calibri" w:hAnsi="Calibri"/>
          <w:b/>
          <w:i w:val="0"/>
          <w:color w:val="141414"/>
          <w:sz w:val="18"/>
        </w:rPr>
        <w:t xml:space="preserve">4) </w:t>
      </w:r>
      <w:r>
        <w:rPr>
          <w:rFonts w:ascii="Calibri" w:hAnsi="Calibri"/>
          <w:b/>
          <w:i w:val="0"/>
          <w:color w:val="141414"/>
          <w:sz w:val="18"/>
        </w:rPr>
        <w:t>Ege kıyıları ülkemizde doğal varlıkların ve tarihî yapıların çok olduğu bir yerdir. Uzun sahil şeridi ve uzun süren yaz mevsimi bu bölgede turizmin gelişmesine katkıda bulunmuştur. Bakırçay, Gediz, Küçük Menderes gibi akarsuların beslediği verimli ovalar ise bu çevrede birçok tarım ürününün yetişmesine imkân sağlamıştır.</w:t>
      </w:r>
      <w:r>
        <w:rPr>
          <w:rFonts w:ascii="Calibri" w:hAnsi="Calibri"/>
          <w:b w:val="0"/>
          <w:i/>
          <w:color w:val="8B0000"/>
          <w:sz w:val="15"/>
        </w:rPr>
        <w:t xml:space="preserve">  [20 puan | SB.6.5.2.]</w:t>
      </w:r>
    </w:p>
    <w:p>
      <w:pPr>
        <w:spacing w:before="0" w:after="0" w:line="240" w:lineRule="auto"/>
      </w:pPr>
      <w:r>
        <w:rPr>
          <w:rFonts w:ascii="Calibri" w:hAnsi="Calibri"/>
          <w:b w:val="0"/>
          <w:i w:val="0"/>
          <w:color w:val="141414"/>
          <w:sz w:val="18"/>
        </w:rPr>
        <w:t xml:space="preserve">    Buna göre bu bölgede hangi mesleklerin gelişmesi beklenir? Yazınız.</w:t>
      </w:r>
    </w:p>
    <w:p>
      <w:pPr>
        <w:spacing w:before="200" w:after="200"/>
      </w:pPr>
    </w:p>
    <w:p>
      <w:pPr>
        <w:spacing w:before="200" w:after="200"/>
      </w:pPr>
    </w:p>
    <w:p>
      <w:pPr>
        <w:spacing w:before="200" w:after="200"/>
      </w:pPr>
    </w:p>
    <w:p>
      <w:pPr>
        <w:spacing w:before="120" w:after="80"/>
        <w:pBdr>
          <w:left w:val="single" w:sz="12" w:space="4" w:color="228B22"/>
        </w:pBdr>
        <w:shd w:val="clear" w:color="auto" w:fill="F0F0F0"/>
      </w:pPr>
      <w:r>
        <w:rPr>
          <w:rFonts w:ascii="Calibri" w:hAnsi="Calibri"/>
          <w:b/>
          <w:color w:val="3C3C3C"/>
          <w:sz w:val="17"/>
        </w:rPr>
        <w:t>⇄ YÖNERGE: Aşağıdaki kavramları uygun açıklamalarla eşleştiriniz.</w:t>
      </w:r>
    </w:p>
    <w:p>
      <w:pPr>
        <w:spacing w:before="60" w:after="20" w:line="240" w:lineRule="auto"/>
      </w:pPr>
      <w:r>
        <w:rPr>
          <w:rFonts w:ascii="Calibri" w:hAnsi="Calibri"/>
          <w:b/>
          <w:i w:val="0"/>
          <w:color w:val="141414"/>
          <w:sz w:val="18"/>
        </w:rPr>
        <w:t xml:space="preserve">5) </w:t>
      </w:r>
      <w:r>
        <w:rPr>
          <w:rFonts w:ascii="Calibri" w:hAnsi="Calibri"/>
          <w:b/>
          <w:i w:val="0"/>
          <w:color w:val="141414"/>
          <w:sz w:val="18"/>
        </w:rPr>
        <w:t>Aşağıda verilen tanımları doğru kelimelerle eşleştiriniz.</w:t>
      </w:r>
      <w:r>
        <w:rPr>
          <w:rFonts w:ascii="Calibri" w:hAnsi="Calibri"/>
          <w:b w:val="0"/>
          <w:i/>
          <w:color w:val="8B0000"/>
          <w:sz w:val="15"/>
        </w:rPr>
        <w:t xml:space="preserve">  [20 puan | SB.6.5.3.]</w:t>
      </w:r>
    </w:p>
    <w:tbl>
      <w:tblPr>
        <w:tblStyle w:val="TableGrid"/>
        <w:tblW w:type="auto" w:w="0"/>
        <w:tblLook w:firstColumn="1" w:firstRow="1" w:lastColumn="0" w:lastRow="0" w:noHBand="0" w:noVBand="1" w:val="04A0"/>
      </w:tblPr>
      <w:tblGrid>
        <w:gridCol w:w="5613"/>
        <w:gridCol w:w="5613"/>
      </w:tblGrid>
      <w:tr>
        <w:tc>
          <w:tcPr>
            <w:tcW w:type="dxa" w:w="5102"/>
            <w:shd w:val="clear" w:color="auto" w:fill="FFFFFF"/>
            <w:vAlign w:val="center"/>
          </w:tcPr>
          <w:p>
            <w:pPr>
              <w:spacing w:before="40" w:after="40"/>
            </w:pPr>
            <w:r>
              <w:t>Yapılan veya üretilen ürünlerin kullanılıp harcanmasıdır.</w:t>
            </w:r>
          </w:p>
        </w:tc>
        <w:tc>
          <w:tcPr>
            <w:tcW w:type="dxa" w:w="5102"/>
            <w:shd w:val="clear" w:color="auto" w:fill="FFFFFF"/>
            <w:vAlign w:val="center"/>
          </w:tcPr>
          <w:p>
            <w:pPr>
              <w:spacing w:before="40" w:after="40"/>
            </w:pPr>
            <w:r>
              <w:t>1) Tüketim</w:t>
            </w:r>
          </w:p>
        </w:tc>
      </w:tr>
      <w:tr>
        <w:tc>
          <w:tcPr>
            <w:tcW w:type="dxa" w:w="5102"/>
            <w:shd w:val="clear" w:color="auto" w:fill="F2F2F2"/>
            <w:vAlign w:val="center"/>
          </w:tcPr>
          <w:p>
            <w:pPr>
              <w:spacing w:before="40" w:after="40"/>
            </w:pPr>
            <w:r>
              <w:t>Ürün ve hizmetlerin tanıtılması, müşterilere sunulması ve satışının gerçekleştirilmesi süreçleridir.</w:t>
            </w:r>
          </w:p>
        </w:tc>
        <w:tc>
          <w:tcPr>
            <w:tcW w:type="dxa" w:w="5102"/>
            <w:shd w:val="clear" w:color="auto" w:fill="F2F2F2"/>
            <w:vAlign w:val="center"/>
          </w:tcPr>
          <w:p>
            <w:pPr>
              <w:spacing w:before="40" w:after="40"/>
            </w:pPr>
            <w:r>
              <w:t>2) AR-GE</w:t>
            </w:r>
          </w:p>
        </w:tc>
      </w:tr>
      <w:tr>
        <w:tc>
          <w:tcPr>
            <w:tcW w:type="dxa" w:w="5102"/>
            <w:shd w:val="clear" w:color="auto" w:fill="FFFFFF"/>
            <w:vAlign w:val="center"/>
          </w:tcPr>
          <w:p>
            <w:pPr>
              <w:spacing w:before="40" w:after="40"/>
            </w:pPr>
            <w:r>
              <w:t>Bir ticaret işinin kurulması, yürütülmesi için gereken anapara ve paraya çevrilebilir malların tamamıdır.</w:t>
            </w:r>
          </w:p>
        </w:tc>
        <w:tc>
          <w:tcPr>
            <w:tcW w:type="dxa" w:w="5102"/>
            <w:shd w:val="clear" w:color="auto" w:fill="FFFFFF"/>
            <w:vAlign w:val="center"/>
          </w:tcPr>
          <w:p>
            <w:pPr>
              <w:spacing w:before="40" w:after="40"/>
            </w:pPr>
            <w:r>
              <w:t>3) Sermaye</w:t>
            </w:r>
          </w:p>
        </w:tc>
      </w:tr>
      <w:tr>
        <w:tc>
          <w:tcPr>
            <w:tcW w:type="dxa" w:w="5102"/>
            <w:shd w:val="clear" w:color="auto" w:fill="F2F2F2"/>
            <w:vAlign w:val="center"/>
          </w:tcPr>
          <w:p>
            <w:pPr>
              <w:spacing w:before="40" w:after="40"/>
            </w:pPr>
            <w:r>
              <w:t>Bilgi dağarcığını artırmak amacıyla sistematik olarak sürdürülen yaratıcı çalışma ve bu bilginin yeni uygulamalar ortaya koymak için kullanılması dır.</w:t>
            </w:r>
          </w:p>
        </w:tc>
        <w:tc>
          <w:tcPr>
            <w:tcW w:type="dxa" w:w="5102"/>
            <w:shd w:val="clear" w:color="auto" w:fill="F2F2F2"/>
            <w:vAlign w:val="center"/>
          </w:tcPr>
          <w:p>
            <w:pPr>
              <w:spacing w:before="40" w:after="40"/>
            </w:pPr>
            <w:r>
              <w:t>4) Pazarlama</w:t>
            </w:r>
          </w:p>
        </w:tc>
      </w:tr>
      <w:tr>
        <w:tc>
          <w:tcPr>
            <w:tcW w:type="dxa" w:w="5102"/>
            <w:shd w:val="clear" w:color="auto" w:fill="FFFFFF"/>
            <w:vAlign w:val="center"/>
          </w:tcPr>
          <w:p>
            <w:pPr>
              <w:spacing w:before="40" w:after="40"/>
            </w:pPr>
            <w:r>
              <w:t>Belirli faaliyet ve işlemler sonucu yeni bir mal veya hizmet meydana getirmektir.</w:t>
            </w:r>
          </w:p>
        </w:tc>
        <w:tc>
          <w:tcPr>
            <w:tcW w:type="dxa" w:w="5102"/>
            <w:shd w:val="clear" w:color="auto" w:fill="FFFFFF"/>
            <w:vAlign w:val="center"/>
          </w:tcPr>
          <w:p>
            <w:pPr>
              <w:spacing w:before="40" w:after="40"/>
            </w:pPr>
            <w:r>
              <w:t>5) Yatırım</w:t>
            </w:r>
          </w:p>
        </w:tc>
      </w:tr>
      <w:tr>
        <w:tc>
          <w:tcPr>
            <w:tcW w:type="dxa" w:w="5102"/>
            <w:shd w:val="clear" w:color="auto" w:fill="F2F2F2"/>
            <w:vAlign w:val="center"/>
          </w:tcPr>
          <w:p>
            <w:pPr>
              <w:spacing w:before="40" w:after="40"/>
            </w:pPr>
            <w:r>
              <w:t>Bir kaynağın ya da değerin gelir sağlamak amacıyla kalıcı olarak kullanılmasıdır.</w:t>
            </w:r>
          </w:p>
        </w:tc>
        <w:tc>
          <w:tcPr>
            <w:tcW w:type="dxa" w:w="5102"/>
            <w:shd w:val="clear" w:color="auto" w:fill="F2F2F2"/>
            <w:vAlign w:val="center"/>
          </w:tcPr>
          <w:p>
            <w:pPr>
              <w:spacing w:before="40" w:after="40"/>
            </w:pPr>
            <w:r>
              <w:t>6) Üretim</w:t>
            </w:r>
          </w:p>
        </w:tc>
      </w:tr>
    </w:tbl>
    <w:p>
      <w:pPr>
        <w:spacing w:before="40" w:after="40"/>
      </w:pPr>
    </w:p>
    <w:p/>
    <w:tbl>
      <w:tblPr>
        <w:tblW w:type="auto" w:w="0"/>
        <w:tblLayout w:type="fixed"/>
        <w:tblLook w:firstColumn="1" w:firstRow="1" w:lastColumn="0" w:lastRow="0" w:noHBand="0" w:noVBand="1" w:val="04A0"/>
        <w:tblBorders>
          <w:top w:val="none"/>
          <w:left w:val="none"/>
          <w:bottom w:val="none"/>
          <w:right w:val="none"/>
          <w:insideH w:val="none"/>
          <w:insideV w:val="none"/>
        </w:tblBorders>
      </w:tblPr>
      <w:tblGrid>
        <w:gridCol w:w="5669"/>
        <w:gridCol w:w="5556"/>
      </w:tblGrid>
      <w:tr>
        <w:tc>
          <w:tcPr>
            <w:tcW w:type="dxa" w:w="5669"/>
          </w:tcPr>
          <w:p/>
          <w:p>
            <w:r>
              <w:rPr>
                <w:rFonts w:ascii="Calibri" w:hAnsi="Calibri"/>
                <w:b/>
                <w:i w:val="0"/>
                <w:color w:val="3C3C3C"/>
              </w:rPr>
              <w:t>Sınav süresi 1 ders saatidir (40 Dakika).</w:t>
              <w:br/>
              <w:t>Başarılar Dilerim.</w:t>
            </w:r>
          </w:p>
        </w:tc>
        <w:tc>
          <w:tcPr>
            <w:tcW w:type="dxa" w:w="5556"/>
          </w:tcPr>
          <w:p/>
          <w:p>
            <w:pPr>
              <w:jc w:val="right"/>
            </w:pPr>
            <w:r>
              <w:rPr>
                <w:rFonts w:ascii="Calibri" w:hAnsi="Calibri"/>
                <w:b/>
                <w:i w:val="0"/>
                <w:sz w:val="18"/>
              </w:rPr>
              <w:t>Okan ARSLAN</w:t>
              <w:br/>
            </w:r>
            <w:r>
              <w:rPr>
                <w:rFonts w:ascii="Calibri" w:hAnsi="Calibri"/>
                <w:b w:val="0"/>
                <w:i w:val="0"/>
                <w:sz w:val="18"/>
              </w:rPr>
              <w:t>Sosyal Bilgiler Öğretmeni</w:t>
            </w:r>
          </w:p>
        </w:tc>
      </w:tr>
    </w:tbl>
    <w:p>
      <w:pPr>
        <w:jc w:val="center"/>
        <w:spacing w:before="300" w:after="0"/>
      </w:pPr>
      <w:r>
        <w:drawing>
          <wp:inline xmlns:a="http://schemas.openxmlformats.org/drawingml/2006/main" xmlns:pic="http://schemas.openxmlformats.org/drawingml/2006/picture">
            <wp:extent cx="2160000" cy="720512"/>
            <wp:docPr id="1" name="Picture 1"/>
            <wp:cNvGraphicFramePr>
              <a:graphicFrameLocks noChangeAspect="1"/>
            </wp:cNvGraphicFramePr>
            <a:graphic>
              <a:graphicData uri="http://schemas.openxmlformats.org/drawingml/2006/picture">
                <pic:pic>
                  <pic:nvPicPr>
                    <pic:cNvPr id="0" name="image.png"/>
                    <pic:cNvPicPr/>
                  </pic:nvPicPr>
                  <pic:blipFill>
                    <a:blip r:embed="rId9"/>
                    <a:stretch>
                      <a:fillRect/>
                    </a:stretch>
                  </pic:blipFill>
                  <pic:spPr>
                    <a:xfrm>
                      <a:off x="0" y="0"/>
                      <a:ext cx="2160000" cy="720512"/>
                    </a:xfrm>
                    <a:prstGeom prst="rect"/>
                  </pic:spPr>
                </pic:pic>
              </a:graphicData>
            </a:graphic>
          </wp:inline>
        </w:drawing>
      </w:r>
    </w:p>
    <w:p>
      <w:pPr>
        <w:jc w:val="center"/>
        <w:spacing w:before="40" w:after="0"/>
      </w:pPr>
      <w:r>
        <w:rPr>
          <w:rFonts w:ascii="Calibri" w:hAnsi="Calibri"/>
          <w:b w:val="0"/>
          <w:i w:val="0"/>
          <w:color w:val="969696"/>
          <w:sz w:val="15"/>
        </w:rPr>
        <w:t xml:space="preserve">Bu sınav </w:t>
      </w:r>
      <w:r>
        <w:rPr>
          <w:rFonts w:ascii="Calibri" w:hAnsi="Calibri"/>
          <w:b/>
          <w:i w:val="0"/>
          <w:color w:val="0066CC"/>
          <w:sz w:val="16"/>
        </w:rPr>
        <w:t>sinavhazir.com.tr</w:t>
      </w:r>
      <w:r>
        <w:rPr>
          <w:rFonts w:ascii="Calibri" w:hAnsi="Calibri"/>
          <w:b w:val="0"/>
          <w:i w:val="0"/>
          <w:color w:val="969696"/>
          <w:sz w:val="15"/>
        </w:rPr>
        <w:t xml:space="preserve"> platformu üzerinden hazırlanmıştır.</w:t>
      </w:r>
    </w:p>
    <w:sectPr w:rsidR="00FC693F" w:rsidRPr="0006063C" w:rsidSect="00034616">
      <w:pgSz w:w="11906" w:h="16838"/>
      <w:pgMar w:top="340" w:right="340" w:bottom="340" w:left="3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