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247870" w:rsidTr="004A0ACE">
        <w:tc>
          <w:tcPr>
            <w:tcW w:w="9978" w:type="dxa"/>
          </w:tcPr>
          <w:p w:rsidR="00247870" w:rsidRDefault="00273961">
            <w:pPr>
              <w:spacing w:before="100" w:after="20"/>
              <w:jc w:val="center"/>
            </w:pPr>
            <w:r>
              <w:rPr>
                <w:sz w:val="21"/>
              </w:rPr>
              <w:t>2026-2027 EĞİTİM-ÖĞRETİM YILI</w:t>
            </w:r>
          </w:p>
          <w:p w:rsidR="00247870" w:rsidRDefault="00273961">
            <w:pPr>
              <w:spacing w:after="20"/>
              <w:jc w:val="center"/>
            </w:pPr>
            <w:r>
              <w:rPr>
                <w:b/>
                <w:sz w:val="26"/>
              </w:rPr>
              <w:t>…………………</w:t>
            </w:r>
          </w:p>
          <w:p w:rsidR="00247870" w:rsidRDefault="00273961">
            <w:pPr>
              <w:spacing w:after="20"/>
              <w:jc w:val="center"/>
            </w:pPr>
            <w:r>
              <w:rPr>
                <w:b/>
                <w:sz w:val="30"/>
              </w:rPr>
              <w:t>6. SINIF SEÇMELİ HUKUK VE ADALET DERSİ</w:t>
            </w:r>
          </w:p>
          <w:p w:rsidR="00247870" w:rsidRDefault="00273961">
            <w:pPr>
              <w:spacing w:after="20"/>
              <w:jc w:val="center"/>
            </w:pPr>
            <w:r>
              <w:rPr>
                <w:b/>
                <w:sz w:val="24"/>
              </w:rPr>
              <w:t>GÜNLÜK PLAN</w:t>
            </w:r>
          </w:p>
          <w:p w:rsidR="00247870" w:rsidRDefault="00273961">
            <w:pPr>
              <w:spacing w:after="100"/>
              <w:jc w:val="center"/>
            </w:pPr>
            <w:r>
              <w:rPr>
                <w:sz w:val="21"/>
              </w:rPr>
              <w:t>6. Hafta  ·  19–23 Ekim 2026</w:t>
            </w:r>
          </w:p>
        </w:tc>
      </w:tr>
    </w:tbl>
    <w:p w:rsidR="00247870" w:rsidRDefault="00247870">
      <w:pPr>
        <w:spacing w:after="0"/>
      </w:pPr>
    </w:p>
    <w:tbl>
      <w:tblPr>
        <w:tblW w:w="0" w:type="auto"/>
        <w:jc w:val="center"/>
        <w:tblBorders>
          <w:top w:val="single" w:sz="4" w:space="0" w:color="4A2A14"/>
          <w:left w:val="single" w:sz="4" w:space="0" w:color="4A2A14"/>
          <w:bottom w:val="single" w:sz="4" w:space="0" w:color="4A2A14"/>
          <w:right w:val="single" w:sz="4" w:space="0" w:color="4A2A14"/>
          <w:insideH w:val="single" w:sz="4" w:space="0" w:color="4A2A14"/>
          <w:insideV w:val="single" w:sz="4" w:space="0" w:color="4A2A14"/>
        </w:tblBorders>
        <w:tblLook w:val="04A0" w:firstRow="1" w:lastRow="0" w:firstColumn="1" w:lastColumn="0" w:noHBand="0" w:noVBand="1"/>
      </w:tblPr>
      <w:tblGrid>
        <w:gridCol w:w="2494"/>
        <w:gridCol w:w="2494"/>
        <w:gridCol w:w="2494"/>
        <w:gridCol w:w="2494"/>
      </w:tblGrid>
      <w:tr w:rsidR="00247870">
        <w:trPr>
          <w:cantSplit/>
          <w:jc w:val="center"/>
        </w:trPr>
        <w:tc>
          <w:tcPr>
            <w:tcW w:w="2494" w:type="dxa"/>
            <w:shd w:val="clear" w:color="auto" w:fill="FDFBF8"/>
            <w:vAlign w:val="center"/>
          </w:tcPr>
          <w:p w:rsidR="00247870" w:rsidRDefault="00273961">
            <w:pPr>
              <w:jc w:val="center"/>
            </w:pPr>
            <w:r>
              <w:rPr>
                <w:b/>
                <w:sz w:val="16"/>
              </w:rPr>
              <w:t>DERS</w:t>
            </w:r>
            <w:r>
              <w:rPr>
                <w:b/>
                <w:sz w:val="16"/>
              </w:rPr>
              <w:br/>
            </w:r>
            <w:r>
              <w:rPr>
                <w:sz w:val="20"/>
              </w:rPr>
              <w:t>Seçmeli Hukuk ve Adalet</w:t>
            </w:r>
          </w:p>
        </w:tc>
        <w:tc>
          <w:tcPr>
            <w:tcW w:w="2494" w:type="dxa"/>
            <w:shd w:val="clear" w:color="auto" w:fill="FDFBF8"/>
            <w:vAlign w:val="center"/>
          </w:tcPr>
          <w:p w:rsidR="00247870" w:rsidRDefault="00273961">
            <w:pPr>
              <w:jc w:val="center"/>
            </w:pPr>
            <w:r>
              <w:rPr>
                <w:b/>
                <w:sz w:val="16"/>
              </w:rPr>
              <w:t>SINIF</w:t>
            </w:r>
            <w:r>
              <w:rPr>
                <w:b/>
                <w:sz w:val="16"/>
              </w:rPr>
              <w:br/>
            </w:r>
            <w:r>
              <w:rPr>
                <w:sz w:val="20"/>
              </w:rPr>
              <w:t>6. Sınıf</w:t>
            </w:r>
          </w:p>
        </w:tc>
        <w:tc>
          <w:tcPr>
            <w:tcW w:w="2494" w:type="dxa"/>
            <w:shd w:val="clear" w:color="auto" w:fill="FDFBF8"/>
            <w:vAlign w:val="center"/>
          </w:tcPr>
          <w:p w:rsidR="00247870" w:rsidRDefault="00273961">
            <w:pPr>
              <w:jc w:val="center"/>
            </w:pPr>
            <w:r>
              <w:rPr>
                <w:b/>
                <w:sz w:val="16"/>
              </w:rPr>
              <w:t>HAFTA</w:t>
            </w:r>
            <w:r>
              <w:rPr>
                <w:b/>
                <w:sz w:val="16"/>
              </w:rPr>
              <w:br/>
            </w:r>
            <w:r>
              <w:rPr>
                <w:sz w:val="20"/>
              </w:rPr>
              <w:t>6. Hafta</w:t>
            </w:r>
          </w:p>
        </w:tc>
        <w:tc>
          <w:tcPr>
            <w:tcW w:w="2494" w:type="dxa"/>
            <w:shd w:val="clear" w:color="auto" w:fill="FDFBF8"/>
            <w:vAlign w:val="center"/>
          </w:tcPr>
          <w:p w:rsidR="00247870" w:rsidRDefault="00273961">
            <w:pPr>
              <w:jc w:val="center"/>
            </w:pPr>
            <w:r>
              <w:rPr>
                <w:b/>
                <w:sz w:val="16"/>
              </w:rPr>
              <w:t>ÖNERİLEN SÜRE</w:t>
            </w:r>
            <w:r>
              <w:rPr>
                <w:b/>
                <w:sz w:val="16"/>
              </w:rPr>
              <w:br/>
            </w:r>
            <w:r>
              <w:rPr>
                <w:sz w:val="20"/>
              </w:rPr>
              <w:t>2 ders saati</w:t>
            </w:r>
          </w:p>
        </w:tc>
      </w:tr>
    </w:tbl>
    <w:p w:rsidR="00247870" w:rsidRDefault="00247870">
      <w:pPr>
        <w:spacing w:after="0"/>
      </w:pPr>
    </w:p>
    <w:p w:rsidR="00247870" w:rsidRDefault="00273961">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247870" w:rsidTr="004A0ACE">
        <w:tc>
          <w:tcPr>
            <w:tcW w:w="2438" w:type="dxa"/>
          </w:tcPr>
          <w:p w:rsidR="00247870" w:rsidRDefault="00273961">
            <w:r>
              <w:rPr>
                <w:b/>
                <w:sz w:val="20"/>
              </w:rPr>
              <w:t xml:space="preserve">Ünite / Tema Adı / </w:t>
            </w:r>
            <w:r>
              <w:rPr>
                <w:b/>
                <w:sz w:val="20"/>
              </w:rPr>
              <w:t>No</w:t>
            </w:r>
          </w:p>
        </w:tc>
        <w:tc>
          <w:tcPr>
            <w:tcW w:w="7540" w:type="dxa"/>
          </w:tcPr>
          <w:p w:rsidR="00247870" w:rsidRDefault="00273961">
            <w:pPr>
              <w:spacing w:after="40" w:line="259" w:lineRule="auto"/>
            </w:pPr>
            <w:r>
              <w:rPr>
                <w:sz w:val="20"/>
              </w:rPr>
              <w:t>1. TEMA: TOPLUMDA HUKUK VE ADALET</w:t>
            </w:r>
          </w:p>
        </w:tc>
      </w:tr>
      <w:tr w:rsidR="00247870" w:rsidTr="004A0ACE">
        <w:tc>
          <w:tcPr>
            <w:tcW w:w="2438" w:type="dxa"/>
          </w:tcPr>
          <w:p w:rsidR="00247870" w:rsidRDefault="00273961">
            <w:r>
              <w:rPr>
                <w:b/>
                <w:sz w:val="20"/>
              </w:rPr>
              <w:t>İçerik Çerçevesi</w:t>
            </w:r>
          </w:p>
        </w:tc>
        <w:tc>
          <w:tcPr>
            <w:tcW w:w="7540" w:type="dxa"/>
          </w:tcPr>
          <w:p w:rsidR="00247870" w:rsidRDefault="00273961">
            <w:pPr>
              <w:spacing w:after="40" w:line="259" w:lineRule="auto"/>
            </w:pPr>
            <w:r>
              <w:rPr>
                <w:sz w:val="20"/>
              </w:rPr>
              <w:t>Hukuk Kuralları ve Toplumsal Düzen</w:t>
            </w:r>
          </w:p>
        </w:tc>
      </w:tr>
    </w:tbl>
    <w:p w:rsidR="00247870" w:rsidRDefault="00247870">
      <w:pPr>
        <w:spacing w:after="0"/>
      </w:pPr>
    </w:p>
    <w:p w:rsidR="00247870" w:rsidRDefault="00273961">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247870" w:rsidTr="004A0ACE">
        <w:tc>
          <w:tcPr>
            <w:tcW w:w="2438" w:type="dxa"/>
          </w:tcPr>
          <w:p w:rsidR="00247870" w:rsidRDefault="00273961">
            <w:r>
              <w:rPr>
                <w:b/>
                <w:sz w:val="20"/>
              </w:rPr>
              <w:t>Kavramsal Beceriler</w:t>
            </w:r>
          </w:p>
        </w:tc>
        <w:tc>
          <w:tcPr>
            <w:tcW w:w="7540" w:type="dxa"/>
          </w:tcPr>
          <w:p w:rsidR="00247870" w:rsidRDefault="00273961">
            <w:pPr>
              <w:spacing w:after="40" w:line="259" w:lineRule="auto"/>
            </w:pPr>
            <w:r>
              <w:rPr>
                <w:sz w:val="20"/>
              </w:rPr>
              <w:t>KB2.4. Çözümleme, KB2.18. Tartışma, KB2.11. Gözleme Dayalı Tahmin Etme</w:t>
            </w:r>
          </w:p>
        </w:tc>
      </w:tr>
      <w:tr w:rsidR="00247870" w:rsidTr="004A0ACE">
        <w:tc>
          <w:tcPr>
            <w:tcW w:w="2438" w:type="dxa"/>
          </w:tcPr>
          <w:p w:rsidR="00247870" w:rsidRDefault="00273961">
            <w:r>
              <w:rPr>
                <w:b/>
                <w:sz w:val="20"/>
              </w:rPr>
              <w:t>Eğilimler</w:t>
            </w:r>
          </w:p>
        </w:tc>
        <w:tc>
          <w:tcPr>
            <w:tcW w:w="7540" w:type="dxa"/>
          </w:tcPr>
          <w:p w:rsidR="00247870" w:rsidRDefault="00273961">
            <w:pPr>
              <w:spacing w:after="40" w:line="259" w:lineRule="auto"/>
            </w:pPr>
            <w:r>
              <w:rPr>
                <w:sz w:val="20"/>
              </w:rPr>
              <w:t>E2.1. Empati, E3.1. Muhakeme, E3.5. Açık Fikirlilik</w:t>
            </w:r>
          </w:p>
        </w:tc>
      </w:tr>
      <w:tr w:rsidR="00247870" w:rsidTr="004A0ACE">
        <w:tc>
          <w:tcPr>
            <w:tcW w:w="2438" w:type="dxa"/>
          </w:tcPr>
          <w:p w:rsidR="00247870" w:rsidRDefault="00273961">
            <w:r>
              <w:rPr>
                <w:b/>
                <w:sz w:val="20"/>
              </w:rPr>
              <w:t>Programlar Arası Bileşenler</w:t>
            </w:r>
          </w:p>
        </w:tc>
        <w:tc>
          <w:tcPr>
            <w:tcW w:w="7540" w:type="dxa"/>
          </w:tcPr>
          <w:p w:rsidR="00247870" w:rsidRDefault="00273961">
            <w:pPr>
              <w:spacing w:after="40" w:line="259" w:lineRule="auto"/>
            </w:pPr>
            <w:r>
              <w:rPr>
                <w:b/>
                <w:sz w:val="20"/>
              </w:rPr>
              <w:t xml:space="preserve">Sosyal-Duygusal Öğrenme Becerileri: </w:t>
            </w:r>
            <w:r>
              <w:rPr>
                <w:sz w:val="20"/>
              </w:rPr>
              <w:t>SDB2.1. İletişim, SDB2.3. Sosyal Farkındalık</w:t>
            </w:r>
          </w:p>
          <w:p w:rsidR="00247870" w:rsidRDefault="00273961">
            <w:pPr>
              <w:spacing w:after="40" w:line="259" w:lineRule="auto"/>
            </w:pPr>
            <w:r>
              <w:rPr>
                <w:b/>
                <w:sz w:val="20"/>
              </w:rPr>
              <w:t xml:space="preserve">Değerler: </w:t>
            </w:r>
            <w:r>
              <w:rPr>
                <w:sz w:val="20"/>
              </w:rPr>
              <w:t>D1. Adalet, D5. Duyarlılık, D12. Sabır, D14. Saygı, D16. Sorumluluk</w:t>
            </w:r>
          </w:p>
          <w:p w:rsidR="00247870" w:rsidRDefault="00273961">
            <w:pPr>
              <w:spacing w:after="40" w:line="259" w:lineRule="auto"/>
            </w:pPr>
            <w:r>
              <w:rPr>
                <w:b/>
                <w:sz w:val="20"/>
              </w:rPr>
              <w:t xml:space="preserve">Okuryazarlık Becerileri: </w:t>
            </w:r>
            <w:r>
              <w:rPr>
                <w:sz w:val="20"/>
              </w:rPr>
              <w:t>OB1. Bilgi Okuryazarlığı, OB2. Dijital Okuryazarlık, OB4. Görsel Okuryazarlık, OB6. Vatandaşlık Okuryazarlığı</w:t>
            </w:r>
          </w:p>
        </w:tc>
      </w:tr>
      <w:tr w:rsidR="00247870" w:rsidTr="004A0ACE">
        <w:tc>
          <w:tcPr>
            <w:tcW w:w="2438" w:type="dxa"/>
          </w:tcPr>
          <w:p w:rsidR="00247870" w:rsidRDefault="00273961">
            <w:r>
              <w:rPr>
                <w:b/>
                <w:sz w:val="20"/>
              </w:rPr>
              <w:t>Disiplinler Arası İlişkiler</w:t>
            </w:r>
          </w:p>
        </w:tc>
        <w:tc>
          <w:tcPr>
            <w:tcW w:w="7540" w:type="dxa"/>
          </w:tcPr>
          <w:p w:rsidR="00247870" w:rsidRDefault="00273961">
            <w:pPr>
              <w:spacing w:after="40" w:line="259" w:lineRule="auto"/>
              <w:jc w:val="both"/>
            </w:pPr>
            <w:r>
              <w:rPr>
                <w:sz w:val="20"/>
              </w:rPr>
              <w:t xml:space="preserve">Din Kültürü ve Ahlak Bilgisi, İnsan Hakları, Vatandaşlık ve Demokrasi, Sosyal Bilgiler, </w:t>
            </w:r>
            <w:r>
              <w:rPr>
                <w:sz w:val="20"/>
              </w:rPr>
              <w:t>Türkçe, Ahlak ve Vatandaşlık Eğitimi, Görgü Kuralları ve Nezaket</w:t>
            </w:r>
          </w:p>
        </w:tc>
      </w:tr>
      <w:tr w:rsidR="00247870" w:rsidTr="004A0ACE">
        <w:tc>
          <w:tcPr>
            <w:tcW w:w="2438" w:type="dxa"/>
          </w:tcPr>
          <w:p w:rsidR="00247870" w:rsidRDefault="00273961">
            <w:r>
              <w:rPr>
                <w:b/>
                <w:sz w:val="20"/>
              </w:rPr>
              <w:t>Beceriler Arası İlişkiler</w:t>
            </w:r>
          </w:p>
        </w:tc>
        <w:tc>
          <w:tcPr>
            <w:tcW w:w="7540" w:type="dxa"/>
          </w:tcPr>
          <w:p w:rsidR="00247870" w:rsidRDefault="00273961">
            <w:pPr>
              <w:spacing w:after="40" w:line="259" w:lineRule="auto"/>
            </w:pPr>
            <w:r>
              <w:rPr>
                <w:sz w:val="20"/>
              </w:rPr>
              <w:t>KB2.5. Sınıflandırma</w:t>
            </w:r>
          </w:p>
        </w:tc>
      </w:tr>
    </w:tbl>
    <w:p w:rsidR="00247870" w:rsidRDefault="00247870">
      <w:pPr>
        <w:spacing w:after="0"/>
      </w:pPr>
    </w:p>
    <w:p w:rsidR="00247870" w:rsidRDefault="00273961">
      <w:pPr>
        <w:keepNext/>
        <w:pBdr>
          <w:bottom w:val="single" w:sz="8" w:space="2" w:color="4A2A14"/>
        </w:pBdr>
        <w:spacing w:before="120" w:after="80"/>
      </w:pPr>
      <w:r>
        <w:rPr>
          <w:b/>
          <w:sz w:val="23"/>
        </w:rPr>
        <w:t>3. 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247870" w:rsidTr="004A0ACE">
        <w:tc>
          <w:tcPr>
            <w:tcW w:w="2438" w:type="dxa"/>
          </w:tcPr>
          <w:p w:rsidR="00247870" w:rsidRDefault="00273961">
            <w:r>
              <w:rPr>
                <w:b/>
                <w:sz w:val="20"/>
              </w:rPr>
              <w:t>Öğrenme Çıktıları</w:t>
            </w:r>
          </w:p>
        </w:tc>
        <w:tc>
          <w:tcPr>
            <w:tcW w:w="7540" w:type="dxa"/>
          </w:tcPr>
          <w:p w:rsidR="00247870" w:rsidRDefault="00273961">
            <w:pPr>
              <w:spacing w:after="40" w:line="259" w:lineRule="auto"/>
              <w:jc w:val="both"/>
            </w:pPr>
            <w:r>
              <w:rPr>
                <w:b/>
                <w:sz w:val="20"/>
              </w:rPr>
              <w:t xml:space="preserve">HA.1.3. </w:t>
            </w:r>
            <w:r>
              <w:rPr>
                <w:sz w:val="20"/>
              </w:rPr>
              <w:t>Hukuk kurallarının toplumsal düzen ve adaleti sağlama</w:t>
            </w:r>
            <w:r>
              <w:rPr>
                <w:sz w:val="20"/>
              </w:rPr>
              <w:t>daki rolüne ilişkin gözleme dayalı tahminlerde bulunabilme</w:t>
            </w:r>
          </w:p>
        </w:tc>
      </w:tr>
      <w:tr w:rsidR="00247870" w:rsidTr="004A0ACE">
        <w:tc>
          <w:tcPr>
            <w:tcW w:w="2438" w:type="dxa"/>
          </w:tcPr>
          <w:p w:rsidR="00247870" w:rsidRDefault="00273961">
            <w:r>
              <w:rPr>
                <w:b/>
                <w:sz w:val="20"/>
              </w:rPr>
              <w:t>Anahtar Kavramlar</w:t>
            </w:r>
          </w:p>
        </w:tc>
        <w:tc>
          <w:tcPr>
            <w:tcW w:w="7540" w:type="dxa"/>
          </w:tcPr>
          <w:p w:rsidR="00247870" w:rsidRDefault="00273961">
            <w:pPr>
              <w:spacing w:after="40" w:line="259" w:lineRule="auto"/>
            </w:pPr>
            <w:r>
              <w:rPr>
                <w:sz w:val="20"/>
              </w:rPr>
              <w:t>adalet, eşitlik, hakkaniyet, hukuk, kanun (yasa), pozitif ayrımcılık</w:t>
            </w:r>
          </w:p>
        </w:tc>
      </w:tr>
      <w:tr w:rsidR="00247870" w:rsidTr="004A0ACE">
        <w:tc>
          <w:tcPr>
            <w:tcW w:w="2438" w:type="dxa"/>
          </w:tcPr>
          <w:p w:rsidR="00247870" w:rsidRDefault="00273961">
            <w:r>
              <w:rPr>
                <w:b/>
                <w:sz w:val="20"/>
              </w:rPr>
              <w:t>Öğrenme-Öğretme Yaşantıları</w:t>
            </w:r>
          </w:p>
        </w:tc>
        <w:tc>
          <w:tcPr>
            <w:tcW w:w="7540" w:type="dxa"/>
          </w:tcPr>
          <w:p w:rsidR="00247870" w:rsidRDefault="00273961">
            <w:pPr>
              <w:spacing w:after="40" w:line="259" w:lineRule="auto"/>
              <w:jc w:val="both"/>
            </w:pPr>
            <w:r>
              <w:rPr>
                <w:b/>
                <w:sz w:val="20"/>
              </w:rPr>
              <w:t xml:space="preserve">Temel Kabuller: </w:t>
            </w:r>
            <w:r>
              <w:rPr>
                <w:sz w:val="20"/>
              </w:rPr>
              <w:t xml:space="preserve">Öğrencilerin hukuk, adalet, eşitlik ve pozitif ayrımcılık </w:t>
            </w:r>
            <w:r>
              <w:rPr>
                <w:sz w:val="20"/>
              </w:rPr>
              <w:t>kavramları hakkında temel bilgilere sahip oldukları; karşılaştıkları durumlarda hak, adalet ve sorumluluk ile ilgili unsurları ayırt edebildikleri, hukuk kurallarının toplum düzeninin korunmasına ve adaletin sağlanmasına katkıda bulunduğunu gözlemledikleri</w:t>
            </w:r>
            <w:r>
              <w:rPr>
                <w:sz w:val="20"/>
              </w:rPr>
              <w:t xml:space="preserve"> kabul edilmektedir.</w:t>
            </w:r>
          </w:p>
          <w:p w:rsidR="00247870" w:rsidRDefault="00273961">
            <w:pPr>
              <w:spacing w:after="40" w:line="259" w:lineRule="auto"/>
              <w:jc w:val="both"/>
            </w:pPr>
            <w:r>
              <w:rPr>
                <w:b/>
                <w:sz w:val="20"/>
              </w:rPr>
              <w:t xml:space="preserve">Ön Değerlendirme Süreci: </w:t>
            </w:r>
            <w:r>
              <w:rPr>
                <w:sz w:val="20"/>
              </w:rPr>
              <w:t xml:space="preserve">Öğrencilerden hukuk, eşitlik ve adalet kavramları denildiğinde akıllarına ilk gelen kelimeleri kullanarak kelime bulutları yapmaları veya kelime ilişkilendirme testleri hazırlamaları istenebilir. Öğrencilerden </w:t>
            </w:r>
            <w:r>
              <w:rPr>
                <w:sz w:val="20"/>
              </w:rPr>
              <w:t>günlük yaşamlarında karşılaştıkları hak, adalet ve sorumlulukla ilgili durumlara ilişkin örnekler vermeleri istenebilir. Öğrencilerin hukuk kurallarının toplumda adalet ve güveni sağlamadaki rolünü fark etmeleri için günlük yaşamdan örnekler verilerek soru</w:t>
            </w:r>
            <w:r>
              <w:rPr>
                <w:sz w:val="20"/>
              </w:rPr>
              <w:t>-cevap etkinliği düzenlenebilir.</w:t>
            </w:r>
          </w:p>
          <w:p w:rsidR="00247870" w:rsidRDefault="00273961">
            <w:pPr>
              <w:spacing w:after="40" w:line="259" w:lineRule="auto"/>
              <w:jc w:val="both"/>
            </w:pPr>
            <w:r>
              <w:rPr>
                <w:b/>
                <w:sz w:val="20"/>
              </w:rPr>
              <w:t xml:space="preserve">Köprü Kurma: </w:t>
            </w:r>
            <w:r>
              <w:rPr>
                <w:sz w:val="20"/>
              </w:rPr>
              <w:t>Bu aşamada Hz. Muhammed'in (sav) adalet anlayışı ve adaleti sağlamaya yönelik uygulamalarından örnekler verilerek öğrencilerden bunları hukuk, eşitlik ve adalet kavramları çerçevesinde incelemeleri istenebilir.</w:t>
            </w:r>
            <w:r>
              <w:rPr>
                <w:sz w:val="20"/>
              </w:rPr>
              <w:t xml:space="preserve"> Ardından Türk-İslam düşüncesinde adalet anlayışına yer veren Kutadgu Bilig'den kısa bir örnek, Hz. Ömer'in adalet anlayışı, Fatih Sultan Mehmet'in mimarla davası, Kanuni Sultan Süleyman'ın adaleti ve Mustafa Kemal Atatürk'ün hukuk ve hukukun üstünlüğüne i</w:t>
            </w:r>
            <w:r>
              <w:rPr>
                <w:sz w:val="20"/>
              </w:rPr>
              <w:t>lişkin görüşleriyle ilişkilendirilerek öğrencilerin adalet anlayışının tarihsel sürekliliğini fark etmeleri sağlanabilir. Öğrencilerden, günlük yaşamda karşılaştıkları hak, adalet ve sorumlulukla ilgili durumları inceleyerek bu durumların kendi yaşamlarınd</w:t>
            </w:r>
            <w:r>
              <w:rPr>
                <w:sz w:val="20"/>
              </w:rPr>
              <w:t xml:space="preserve">a ve çevrelerinde oluşturduğu etkileri analiz etmeleri istenebilir. </w:t>
            </w:r>
            <w:r>
              <w:rPr>
                <w:sz w:val="20"/>
              </w:rPr>
              <w:lastRenderedPageBreak/>
              <w:t>“Yaşamımızda kurallar olmadığında ya da bu kurallara saygı duyulmadığında ne olurdu?” sorusu ile bir sınıf tartışması yapılabilir.</w:t>
            </w:r>
          </w:p>
          <w:p w:rsidR="00247870" w:rsidRDefault="00273961">
            <w:pPr>
              <w:spacing w:after="40" w:line="259" w:lineRule="auto"/>
            </w:pPr>
            <w:r>
              <w:rPr>
                <w:b/>
                <w:sz w:val="20"/>
              </w:rPr>
              <w:t xml:space="preserve">Öğrenme-Öğretme Uygulamaları: </w:t>
            </w:r>
            <w:r>
              <w:rPr>
                <w:sz w:val="20"/>
              </w:rPr>
              <w:t>HA.1.3</w:t>
            </w:r>
          </w:p>
          <w:p w:rsidR="00247870" w:rsidRDefault="00273961">
            <w:pPr>
              <w:spacing w:after="40" w:line="259" w:lineRule="auto"/>
              <w:jc w:val="both"/>
            </w:pPr>
            <w:r>
              <w:rPr>
                <w:sz w:val="20"/>
              </w:rPr>
              <w:t>Öğrencilerden, gözle</w:t>
            </w:r>
            <w:r>
              <w:rPr>
                <w:sz w:val="20"/>
              </w:rPr>
              <w:t>m ve deneyimlerine dayanarak ortaya koydukları örnekler üzerinden hukuk kurallarının toplumsal düzen ve adaleti sağlamadaki rolünü incelemeleri istenir. Bu süreçte günlük yaşamdan örnekler kullanılır; Okul ve sınıf kuralları, trafik kuralları, vergi kurall</w:t>
            </w:r>
            <w:r>
              <w:rPr>
                <w:sz w:val="20"/>
              </w:rPr>
              <w:t>arı, çevreye ilişkin kurallar gibi durumlar sunulur. Öğrencilerden bu kuralların toplumsal düzenin ve adaletin sağlanmasındaki etkilerini ilişkilendirmeleri istenir (, ). Böylece öğrencilerin olayları ve durumları çok yönlü bakış açısıyla değerlendirmeleri</w:t>
            </w:r>
            <w:r>
              <w:rPr>
                <w:sz w:val="20"/>
              </w:rPr>
              <w:t xml:space="preserve"> sağlanır (). Öğrencilerin karşılaştıkları örneklerden hareketle hukuk kurallarının toplumsal düzen ve adaletin sağlanmasındaki rolüne yönelik çıkarımlarda bulunmaları sağlanır (). Bu süreçte trafik kurallarına uyulmamasının trafikteki düzenin bozulmasına </w:t>
            </w:r>
            <w:r>
              <w:rPr>
                <w:sz w:val="20"/>
              </w:rPr>
              <w:t>ve kazalara yol açabileceğine, vergi kurallarına uyulmadığında kamu hizmetlerinin sağlanmasında sorunlar oluşturabileceğine, çevreye ilişkin kuralların ihlalinin ise toplum sağlığını ve yaşam kalitesini olumsuz etkileyebileceğine ilişkin örneklere değinile</w:t>
            </w:r>
            <w:r>
              <w:rPr>
                <w:sz w:val="20"/>
              </w:rPr>
              <w:t>bilir. Ayrıca toplumsal yaşamı düzenleyen diğer kural türlerine (din, ahlak, örf ve adet, görgü kuralları) kısaca değinilir ve hukuk kurallarının toplumsal düzenin sağlanmasındaki önemine yer verilir (). Öğrencilerden gözlemlerinden yola çıkarak hukuk kura</w:t>
            </w:r>
            <w:r>
              <w:rPr>
                <w:sz w:val="20"/>
              </w:rPr>
              <w:t>llarının olmadığı bir ortamda toplumsal düzen ve adaletin nasıl etkilenebileceğine dair değerlendirmede bulunmaları istenir (, ). Bu aşamada sınıf tartışması yapılabilir (, , ). Tartışma süreci öz değerlendirme formu kullanılarak değerlendirilebilir.</w:t>
            </w:r>
          </w:p>
        </w:tc>
      </w:tr>
      <w:tr w:rsidR="00247870" w:rsidTr="004A0ACE">
        <w:tc>
          <w:tcPr>
            <w:tcW w:w="2438" w:type="dxa"/>
          </w:tcPr>
          <w:p w:rsidR="00247870" w:rsidRDefault="00273961">
            <w:r>
              <w:rPr>
                <w:b/>
                <w:sz w:val="20"/>
              </w:rPr>
              <w:lastRenderedPageBreak/>
              <w:t>İçer</w:t>
            </w:r>
            <w:r>
              <w:rPr>
                <w:b/>
                <w:sz w:val="20"/>
              </w:rPr>
              <w:t>ik</w:t>
            </w:r>
          </w:p>
        </w:tc>
        <w:tc>
          <w:tcPr>
            <w:tcW w:w="7540" w:type="dxa"/>
          </w:tcPr>
          <w:p w:rsidR="00247870" w:rsidRDefault="00273961">
            <w:pPr>
              <w:spacing w:after="40" w:line="259" w:lineRule="auto"/>
              <w:jc w:val="center"/>
            </w:pPr>
            <w:r>
              <w:rPr>
                <w:noProof/>
                <w:lang w:val="tr-TR" w:eastAsia="tr-TR"/>
              </w:rPr>
              <w:drawing>
                <wp:inline distT="0" distB="0" distL="0" distR="0">
                  <wp:extent cx="4644000" cy="2018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4644000" cy="2018835"/>
                          </a:xfrm>
                          <a:prstGeom prst="rect">
                            <a:avLst/>
                          </a:prstGeom>
                        </pic:spPr>
                      </pic:pic>
                    </a:graphicData>
                  </a:graphic>
                </wp:inline>
              </w:drawing>
            </w:r>
          </w:p>
          <w:p w:rsidR="00247870" w:rsidRDefault="00273961">
            <w:pPr>
              <w:spacing w:after="40" w:line="259" w:lineRule="auto"/>
              <w:jc w:val="center"/>
            </w:pPr>
            <w:r>
              <w:rPr>
                <w:noProof/>
                <w:lang w:val="tr-TR" w:eastAsia="tr-TR"/>
              </w:rPr>
              <w:lastRenderedPageBreak/>
              <w:drawing>
                <wp:inline distT="0" distB="0" distL="0" distR="0">
                  <wp:extent cx="4644000" cy="437961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4644000" cy="4379613"/>
                          </a:xfrm>
                          <a:prstGeom prst="rect">
                            <a:avLst/>
                          </a:prstGeom>
                        </pic:spPr>
                      </pic:pic>
                    </a:graphicData>
                  </a:graphic>
                </wp:inline>
              </w:drawing>
            </w:r>
          </w:p>
        </w:tc>
      </w:tr>
    </w:tbl>
    <w:p w:rsidR="00247870" w:rsidRDefault="00247870">
      <w:pPr>
        <w:spacing w:after="0"/>
      </w:pPr>
    </w:p>
    <w:p w:rsidR="00247870" w:rsidRDefault="00273961">
      <w:pPr>
        <w:keepNext/>
        <w:pBdr>
          <w:bottom w:val="single" w:sz="8" w:space="2" w:color="4A2A14"/>
        </w:pBdr>
        <w:spacing w:before="120" w:after="80"/>
      </w:pPr>
      <w:r>
        <w:rPr>
          <w:b/>
          <w:sz w:val="23"/>
        </w:rPr>
        <w:t>4. BÖLÜM  ·  FARKLILAŞTIRMA</w:t>
      </w:r>
    </w:p>
    <w:tbl>
      <w:tblPr>
        <w:tblStyle w:val="TabloKlavuzu"/>
        <w:tblW w:w="0" w:type="auto"/>
        <w:tblLook w:val="04A0" w:firstRow="1" w:lastRow="0" w:firstColumn="1" w:lastColumn="0" w:noHBand="0" w:noVBand="1"/>
      </w:tblPr>
      <w:tblGrid>
        <w:gridCol w:w="2438"/>
        <w:gridCol w:w="7540"/>
      </w:tblGrid>
      <w:tr w:rsidR="00247870" w:rsidTr="004A0ACE">
        <w:tc>
          <w:tcPr>
            <w:tcW w:w="2438" w:type="dxa"/>
          </w:tcPr>
          <w:p w:rsidR="00247870" w:rsidRDefault="00273961">
            <w:r>
              <w:rPr>
                <w:b/>
                <w:sz w:val="20"/>
              </w:rPr>
              <w:t>Zenginleştirme</w:t>
            </w:r>
          </w:p>
        </w:tc>
        <w:tc>
          <w:tcPr>
            <w:tcW w:w="7540" w:type="dxa"/>
          </w:tcPr>
          <w:p w:rsidR="00247870" w:rsidRDefault="00273961">
            <w:pPr>
              <w:spacing w:after="40" w:line="259" w:lineRule="auto"/>
              <w:jc w:val="both"/>
            </w:pPr>
            <w:r>
              <w:rPr>
                <w:sz w:val="20"/>
              </w:rPr>
              <w:t xml:space="preserve">Öğrencilerden güvenilir yazılı veya dijital kaynaklardan hukuk, eşitlik ve adalet kavramlarıyla ilgili güncel haberler araştırmaları istenebilir. Seçtikleri haberleri ilgili kavramlarla ilişkilendirerek </w:t>
            </w:r>
            <w:r>
              <w:rPr>
                <w:sz w:val="20"/>
              </w:rPr>
              <w:t xml:space="preserve">gerekçelerini açıkladıkları, "Haftanın Hukuk Haberi", "Eşitlik Köşesi" ve "Adalet Gündemi" başlıklı sayfalardan oluşan bir hukuk gazetesi hazırlamaları sağlanabilir. Öğrencilerden günlük yaşamda hak, adalet ve sorumlulukla ilgili sunulan durumlara yönelik </w:t>
            </w:r>
            <w:r>
              <w:rPr>
                <w:sz w:val="20"/>
              </w:rPr>
              <w:t>farklı çözüm yolları içeren senaryolar geliştirmeleri istenebilir. Öğrencilerden hukuk kuralların toplumsal yaşamı nasıl etkilediğini gösteren bir örnek olay, hikâye, çizgi roman veya kamu spotu hazırlamaları istenebilir.</w:t>
            </w:r>
          </w:p>
        </w:tc>
      </w:tr>
      <w:tr w:rsidR="00247870" w:rsidTr="004A0ACE">
        <w:tc>
          <w:tcPr>
            <w:tcW w:w="2438" w:type="dxa"/>
          </w:tcPr>
          <w:p w:rsidR="00247870" w:rsidRDefault="00273961">
            <w:r>
              <w:rPr>
                <w:b/>
                <w:sz w:val="20"/>
              </w:rPr>
              <w:t>Destekleme</w:t>
            </w:r>
          </w:p>
        </w:tc>
        <w:tc>
          <w:tcPr>
            <w:tcW w:w="7540" w:type="dxa"/>
          </w:tcPr>
          <w:p w:rsidR="00247870" w:rsidRDefault="00273961">
            <w:pPr>
              <w:spacing w:after="40" w:line="259" w:lineRule="auto"/>
              <w:jc w:val="both"/>
            </w:pPr>
            <w:r>
              <w:rPr>
                <w:sz w:val="20"/>
              </w:rPr>
              <w:t>Öğrencilere “hukuk”, “</w:t>
            </w:r>
            <w:r>
              <w:rPr>
                <w:sz w:val="20"/>
              </w:rPr>
              <w:t>adalet”, “eşitlik” kavramlarının tanımlarının yazılı olduğu kartlar verilerek öğrencilerden tanımları doğru kavramlarla eşleştirmeleri istenebilir. Yarım bırakılmış kısa bir hikâye verilerek öğrencilerden, hikâyeyi hak, adalet ve sorumluluk çerçevesinde ik</w:t>
            </w:r>
            <w:r>
              <w:rPr>
                <w:sz w:val="20"/>
              </w:rPr>
              <w:t>i farklı sonla tamamlamaları istenebilir. Hukuk kurallarının olmadığı bir ortamı gösteren kısa animasyon veya video izletilerek öğrencilerden gözlemlerini paylaşmaları istenebilir.</w:t>
            </w:r>
          </w:p>
        </w:tc>
      </w:tr>
    </w:tbl>
    <w:p w:rsidR="00247870" w:rsidRDefault="00247870">
      <w:pPr>
        <w:spacing w:after="0"/>
      </w:pPr>
    </w:p>
    <w:p w:rsidR="00247870" w:rsidRDefault="00273961">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247870" w:rsidTr="004A0ACE">
        <w:tc>
          <w:tcPr>
            <w:tcW w:w="2438" w:type="dxa"/>
          </w:tcPr>
          <w:p w:rsidR="00247870" w:rsidRDefault="00273961">
            <w:r>
              <w:rPr>
                <w:b/>
                <w:sz w:val="20"/>
              </w:rPr>
              <w:t>Öğrenme Kanıtları</w:t>
            </w:r>
            <w:r>
              <w:rPr>
                <w:b/>
                <w:sz w:val="20"/>
              </w:rPr>
              <w:t xml:space="preserve"> (Ölçme ve Değerlendirme)</w:t>
            </w:r>
          </w:p>
        </w:tc>
        <w:tc>
          <w:tcPr>
            <w:tcW w:w="7540" w:type="dxa"/>
          </w:tcPr>
          <w:p w:rsidR="00247870" w:rsidRDefault="00273961">
            <w:pPr>
              <w:spacing w:after="40" w:line="259" w:lineRule="auto"/>
              <w:jc w:val="both"/>
            </w:pPr>
            <w:r>
              <w:rPr>
                <w:sz w:val="20"/>
              </w:rPr>
              <w:t>Bu temada yer alan öğrenme çıktıları; gözlem formu, öz değerlendirme formu, dereceli puanl</w:t>
            </w:r>
            <w:bookmarkStart w:id="0" w:name="_GoBack"/>
            <w:bookmarkEnd w:id="0"/>
            <w:r>
              <w:rPr>
                <w:sz w:val="20"/>
              </w:rPr>
              <w:t>ama anahtarı kullanılarak değerlendirilebilir. Performans görevi kapsamında öğrencilerden hukuk, eşitlik ve adalet kavramları arasındaki ili</w:t>
            </w:r>
            <w:r>
              <w:rPr>
                <w:sz w:val="20"/>
              </w:rPr>
              <w:t>şkiyi ortaya koyan resim, şiir, slogan, poster, afiş, kamu spotu gibi ürünler hazırlamaları istenebilir. Performans görevi, öz ve akran değerlendirme formları kullanılarak değerlendirilebilir.</w:t>
            </w:r>
          </w:p>
        </w:tc>
      </w:tr>
    </w:tbl>
    <w:p w:rsidR="00247870" w:rsidRDefault="00247870">
      <w:pPr>
        <w:spacing w:after="0"/>
      </w:pPr>
    </w:p>
    <w:p w:rsidR="00247870" w:rsidRDefault="00247870">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247870">
        <w:trPr>
          <w:cantSplit/>
          <w:jc w:val="center"/>
        </w:trPr>
        <w:tc>
          <w:tcPr>
            <w:tcW w:w="4989" w:type="dxa"/>
          </w:tcPr>
          <w:p w:rsidR="00247870" w:rsidRDefault="00273961">
            <w:pPr>
              <w:jc w:val="center"/>
            </w:pPr>
            <w:r>
              <w:rPr>
                <w:sz w:val="21"/>
              </w:rPr>
              <w:lastRenderedPageBreak/>
              <w:br/>
              <w:t>19.10.2026</w:t>
            </w:r>
            <w:r>
              <w:rPr>
                <w:sz w:val="21"/>
              </w:rPr>
              <w:br/>
            </w:r>
            <w:r>
              <w:rPr>
                <w:sz w:val="21"/>
              </w:rPr>
              <w:br/>
            </w:r>
            <w:r>
              <w:rPr>
                <w:b/>
                <w:sz w:val="21"/>
              </w:rPr>
              <w:t>…………………</w:t>
            </w:r>
            <w:r>
              <w:rPr>
                <w:b/>
                <w:sz w:val="21"/>
              </w:rPr>
              <w:br/>
            </w:r>
            <w:r>
              <w:rPr>
                <w:sz w:val="20"/>
              </w:rPr>
              <w:t>Ders Öğretmeni</w:t>
            </w:r>
          </w:p>
        </w:tc>
        <w:tc>
          <w:tcPr>
            <w:tcW w:w="4989" w:type="dxa"/>
          </w:tcPr>
          <w:p w:rsidR="00247870" w:rsidRDefault="00273961">
            <w:pPr>
              <w:jc w:val="center"/>
            </w:pPr>
            <w:r>
              <w:rPr>
                <w:b/>
                <w:sz w:val="21"/>
              </w:rPr>
              <w:t>UYGUNDUR</w:t>
            </w:r>
            <w:r>
              <w:rPr>
                <w:b/>
                <w:sz w:val="21"/>
              </w:rPr>
              <w:br/>
              <w:t>19.10.2026</w:t>
            </w:r>
            <w:r>
              <w:rPr>
                <w:b/>
                <w:sz w:val="21"/>
              </w:rPr>
              <w:br/>
            </w:r>
            <w:r>
              <w:rPr>
                <w:b/>
                <w:sz w:val="21"/>
              </w:rPr>
              <w:br/>
            </w:r>
            <w:r>
              <w:rPr>
                <w:b/>
                <w:sz w:val="21"/>
              </w:rPr>
              <w:t>…………………</w:t>
            </w:r>
            <w:r>
              <w:rPr>
                <w:b/>
                <w:sz w:val="21"/>
              </w:rPr>
              <w:br/>
            </w:r>
            <w:r>
              <w:rPr>
                <w:sz w:val="20"/>
              </w:rPr>
              <w:t>Okul Müdürü</w:t>
            </w:r>
          </w:p>
        </w:tc>
      </w:tr>
    </w:tbl>
    <w:p w:rsidR="00273961" w:rsidRDefault="00273961"/>
    <w:sectPr w:rsidR="00273961"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47870"/>
    <w:rsid w:val="00273961"/>
    <w:rsid w:val="0029639D"/>
    <w:rsid w:val="00326F90"/>
    <w:rsid w:val="004A0ACE"/>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5A4B7BED-81BE-4E63-AE7F-15E00C0D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7274C-28DC-4BF5-B1F6-C9AB22852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992</Words>
  <Characters>5658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6637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Sınıf Seçmeli Hukuk ve Adalet Günlük Plan — 6. Hafta</dc:title>
  <dc:subject>günlük plan</dc:subject>
  <dc:creator>evrakburada</dc:creator>
  <cp:keywords>günlük plan, Seçmeli Hukuk ve Adalet, 6. sınıf, 6. hafta</cp:keywords>
  <dc:description/>
  <cp:lastModifiedBy>HP</cp:lastModifiedBy>
  <cp:revision>3</cp:revision>
  <dcterms:created xsi:type="dcterms:W3CDTF">2013-12-23T23:15:00Z</dcterms:created>
  <dcterms:modified xsi:type="dcterms:W3CDTF">2026-10-21T15:08:00Z</dcterms:modified>
  <cp:category/>
</cp:coreProperties>
</file>