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D2498E" w:rsidTr="00BF3B8F">
        <w:tc>
          <w:tcPr>
            <w:tcW w:w="9978" w:type="dxa"/>
          </w:tcPr>
          <w:p w:rsidR="00D2498E" w:rsidRDefault="00B3757A">
            <w:pPr>
              <w:spacing w:before="100" w:after="20"/>
              <w:jc w:val="center"/>
            </w:pPr>
            <w:r>
              <w:rPr>
                <w:sz w:val="21"/>
              </w:rPr>
              <w:t>2026-2027 EĞİTİM-ÖĞRETİM YILI</w:t>
            </w:r>
          </w:p>
          <w:p w:rsidR="00D2498E" w:rsidRDefault="00B3757A">
            <w:pPr>
              <w:spacing w:after="20"/>
              <w:jc w:val="center"/>
            </w:pPr>
            <w:r>
              <w:rPr>
                <w:b/>
                <w:sz w:val="26"/>
              </w:rPr>
              <w:t>…………………</w:t>
            </w:r>
          </w:p>
          <w:p w:rsidR="00D2498E" w:rsidRDefault="00B3757A">
            <w:pPr>
              <w:spacing w:after="20"/>
              <w:jc w:val="center"/>
            </w:pPr>
            <w:r>
              <w:rPr>
                <w:b/>
                <w:sz w:val="30"/>
              </w:rPr>
              <w:t>6. SINIF SEÇMELİ HUKUK VE ADALET DERSİ</w:t>
            </w:r>
          </w:p>
          <w:p w:rsidR="00D2498E" w:rsidRDefault="00B3757A">
            <w:pPr>
              <w:spacing w:after="20"/>
              <w:jc w:val="center"/>
            </w:pPr>
            <w:r>
              <w:rPr>
                <w:b/>
                <w:sz w:val="24"/>
              </w:rPr>
              <w:t>GÜNLÜK PLAN</w:t>
            </w:r>
          </w:p>
          <w:p w:rsidR="00D2498E" w:rsidRDefault="00B3757A">
            <w:pPr>
              <w:spacing w:after="100"/>
              <w:jc w:val="center"/>
            </w:pPr>
            <w:r>
              <w:rPr>
                <w:sz w:val="21"/>
              </w:rPr>
              <w:t>1. Hafta  ·  14–18 Eylül 2026</w:t>
            </w:r>
          </w:p>
        </w:tc>
      </w:tr>
    </w:tbl>
    <w:p w:rsidR="00D2498E" w:rsidRDefault="00D2498E">
      <w:pPr>
        <w:spacing w:after="0"/>
      </w:pPr>
    </w:p>
    <w:tbl>
      <w:tblPr>
        <w:tblStyle w:val="TabloKlavuzu"/>
        <w:tblW w:w="0" w:type="auto"/>
        <w:tblLook w:val="04A0" w:firstRow="1" w:lastRow="0" w:firstColumn="1" w:lastColumn="0" w:noHBand="0" w:noVBand="1"/>
      </w:tblPr>
      <w:tblGrid>
        <w:gridCol w:w="2494"/>
        <w:gridCol w:w="2494"/>
        <w:gridCol w:w="2494"/>
        <w:gridCol w:w="2494"/>
      </w:tblGrid>
      <w:tr w:rsidR="00D2498E" w:rsidTr="00BF3B8F">
        <w:tc>
          <w:tcPr>
            <w:tcW w:w="2494" w:type="dxa"/>
          </w:tcPr>
          <w:p w:rsidR="00D2498E" w:rsidRDefault="00B3757A">
            <w:pPr>
              <w:jc w:val="center"/>
            </w:pPr>
            <w:r>
              <w:rPr>
                <w:b/>
                <w:sz w:val="16"/>
              </w:rPr>
              <w:t>DERS</w:t>
            </w:r>
            <w:r>
              <w:rPr>
                <w:b/>
                <w:sz w:val="16"/>
              </w:rPr>
              <w:br/>
            </w:r>
            <w:r>
              <w:rPr>
                <w:sz w:val="20"/>
              </w:rPr>
              <w:t>Seçmeli Hukuk ve Adalet</w:t>
            </w:r>
          </w:p>
        </w:tc>
        <w:tc>
          <w:tcPr>
            <w:tcW w:w="2494" w:type="dxa"/>
          </w:tcPr>
          <w:p w:rsidR="00D2498E" w:rsidRDefault="00B3757A">
            <w:pPr>
              <w:jc w:val="center"/>
            </w:pPr>
            <w:r>
              <w:rPr>
                <w:b/>
                <w:sz w:val="16"/>
              </w:rPr>
              <w:t>SINIF</w:t>
            </w:r>
            <w:r>
              <w:rPr>
                <w:b/>
                <w:sz w:val="16"/>
              </w:rPr>
              <w:br/>
            </w:r>
            <w:r>
              <w:rPr>
                <w:sz w:val="20"/>
              </w:rPr>
              <w:t>6. Sınıf</w:t>
            </w:r>
          </w:p>
        </w:tc>
        <w:tc>
          <w:tcPr>
            <w:tcW w:w="2494" w:type="dxa"/>
          </w:tcPr>
          <w:p w:rsidR="00D2498E" w:rsidRDefault="00B3757A">
            <w:pPr>
              <w:jc w:val="center"/>
            </w:pPr>
            <w:r>
              <w:rPr>
                <w:b/>
                <w:sz w:val="16"/>
              </w:rPr>
              <w:t>HAFTA</w:t>
            </w:r>
            <w:r>
              <w:rPr>
                <w:b/>
                <w:sz w:val="16"/>
              </w:rPr>
              <w:br/>
            </w:r>
            <w:r>
              <w:rPr>
                <w:sz w:val="20"/>
              </w:rPr>
              <w:t>1. Hafta</w:t>
            </w:r>
          </w:p>
        </w:tc>
        <w:tc>
          <w:tcPr>
            <w:tcW w:w="2494" w:type="dxa"/>
          </w:tcPr>
          <w:p w:rsidR="00D2498E" w:rsidRDefault="00B3757A">
            <w:pPr>
              <w:jc w:val="center"/>
            </w:pPr>
            <w:r>
              <w:rPr>
                <w:b/>
                <w:sz w:val="16"/>
              </w:rPr>
              <w:t>ÖNERİLEN SÜRE</w:t>
            </w:r>
            <w:r>
              <w:rPr>
                <w:b/>
                <w:sz w:val="16"/>
              </w:rPr>
              <w:br/>
            </w:r>
            <w:r>
              <w:rPr>
                <w:sz w:val="20"/>
              </w:rPr>
              <w:t>2 ders saati</w:t>
            </w:r>
          </w:p>
        </w:tc>
      </w:tr>
    </w:tbl>
    <w:p w:rsidR="00D2498E" w:rsidRDefault="00D2498E">
      <w:pPr>
        <w:spacing w:after="0"/>
      </w:pPr>
    </w:p>
    <w:p w:rsidR="00D2498E" w:rsidRDefault="00B3757A">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D2498E" w:rsidTr="00BF3B8F">
        <w:tc>
          <w:tcPr>
            <w:tcW w:w="2438" w:type="dxa"/>
          </w:tcPr>
          <w:p w:rsidR="00D2498E" w:rsidRDefault="00B3757A">
            <w:r>
              <w:rPr>
                <w:b/>
                <w:sz w:val="20"/>
              </w:rPr>
              <w:t>Ünite / Tema Adı /</w:t>
            </w:r>
            <w:r>
              <w:rPr>
                <w:b/>
                <w:sz w:val="20"/>
              </w:rPr>
              <w:t xml:space="preserve"> No</w:t>
            </w:r>
          </w:p>
        </w:tc>
        <w:tc>
          <w:tcPr>
            <w:tcW w:w="7540" w:type="dxa"/>
          </w:tcPr>
          <w:p w:rsidR="00D2498E" w:rsidRDefault="00B3757A">
            <w:pPr>
              <w:spacing w:after="40" w:line="259" w:lineRule="auto"/>
            </w:pPr>
            <w:r>
              <w:rPr>
                <w:sz w:val="20"/>
              </w:rPr>
              <w:t>1. TEMA: TOPLUMDA HUKUK VE ADALET</w:t>
            </w:r>
          </w:p>
        </w:tc>
      </w:tr>
      <w:tr w:rsidR="00D2498E" w:rsidTr="00BF3B8F">
        <w:tc>
          <w:tcPr>
            <w:tcW w:w="2438" w:type="dxa"/>
          </w:tcPr>
          <w:p w:rsidR="00D2498E" w:rsidRDefault="00B3757A">
            <w:r>
              <w:rPr>
                <w:b/>
                <w:sz w:val="20"/>
              </w:rPr>
              <w:t>İçerik Çerçevesi</w:t>
            </w:r>
          </w:p>
        </w:tc>
        <w:tc>
          <w:tcPr>
            <w:tcW w:w="7540" w:type="dxa"/>
          </w:tcPr>
          <w:p w:rsidR="00D2498E" w:rsidRDefault="00B3757A">
            <w:pPr>
              <w:spacing w:after="40" w:line="259" w:lineRule="auto"/>
            </w:pPr>
            <w:r>
              <w:rPr>
                <w:sz w:val="20"/>
              </w:rPr>
              <w:t>Hukuk, Eşitlik ve Adalet</w:t>
            </w:r>
          </w:p>
        </w:tc>
      </w:tr>
    </w:tbl>
    <w:p w:rsidR="00D2498E" w:rsidRDefault="00D2498E">
      <w:pPr>
        <w:spacing w:after="0"/>
      </w:pPr>
    </w:p>
    <w:p w:rsidR="00D2498E" w:rsidRDefault="00B3757A">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D2498E" w:rsidTr="00BF3B8F">
        <w:tc>
          <w:tcPr>
            <w:tcW w:w="2438" w:type="dxa"/>
          </w:tcPr>
          <w:p w:rsidR="00D2498E" w:rsidRDefault="00B3757A">
            <w:r>
              <w:rPr>
                <w:b/>
                <w:sz w:val="20"/>
              </w:rPr>
              <w:t>Kavramsal Beceriler</w:t>
            </w:r>
          </w:p>
        </w:tc>
        <w:tc>
          <w:tcPr>
            <w:tcW w:w="7540" w:type="dxa"/>
          </w:tcPr>
          <w:p w:rsidR="00D2498E" w:rsidRDefault="00B3757A">
            <w:pPr>
              <w:spacing w:after="40" w:line="259" w:lineRule="auto"/>
            </w:pPr>
            <w:r>
              <w:rPr>
                <w:sz w:val="20"/>
              </w:rPr>
              <w:t>KB2.4. Çözümleme, KB2.18. Tartışma, KB2.11. Gözleme Dayalı Tahmin Etme</w:t>
            </w:r>
          </w:p>
        </w:tc>
      </w:tr>
      <w:tr w:rsidR="00D2498E" w:rsidTr="00BF3B8F">
        <w:tc>
          <w:tcPr>
            <w:tcW w:w="2438" w:type="dxa"/>
          </w:tcPr>
          <w:p w:rsidR="00D2498E" w:rsidRDefault="00B3757A">
            <w:r>
              <w:rPr>
                <w:b/>
                <w:sz w:val="20"/>
              </w:rPr>
              <w:t>Eğilimler</w:t>
            </w:r>
          </w:p>
        </w:tc>
        <w:tc>
          <w:tcPr>
            <w:tcW w:w="7540" w:type="dxa"/>
          </w:tcPr>
          <w:p w:rsidR="00D2498E" w:rsidRDefault="00B3757A">
            <w:pPr>
              <w:spacing w:after="40" w:line="259" w:lineRule="auto"/>
            </w:pPr>
            <w:r>
              <w:rPr>
                <w:sz w:val="20"/>
              </w:rPr>
              <w:t xml:space="preserve">E2.1. </w:t>
            </w:r>
            <w:r>
              <w:rPr>
                <w:sz w:val="20"/>
              </w:rPr>
              <w:t>Empati, E3.1. Muhakeme, E3.5. Açık Fikirlilik</w:t>
            </w:r>
          </w:p>
        </w:tc>
      </w:tr>
      <w:tr w:rsidR="00D2498E" w:rsidTr="00BF3B8F">
        <w:tc>
          <w:tcPr>
            <w:tcW w:w="2438" w:type="dxa"/>
          </w:tcPr>
          <w:p w:rsidR="00D2498E" w:rsidRDefault="00B3757A">
            <w:r>
              <w:rPr>
                <w:b/>
                <w:sz w:val="20"/>
              </w:rPr>
              <w:t>Programlar Arası Bileşenler</w:t>
            </w:r>
          </w:p>
        </w:tc>
        <w:tc>
          <w:tcPr>
            <w:tcW w:w="7540" w:type="dxa"/>
          </w:tcPr>
          <w:p w:rsidR="00D2498E" w:rsidRDefault="00B3757A">
            <w:pPr>
              <w:spacing w:after="40" w:line="259" w:lineRule="auto"/>
            </w:pPr>
            <w:r>
              <w:rPr>
                <w:b/>
                <w:sz w:val="20"/>
              </w:rPr>
              <w:t xml:space="preserve">Sosyal-Duygusal Öğrenme Becerileri: </w:t>
            </w:r>
            <w:r>
              <w:rPr>
                <w:sz w:val="20"/>
              </w:rPr>
              <w:t>SDB2.1. İletişim, SDB2.3. Sosyal Farkındalık</w:t>
            </w:r>
          </w:p>
          <w:p w:rsidR="00D2498E" w:rsidRDefault="00B3757A">
            <w:pPr>
              <w:spacing w:after="40" w:line="259" w:lineRule="auto"/>
            </w:pPr>
            <w:r>
              <w:rPr>
                <w:b/>
                <w:sz w:val="20"/>
              </w:rPr>
              <w:t xml:space="preserve">Değerler: </w:t>
            </w:r>
            <w:r>
              <w:rPr>
                <w:sz w:val="20"/>
              </w:rPr>
              <w:t>D1. Adalet, D5. Duyarlılık, D12. Sabır, D14. Saygı, D16. Sorumluluk</w:t>
            </w:r>
          </w:p>
          <w:p w:rsidR="00D2498E" w:rsidRDefault="00B3757A">
            <w:pPr>
              <w:spacing w:after="40" w:line="259" w:lineRule="auto"/>
            </w:pPr>
            <w:r>
              <w:rPr>
                <w:b/>
                <w:sz w:val="20"/>
              </w:rPr>
              <w:t xml:space="preserve">Okuryazarlık Becerileri: </w:t>
            </w:r>
            <w:r>
              <w:rPr>
                <w:sz w:val="20"/>
              </w:rPr>
              <w:t>OB1. Bilgi Okuryazarlığı, OB2. Dijital Okuryazarlık, OB4. Görsel Okuryazarlık, OB6. Vatandaşlık Okuryazarlığı</w:t>
            </w:r>
          </w:p>
        </w:tc>
      </w:tr>
      <w:tr w:rsidR="00D2498E" w:rsidTr="00BF3B8F">
        <w:tc>
          <w:tcPr>
            <w:tcW w:w="2438" w:type="dxa"/>
          </w:tcPr>
          <w:p w:rsidR="00D2498E" w:rsidRDefault="00B3757A">
            <w:r>
              <w:rPr>
                <w:b/>
                <w:sz w:val="20"/>
              </w:rPr>
              <w:t>Disiplinler Arası İlişkiler</w:t>
            </w:r>
          </w:p>
        </w:tc>
        <w:tc>
          <w:tcPr>
            <w:tcW w:w="7540" w:type="dxa"/>
          </w:tcPr>
          <w:p w:rsidR="00D2498E" w:rsidRDefault="00B3757A">
            <w:pPr>
              <w:spacing w:after="40" w:line="259" w:lineRule="auto"/>
              <w:jc w:val="both"/>
            </w:pPr>
            <w:r>
              <w:rPr>
                <w:sz w:val="20"/>
              </w:rPr>
              <w:t xml:space="preserve">Din Kültürü ve Ahlak Bilgisi, İnsan Hakları, Vatandaşlık ve Demokrasi, Sosyal Bilgiler, </w:t>
            </w:r>
            <w:r>
              <w:rPr>
                <w:sz w:val="20"/>
              </w:rPr>
              <w:t>Türkçe, Ahlak ve Vatandaşlık Eğitimi, Görgü Kuralları ve Nezaket</w:t>
            </w:r>
          </w:p>
        </w:tc>
      </w:tr>
      <w:tr w:rsidR="00D2498E" w:rsidTr="00BF3B8F">
        <w:tc>
          <w:tcPr>
            <w:tcW w:w="2438" w:type="dxa"/>
          </w:tcPr>
          <w:p w:rsidR="00D2498E" w:rsidRDefault="00B3757A">
            <w:r>
              <w:rPr>
                <w:b/>
                <w:sz w:val="20"/>
              </w:rPr>
              <w:t>Beceriler Arası İlişkiler</w:t>
            </w:r>
          </w:p>
        </w:tc>
        <w:tc>
          <w:tcPr>
            <w:tcW w:w="7540" w:type="dxa"/>
          </w:tcPr>
          <w:p w:rsidR="00D2498E" w:rsidRDefault="00B3757A">
            <w:pPr>
              <w:spacing w:after="40" w:line="259" w:lineRule="auto"/>
            </w:pPr>
            <w:r>
              <w:rPr>
                <w:sz w:val="20"/>
              </w:rPr>
              <w:t>KB2.5. Sınıflandırma</w:t>
            </w:r>
          </w:p>
        </w:tc>
      </w:tr>
    </w:tbl>
    <w:p w:rsidR="00D2498E" w:rsidRDefault="00D2498E">
      <w:pPr>
        <w:spacing w:after="0"/>
      </w:pPr>
    </w:p>
    <w:p w:rsidR="00D2498E" w:rsidRDefault="00B3757A">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D2498E" w:rsidTr="00BF3B8F">
        <w:tc>
          <w:tcPr>
            <w:tcW w:w="2438" w:type="dxa"/>
          </w:tcPr>
          <w:p w:rsidR="00D2498E" w:rsidRDefault="00B3757A">
            <w:r>
              <w:rPr>
                <w:b/>
                <w:sz w:val="20"/>
              </w:rPr>
              <w:t>Öğrenme Çıktıları</w:t>
            </w:r>
          </w:p>
        </w:tc>
        <w:tc>
          <w:tcPr>
            <w:tcW w:w="7540" w:type="dxa"/>
          </w:tcPr>
          <w:p w:rsidR="00D2498E" w:rsidRDefault="00B3757A">
            <w:pPr>
              <w:spacing w:after="40" w:line="259" w:lineRule="auto"/>
            </w:pPr>
            <w:r>
              <w:rPr>
                <w:b/>
                <w:sz w:val="20"/>
              </w:rPr>
              <w:t xml:space="preserve">HA.1.1. </w:t>
            </w:r>
            <w:r>
              <w:rPr>
                <w:sz w:val="20"/>
              </w:rPr>
              <w:t>Hukuk, eşitlik ve adalet kavramları arasındaki ilişki</w:t>
            </w:r>
            <w:r>
              <w:rPr>
                <w:sz w:val="20"/>
              </w:rPr>
              <w:t>yi çözümleyebilme</w:t>
            </w:r>
          </w:p>
        </w:tc>
      </w:tr>
      <w:tr w:rsidR="00D2498E" w:rsidTr="00BF3B8F">
        <w:tc>
          <w:tcPr>
            <w:tcW w:w="2438" w:type="dxa"/>
          </w:tcPr>
          <w:p w:rsidR="00D2498E" w:rsidRDefault="00B3757A">
            <w:r>
              <w:rPr>
                <w:b/>
                <w:sz w:val="20"/>
              </w:rPr>
              <w:t>Anahtar Kavramlar</w:t>
            </w:r>
          </w:p>
        </w:tc>
        <w:tc>
          <w:tcPr>
            <w:tcW w:w="7540" w:type="dxa"/>
          </w:tcPr>
          <w:p w:rsidR="00D2498E" w:rsidRDefault="00B3757A">
            <w:pPr>
              <w:spacing w:after="40" w:line="259" w:lineRule="auto"/>
            </w:pPr>
            <w:r>
              <w:rPr>
                <w:sz w:val="20"/>
              </w:rPr>
              <w:t>adalet, eşitlik, hakkaniyet, hukuk, kanun (yasa), pozitif ayrımcılık</w:t>
            </w:r>
          </w:p>
        </w:tc>
      </w:tr>
      <w:tr w:rsidR="00D2498E" w:rsidTr="00BF3B8F">
        <w:tc>
          <w:tcPr>
            <w:tcW w:w="2438" w:type="dxa"/>
          </w:tcPr>
          <w:p w:rsidR="00D2498E" w:rsidRDefault="00B3757A">
            <w:r>
              <w:rPr>
                <w:b/>
                <w:sz w:val="20"/>
              </w:rPr>
              <w:t>Öğrenme-Öğretme Yaşantıları</w:t>
            </w:r>
          </w:p>
        </w:tc>
        <w:tc>
          <w:tcPr>
            <w:tcW w:w="7540" w:type="dxa"/>
          </w:tcPr>
          <w:p w:rsidR="00D2498E" w:rsidRDefault="00B3757A">
            <w:pPr>
              <w:spacing w:after="40" w:line="259" w:lineRule="auto"/>
              <w:jc w:val="both"/>
            </w:pPr>
            <w:r>
              <w:rPr>
                <w:b/>
                <w:sz w:val="20"/>
              </w:rPr>
              <w:t xml:space="preserve">Temel Kabuller: </w:t>
            </w:r>
            <w:r>
              <w:rPr>
                <w:sz w:val="20"/>
              </w:rPr>
              <w:t xml:space="preserve">Öğrencilerin hukuk, adalet, eşitlik ve pozitif ayrımcılık kavramları hakkında temel bilgilere sahip </w:t>
            </w:r>
            <w:r>
              <w:rPr>
                <w:sz w:val="20"/>
              </w:rPr>
              <w:t>oldukları; karşılaştıkları durumlarda hak, adalet ve sorumluluk ile ilgili unsurları ayırt edebildikleri, hukuk kurallarının toplum düzeninin korunmasına ve adaletin sağlanmasına katkıda bulunduğunu gözlemledikleri kabul edilmektedir.</w:t>
            </w:r>
          </w:p>
          <w:p w:rsidR="00D2498E" w:rsidRDefault="00B3757A">
            <w:pPr>
              <w:spacing w:after="40" w:line="259" w:lineRule="auto"/>
              <w:jc w:val="both"/>
            </w:pPr>
            <w:r>
              <w:rPr>
                <w:b/>
                <w:sz w:val="20"/>
              </w:rPr>
              <w:t>Ön Değerlendirme Süre</w:t>
            </w:r>
            <w:r>
              <w:rPr>
                <w:b/>
                <w:sz w:val="20"/>
              </w:rPr>
              <w:t xml:space="preserve">ci: </w:t>
            </w:r>
            <w:r>
              <w:rPr>
                <w:sz w:val="20"/>
              </w:rPr>
              <w:t>Öğrencilerden hukuk, eşitlik ve adalet kavramları denildiğinde akıllarına ilk gelen kelimeleri kullanarak kelime bulutları yapmaları veya kelime ilişkilendirme testleri hazırlamaları istenebilir. Öğrencilerden günlük yaşamlarında karşılaştıkları hak, a</w:t>
            </w:r>
            <w:r>
              <w:rPr>
                <w:sz w:val="20"/>
              </w:rPr>
              <w:t>dalet ve sorumlulukla ilgili durumlara ilişkin örnekler vermeleri istenebilir. Öğrencilerin hukuk kurallarının toplumda adalet ve güveni sağlamadaki rolünü fark etmeleri için günlük yaşamdan örnekler verilerek soru-cevap etkinliği düzenlenebilir.</w:t>
            </w:r>
          </w:p>
          <w:p w:rsidR="00D2498E" w:rsidRDefault="00B3757A">
            <w:pPr>
              <w:spacing w:after="40" w:line="259" w:lineRule="auto"/>
              <w:jc w:val="both"/>
            </w:pPr>
            <w:r>
              <w:rPr>
                <w:b/>
                <w:sz w:val="20"/>
              </w:rPr>
              <w:t>Köprü Kur</w:t>
            </w:r>
            <w:r>
              <w:rPr>
                <w:b/>
                <w:sz w:val="20"/>
              </w:rPr>
              <w:t xml:space="preserve">ma: </w:t>
            </w:r>
            <w:r>
              <w:rPr>
                <w:sz w:val="20"/>
              </w:rPr>
              <w:t>Bu aşamada Hz. Muhammed'in (sav) adalet anlayışı ve adaleti sağlamaya yönelik uygulamalarından örnekler verilerek öğrencilerden bunları hukuk, eşitlik ve adalet kavramları çerçevesinde incelemeleri istenebilir. Ardından Türk-İslam düşüncesinde adalet a</w:t>
            </w:r>
            <w:r>
              <w:rPr>
                <w:sz w:val="20"/>
              </w:rPr>
              <w:t>nlayışına yer veren Kutadgu Bilig'den kısa bir örnek, Hz. Ömer'in adalet anlayışı, Fatih Sultan Mehmet'in mimarla davası, Kanuni Sultan Süleyman'ın adaleti ve Mustafa Kemal Atatürk'ün hukuk ve hukukun üstünlüğüne ilişkin görüşleriyle ilişkilendirilerek öğr</w:t>
            </w:r>
            <w:r>
              <w:rPr>
                <w:sz w:val="20"/>
              </w:rPr>
              <w:t>encilerin adalet anlayışının tarihsel sürekliliğini fark etmeleri sağlanabilir. Öğrencilerden, günlük yaşamda karşılaştıkları hak, adalet ve sorumlulukla ilgili durumları inceleyerek bu durumların kendi yaşamlarında ve çevrelerinde oluşturduğu etkileri ana</w:t>
            </w:r>
            <w:r>
              <w:rPr>
                <w:sz w:val="20"/>
              </w:rPr>
              <w:t>liz etmeleri istenebilir. “Yaşamımızda kurallar olmadığında ya da bu kurallara saygı duyulmadığında ne olurdu?” sorusu ile bir sınıf tartışması yapılabilir.</w:t>
            </w:r>
          </w:p>
          <w:p w:rsidR="00D2498E" w:rsidRDefault="00B3757A">
            <w:pPr>
              <w:spacing w:after="40" w:line="259" w:lineRule="auto"/>
            </w:pPr>
            <w:r>
              <w:rPr>
                <w:b/>
                <w:sz w:val="20"/>
              </w:rPr>
              <w:lastRenderedPageBreak/>
              <w:t xml:space="preserve">Öğrenme-Öğretme Uygulamaları: </w:t>
            </w:r>
            <w:r>
              <w:rPr>
                <w:sz w:val="20"/>
              </w:rPr>
              <w:t>HA.1.1</w:t>
            </w:r>
          </w:p>
          <w:p w:rsidR="00D2498E" w:rsidRDefault="00B3757A">
            <w:pPr>
              <w:spacing w:after="40" w:line="259" w:lineRule="auto"/>
              <w:jc w:val="both"/>
            </w:pPr>
            <w:r>
              <w:rPr>
                <w:sz w:val="20"/>
              </w:rPr>
              <w:t>Öğrencilere hukuk, eşitlik ve adalet kavramları ile ilgili örn</w:t>
            </w:r>
            <w:r>
              <w:rPr>
                <w:sz w:val="20"/>
              </w:rPr>
              <w:t>ekler (trafik kurallarına uyma yükümlülüğü, suç işleyen kişilerin cezalandırılması, kul hakkına riayet edilmesi, borçlunun borcunu ödemesi ve alacaklının alacağını alması; eğitim, sağlık gibi kamu hizmetlerinin tüm vatandaşlar için eşit sunulması gibi) sun</w:t>
            </w:r>
            <w:r>
              <w:rPr>
                <w:sz w:val="20"/>
              </w:rPr>
              <w:t>ulur. Bu aşamada, pedagojik açıdan uygun örnek olaylar, videolar, görseller, gazete haberleri ve diğer yazılı veya dijital kaynaklardan yararlanılabilir (, , ). Bu örneklerle ilgili öğrencilere açık uçlu sorular yöneltilerek örneklerin hangi kavramlarla il</w:t>
            </w:r>
            <w:r>
              <w:rPr>
                <w:sz w:val="20"/>
              </w:rPr>
              <w:t>gili olduğunu bulmaları sağlanır. Öğrencilerden günlük yaşamlarından yola çıkarak hukuk, eşitlik ve adalet kavramlarına örnekler vermeleri istenir. Bu aşamada bireylerin temel hak ve özgürlükler ile eşit haklara sahip olduğu vurgulanır (). Öğrencilerin örn</w:t>
            </w:r>
            <w:r>
              <w:rPr>
                <w:sz w:val="20"/>
              </w:rPr>
              <w:t>ekleri hukuk, eşitlik ve adalet kavramlarına göre gerekçeler sunarak ayırt etmeleri ve sınıflandırmaları sağlanır (, , ). Verilen örnekler ile ilgili sorular sorularak kavramların neler olduğunu bulmaları ve örneklerin hangi kavramla ilgili olduğunu tespit</w:t>
            </w:r>
            <w:r>
              <w:rPr>
                <w:sz w:val="20"/>
              </w:rPr>
              <w:t xml:space="preserve"> etmeleri sağlanır. Bu örnekler üzerinden hukukun toplumu düzenleyen kurallar bütünü, eşitliğin herkesin aynı haklara sahip olması, adaletin hak edilenin verilmesi olduğu vurgulanır* Engelliler için ayrılan park yerleri, şehit yakınlarına sağlanan imkânlar</w:t>
            </w:r>
            <w:r>
              <w:rPr>
                <w:sz w:val="20"/>
              </w:rPr>
              <w:t>, hasta nelerde yaşlılara öncelik verilmesi gibi örneklerden hareketle eşitlik ilkesi ile ilişkili olarak pozitif ayrımcılığa da vurgu yapılır (, ). Bu durumun hakkaniyet ile ilişkili olduğu belirtilerek herkese aynı şekilde değil, ihtiyaç ve durumlarına g</w:t>
            </w:r>
            <w:r>
              <w:rPr>
                <w:sz w:val="20"/>
              </w:rPr>
              <w:t>öre adil davranmanın hakka niyet olduğu vurgulanır. Öğrencilerden günlük yaşamda karşılaştıkları pozitif ayrımcılık durumlarına örnekler vermeleri istenir. Bu örneklerden hareketle öğrencilere "Adalet mi yok sa eşitlik mi daha önemlidir?" sorusu yöneltiler</w:t>
            </w:r>
            <w:r>
              <w:rPr>
                <w:sz w:val="20"/>
              </w:rPr>
              <w:t xml:space="preserve">ek yapılandırılmış sınıf tartışması veya münazara gerçekleştirilebilir. Tartışmada öğrenciler görüşlerini gerekçeleriyle açıklamaya ve farklı görüşleri saygı çerçevesinde değerlendirmeye teşvik edilir (). Tartışma sonunda pozitif ayrımcılığın anayasal bir </w:t>
            </w:r>
            <w:r>
              <w:rPr>
                <w:sz w:val="20"/>
              </w:rPr>
              <w:t>hak olduğu, eşitlik ilkesini bozmadığı; aksine hakkaniyet anlayışı doğrultusunda eşitliği tamamlayan bir uygulama olduğu vurgulanır. Yapılan tartışma sonrasında öğrencilerden hukuk, eşitlik ve adalet kavramları arasındaki ilişkiyi farklı ürünler üreterek o</w:t>
            </w:r>
            <w:r>
              <w:rPr>
                <w:sz w:val="20"/>
              </w:rPr>
              <w:t>rtaya koymaları istenir (). Bu süreçte performans görevi kapsamında istasyon tekniği kullanılarak resim, şiir, slogan, poster, afiş, kamu spotu gibi ürünler hazırlanabilir (, , ). Süreç, öz ve akran değerlendirme formu kullanılarak değerlendirilebilir.</w:t>
            </w:r>
          </w:p>
        </w:tc>
      </w:tr>
      <w:tr w:rsidR="00D2498E" w:rsidTr="00BF3B8F">
        <w:tc>
          <w:tcPr>
            <w:tcW w:w="2438" w:type="dxa"/>
          </w:tcPr>
          <w:p w:rsidR="00D2498E" w:rsidRDefault="00B3757A">
            <w:r>
              <w:rPr>
                <w:b/>
                <w:sz w:val="20"/>
              </w:rPr>
              <w:lastRenderedPageBreak/>
              <w:t>İç</w:t>
            </w:r>
            <w:r>
              <w:rPr>
                <w:b/>
                <w:sz w:val="20"/>
              </w:rPr>
              <w:t>erik</w:t>
            </w:r>
          </w:p>
        </w:tc>
        <w:tc>
          <w:tcPr>
            <w:tcW w:w="7540" w:type="dxa"/>
          </w:tcPr>
          <w:p w:rsidR="00D2498E" w:rsidRDefault="00B3757A">
            <w:pPr>
              <w:spacing w:after="40" w:line="259" w:lineRule="auto"/>
              <w:jc w:val="center"/>
            </w:pPr>
            <w:r>
              <w:rPr>
                <w:noProof/>
                <w:lang w:val="tr-TR" w:eastAsia="tr-TR"/>
              </w:rPr>
              <w:drawing>
                <wp:inline distT="0" distB="0" distL="0" distR="0">
                  <wp:extent cx="4644000" cy="6412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641299"/>
                          </a:xfrm>
                          <a:prstGeom prst="rect">
                            <a:avLst/>
                          </a:prstGeom>
                        </pic:spPr>
                      </pic:pic>
                    </a:graphicData>
                  </a:graphic>
                </wp:inline>
              </w:drawing>
            </w:r>
          </w:p>
          <w:p w:rsidR="00D2498E" w:rsidRDefault="00B3757A">
            <w:pPr>
              <w:spacing w:after="40" w:line="259" w:lineRule="auto"/>
              <w:jc w:val="center"/>
            </w:pPr>
            <w:r>
              <w:rPr>
                <w:noProof/>
                <w:lang w:val="tr-TR" w:eastAsia="tr-TR"/>
              </w:rPr>
              <w:lastRenderedPageBreak/>
              <w:drawing>
                <wp:inline distT="0" distB="0" distL="0" distR="0">
                  <wp:extent cx="4644000" cy="6426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4644000" cy="6426660"/>
                          </a:xfrm>
                          <a:prstGeom prst="rect">
                            <a:avLst/>
                          </a:prstGeom>
                        </pic:spPr>
                      </pic:pic>
                    </a:graphicData>
                  </a:graphic>
                </wp:inline>
              </w:drawing>
            </w:r>
          </w:p>
        </w:tc>
      </w:tr>
    </w:tbl>
    <w:p w:rsidR="00D2498E" w:rsidRDefault="00D2498E">
      <w:pPr>
        <w:spacing w:after="0"/>
      </w:pPr>
    </w:p>
    <w:p w:rsidR="00D2498E" w:rsidRDefault="00B3757A">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D2498E" w:rsidTr="00BF3B8F">
        <w:tc>
          <w:tcPr>
            <w:tcW w:w="2438" w:type="dxa"/>
          </w:tcPr>
          <w:p w:rsidR="00D2498E" w:rsidRDefault="00B3757A">
            <w:r>
              <w:rPr>
                <w:b/>
                <w:sz w:val="20"/>
              </w:rPr>
              <w:t>Zenginleştirme</w:t>
            </w:r>
          </w:p>
        </w:tc>
        <w:tc>
          <w:tcPr>
            <w:tcW w:w="7540" w:type="dxa"/>
          </w:tcPr>
          <w:p w:rsidR="00D2498E" w:rsidRDefault="00B3757A">
            <w:pPr>
              <w:spacing w:after="40" w:line="259" w:lineRule="auto"/>
              <w:jc w:val="both"/>
            </w:pPr>
            <w:r>
              <w:rPr>
                <w:sz w:val="20"/>
              </w:rPr>
              <w:t>Öğrencilerden güvenilir yazılı veya dijital kaynaklardan hukuk, eşitlik ve adalet kavramlarıyla ilgili güncel haberler araştırmaları istenebilir. Seçtikleri haberleri ilgili kavramlarla ilişkilendirerek</w:t>
            </w:r>
            <w:r>
              <w:rPr>
                <w:sz w:val="20"/>
              </w:rPr>
              <w:t xml:space="preserve"> gerekçelerini açıkladıkları, "Haftanın Hukuk Haberi", "Eşitlik Köşesi" ve "Adalet Gündemi" başlıklı sayfalardan oluşan bir hukuk gazetesi hazırlamaları sağlanabilir. Öğrencilerden günlük yaşamda hak, adalet ve sorumlulukla ilgili sunulan durumlara yönelik</w:t>
            </w:r>
            <w:r>
              <w:rPr>
                <w:sz w:val="20"/>
              </w:rPr>
              <w:t xml:space="preserve"> farklı çözüm yolları içeren senaryolar geliştirmeleri istenebilir. Öğrencilerden hukuk kuralların toplumsal yaşamı nasıl etkilediğini gösteren bir örnek olay, hikâye, çizgi roman veya kamu spotu hazırlamaları istenebilir.</w:t>
            </w:r>
          </w:p>
        </w:tc>
      </w:tr>
      <w:tr w:rsidR="00D2498E" w:rsidTr="00BF3B8F">
        <w:tc>
          <w:tcPr>
            <w:tcW w:w="2438" w:type="dxa"/>
          </w:tcPr>
          <w:p w:rsidR="00D2498E" w:rsidRDefault="00B3757A">
            <w:r>
              <w:rPr>
                <w:b/>
                <w:sz w:val="20"/>
              </w:rPr>
              <w:t>Destekleme</w:t>
            </w:r>
          </w:p>
        </w:tc>
        <w:tc>
          <w:tcPr>
            <w:tcW w:w="7540" w:type="dxa"/>
          </w:tcPr>
          <w:p w:rsidR="00D2498E" w:rsidRDefault="00B3757A">
            <w:pPr>
              <w:spacing w:after="40" w:line="259" w:lineRule="auto"/>
              <w:jc w:val="both"/>
            </w:pPr>
            <w:r>
              <w:rPr>
                <w:sz w:val="20"/>
              </w:rPr>
              <w:t xml:space="preserve">Öğrencilere “hukuk”, </w:t>
            </w:r>
            <w:r>
              <w:rPr>
                <w:sz w:val="20"/>
              </w:rPr>
              <w:t>“adalet”, “eşitlik” kavramlarının tanımlarının yazılı olduğu kartlar verilerek öğrencilerden tanımları doğru kavramlarla eşleştirmeleri istenebilir. Yarım bırakılmış kısa bir hikâye verilerek öğrencilerden, hikâyeyi hak, adalet ve sorumluluk çerçevesinde i</w:t>
            </w:r>
            <w:r>
              <w:rPr>
                <w:sz w:val="20"/>
              </w:rPr>
              <w:t>ki farklı sonla tamamlamaları istenebilir. Hukuk kurallarının olmadığı bir ortamı gösteren kısa animasyon veya video izletilerek öğrencilerden gözlemlerini paylaşmaları istenebilir.</w:t>
            </w:r>
          </w:p>
        </w:tc>
      </w:tr>
    </w:tbl>
    <w:p w:rsidR="00D2498E" w:rsidRDefault="00D2498E">
      <w:pPr>
        <w:spacing w:after="0"/>
      </w:pPr>
    </w:p>
    <w:p w:rsidR="00D2498E" w:rsidRDefault="00B3757A">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D2498E" w:rsidTr="00BF3B8F">
        <w:tc>
          <w:tcPr>
            <w:tcW w:w="2438" w:type="dxa"/>
          </w:tcPr>
          <w:p w:rsidR="00D2498E" w:rsidRDefault="00B3757A">
            <w:r>
              <w:rPr>
                <w:b/>
                <w:sz w:val="20"/>
              </w:rPr>
              <w:t>Öğrenme Kanıtlar</w:t>
            </w:r>
            <w:r>
              <w:rPr>
                <w:b/>
                <w:sz w:val="20"/>
              </w:rPr>
              <w:t>ı (Ölçme ve Değ</w:t>
            </w:r>
            <w:bookmarkStart w:id="0" w:name="_GoBack"/>
            <w:bookmarkEnd w:id="0"/>
            <w:r>
              <w:rPr>
                <w:b/>
                <w:sz w:val="20"/>
              </w:rPr>
              <w:t>erlendirme)</w:t>
            </w:r>
          </w:p>
        </w:tc>
        <w:tc>
          <w:tcPr>
            <w:tcW w:w="7540" w:type="dxa"/>
          </w:tcPr>
          <w:p w:rsidR="00D2498E" w:rsidRDefault="00B3757A">
            <w:pPr>
              <w:spacing w:after="40" w:line="259" w:lineRule="auto"/>
              <w:jc w:val="both"/>
            </w:pPr>
            <w:r>
              <w:rPr>
                <w:sz w:val="20"/>
              </w:rPr>
              <w:t>Bu temada yer alan öğrenme çıktıları; gözlem formu, öz değerlendirme formu, dereceli puanlama anahtarı kullanılarak değerlendirilebilir. Performans görevi kapsamında öğrencilerden hukuk, eşitlik ve adalet kavramları arasındaki il</w:t>
            </w:r>
            <w:r>
              <w:rPr>
                <w:sz w:val="20"/>
              </w:rPr>
              <w:t>işkiyi ortaya koyan resim, şiir, slogan, poster, afiş, kamu spotu gibi ürünler hazırlamaları istenebilir. Performans görevi, öz ve akran değerlendirme formları kullanılarak değerlendirilebilir.</w:t>
            </w:r>
          </w:p>
        </w:tc>
      </w:tr>
    </w:tbl>
    <w:p w:rsidR="00D2498E" w:rsidRDefault="00D2498E">
      <w:pPr>
        <w:spacing w:after="0"/>
      </w:pPr>
    </w:p>
    <w:p w:rsidR="00D2498E" w:rsidRDefault="00D2498E">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D2498E">
        <w:trPr>
          <w:cantSplit/>
          <w:jc w:val="center"/>
        </w:trPr>
        <w:tc>
          <w:tcPr>
            <w:tcW w:w="4989" w:type="dxa"/>
          </w:tcPr>
          <w:p w:rsidR="00D2498E" w:rsidRDefault="00B3757A">
            <w:pPr>
              <w:jc w:val="center"/>
            </w:pPr>
            <w:r>
              <w:rPr>
                <w:sz w:val="21"/>
              </w:rPr>
              <w:br/>
              <w:t>14.09.2026</w:t>
            </w:r>
            <w:r>
              <w:rPr>
                <w:sz w:val="21"/>
              </w:rPr>
              <w:br/>
            </w:r>
            <w:r>
              <w:rPr>
                <w:sz w:val="21"/>
              </w:rPr>
              <w:br/>
            </w:r>
            <w:r>
              <w:rPr>
                <w:b/>
                <w:sz w:val="21"/>
              </w:rPr>
              <w:t>…………………</w:t>
            </w:r>
            <w:r>
              <w:rPr>
                <w:b/>
                <w:sz w:val="21"/>
              </w:rPr>
              <w:br/>
            </w:r>
            <w:r>
              <w:rPr>
                <w:sz w:val="20"/>
              </w:rPr>
              <w:t>Ders Öğretmeni</w:t>
            </w:r>
          </w:p>
        </w:tc>
        <w:tc>
          <w:tcPr>
            <w:tcW w:w="4989" w:type="dxa"/>
          </w:tcPr>
          <w:p w:rsidR="00D2498E" w:rsidRDefault="00B3757A">
            <w:pPr>
              <w:jc w:val="center"/>
            </w:pPr>
            <w:r>
              <w:rPr>
                <w:b/>
                <w:sz w:val="21"/>
              </w:rPr>
              <w:t>UYGUNDUR</w:t>
            </w:r>
            <w:r>
              <w:rPr>
                <w:b/>
                <w:sz w:val="21"/>
              </w:rPr>
              <w:br/>
              <w:t>14.09.2026</w:t>
            </w:r>
            <w:r>
              <w:rPr>
                <w:b/>
                <w:sz w:val="21"/>
              </w:rPr>
              <w:br/>
            </w:r>
            <w:r>
              <w:rPr>
                <w:b/>
                <w:sz w:val="21"/>
              </w:rPr>
              <w:br/>
            </w:r>
            <w:r>
              <w:rPr>
                <w:b/>
                <w:sz w:val="21"/>
              </w:rPr>
              <w:t>…………………</w:t>
            </w:r>
            <w:r>
              <w:rPr>
                <w:b/>
                <w:sz w:val="21"/>
              </w:rPr>
              <w:br/>
            </w:r>
            <w:r>
              <w:rPr>
                <w:sz w:val="20"/>
              </w:rPr>
              <w:t>Okul Müdürü</w:t>
            </w:r>
          </w:p>
        </w:tc>
      </w:tr>
    </w:tbl>
    <w:p w:rsidR="00B3757A" w:rsidRDefault="00B3757A"/>
    <w:sectPr w:rsidR="00B3757A"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3757A"/>
    <w:rsid w:val="00B47730"/>
    <w:rsid w:val="00BF3B8F"/>
    <w:rsid w:val="00CB0664"/>
    <w:rsid w:val="00D2498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1812CDAF-87BB-4DE3-8ED4-18A5F0E54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568C9-ABCB-4935-9F26-1DE68CE9A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1144</Words>
  <Characters>6524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Seçmeli Hukuk ve Adalet Günlük Plan — 1. Hafta</dc:title>
  <dc:subject>günlük plan</dc:subject>
  <dc:creator>evrakburada</dc:creator>
  <cp:keywords>günlük plan, Seçmeli Hukuk ve Adalet, 6. sınıf, 1. hafta</cp:keywords>
  <dc:description/>
  <cp:lastModifiedBy>HP</cp:lastModifiedBy>
  <cp:revision>2</cp:revision>
  <dcterms:created xsi:type="dcterms:W3CDTF">2013-12-23T23:15:00Z</dcterms:created>
  <dcterms:modified xsi:type="dcterms:W3CDTF">2026-10-17T10:30:00Z</dcterms:modified>
  <cp:category/>
</cp:coreProperties>
</file>