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330C59" w:rsidTr="004B23CA">
        <w:tc>
          <w:tcPr>
            <w:tcW w:w="9978" w:type="dxa"/>
          </w:tcPr>
          <w:p w:rsidR="00330C59" w:rsidRDefault="008F6AF0">
            <w:pPr>
              <w:spacing w:before="100" w:after="20"/>
              <w:jc w:val="center"/>
            </w:pPr>
            <w:r>
              <w:rPr>
                <w:sz w:val="21"/>
              </w:rPr>
              <w:t>2026-2027 EĞİTİM-ÖĞRETİM YILI</w:t>
            </w:r>
          </w:p>
          <w:p w:rsidR="00330C59" w:rsidRDefault="008F6AF0">
            <w:pPr>
              <w:spacing w:after="20"/>
              <w:jc w:val="center"/>
            </w:pPr>
            <w:r>
              <w:rPr>
                <w:b/>
                <w:sz w:val="26"/>
              </w:rPr>
              <w:t>…………………</w:t>
            </w:r>
          </w:p>
          <w:p w:rsidR="00330C59" w:rsidRDefault="008F6AF0">
            <w:pPr>
              <w:spacing w:after="20"/>
              <w:jc w:val="center"/>
            </w:pPr>
            <w:proofErr w:type="spellStart"/>
            <w:r>
              <w:rPr>
                <w:b/>
                <w:sz w:val="30"/>
              </w:rPr>
              <w:t>ÇEVRE</w:t>
            </w:r>
            <w:proofErr w:type="spellEnd"/>
            <w:r>
              <w:rPr>
                <w:b/>
                <w:sz w:val="30"/>
              </w:rPr>
              <w:t xml:space="preserve"> EĞİTİMİ VE İKLİM DEĞİŞİKLİĞİ DERSİ</w:t>
            </w:r>
          </w:p>
          <w:p w:rsidR="00330C59" w:rsidRDefault="008F6AF0">
            <w:pPr>
              <w:spacing w:after="20"/>
              <w:jc w:val="center"/>
            </w:pPr>
            <w:r>
              <w:rPr>
                <w:b/>
                <w:sz w:val="24"/>
              </w:rPr>
              <w:t>GÜNLÜK PLAN</w:t>
            </w:r>
          </w:p>
          <w:p w:rsidR="00330C59" w:rsidRDefault="008F6AF0">
            <w:pPr>
              <w:spacing w:after="100"/>
              <w:jc w:val="center"/>
            </w:pPr>
            <w:r>
              <w:rPr>
                <w:sz w:val="21"/>
              </w:rPr>
              <w:t>1. Hafta  ·  14–18 Eylül 2026</w:t>
            </w:r>
          </w:p>
        </w:tc>
      </w:tr>
    </w:tbl>
    <w:p w:rsidR="00330C59" w:rsidRDefault="00330C59">
      <w:pPr>
        <w:spacing w:after="0"/>
      </w:pPr>
    </w:p>
    <w:tbl>
      <w:tblPr>
        <w:tblW w:w="0" w:type="auto"/>
        <w:jc w:val="center"/>
        <w:tblBorders>
          <w:top w:val="single" w:sz="4" w:space="0" w:color="4A2A14"/>
          <w:left w:val="single" w:sz="4" w:space="0" w:color="4A2A14"/>
          <w:bottom w:val="single" w:sz="4" w:space="0" w:color="4A2A14"/>
          <w:right w:val="single" w:sz="4" w:space="0" w:color="4A2A14"/>
          <w:insideH w:val="single" w:sz="4" w:space="0" w:color="4A2A14"/>
          <w:insideV w:val="single" w:sz="4" w:space="0" w:color="4A2A14"/>
        </w:tblBorders>
        <w:tblLook w:val="04A0" w:firstRow="1" w:lastRow="0" w:firstColumn="1" w:lastColumn="0" w:noHBand="0" w:noVBand="1"/>
      </w:tblPr>
      <w:tblGrid>
        <w:gridCol w:w="2494"/>
        <w:gridCol w:w="2494"/>
        <w:gridCol w:w="2494"/>
        <w:gridCol w:w="2494"/>
      </w:tblGrid>
      <w:tr w:rsidR="00330C59">
        <w:trPr>
          <w:cantSplit/>
          <w:jc w:val="center"/>
        </w:trPr>
        <w:tc>
          <w:tcPr>
            <w:tcW w:w="2494" w:type="dxa"/>
            <w:shd w:val="clear" w:color="auto" w:fill="FDFBF8"/>
            <w:vAlign w:val="center"/>
          </w:tcPr>
          <w:p w:rsidR="00330C59" w:rsidRDefault="008F6AF0">
            <w:pPr>
              <w:jc w:val="center"/>
            </w:pPr>
            <w:r>
              <w:rPr>
                <w:b/>
                <w:sz w:val="16"/>
              </w:rPr>
              <w:t>DERS</w:t>
            </w:r>
            <w:r>
              <w:rPr>
                <w:b/>
                <w:sz w:val="16"/>
              </w:rPr>
              <w:br/>
            </w:r>
            <w:r>
              <w:rPr>
                <w:sz w:val="20"/>
              </w:rPr>
              <w:t>Çevre Eğitimi ve İklim Değişikliği</w:t>
            </w:r>
          </w:p>
        </w:tc>
        <w:tc>
          <w:tcPr>
            <w:tcW w:w="2494" w:type="dxa"/>
            <w:shd w:val="clear" w:color="auto" w:fill="FDFBF8"/>
            <w:vAlign w:val="center"/>
          </w:tcPr>
          <w:p w:rsidR="00330C59" w:rsidRDefault="008F6AF0">
            <w:pPr>
              <w:jc w:val="center"/>
            </w:pPr>
            <w:r>
              <w:rPr>
                <w:b/>
                <w:sz w:val="16"/>
              </w:rPr>
              <w:t>SINIF</w:t>
            </w:r>
            <w:r>
              <w:rPr>
                <w:b/>
                <w:sz w:val="16"/>
              </w:rPr>
              <w:br/>
            </w:r>
            <w:r>
              <w:rPr>
                <w:sz w:val="20"/>
              </w:rPr>
              <w:t>6. Sınıf</w:t>
            </w:r>
          </w:p>
        </w:tc>
        <w:tc>
          <w:tcPr>
            <w:tcW w:w="2494" w:type="dxa"/>
            <w:shd w:val="clear" w:color="auto" w:fill="FDFBF8"/>
            <w:vAlign w:val="center"/>
          </w:tcPr>
          <w:p w:rsidR="00330C59" w:rsidRDefault="008F6AF0">
            <w:pPr>
              <w:jc w:val="center"/>
            </w:pPr>
            <w:r>
              <w:rPr>
                <w:b/>
                <w:sz w:val="16"/>
              </w:rPr>
              <w:t>HAFTA</w:t>
            </w:r>
            <w:r>
              <w:rPr>
                <w:b/>
                <w:sz w:val="16"/>
              </w:rPr>
              <w:br/>
            </w:r>
            <w:r>
              <w:rPr>
                <w:sz w:val="20"/>
              </w:rPr>
              <w:t>1. Hafta</w:t>
            </w:r>
          </w:p>
        </w:tc>
        <w:tc>
          <w:tcPr>
            <w:tcW w:w="2494" w:type="dxa"/>
            <w:shd w:val="clear" w:color="auto" w:fill="FDFBF8"/>
            <w:vAlign w:val="center"/>
          </w:tcPr>
          <w:p w:rsidR="00330C59" w:rsidRDefault="008F6AF0">
            <w:pPr>
              <w:jc w:val="center"/>
            </w:pPr>
            <w:r>
              <w:rPr>
                <w:b/>
                <w:sz w:val="16"/>
              </w:rPr>
              <w:t>ÖNERİLEN SÜRE</w:t>
            </w:r>
            <w:r>
              <w:rPr>
                <w:b/>
                <w:sz w:val="16"/>
              </w:rPr>
              <w:br/>
            </w:r>
            <w:r>
              <w:rPr>
                <w:sz w:val="20"/>
              </w:rPr>
              <w:t>2 ders saati</w:t>
            </w:r>
          </w:p>
        </w:tc>
      </w:tr>
    </w:tbl>
    <w:p w:rsidR="00330C59" w:rsidRDefault="00330C59">
      <w:pPr>
        <w:spacing w:after="0"/>
      </w:pPr>
    </w:p>
    <w:p w:rsidR="00330C59" w:rsidRDefault="008F6AF0">
      <w:pPr>
        <w:keepNext/>
        <w:pBdr>
          <w:bottom w:val="single" w:sz="8" w:space="2" w:color="4A2A14"/>
        </w:pBdr>
        <w:spacing w:before="120" w:after="80"/>
      </w:pPr>
      <w:r>
        <w:rPr>
          <w:b/>
          <w:sz w:val="23"/>
        </w:rPr>
        <w:t xml:space="preserve">1. BÖLÜM  ·  DERS </w:t>
      </w:r>
      <w:r>
        <w:rPr>
          <w:b/>
          <w:sz w:val="23"/>
        </w:rPr>
        <w:t>BİLGİLERİ</w:t>
      </w:r>
    </w:p>
    <w:tbl>
      <w:tblPr>
        <w:tblStyle w:val="TabloKlavuzu"/>
        <w:tblW w:w="0" w:type="auto"/>
        <w:tblLook w:val="04A0" w:firstRow="1" w:lastRow="0" w:firstColumn="1" w:lastColumn="0" w:noHBand="0" w:noVBand="1"/>
      </w:tblPr>
      <w:tblGrid>
        <w:gridCol w:w="2438"/>
        <w:gridCol w:w="7540"/>
      </w:tblGrid>
      <w:tr w:rsidR="00330C59" w:rsidTr="004B23CA">
        <w:tc>
          <w:tcPr>
            <w:tcW w:w="2438" w:type="dxa"/>
          </w:tcPr>
          <w:p w:rsidR="00330C59" w:rsidRDefault="008F6AF0">
            <w:r>
              <w:rPr>
                <w:b/>
                <w:sz w:val="20"/>
              </w:rPr>
              <w:t>Ünite / Tema Adı / No</w:t>
            </w:r>
          </w:p>
        </w:tc>
        <w:tc>
          <w:tcPr>
            <w:tcW w:w="7540" w:type="dxa"/>
          </w:tcPr>
          <w:p w:rsidR="00330C59" w:rsidRDefault="008F6AF0">
            <w:pPr>
              <w:spacing w:after="40" w:line="259" w:lineRule="auto"/>
            </w:pPr>
            <w:r>
              <w:rPr>
                <w:sz w:val="20"/>
              </w:rPr>
              <w:t>1. ÜNİTE: İNSAN VE DOĞA</w:t>
            </w:r>
          </w:p>
        </w:tc>
      </w:tr>
      <w:tr w:rsidR="00330C59" w:rsidTr="004B23CA">
        <w:tc>
          <w:tcPr>
            <w:tcW w:w="2438" w:type="dxa"/>
          </w:tcPr>
          <w:p w:rsidR="00330C59" w:rsidRDefault="008F6AF0">
            <w:r>
              <w:rPr>
                <w:b/>
                <w:sz w:val="20"/>
              </w:rPr>
              <w:t>İçerik Çerçevesi</w:t>
            </w:r>
          </w:p>
        </w:tc>
        <w:tc>
          <w:tcPr>
            <w:tcW w:w="7540" w:type="dxa"/>
          </w:tcPr>
          <w:p w:rsidR="00330C59" w:rsidRDefault="008F6AF0">
            <w:pPr>
              <w:spacing w:after="40" w:line="259" w:lineRule="auto"/>
            </w:pPr>
            <w:r>
              <w:rPr>
                <w:sz w:val="20"/>
              </w:rPr>
              <w:t>İnsan ve Doğa Arasındaki İlişki</w:t>
            </w:r>
          </w:p>
        </w:tc>
      </w:tr>
    </w:tbl>
    <w:p w:rsidR="00330C59" w:rsidRDefault="00330C59">
      <w:pPr>
        <w:spacing w:after="0"/>
      </w:pPr>
    </w:p>
    <w:p w:rsidR="00330C59" w:rsidRDefault="008F6AF0">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330C59" w:rsidTr="004B23CA">
        <w:tc>
          <w:tcPr>
            <w:tcW w:w="2438" w:type="dxa"/>
          </w:tcPr>
          <w:p w:rsidR="00330C59" w:rsidRDefault="008F6AF0">
            <w:r>
              <w:rPr>
                <w:b/>
                <w:sz w:val="20"/>
              </w:rPr>
              <w:t>Alan Becerileri</w:t>
            </w:r>
          </w:p>
        </w:tc>
        <w:tc>
          <w:tcPr>
            <w:tcW w:w="7540" w:type="dxa"/>
          </w:tcPr>
          <w:p w:rsidR="00330C59" w:rsidRDefault="008F6AF0">
            <w:pPr>
              <w:spacing w:after="40" w:line="259" w:lineRule="auto"/>
            </w:pPr>
            <w:r>
              <w:rPr>
                <w:sz w:val="20"/>
              </w:rPr>
              <w:t>FBAB8. Bilimsel Çıkarım Yapma, FBAB13. Bilimsel Sorgulama</w:t>
            </w:r>
          </w:p>
        </w:tc>
      </w:tr>
      <w:tr w:rsidR="00330C59" w:rsidTr="004B23CA">
        <w:tc>
          <w:tcPr>
            <w:tcW w:w="2438" w:type="dxa"/>
          </w:tcPr>
          <w:p w:rsidR="00330C59" w:rsidRDefault="008F6AF0">
            <w:r>
              <w:rPr>
                <w:b/>
                <w:sz w:val="20"/>
              </w:rPr>
              <w:t>Kavramsal Beceriler</w:t>
            </w:r>
          </w:p>
        </w:tc>
        <w:tc>
          <w:tcPr>
            <w:tcW w:w="7540" w:type="dxa"/>
          </w:tcPr>
          <w:p w:rsidR="00330C59" w:rsidRDefault="008F6AF0">
            <w:pPr>
              <w:spacing w:after="40" w:line="259" w:lineRule="auto"/>
            </w:pPr>
            <w:r>
              <w:rPr>
                <w:sz w:val="20"/>
              </w:rPr>
              <w:t>KB2.18. Tartışma</w:t>
            </w:r>
          </w:p>
        </w:tc>
      </w:tr>
      <w:tr w:rsidR="00330C59" w:rsidTr="004B23CA">
        <w:tc>
          <w:tcPr>
            <w:tcW w:w="2438" w:type="dxa"/>
          </w:tcPr>
          <w:p w:rsidR="00330C59" w:rsidRDefault="008F6AF0">
            <w:r>
              <w:rPr>
                <w:b/>
                <w:sz w:val="20"/>
              </w:rPr>
              <w:t>Eğilimler</w:t>
            </w:r>
          </w:p>
        </w:tc>
        <w:tc>
          <w:tcPr>
            <w:tcW w:w="7540" w:type="dxa"/>
          </w:tcPr>
          <w:p w:rsidR="00330C59" w:rsidRDefault="008F6AF0">
            <w:pPr>
              <w:spacing w:after="40" w:line="259" w:lineRule="auto"/>
              <w:jc w:val="both"/>
            </w:pPr>
            <w:r>
              <w:rPr>
                <w:sz w:val="20"/>
              </w:rPr>
              <w:t xml:space="preserve">E1.1. Merak, E1.4. Kendine İnanma (Öz Yeterlilik), E2.2. Sorumluluk, E3.1. Muhakeme, E3.2. Odaklanma, E3.3. Yaratıcılık, E3.4. Gerçeği Arama, E3.5. Açık Fikirlilik, E3.6. Analitiklik, E3.7. Sistematiklik, </w:t>
            </w:r>
            <w:r>
              <w:rPr>
                <w:sz w:val="20"/>
              </w:rPr>
              <w:t>E3.8. Soru Sorma, E3.10. Eleştirel Bakma</w:t>
            </w:r>
          </w:p>
        </w:tc>
      </w:tr>
      <w:tr w:rsidR="00330C59" w:rsidTr="004B23CA">
        <w:tc>
          <w:tcPr>
            <w:tcW w:w="2438" w:type="dxa"/>
          </w:tcPr>
          <w:p w:rsidR="00330C59" w:rsidRDefault="008F6AF0">
            <w:r>
              <w:rPr>
                <w:b/>
                <w:sz w:val="20"/>
              </w:rPr>
              <w:t>Programlar Arası Bileşenler</w:t>
            </w:r>
          </w:p>
        </w:tc>
        <w:tc>
          <w:tcPr>
            <w:tcW w:w="7540" w:type="dxa"/>
          </w:tcPr>
          <w:p w:rsidR="00330C59" w:rsidRDefault="008F6AF0">
            <w:pPr>
              <w:spacing w:after="40" w:line="259" w:lineRule="auto"/>
              <w:jc w:val="both"/>
            </w:pPr>
            <w:r>
              <w:rPr>
                <w:b/>
                <w:sz w:val="20"/>
              </w:rPr>
              <w:t xml:space="preserve">Sosyal-Duygusal Öğrenme Becerileri: </w:t>
            </w:r>
            <w:r>
              <w:rPr>
                <w:sz w:val="20"/>
              </w:rPr>
              <w:t>SDB1.2. Kendini Düzenleme (Öz Düzenleme), SDB2.1. İletişim, SDB2.2. İş Birliği, SDB2.3. Sosyal Farkındalık, SDB3.3. Sorumlu Karar Verme</w:t>
            </w:r>
          </w:p>
          <w:p w:rsidR="00330C59" w:rsidRDefault="008F6AF0">
            <w:pPr>
              <w:spacing w:after="40" w:line="259" w:lineRule="auto"/>
              <w:jc w:val="both"/>
            </w:pPr>
            <w:r>
              <w:rPr>
                <w:b/>
                <w:sz w:val="20"/>
              </w:rPr>
              <w:t xml:space="preserve">Değerler: </w:t>
            </w:r>
            <w:r>
              <w:rPr>
                <w:sz w:val="20"/>
              </w:rPr>
              <w:t xml:space="preserve">D3. </w:t>
            </w:r>
            <w:r>
              <w:rPr>
                <w:sz w:val="20"/>
              </w:rPr>
              <w:t>Çalışkanlık, D5. Duyarlılık, D6. Dürüstlük, D9. Merhamet, D13. Sağlıklı Yaşam, D14. Saygı, D16. Sorumluluk, D18.Temizlik, D19. Vatanseverlik</w:t>
            </w:r>
          </w:p>
          <w:p w:rsidR="00330C59" w:rsidRDefault="008F6AF0">
            <w:pPr>
              <w:spacing w:after="40" w:line="259" w:lineRule="auto"/>
              <w:jc w:val="both"/>
            </w:pPr>
            <w:r>
              <w:rPr>
                <w:b/>
                <w:sz w:val="20"/>
              </w:rPr>
              <w:t xml:space="preserve">Okuryazarlık Becerileri: </w:t>
            </w:r>
            <w:r>
              <w:rPr>
                <w:sz w:val="20"/>
              </w:rPr>
              <w:t xml:space="preserve">OB1. Bilgi Okuryazarlığı, OB4. Görsel Okuryazarlık, OB5. Kültür Okuryazarlığı, OB6. </w:t>
            </w:r>
            <w:r>
              <w:rPr>
                <w:sz w:val="20"/>
              </w:rPr>
              <w:t>Vatandaşlık Okuryazarlığı, OB7. Veri Okuryazarlığı, OB8. Sürdürülebilirlik Okuryazarlığı</w:t>
            </w:r>
          </w:p>
        </w:tc>
      </w:tr>
      <w:tr w:rsidR="00330C59" w:rsidTr="004B23CA">
        <w:tc>
          <w:tcPr>
            <w:tcW w:w="2438" w:type="dxa"/>
          </w:tcPr>
          <w:p w:rsidR="00330C59" w:rsidRDefault="008F6AF0">
            <w:r>
              <w:rPr>
                <w:b/>
                <w:sz w:val="20"/>
              </w:rPr>
              <w:t>Disiplinler Arası İlişkiler</w:t>
            </w:r>
          </w:p>
        </w:tc>
        <w:tc>
          <w:tcPr>
            <w:tcW w:w="7540" w:type="dxa"/>
          </w:tcPr>
          <w:p w:rsidR="00330C59" w:rsidRDefault="008F6AF0">
            <w:pPr>
              <w:spacing w:after="40" w:line="259" w:lineRule="auto"/>
            </w:pPr>
            <w:r>
              <w:rPr>
                <w:sz w:val="20"/>
              </w:rPr>
              <w:t>Fen Bilimleri, Türkçe, Sosyal Bilgiler, İnsan Hakları ve Vatandaşlık , Beden Eğitimi ve Spor</w:t>
            </w:r>
          </w:p>
        </w:tc>
      </w:tr>
      <w:tr w:rsidR="00330C59" w:rsidTr="004B23CA">
        <w:tc>
          <w:tcPr>
            <w:tcW w:w="2438" w:type="dxa"/>
          </w:tcPr>
          <w:p w:rsidR="00330C59" w:rsidRDefault="008F6AF0">
            <w:r>
              <w:rPr>
                <w:b/>
                <w:sz w:val="20"/>
              </w:rPr>
              <w:t>Beceriler Arası İlişkiler</w:t>
            </w:r>
          </w:p>
        </w:tc>
        <w:tc>
          <w:tcPr>
            <w:tcW w:w="7540" w:type="dxa"/>
          </w:tcPr>
          <w:p w:rsidR="00330C59" w:rsidRDefault="008F6AF0">
            <w:pPr>
              <w:spacing w:after="40" w:line="259" w:lineRule="auto"/>
              <w:jc w:val="both"/>
            </w:pPr>
            <w:r>
              <w:rPr>
                <w:sz w:val="20"/>
              </w:rPr>
              <w:t>KB2.1. Çelişki Gid</w:t>
            </w:r>
            <w:r>
              <w:rPr>
                <w:sz w:val="20"/>
              </w:rPr>
              <w:t>erme, KB2.6. Bilgi Toplama, KB2.7. Karşılaştırma, KB3.2. Problem Çözme, KB3.3. Eleştirel Düşünme</w:t>
            </w:r>
          </w:p>
        </w:tc>
      </w:tr>
    </w:tbl>
    <w:p w:rsidR="00330C59" w:rsidRDefault="00330C59">
      <w:pPr>
        <w:spacing w:after="0"/>
      </w:pPr>
    </w:p>
    <w:p w:rsidR="00330C59" w:rsidRDefault="008F6AF0">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330C59" w:rsidTr="004B23CA">
        <w:tc>
          <w:tcPr>
            <w:tcW w:w="2438" w:type="dxa"/>
          </w:tcPr>
          <w:p w:rsidR="00330C59" w:rsidRDefault="008F6AF0">
            <w:r>
              <w:rPr>
                <w:b/>
                <w:sz w:val="20"/>
              </w:rPr>
              <w:t>Öğrenme Çıktıları</w:t>
            </w:r>
          </w:p>
        </w:tc>
        <w:tc>
          <w:tcPr>
            <w:tcW w:w="7540" w:type="dxa"/>
          </w:tcPr>
          <w:p w:rsidR="00330C59" w:rsidRDefault="008F6AF0">
            <w:pPr>
              <w:spacing w:after="40" w:line="259" w:lineRule="auto"/>
            </w:pPr>
            <w:r>
              <w:rPr>
                <w:b/>
                <w:sz w:val="20"/>
              </w:rPr>
              <w:t xml:space="preserve">ÇEİD.1.1. </w:t>
            </w:r>
            <w:r>
              <w:rPr>
                <w:sz w:val="20"/>
              </w:rPr>
              <w:t>İnsan ve doğa arasındaki ilişkiyi tartışabilme</w:t>
            </w:r>
          </w:p>
        </w:tc>
      </w:tr>
      <w:tr w:rsidR="00330C59" w:rsidTr="004B23CA">
        <w:tc>
          <w:tcPr>
            <w:tcW w:w="2438" w:type="dxa"/>
          </w:tcPr>
          <w:p w:rsidR="00330C59" w:rsidRDefault="008F6AF0">
            <w:r>
              <w:rPr>
                <w:b/>
                <w:sz w:val="20"/>
              </w:rPr>
              <w:t>Anahtar Kavramlar</w:t>
            </w:r>
          </w:p>
        </w:tc>
        <w:tc>
          <w:tcPr>
            <w:tcW w:w="7540" w:type="dxa"/>
          </w:tcPr>
          <w:p w:rsidR="00330C59" w:rsidRDefault="008F6AF0">
            <w:pPr>
              <w:spacing w:after="40" w:line="259" w:lineRule="auto"/>
            </w:pPr>
            <w:r>
              <w:rPr>
                <w:sz w:val="20"/>
              </w:rPr>
              <w:t>canlı-cansız varlıklar arasındaki ilişki, canlıların beslenme ilişkisi, doğa, doğal denge, ekosistem</w:t>
            </w:r>
          </w:p>
        </w:tc>
      </w:tr>
      <w:tr w:rsidR="00330C59" w:rsidTr="004B23CA">
        <w:tc>
          <w:tcPr>
            <w:tcW w:w="2438" w:type="dxa"/>
          </w:tcPr>
          <w:p w:rsidR="00330C59" w:rsidRDefault="008F6AF0">
            <w:r>
              <w:rPr>
                <w:b/>
                <w:sz w:val="20"/>
              </w:rPr>
              <w:t>Öğrenme-Öğretme Yaşantıları</w:t>
            </w:r>
          </w:p>
        </w:tc>
        <w:tc>
          <w:tcPr>
            <w:tcW w:w="7540" w:type="dxa"/>
          </w:tcPr>
          <w:p w:rsidR="00330C59" w:rsidRDefault="008F6AF0">
            <w:pPr>
              <w:spacing w:after="40" w:line="259" w:lineRule="auto"/>
            </w:pPr>
            <w:r>
              <w:rPr>
                <w:b/>
                <w:sz w:val="20"/>
              </w:rPr>
              <w:t xml:space="preserve">Temel Kabuller: </w:t>
            </w:r>
            <w:r>
              <w:rPr>
                <w:sz w:val="20"/>
              </w:rPr>
              <w:t>Doğa ve sürdürülebilirlik kavramları ile canlıların özelliklerini bildikleri kabul edilmektedir.</w:t>
            </w:r>
          </w:p>
          <w:p w:rsidR="00330C59" w:rsidRDefault="008F6AF0">
            <w:pPr>
              <w:spacing w:after="40" w:line="259" w:lineRule="auto"/>
              <w:jc w:val="both"/>
            </w:pPr>
            <w:r>
              <w:rPr>
                <w:b/>
                <w:sz w:val="20"/>
              </w:rPr>
              <w:t>Ön Değerlendi</w:t>
            </w:r>
            <w:r>
              <w:rPr>
                <w:b/>
                <w:sz w:val="20"/>
              </w:rPr>
              <w:t xml:space="preserve">rme Süreci: </w:t>
            </w:r>
            <w:r>
              <w:rPr>
                <w:sz w:val="20"/>
              </w:rPr>
              <w:t>Doğa ve sürdürülebilirlik kavramlarına ait bilgi düzeyleri açık uçlu sorularla sorgulanabilir. Canlıların özelliklerine ait bilgileri açık uçlu ya da kısa cevaplı sorularla sorgulanabilir.</w:t>
            </w:r>
          </w:p>
          <w:p w:rsidR="00330C59" w:rsidRDefault="008F6AF0">
            <w:pPr>
              <w:spacing w:after="40" w:line="259" w:lineRule="auto"/>
              <w:jc w:val="both"/>
            </w:pPr>
            <w:r>
              <w:rPr>
                <w:b/>
                <w:sz w:val="20"/>
              </w:rPr>
              <w:t xml:space="preserve">Köprü Kurma: </w:t>
            </w:r>
            <w:r>
              <w:rPr>
                <w:sz w:val="20"/>
              </w:rPr>
              <w:t>Günlük hayattaki davranışların doğal denge</w:t>
            </w:r>
            <w:r>
              <w:rPr>
                <w:sz w:val="20"/>
              </w:rPr>
              <w:t>ye etkilerine yönelik örnekler (haber, olay vb.) sunularak öğrencilerin konuyla günlük hayat ilişkisi kurması sağlanabilir.</w:t>
            </w:r>
          </w:p>
          <w:p w:rsidR="00330C59" w:rsidRDefault="008F6AF0">
            <w:pPr>
              <w:spacing w:after="40" w:line="259" w:lineRule="auto"/>
            </w:pPr>
            <w:r>
              <w:rPr>
                <w:b/>
                <w:sz w:val="20"/>
              </w:rPr>
              <w:t xml:space="preserve">Öğrenme-Öğretme Uygulamaları: </w:t>
            </w:r>
            <w:r>
              <w:rPr>
                <w:sz w:val="20"/>
              </w:rPr>
              <w:t>ÇEİD.1.1</w:t>
            </w:r>
          </w:p>
          <w:p w:rsidR="00330C59" w:rsidRDefault="008F6AF0">
            <w:pPr>
              <w:spacing w:after="40" w:line="259" w:lineRule="auto"/>
              <w:jc w:val="both"/>
            </w:pPr>
            <w:r>
              <w:rPr>
                <w:sz w:val="20"/>
              </w:rPr>
              <w:t>Öğrencilere insanların doğaya olan etkileri ve doğanın insanlara olan etkileri ile ilgili mer</w:t>
            </w:r>
            <w:r>
              <w:rPr>
                <w:sz w:val="20"/>
              </w:rPr>
              <w:t xml:space="preserve">ak uyandırmak için açık uçlu sorular yöneltilebilir (E1.1). Öğrencilerin doğaya karşı sorumlu olduklarını fark etmeleri sağlanır (D19.3). Öğrencilerin insan </w:t>
            </w:r>
            <w:r>
              <w:rPr>
                <w:sz w:val="20"/>
              </w:rPr>
              <w:lastRenderedPageBreak/>
              <w:t>faaliyetlerinin doğaya, doğanın da insanlara olan etkilerine ilişkin tartışmaları sağlanır (SDB2.1,</w:t>
            </w:r>
            <w:r>
              <w:rPr>
                <w:sz w:val="20"/>
              </w:rPr>
              <w:t xml:space="preserve"> SDB3.3). Bu süreçte gruplara ayrılan öğrencilerin tartışma yöntemlerinden biri olan altı şapkalı düşünme tekniğinden faydalanmaları ve görüşlerini açık fikirlilikle ifade etmeleri sağlanabilir (E3.5). Tartışma sırasında insan ve doğa arasındaki ilişkiye y</w:t>
            </w:r>
            <w:r>
              <w:rPr>
                <w:sz w:val="20"/>
              </w:rPr>
              <w:t>önelik görüşlerini açıklamaları ve bu görüşlere yönelik mantıksal temellendirme yapmaları sağlanır. Bu süreçte doğaya duyarlılıkla yaklaşmaları desteklenir (D5.2). İnsan ve doğa ilişkisi hakkında ortaya atılan görüşleri gerçeği arama isteğiyle mantıksal aç</w:t>
            </w:r>
            <w:r>
              <w:rPr>
                <w:sz w:val="20"/>
              </w:rPr>
              <w:t xml:space="preserve">ıdan kıyaslamaları sağlanır (SDB3.3, E3.4, D3.3). Açık uçlu sorularla konu üzerine daha fazla düşünmeleri sağlanabilir. Konu hakkında ortaya atılan görüşlerdeki çelişkileri fark etmeleri beklenir (KB2.1, KB2.7). Bu aşamada ortaya çıkan fikirleri eleştirel </w:t>
            </w:r>
            <w:r>
              <w:rPr>
                <w:sz w:val="20"/>
              </w:rPr>
              <w:t xml:space="preserve">bakış açısıyla irdeleyip kendi görüşleri hakkında düşünmeleri beklenir (KB3.3, E1.4, E3.10, SDB1.2). İnsan ve doğa ilişkisi konusunda ulaştıkları görüşleri tarafsız bir şekilde değerlendirip çürüterek ya da kabul ederek geçerli fikir oluşturmaları istenir </w:t>
            </w:r>
            <w:r>
              <w:rPr>
                <w:sz w:val="20"/>
              </w:rPr>
              <w:t>(SDB2.3, SDB3.3). Bu süreçte öğrencilerin açık fikirli davranmaları, araştırmacı ve sorgulayıcı bakış açısıyla fikirlerini savunmaları sağlanır (E3.5, D3.3). Ayrıca duygu ve düşüncelerini açıkça ifade etmeleri teşvik edilir (D6.2). Tartışma sürecinin değer</w:t>
            </w:r>
            <w:r>
              <w:rPr>
                <w:sz w:val="20"/>
              </w:rPr>
              <w:t>lendirilmesinde analitik dereceli puanlama anahtarı kullanılabilir. Kentleşme, sanayileşme, ulaşım vb. faaliyetlerin doğaya etkilerine değinilir. Doğanın insanlar üzerindeki etkilerinden kısaca bahsedilir. Ekosistem kavramından bahsedilerek insanın bu ekos</w:t>
            </w:r>
            <w:r>
              <w:rPr>
                <w:sz w:val="20"/>
              </w:rPr>
              <w:t>istemin bir parçası olduğu, insan ve doğa arasındaki denge ve uyumun önemi vurgulanır. İnsan faaliyetlerinin doğaya olan olumsuz etkilerini azaltmak için bilinçlenmenin önemi vurgulanır. "Doğa bize atalarımızdan miras kalmadı, onu çocuklarımızdan ödünç ald</w:t>
            </w:r>
            <w:r>
              <w:rPr>
                <w:sz w:val="20"/>
              </w:rPr>
              <w:t>ık." sözü verilerek doğanın bir emanet olarak görülmesi gerektiği öğrencilere fark ettirilir. Bilinçlenmenin aynı zamanda ülke kaynaklarımızı korumak anlamına geldiği ve ülkemiz için oldukça önemli olduğu vurgulanarak bu konuda farkındalık geliştirmeleri d</w:t>
            </w:r>
            <w:r>
              <w:rPr>
                <w:sz w:val="20"/>
              </w:rPr>
              <w:t>esteklenir (D19.3, OB6). İnsan ve doğa ilişkisinde hem insanı hem doğayı koruma konusunda yerel ve küresel önlemlerle ilgili çalışmalardan bahsedilerek bu çalışmaların önemi vurgulanır. Süreç sonunda bu konuda bireysel olarak yapılması gerekenleri listelem</w:t>
            </w:r>
            <w:r>
              <w:rPr>
                <w:sz w:val="20"/>
              </w:rPr>
              <w:t>eleri istenir (KB3.3, SDB3.3). Değerlendirme amacıyla tanılayıcı dallanmış ağaç, yapılandırılmış grid vb. araçlara yer verilebilir.</w:t>
            </w:r>
          </w:p>
        </w:tc>
      </w:tr>
      <w:tr w:rsidR="00330C59" w:rsidTr="004B23CA">
        <w:tc>
          <w:tcPr>
            <w:tcW w:w="2438" w:type="dxa"/>
          </w:tcPr>
          <w:p w:rsidR="00330C59" w:rsidRDefault="008F6AF0">
            <w:r>
              <w:rPr>
                <w:b/>
                <w:sz w:val="20"/>
              </w:rPr>
              <w:lastRenderedPageBreak/>
              <w:t>İçerik</w:t>
            </w:r>
          </w:p>
        </w:tc>
        <w:tc>
          <w:tcPr>
            <w:tcW w:w="7540" w:type="dxa"/>
          </w:tcPr>
          <w:p w:rsidR="00330C59" w:rsidRDefault="008F6AF0">
            <w:pPr>
              <w:spacing w:after="40" w:line="259" w:lineRule="auto"/>
              <w:jc w:val="center"/>
            </w:pPr>
            <w:r>
              <w:rPr>
                <w:noProof/>
                <w:lang w:val="tr-TR" w:eastAsia="tr-TR"/>
              </w:rPr>
              <w:drawing>
                <wp:inline distT="0" distB="0" distL="0" distR="0">
                  <wp:extent cx="379730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797300" cy="1181100"/>
                          </a:xfrm>
                          <a:prstGeom prst="rect">
                            <a:avLst/>
                          </a:prstGeom>
                        </pic:spPr>
                      </pic:pic>
                    </a:graphicData>
                  </a:graphic>
                </wp:inline>
              </w:drawing>
            </w:r>
          </w:p>
          <w:p w:rsidR="00330C59" w:rsidRDefault="008F6AF0">
            <w:pPr>
              <w:spacing w:after="40" w:line="259" w:lineRule="auto"/>
              <w:jc w:val="center"/>
            </w:pPr>
            <w:r>
              <w:rPr>
                <w:noProof/>
                <w:lang w:val="tr-TR" w:eastAsia="tr-TR"/>
              </w:rPr>
              <w:drawing>
                <wp:inline distT="0" distB="0" distL="0" distR="0">
                  <wp:extent cx="3848100" cy="63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3848100" cy="635000"/>
                          </a:xfrm>
                          <a:prstGeom prst="rect">
                            <a:avLst/>
                          </a:prstGeom>
                        </pic:spPr>
                      </pic:pic>
                    </a:graphicData>
                  </a:graphic>
                </wp:inline>
              </w:drawing>
            </w:r>
          </w:p>
          <w:p w:rsidR="00330C59" w:rsidRDefault="008F6AF0">
            <w:pPr>
              <w:spacing w:after="40" w:line="259" w:lineRule="auto"/>
              <w:jc w:val="center"/>
            </w:pPr>
            <w:r>
              <w:rPr>
                <w:noProof/>
                <w:lang w:val="tr-TR" w:eastAsia="tr-TR"/>
              </w:rPr>
              <w:drawing>
                <wp:inline distT="0" distB="0" distL="0" distR="0">
                  <wp:extent cx="3822700" cy="660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3822700" cy="660400"/>
                          </a:xfrm>
                          <a:prstGeom prst="rect">
                            <a:avLst/>
                          </a:prstGeom>
                        </pic:spPr>
                      </pic:pic>
                    </a:graphicData>
                  </a:graphic>
                </wp:inline>
              </w:drawing>
            </w:r>
          </w:p>
          <w:p w:rsidR="00330C59" w:rsidRDefault="008F6AF0">
            <w:pPr>
              <w:spacing w:after="40" w:line="259" w:lineRule="auto"/>
              <w:jc w:val="center"/>
            </w:pPr>
            <w:r>
              <w:rPr>
                <w:noProof/>
                <w:lang w:val="tr-TR" w:eastAsia="tr-TR"/>
              </w:rPr>
              <w:drawing>
                <wp:inline distT="0" distB="0" distL="0" distR="0">
                  <wp:extent cx="3911600" cy="1092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9"/>
                          <a:stretch>
                            <a:fillRect/>
                          </a:stretch>
                        </pic:blipFill>
                        <pic:spPr>
                          <a:xfrm>
                            <a:off x="0" y="0"/>
                            <a:ext cx="3911600" cy="1092200"/>
                          </a:xfrm>
                          <a:prstGeom prst="rect">
                            <a:avLst/>
                          </a:prstGeom>
                        </pic:spPr>
                      </pic:pic>
                    </a:graphicData>
                  </a:graphic>
                </wp:inline>
              </w:drawing>
            </w:r>
          </w:p>
          <w:p w:rsidR="00330C59" w:rsidRDefault="008F6AF0">
            <w:pPr>
              <w:spacing w:after="40" w:line="259" w:lineRule="auto"/>
              <w:jc w:val="center"/>
            </w:pPr>
            <w:r>
              <w:rPr>
                <w:noProof/>
                <w:lang w:val="tr-TR" w:eastAsia="tr-TR"/>
              </w:rPr>
              <w:lastRenderedPageBreak/>
              <w:drawing>
                <wp:inline distT="0" distB="0" distL="0" distR="0">
                  <wp:extent cx="3911600" cy="1727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0"/>
                          <a:stretch>
                            <a:fillRect/>
                          </a:stretch>
                        </pic:blipFill>
                        <pic:spPr>
                          <a:xfrm>
                            <a:off x="0" y="0"/>
                            <a:ext cx="3911600" cy="1727200"/>
                          </a:xfrm>
                          <a:prstGeom prst="rect">
                            <a:avLst/>
                          </a:prstGeom>
                        </pic:spPr>
                      </pic:pic>
                    </a:graphicData>
                  </a:graphic>
                </wp:inline>
              </w:drawing>
            </w:r>
          </w:p>
        </w:tc>
      </w:tr>
    </w:tbl>
    <w:p w:rsidR="00330C59" w:rsidRDefault="00330C59">
      <w:pPr>
        <w:spacing w:after="0"/>
      </w:pPr>
    </w:p>
    <w:p w:rsidR="00330C59" w:rsidRDefault="008F6AF0">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330C59" w:rsidTr="004B23CA">
        <w:tc>
          <w:tcPr>
            <w:tcW w:w="2438" w:type="dxa"/>
          </w:tcPr>
          <w:p w:rsidR="00330C59" w:rsidRDefault="008F6AF0">
            <w:r>
              <w:rPr>
                <w:b/>
                <w:sz w:val="20"/>
              </w:rPr>
              <w:t>Zenginleştirme</w:t>
            </w:r>
          </w:p>
        </w:tc>
        <w:tc>
          <w:tcPr>
            <w:tcW w:w="7540" w:type="dxa"/>
          </w:tcPr>
          <w:p w:rsidR="00330C59" w:rsidRDefault="008F6AF0">
            <w:pPr>
              <w:spacing w:after="40" w:line="259" w:lineRule="auto"/>
              <w:jc w:val="both"/>
            </w:pPr>
            <w:r>
              <w:rPr>
                <w:sz w:val="20"/>
              </w:rPr>
              <w:t xml:space="preserve">Yakın çevrelerinde bulunan canlıların beslenme ilişkilerini </w:t>
            </w:r>
            <w:r>
              <w:rPr>
                <w:sz w:val="20"/>
              </w:rPr>
              <w:t>gözlemleyip fotoğraflamaları ve bu canlıların doğal dengedeki görevlerini açıklayan bir poster hazırlayıp arkadaşlarına sunmaları istenebilir. Yaşadıkları çevrede doğal dengeyi olumsuz etkileyen bir durumu belirleyerek çevre sakinlerini bilinçlendirmek içi</w:t>
            </w:r>
            <w:r>
              <w:rPr>
                <w:sz w:val="20"/>
              </w:rPr>
              <w:t>n bir sosyal sorumluluk projesi tasarlayıp yürütmeleri istenebilir.</w:t>
            </w:r>
          </w:p>
        </w:tc>
      </w:tr>
      <w:tr w:rsidR="00330C59" w:rsidTr="004B23CA">
        <w:tc>
          <w:tcPr>
            <w:tcW w:w="2438" w:type="dxa"/>
          </w:tcPr>
          <w:p w:rsidR="00330C59" w:rsidRDefault="008F6AF0">
            <w:r>
              <w:rPr>
                <w:b/>
                <w:sz w:val="20"/>
              </w:rPr>
              <w:t>Destekleme</w:t>
            </w:r>
          </w:p>
        </w:tc>
        <w:tc>
          <w:tcPr>
            <w:tcW w:w="7540" w:type="dxa"/>
          </w:tcPr>
          <w:p w:rsidR="00330C59" w:rsidRDefault="008F6AF0">
            <w:pPr>
              <w:spacing w:after="40" w:line="259" w:lineRule="auto"/>
              <w:jc w:val="both"/>
            </w:pPr>
            <w:r>
              <w:rPr>
                <w:sz w:val="20"/>
              </w:rPr>
              <w:t xml:space="preserve">Yakın çevrelerinde bulunan park, mera vb. alanlardaki canlı türlerini gözlemleyerek bu canlılar arasındaki beslenme ilişkilerini açıklamaları istenebilir. Öğrencilere, insan </w:t>
            </w:r>
            <w:r>
              <w:rPr>
                <w:sz w:val="20"/>
              </w:rPr>
              <w:t>faaliyetleri sonucunda çevrede meydana gelen kirliliklerden birine ilişkin gözlem yapmalarını içeren bir araştırma görevi verilebilir.</w:t>
            </w:r>
          </w:p>
        </w:tc>
      </w:tr>
    </w:tbl>
    <w:p w:rsidR="00330C59" w:rsidRDefault="00330C59">
      <w:pPr>
        <w:spacing w:after="0"/>
      </w:pPr>
    </w:p>
    <w:p w:rsidR="00330C59" w:rsidRDefault="008F6AF0">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330C59" w:rsidTr="004B23CA">
        <w:tc>
          <w:tcPr>
            <w:tcW w:w="2438" w:type="dxa"/>
          </w:tcPr>
          <w:p w:rsidR="00330C59" w:rsidRDefault="008F6AF0">
            <w:r>
              <w:rPr>
                <w:b/>
                <w:sz w:val="20"/>
              </w:rPr>
              <w:t xml:space="preserve">Öğrenme Kanıtları (Ölçme ve </w:t>
            </w:r>
            <w:bookmarkStart w:id="0" w:name="_GoBack"/>
            <w:bookmarkEnd w:id="0"/>
            <w:r>
              <w:rPr>
                <w:b/>
                <w:sz w:val="20"/>
              </w:rPr>
              <w:t>Değerlendirme)</w:t>
            </w:r>
          </w:p>
        </w:tc>
        <w:tc>
          <w:tcPr>
            <w:tcW w:w="7540" w:type="dxa"/>
          </w:tcPr>
          <w:p w:rsidR="00330C59" w:rsidRDefault="008F6AF0">
            <w:pPr>
              <w:spacing w:after="40" w:line="259" w:lineRule="auto"/>
              <w:jc w:val="both"/>
            </w:pPr>
            <w:r>
              <w:rPr>
                <w:sz w:val="20"/>
              </w:rPr>
              <w:t>Öğrenme çıktılarının</w:t>
            </w:r>
            <w:r>
              <w:rPr>
                <w:sz w:val="20"/>
              </w:rPr>
              <w:t xml:space="preserve"> değerlendirilmesinde tanılayıcı dallanmış ağaç, yapılandırılmış grid, açık uçlu sorular, performans görevleri vb. ölçme ve değerlendirme araçları kullanılabilir.</w:t>
            </w:r>
          </w:p>
          <w:p w:rsidR="00330C59" w:rsidRDefault="008F6AF0">
            <w:pPr>
              <w:spacing w:after="40" w:line="259" w:lineRule="auto"/>
              <w:jc w:val="both"/>
            </w:pPr>
            <w:r>
              <w:rPr>
                <w:sz w:val="20"/>
              </w:rPr>
              <w:t>Ayrıca bu süreçte ortaya çıkan öğrenci ürünleri geleneksel veya eko dijital ürün dosyasında t</w:t>
            </w:r>
            <w:r>
              <w:rPr>
                <w:sz w:val="20"/>
              </w:rPr>
              <w:t>oplanarak değerlendirme amaçlı kullanılabilir.</w:t>
            </w:r>
          </w:p>
          <w:p w:rsidR="00330C59" w:rsidRDefault="008F6AF0">
            <w:pPr>
              <w:spacing w:after="40" w:line="259" w:lineRule="auto"/>
              <w:jc w:val="both"/>
            </w:pPr>
            <w:r>
              <w:rPr>
                <w:sz w:val="20"/>
              </w:rPr>
              <w:t>Öğrencilere doğada canlı ve cansız varlıkların aralarındaki ilgili bilgi toplamaları ve raporlaştırmalarına yönelik performans görevi verilebilir. Performans görevini değerlendirmek için analitik dereceli puan</w:t>
            </w:r>
            <w:r>
              <w:rPr>
                <w:sz w:val="20"/>
              </w:rPr>
              <w:t>lama anahtarı kullanılabilir.</w:t>
            </w:r>
          </w:p>
          <w:p w:rsidR="00330C59" w:rsidRDefault="008F6AF0">
            <w:pPr>
              <w:spacing w:after="40" w:line="259" w:lineRule="auto"/>
              <w:jc w:val="both"/>
            </w:pPr>
            <w:r>
              <w:rPr>
                <w:sz w:val="20"/>
              </w:rPr>
              <w:t>Öğrencilere doğal dengeyi olumsuz etkileyen bir probleme çözüm üreterek raporlaştırmalarını içeren performans görevi verilebilir. Bu görev analitik dereceli puanlama anahtarıyla değerlendirilebilir.</w:t>
            </w:r>
          </w:p>
        </w:tc>
      </w:tr>
    </w:tbl>
    <w:p w:rsidR="00330C59" w:rsidRDefault="00330C59">
      <w:pPr>
        <w:spacing w:after="0"/>
      </w:pPr>
    </w:p>
    <w:p w:rsidR="00330C59" w:rsidRDefault="00330C59">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330C59">
        <w:trPr>
          <w:cantSplit/>
          <w:jc w:val="center"/>
        </w:trPr>
        <w:tc>
          <w:tcPr>
            <w:tcW w:w="4989" w:type="dxa"/>
          </w:tcPr>
          <w:p w:rsidR="00330C59" w:rsidRDefault="008F6AF0">
            <w:pPr>
              <w:jc w:val="center"/>
            </w:pPr>
            <w:r>
              <w:rPr>
                <w:sz w:val="21"/>
              </w:rPr>
              <w:br/>
              <w:t>14.09.2026</w:t>
            </w:r>
            <w:r>
              <w:rPr>
                <w:sz w:val="21"/>
              </w:rPr>
              <w:br/>
            </w:r>
            <w:r>
              <w:rPr>
                <w:sz w:val="21"/>
              </w:rPr>
              <w:br/>
            </w:r>
            <w:r>
              <w:rPr>
                <w:b/>
                <w:sz w:val="21"/>
              </w:rPr>
              <w:t>…………………</w:t>
            </w:r>
            <w:r>
              <w:rPr>
                <w:b/>
                <w:sz w:val="21"/>
              </w:rPr>
              <w:br/>
            </w:r>
            <w:r>
              <w:rPr>
                <w:sz w:val="20"/>
              </w:rPr>
              <w:t>Ders Öğretmeni</w:t>
            </w:r>
          </w:p>
        </w:tc>
        <w:tc>
          <w:tcPr>
            <w:tcW w:w="4989" w:type="dxa"/>
          </w:tcPr>
          <w:p w:rsidR="00330C59" w:rsidRDefault="008F6AF0">
            <w:pPr>
              <w:jc w:val="center"/>
            </w:pPr>
            <w:r>
              <w:rPr>
                <w:b/>
                <w:sz w:val="21"/>
              </w:rPr>
              <w:t>UYGUNDUR</w:t>
            </w:r>
            <w:r>
              <w:rPr>
                <w:b/>
                <w:sz w:val="21"/>
              </w:rPr>
              <w:br/>
              <w:t>14.09.2026</w:t>
            </w:r>
            <w:r>
              <w:rPr>
                <w:b/>
                <w:sz w:val="21"/>
              </w:rPr>
              <w:br/>
            </w:r>
            <w:r>
              <w:rPr>
                <w:b/>
                <w:sz w:val="21"/>
              </w:rPr>
              <w:br/>
              <w:t>…………………</w:t>
            </w:r>
            <w:r>
              <w:rPr>
                <w:b/>
                <w:sz w:val="21"/>
              </w:rPr>
              <w:br/>
            </w:r>
            <w:r>
              <w:rPr>
                <w:sz w:val="20"/>
              </w:rPr>
              <w:t>Okul Müdürü</w:t>
            </w:r>
          </w:p>
        </w:tc>
      </w:tr>
    </w:tbl>
    <w:p w:rsidR="008F6AF0" w:rsidRDefault="008F6AF0"/>
    <w:sectPr w:rsidR="008F6AF0"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30C59"/>
    <w:rsid w:val="004B23CA"/>
    <w:rsid w:val="008F6AF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437292"/>
  <w14:defaultImageDpi w14:val="300"/>
  <w15:docId w15:val="{C55E8CE0-A9D3-4ABE-9253-A92903D83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3192C-671F-4E71-AAFD-6E28370B8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1034</Words>
  <Characters>5896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Çevre Eğitimi ve İklim Değişikliği Günlük Plan — 1. Hafta</dc:title>
  <dc:subject>günlük plan</dc:subject>
  <dc:creator>evrakburada</dc:creator>
  <cp:keywords>günlük plan, Çevre Eğitimi ve İklim Değişikliği, 6. sınıf, 1. hafta</cp:keywords>
  <dc:description/>
  <cp:lastModifiedBy>HP</cp:lastModifiedBy>
  <cp:revision>2</cp:revision>
  <dcterms:created xsi:type="dcterms:W3CDTF">2013-12-23T23:15:00Z</dcterms:created>
  <dcterms:modified xsi:type="dcterms:W3CDTF">2026-10-17T10:22:00Z</dcterms:modified>
  <cp:category/>
</cp:coreProperties>
</file>