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5ED" w:rsidRPr="0047409E" w:rsidRDefault="0047409E">
      <w:pPr>
        <w:spacing w:after="160"/>
        <w:jc w:val="center"/>
        <w:rPr>
          <w:color w:val="000000" w:themeColor="text1"/>
        </w:rPr>
      </w:pPr>
      <w:r w:rsidRPr="0047409E">
        <w:rPr>
          <w:b/>
          <w:color w:val="000000" w:themeColor="text1"/>
          <w:sz w:val="23"/>
        </w:rPr>
        <w:t>………………… MÜDÜRLÜĞÜNE</w:t>
      </w:r>
    </w:p>
    <w:p w:rsidR="007B35ED" w:rsidRPr="0047409E" w:rsidRDefault="0047409E">
      <w:pPr>
        <w:spacing w:after="100"/>
        <w:ind w:firstLine="567"/>
        <w:jc w:val="both"/>
        <w:rPr>
          <w:color w:val="000000" w:themeColor="text1"/>
        </w:rPr>
      </w:pPr>
      <w:r w:rsidRPr="0047409E">
        <w:rPr>
          <w:color w:val="000000" w:themeColor="text1"/>
        </w:rPr>
        <w:t>2026-2027 Eğitim Öğretim Yılı I. Dönem veli toplantısını, aşağıdaki gündem maddelerini görüşmek üzere …… / …… / 20…… tarihinde saat ……… itibarıyla 6. Sınıf velileriyle yapmak istiyorum.</w:t>
      </w:r>
    </w:p>
    <w:p w:rsidR="007B35ED" w:rsidRPr="0047409E" w:rsidRDefault="0047409E">
      <w:pPr>
        <w:spacing w:after="100"/>
        <w:ind w:firstLine="567"/>
        <w:jc w:val="both"/>
        <w:rPr>
          <w:color w:val="000000" w:themeColor="text1"/>
        </w:rPr>
      </w:pPr>
      <w:r w:rsidRPr="0047409E">
        <w:rPr>
          <w:color w:val="000000" w:themeColor="text1"/>
        </w:rPr>
        <w:t>Gereğini bilgilerinize arz ederim.</w:t>
      </w:r>
    </w:p>
    <w:p w:rsidR="007B35ED" w:rsidRPr="0047409E" w:rsidRDefault="0047409E">
      <w:pPr>
        <w:keepNext/>
        <w:pBdr>
          <w:bottom w:val="single" w:sz="8" w:space="2" w:color="B08968"/>
        </w:pBdr>
        <w:spacing w:before="200" w:after="80"/>
        <w:rPr>
          <w:color w:val="000000" w:themeColor="text1"/>
        </w:rPr>
      </w:pPr>
      <w:r w:rsidRPr="0047409E">
        <w:rPr>
          <w:b/>
          <w:color w:val="000000" w:themeColor="text1"/>
          <w:sz w:val="23"/>
        </w:rPr>
        <w:t xml:space="preserve">GÜNDEM </w:t>
      </w:r>
      <w:r w:rsidRPr="0047409E">
        <w:rPr>
          <w:b/>
          <w:color w:val="000000" w:themeColor="text1"/>
          <w:sz w:val="23"/>
        </w:rPr>
        <w:t>MADDELERİ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w:t>
      </w:r>
      <w:r w:rsidRPr="0047409E">
        <w:rPr>
          <w:b/>
          <w:color w:val="000000" w:themeColor="text1"/>
        </w:rPr>
        <w:tab/>
      </w:r>
      <w:r w:rsidRPr="0047409E">
        <w:rPr>
          <w:color w:val="000000" w:themeColor="text1"/>
        </w:rPr>
        <w:t>Açılış ve yoklama</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2.</w:t>
      </w:r>
      <w:r w:rsidRPr="0047409E">
        <w:rPr>
          <w:b/>
          <w:color w:val="000000" w:themeColor="text1"/>
        </w:rPr>
        <w:tab/>
      </w:r>
      <w:r w:rsidRPr="0047409E">
        <w:rPr>
          <w:color w:val="000000" w:themeColor="text1"/>
        </w:rPr>
        <w:t>Toplantının amacı ve şube rehber öğretmeninin tanıtılması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3.</w:t>
      </w:r>
      <w:r w:rsidRPr="0047409E">
        <w:rPr>
          <w:b/>
          <w:color w:val="000000" w:themeColor="text1"/>
        </w:rPr>
        <w:tab/>
      </w:r>
      <w:r w:rsidRPr="0047409E">
        <w:rPr>
          <w:color w:val="000000" w:themeColor="text1"/>
        </w:rPr>
        <w:t>Gelişim dönemi özellikleri ve bu yaştaki değişimler</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4.</w:t>
      </w:r>
      <w:r w:rsidRPr="0047409E">
        <w:rPr>
          <w:b/>
          <w:color w:val="000000" w:themeColor="text1"/>
        </w:rPr>
        <w:tab/>
      </w:r>
      <w:r w:rsidRPr="0047409E">
        <w:rPr>
          <w:color w:val="000000" w:themeColor="text1"/>
        </w:rPr>
        <w:t>Arkadaş ilişkileri ve akran etkisi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5.</w:t>
      </w:r>
      <w:r w:rsidRPr="0047409E">
        <w:rPr>
          <w:b/>
          <w:color w:val="000000" w:themeColor="text1"/>
        </w:rPr>
        <w:tab/>
      </w:r>
      <w:r w:rsidRPr="0047409E">
        <w:rPr>
          <w:color w:val="000000" w:themeColor="text1"/>
        </w:rPr>
        <w:t>Okul kuralları, kılık kıyafet, tertip ve düzen</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6.</w:t>
      </w:r>
      <w:r w:rsidRPr="0047409E">
        <w:rPr>
          <w:b/>
          <w:color w:val="000000" w:themeColor="text1"/>
        </w:rPr>
        <w:tab/>
      </w:r>
      <w:r w:rsidRPr="0047409E">
        <w:rPr>
          <w:color w:val="000000" w:themeColor="text1"/>
        </w:rPr>
        <w:t>Okula devam ve dev</w:t>
      </w:r>
      <w:r w:rsidRPr="0047409E">
        <w:rPr>
          <w:color w:val="000000" w:themeColor="text1"/>
        </w:rPr>
        <w:t>amsızlığın takibi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7.</w:t>
      </w:r>
      <w:r w:rsidRPr="0047409E">
        <w:rPr>
          <w:b/>
          <w:color w:val="000000" w:themeColor="text1"/>
        </w:rPr>
        <w:tab/>
      </w:r>
      <w:r w:rsidRPr="0047409E">
        <w:rPr>
          <w:color w:val="000000" w:themeColor="text1"/>
        </w:rPr>
        <w:t>Okul güvenliği ve kontrollü giriş çıkış uygulaması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8.</w:t>
      </w:r>
      <w:r w:rsidRPr="0047409E">
        <w:rPr>
          <w:b/>
          <w:color w:val="000000" w:themeColor="text1"/>
        </w:rPr>
        <w:tab/>
      </w:r>
      <w:r w:rsidRPr="0047409E">
        <w:rPr>
          <w:color w:val="000000" w:themeColor="text1"/>
        </w:rPr>
        <w:t>Veli görüşmelerinin Okul Randevu Sistemi üzerinden planlanması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9.</w:t>
      </w:r>
      <w:r w:rsidRPr="0047409E">
        <w:rPr>
          <w:b/>
          <w:color w:val="000000" w:themeColor="text1"/>
        </w:rPr>
        <w:tab/>
      </w:r>
      <w:r w:rsidRPr="0047409E">
        <w:rPr>
          <w:color w:val="000000" w:themeColor="text1"/>
        </w:rPr>
        <w:t>Evde çalışma düzeni, ders tekrarı ve okuma alışkanlığı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10.</w:t>
      </w:r>
      <w:r w:rsidRPr="0047409E">
        <w:rPr>
          <w:b/>
          <w:color w:val="000000" w:themeColor="text1"/>
        </w:rPr>
        <w:tab/>
      </w:r>
      <w:r w:rsidRPr="0047409E">
        <w:rPr>
          <w:color w:val="000000" w:themeColor="text1"/>
        </w:rPr>
        <w:t>Ekran süresi ve sınıfta cep telefonu bulundurulmaması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11</w:t>
      </w:r>
      <w:r w:rsidRPr="0047409E">
        <w:rPr>
          <w:b/>
          <w:color w:val="000000" w:themeColor="text1"/>
        </w:rPr>
        <w:t>.</w:t>
      </w:r>
      <w:r w:rsidRPr="0047409E">
        <w:rPr>
          <w:b/>
          <w:color w:val="000000" w:themeColor="text1"/>
        </w:rPr>
        <w:tab/>
      </w:r>
      <w:r w:rsidRPr="0047409E">
        <w:rPr>
          <w:color w:val="000000" w:themeColor="text1"/>
        </w:rPr>
        <w:t>Ölçme ve değerlendirme ile gelişim raporlarının paylaşılması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12.</w:t>
      </w:r>
      <w:r w:rsidRPr="0047409E">
        <w:rPr>
          <w:b/>
          <w:color w:val="000000" w:themeColor="text1"/>
        </w:rPr>
        <w:tab/>
      </w:r>
      <w:r w:rsidRPr="0047409E">
        <w:rPr>
          <w:color w:val="000000" w:themeColor="text1"/>
        </w:rPr>
        <w:t>Bakanlığın dijital platformlarının tanıtılması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13.</w:t>
      </w:r>
      <w:r w:rsidRPr="0047409E">
        <w:rPr>
          <w:b/>
          <w:color w:val="000000" w:themeColor="text1"/>
        </w:rPr>
        <w:tab/>
      </w:r>
      <w:r w:rsidRPr="0047409E">
        <w:rPr>
          <w:color w:val="000000" w:themeColor="text1"/>
        </w:rPr>
        <w:t>Seçmeli dersler, kulüpler ve sosyal etkinlikler</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14.</w:t>
      </w:r>
      <w:r w:rsidRPr="0047409E">
        <w:rPr>
          <w:b/>
          <w:color w:val="000000" w:themeColor="text1"/>
        </w:rPr>
        <w:tab/>
      </w:r>
      <w:r w:rsidRPr="0047409E">
        <w:rPr>
          <w:color w:val="000000" w:themeColor="text1"/>
        </w:rPr>
        <w:t>Okul aile iş birliği ve iletişim kanalları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15.</w:t>
      </w:r>
      <w:r w:rsidRPr="0047409E">
        <w:rPr>
          <w:b/>
          <w:color w:val="000000" w:themeColor="text1"/>
        </w:rPr>
        <w:tab/>
      </w:r>
      <w:r w:rsidRPr="0047409E">
        <w:rPr>
          <w:color w:val="000000" w:themeColor="text1"/>
        </w:rPr>
        <w:t>Dilek, temenniler ve kapanış</w:t>
      </w:r>
    </w:p>
    <w:p w:rsidR="007B35ED" w:rsidRPr="0047409E" w:rsidRDefault="007B35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7B35ED" w:rsidRPr="0047409E">
        <w:trPr>
          <w:cantSplit/>
          <w:jc w:val="center"/>
        </w:trPr>
        <w:tc>
          <w:tcPr>
            <w:tcW w:w="9752" w:type="dxa"/>
          </w:tcPr>
          <w:p w:rsidR="007B35ED" w:rsidRPr="0047409E" w:rsidRDefault="0047409E">
            <w:pPr>
              <w:jc w:val="center"/>
              <w:rPr>
                <w:color w:val="000000" w:themeColor="text1"/>
              </w:rPr>
            </w:pPr>
            <w:r w:rsidRPr="0047409E">
              <w:rPr>
                <w:b/>
                <w:color w:val="000000" w:themeColor="text1"/>
                <w:sz w:val="21"/>
              </w:rPr>
              <w:t>…………………</w:t>
            </w:r>
            <w:r w:rsidRPr="0047409E">
              <w:rPr>
                <w:b/>
                <w:color w:val="000000" w:themeColor="text1"/>
                <w:sz w:val="21"/>
              </w:rPr>
              <w:br/>
            </w:r>
            <w:r w:rsidRPr="0047409E">
              <w:rPr>
                <w:b/>
                <w:color w:val="000000" w:themeColor="text1"/>
                <w:sz w:val="20"/>
              </w:rPr>
              <w:t>Ş</w:t>
            </w:r>
            <w:r w:rsidRPr="0047409E">
              <w:rPr>
                <w:b/>
                <w:color w:val="000000" w:themeColor="text1"/>
                <w:sz w:val="20"/>
              </w:rPr>
              <w:t>ube Rehber Öğretmeni</w:t>
            </w:r>
          </w:p>
        </w:tc>
      </w:tr>
    </w:tbl>
    <w:p w:rsidR="007B35ED" w:rsidRPr="0047409E" w:rsidRDefault="007B35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47409E" w:rsidRPr="0047409E">
        <w:trPr>
          <w:cantSplit/>
          <w:jc w:val="center"/>
        </w:trPr>
        <w:tc>
          <w:tcPr>
            <w:tcW w:w="9752" w:type="dxa"/>
          </w:tcPr>
          <w:p w:rsidR="007B35ED" w:rsidRPr="0047409E" w:rsidRDefault="0047409E">
            <w:pPr>
              <w:jc w:val="center"/>
              <w:rPr>
                <w:color w:val="000000" w:themeColor="text1"/>
              </w:rPr>
            </w:pPr>
            <w:r w:rsidRPr="0047409E">
              <w:rPr>
                <w:b/>
                <w:color w:val="000000" w:themeColor="text1"/>
              </w:rPr>
              <w:t>OLUR</w:t>
            </w:r>
            <w:r w:rsidRPr="0047409E">
              <w:rPr>
                <w:b/>
                <w:color w:val="000000" w:themeColor="text1"/>
              </w:rPr>
              <w:br/>
            </w:r>
            <w:r w:rsidRPr="0047409E">
              <w:rPr>
                <w:color w:val="000000" w:themeColor="text1"/>
                <w:sz w:val="21"/>
              </w:rPr>
              <w:t>…… / …… / 20……</w:t>
            </w:r>
            <w:r w:rsidRPr="0047409E">
              <w:rPr>
                <w:color w:val="000000" w:themeColor="text1"/>
                <w:sz w:val="21"/>
              </w:rPr>
              <w:br/>
            </w:r>
            <w:r w:rsidRPr="0047409E">
              <w:rPr>
                <w:color w:val="000000" w:themeColor="text1"/>
                <w:sz w:val="21"/>
              </w:rPr>
              <w:br/>
            </w:r>
            <w:r w:rsidRPr="0047409E">
              <w:rPr>
                <w:b/>
                <w:color w:val="000000" w:themeColor="text1"/>
                <w:sz w:val="21"/>
              </w:rPr>
              <w:t>…………………</w:t>
            </w:r>
            <w:r w:rsidRPr="0047409E">
              <w:rPr>
                <w:b/>
                <w:color w:val="000000" w:themeColor="text1"/>
                <w:sz w:val="21"/>
              </w:rPr>
              <w:br/>
            </w:r>
            <w:r w:rsidRPr="0047409E">
              <w:rPr>
                <w:b/>
                <w:color w:val="000000" w:themeColor="text1"/>
                <w:sz w:val="20"/>
              </w:rPr>
              <w:t>Okul Müdürü</w:t>
            </w:r>
          </w:p>
        </w:tc>
      </w:tr>
    </w:tbl>
    <w:p w:rsidR="007B35ED" w:rsidRPr="0047409E" w:rsidRDefault="0047409E">
      <w:pPr>
        <w:spacing w:after="0"/>
        <w:rPr>
          <w:color w:val="000000" w:themeColor="text1"/>
        </w:rPr>
      </w:pPr>
      <w:r w:rsidRPr="0047409E">
        <w:rPr>
          <w:color w:val="000000" w:themeColor="text1"/>
        </w:rPr>
        <w:br w:type="page"/>
      </w:r>
    </w:p>
    <w:tbl>
      <w:tblPr>
        <w:tblStyle w:val="DzTablo1"/>
        <w:tblW w:w="0" w:type="auto"/>
        <w:tblLook w:val="04A0" w:firstRow="1" w:lastRow="0" w:firstColumn="1" w:lastColumn="0" w:noHBand="0" w:noVBand="1"/>
      </w:tblPr>
      <w:tblGrid>
        <w:gridCol w:w="9752"/>
      </w:tblGrid>
      <w:tr w:rsidR="0047409E" w:rsidRPr="0047409E" w:rsidTr="004740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7B35ED" w:rsidRPr="0047409E" w:rsidRDefault="0047409E">
            <w:pPr>
              <w:spacing w:before="100" w:after="20"/>
              <w:jc w:val="center"/>
              <w:rPr>
                <w:color w:val="000000" w:themeColor="text1"/>
              </w:rPr>
            </w:pPr>
            <w:r w:rsidRPr="0047409E">
              <w:rPr>
                <w:b w:val="0"/>
                <w:color w:val="000000" w:themeColor="text1"/>
                <w:sz w:val="21"/>
              </w:rPr>
              <w:lastRenderedPageBreak/>
              <w:t>2026-2027 EĞİTİM-ÖĞRETİM YILI</w:t>
            </w:r>
          </w:p>
          <w:p w:rsidR="007B35ED" w:rsidRPr="0047409E" w:rsidRDefault="0047409E">
            <w:pPr>
              <w:spacing w:after="20"/>
              <w:jc w:val="center"/>
              <w:rPr>
                <w:color w:val="000000" w:themeColor="text1"/>
              </w:rPr>
            </w:pPr>
            <w:r w:rsidRPr="0047409E">
              <w:rPr>
                <w:color w:val="000000" w:themeColor="text1"/>
                <w:sz w:val="26"/>
              </w:rPr>
              <w:t>…………………</w:t>
            </w:r>
          </w:p>
          <w:p w:rsidR="007B35ED" w:rsidRPr="0047409E" w:rsidRDefault="0047409E">
            <w:pPr>
              <w:spacing w:after="20"/>
              <w:jc w:val="center"/>
              <w:rPr>
                <w:color w:val="000000" w:themeColor="text1"/>
              </w:rPr>
            </w:pPr>
            <w:r w:rsidRPr="0047409E">
              <w:rPr>
                <w:color w:val="000000" w:themeColor="text1"/>
                <w:sz w:val="30"/>
              </w:rPr>
              <w:t>6/… SINIFI</w:t>
            </w:r>
          </w:p>
          <w:p w:rsidR="007B35ED" w:rsidRPr="0047409E" w:rsidRDefault="0047409E">
            <w:pPr>
              <w:spacing w:after="100"/>
              <w:jc w:val="center"/>
              <w:rPr>
                <w:color w:val="000000" w:themeColor="text1"/>
              </w:rPr>
            </w:pPr>
            <w:r w:rsidRPr="0047409E">
              <w:rPr>
                <w:color w:val="000000" w:themeColor="text1"/>
                <w:sz w:val="24"/>
              </w:rPr>
              <w:t>I. DÖNEM VELİ TOPLANTI TUTANAĞI</w:t>
            </w:r>
          </w:p>
        </w:tc>
      </w:tr>
    </w:tbl>
    <w:p w:rsidR="007B35ED" w:rsidRPr="0047409E" w:rsidRDefault="007B35ED">
      <w:pPr>
        <w:spacing w:after="0"/>
        <w:rPr>
          <w:color w:val="000000" w:themeColor="text1"/>
        </w:rPr>
      </w:pPr>
    </w:p>
    <w:tbl>
      <w:tblPr>
        <w:tblStyle w:val="DzTablo1"/>
        <w:tblW w:w="0" w:type="auto"/>
        <w:tblLook w:val="04A0" w:firstRow="1" w:lastRow="0" w:firstColumn="1" w:lastColumn="0" w:noHBand="0" w:noVBand="1"/>
      </w:tblPr>
      <w:tblGrid>
        <w:gridCol w:w="2438"/>
        <w:gridCol w:w="2438"/>
        <w:gridCol w:w="2438"/>
        <w:gridCol w:w="2438"/>
      </w:tblGrid>
      <w:tr w:rsidR="0047409E" w:rsidRPr="0047409E" w:rsidTr="004740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7B35ED" w:rsidRPr="0047409E" w:rsidRDefault="0047409E">
            <w:pPr>
              <w:jc w:val="center"/>
              <w:rPr>
                <w:color w:val="000000" w:themeColor="text1"/>
              </w:rPr>
            </w:pPr>
            <w:r w:rsidRPr="0047409E">
              <w:rPr>
                <w:color w:val="000000" w:themeColor="text1"/>
                <w:sz w:val="16"/>
              </w:rPr>
              <w:t>SINIF / ŞUBE</w:t>
            </w:r>
            <w:r w:rsidRPr="0047409E">
              <w:rPr>
                <w:color w:val="000000" w:themeColor="text1"/>
                <w:sz w:val="16"/>
              </w:rPr>
              <w:br/>
            </w:r>
            <w:r w:rsidRPr="0047409E">
              <w:rPr>
                <w:b w:val="0"/>
                <w:color w:val="000000" w:themeColor="text1"/>
                <w:sz w:val="20"/>
              </w:rPr>
              <w:t>6/…</w:t>
            </w:r>
          </w:p>
        </w:tc>
        <w:tc>
          <w:tcPr>
            <w:tcW w:w="2438" w:type="dxa"/>
          </w:tcPr>
          <w:p w:rsidR="007B35ED" w:rsidRPr="0047409E" w:rsidRDefault="0047409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7409E">
              <w:rPr>
                <w:color w:val="000000" w:themeColor="text1"/>
                <w:sz w:val="16"/>
              </w:rPr>
              <w:t>TARİH</w:t>
            </w:r>
            <w:r w:rsidRPr="0047409E">
              <w:rPr>
                <w:color w:val="000000" w:themeColor="text1"/>
                <w:sz w:val="16"/>
              </w:rPr>
              <w:br/>
            </w:r>
            <w:r w:rsidRPr="0047409E">
              <w:rPr>
                <w:b w:val="0"/>
                <w:color w:val="000000" w:themeColor="text1"/>
                <w:sz w:val="20"/>
              </w:rPr>
              <w:t>…… / …… / 20……</w:t>
            </w:r>
          </w:p>
        </w:tc>
        <w:tc>
          <w:tcPr>
            <w:tcW w:w="2438" w:type="dxa"/>
          </w:tcPr>
          <w:p w:rsidR="007B35ED" w:rsidRPr="0047409E" w:rsidRDefault="0047409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7409E">
              <w:rPr>
                <w:color w:val="000000" w:themeColor="text1"/>
                <w:sz w:val="16"/>
              </w:rPr>
              <w:t>SAAT</w:t>
            </w:r>
            <w:r w:rsidRPr="0047409E">
              <w:rPr>
                <w:color w:val="000000" w:themeColor="text1"/>
                <w:sz w:val="16"/>
              </w:rPr>
              <w:br/>
            </w:r>
            <w:r w:rsidRPr="0047409E">
              <w:rPr>
                <w:b w:val="0"/>
                <w:color w:val="000000" w:themeColor="text1"/>
                <w:sz w:val="20"/>
              </w:rPr>
              <w:t>………</w:t>
            </w:r>
          </w:p>
        </w:tc>
        <w:tc>
          <w:tcPr>
            <w:tcW w:w="2438" w:type="dxa"/>
          </w:tcPr>
          <w:p w:rsidR="007B35ED" w:rsidRPr="0047409E" w:rsidRDefault="0047409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7409E">
              <w:rPr>
                <w:color w:val="000000" w:themeColor="text1"/>
                <w:sz w:val="16"/>
              </w:rPr>
              <w:t>ŞUBE REHBER ÖĞRETMENİ</w:t>
            </w:r>
            <w:r w:rsidRPr="0047409E">
              <w:rPr>
                <w:color w:val="000000" w:themeColor="text1"/>
                <w:sz w:val="16"/>
              </w:rPr>
              <w:br/>
            </w:r>
            <w:r w:rsidRPr="0047409E">
              <w:rPr>
                <w:b w:val="0"/>
                <w:color w:val="000000" w:themeColor="text1"/>
                <w:sz w:val="20"/>
              </w:rPr>
              <w:t>…………………</w:t>
            </w:r>
          </w:p>
        </w:tc>
      </w:tr>
    </w:tbl>
    <w:p w:rsidR="007B35ED" w:rsidRPr="0047409E" w:rsidRDefault="007B35ED">
      <w:pPr>
        <w:spacing w:after="0"/>
        <w:rPr>
          <w:color w:val="000000" w:themeColor="text1"/>
        </w:rPr>
      </w:pPr>
    </w:p>
    <w:p w:rsidR="007B35ED" w:rsidRPr="0047409E" w:rsidRDefault="0047409E">
      <w:pPr>
        <w:keepNext/>
        <w:pBdr>
          <w:bottom w:val="single" w:sz="8" w:space="2" w:color="B08968"/>
        </w:pBdr>
        <w:spacing w:before="200" w:after="80"/>
        <w:rPr>
          <w:color w:val="000000" w:themeColor="text1"/>
        </w:rPr>
      </w:pPr>
      <w:r w:rsidRPr="0047409E">
        <w:rPr>
          <w:b/>
          <w:color w:val="000000" w:themeColor="text1"/>
          <w:sz w:val="23"/>
        </w:rPr>
        <w:t>GÜNDEM MADDELERİ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w:t>
      </w:r>
      <w:r w:rsidRPr="0047409E">
        <w:rPr>
          <w:b/>
          <w:color w:val="000000" w:themeColor="text1"/>
        </w:rPr>
        <w:tab/>
      </w:r>
      <w:r w:rsidRPr="0047409E">
        <w:rPr>
          <w:color w:val="000000" w:themeColor="text1"/>
        </w:rPr>
        <w:t xml:space="preserve">Açılış </w:t>
      </w:r>
      <w:r w:rsidRPr="0047409E">
        <w:rPr>
          <w:color w:val="000000" w:themeColor="text1"/>
        </w:rPr>
        <w:t>ve yoklama</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2.</w:t>
      </w:r>
      <w:r w:rsidRPr="0047409E">
        <w:rPr>
          <w:b/>
          <w:color w:val="000000" w:themeColor="text1"/>
        </w:rPr>
        <w:tab/>
      </w:r>
      <w:r w:rsidRPr="0047409E">
        <w:rPr>
          <w:color w:val="000000" w:themeColor="text1"/>
        </w:rPr>
        <w:t>Toplantının amacı ve şube rehber öğretmeninin tanıtılması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3.</w:t>
      </w:r>
      <w:r w:rsidRPr="0047409E">
        <w:rPr>
          <w:b/>
          <w:color w:val="000000" w:themeColor="text1"/>
        </w:rPr>
        <w:tab/>
      </w:r>
      <w:r w:rsidRPr="0047409E">
        <w:rPr>
          <w:color w:val="000000" w:themeColor="text1"/>
        </w:rPr>
        <w:t>Gelişim dönemi özellikleri ve bu yaştaki değişimler</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4.</w:t>
      </w:r>
      <w:r w:rsidRPr="0047409E">
        <w:rPr>
          <w:b/>
          <w:color w:val="000000" w:themeColor="text1"/>
        </w:rPr>
        <w:tab/>
      </w:r>
      <w:r w:rsidRPr="0047409E">
        <w:rPr>
          <w:color w:val="000000" w:themeColor="text1"/>
        </w:rPr>
        <w:t>Arkadaş ilişkileri ve akran etkisi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5.</w:t>
      </w:r>
      <w:r w:rsidRPr="0047409E">
        <w:rPr>
          <w:b/>
          <w:color w:val="000000" w:themeColor="text1"/>
        </w:rPr>
        <w:tab/>
      </w:r>
      <w:r w:rsidRPr="0047409E">
        <w:rPr>
          <w:color w:val="000000" w:themeColor="text1"/>
        </w:rPr>
        <w:t>Okul kuralları, kılık kıyafet, tertip ve düzen</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6.</w:t>
      </w:r>
      <w:r w:rsidRPr="0047409E">
        <w:rPr>
          <w:b/>
          <w:color w:val="000000" w:themeColor="text1"/>
        </w:rPr>
        <w:tab/>
      </w:r>
      <w:r w:rsidRPr="0047409E">
        <w:rPr>
          <w:color w:val="000000" w:themeColor="text1"/>
        </w:rPr>
        <w:t>Okula devam ve devamsızlığın takibi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7.</w:t>
      </w:r>
      <w:r w:rsidRPr="0047409E">
        <w:rPr>
          <w:b/>
          <w:color w:val="000000" w:themeColor="text1"/>
        </w:rPr>
        <w:tab/>
      </w:r>
      <w:r w:rsidRPr="0047409E">
        <w:rPr>
          <w:color w:val="000000" w:themeColor="text1"/>
        </w:rPr>
        <w:t>Okul güvenliği ve kontrollü giriş çıkış uygulaması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8.</w:t>
      </w:r>
      <w:r w:rsidRPr="0047409E">
        <w:rPr>
          <w:b/>
          <w:color w:val="000000" w:themeColor="text1"/>
        </w:rPr>
        <w:tab/>
      </w:r>
      <w:r w:rsidRPr="0047409E">
        <w:rPr>
          <w:color w:val="000000" w:themeColor="text1"/>
        </w:rPr>
        <w:t>Veli görüşmelerinin Okul Randevu Sistemi üzerinden planlanması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9.</w:t>
      </w:r>
      <w:r w:rsidRPr="0047409E">
        <w:rPr>
          <w:b/>
          <w:color w:val="000000" w:themeColor="text1"/>
        </w:rPr>
        <w:tab/>
      </w:r>
      <w:r w:rsidRPr="0047409E">
        <w:rPr>
          <w:color w:val="000000" w:themeColor="text1"/>
        </w:rPr>
        <w:t>Evde çalışma düzeni, ders tekrarı ve okuma alışkanlığı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10.</w:t>
      </w:r>
      <w:r w:rsidRPr="0047409E">
        <w:rPr>
          <w:b/>
          <w:color w:val="000000" w:themeColor="text1"/>
        </w:rPr>
        <w:tab/>
      </w:r>
      <w:r w:rsidRPr="0047409E">
        <w:rPr>
          <w:color w:val="000000" w:themeColor="text1"/>
        </w:rPr>
        <w:t>Ekran süresi ve sınıfta cep telefonu bulundurulmaması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11.</w:t>
      </w:r>
      <w:r w:rsidRPr="0047409E">
        <w:rPr>
          <w:b/>
          <w:color w:val="000000" w:themeColor="text1"/>
        </w:rPr>
        <w:tab/>
      </w:r>
      <w:r w:rsidRPr="0047409E">
        <w:rPr>
          <w:color w:val="000000" w:themeColor="text1"/>
        </w:rPr>
        <w:t xml:space="preserve">Ölçme ve </w:t>
      </w:r>
      <w:r w:rsidRPr="0047409E">
        <w:rPr>
          <w:color w:val="000000" w:themeColor="text1"/>
        </w:rPr>
        <w:t>değerlendirme ile gelişim raporlarının paylaşılması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12.</w:t>
      </w:r>
      <w:r w:rsidRPr="0047409E">
        <w:rPr>
          <w:b/>
          <w:color w:val="000000" w:themeColor="text1"/>
        </w:rPr>
        <w:tab/>
      </w:r>
      <w:r w:rsidRPr="0047409E">
        <w:rPr>
          <w:color w:val="000000" w:themeColor="text1"/>
        </w:rPr>
        <w:t>Bakanlığın dijital platformlarının tanıtılması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13.</w:t>
      </w:r>
      <w:r w:rsidRPr="0047409E">
        <w:rPr>
          <w:b/>
          <w:color w:val="000000" w:themeColor="text1"/>
        </w:rPr>
        <w:tab/>
      </w:r>
      <w:r w:rsidRPr="0047409E">
        <w:rPr>
          <w:color w:val="000000" w:themeColor="text1"/>
        </w:rPr>
        <w:t>Seçmeli dersler, kulüpler ve sosyal etkinlikler</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14.</w:t>
      </w:r>
      <w:r w:rsidRPr="0047409E">
        <w:rPr>
          <w:b/>
          <w:color w:val="000000" w:themeColor="text1"/>
        </w:rPr>
        <w:tab/>
      </w:r>
      <w:r w:rsidRPr="0047409E">
        <w:rPr>
          <w:color w:val="000000" w:themeColor="text1"/>
        </w:rPr>
        <w:t>Okul aile iş birliği ve iletişim kanalları</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15.</w:t>
      </w:r>
      <w:r w:rsidRPr="0047409E">
        <w:rPr>
          <w:b/>
          <w:color w:val="000000" w:themeColor="text1"/>
        </w:rPr>
        <w:tab/>
      </w:r>
      <w:r w:rsidRPr="0047409E">
        <w:rPr>
          <w:color w:val="000000" w:themeColor="text1"/>
        </w:rPr>
        <w:t>Dilek, temenniler ve kapanış</w:t>
      </w:r>
    </w:p>
    <w:p w:rsidR="007B35ED" w:rsidRPr="0047409E" w:rsidRDefault="0047409E">
      <w:pPr>
        <w:keepNext/>
        <w:pBdr>
          <w:bottom w:val="single" w:sz="8" w:space="2" w:color="B08968"/>
        </w:pBdr>
        <w:spacing w:before="200" w:after="80"/>
        <w:rPr>
          <w:color w:val="000000" w:themeColor="text1"/>
        </w:rPr>
      </w:pPr>
      <w:r w:rsidRPr="0047409E">
        <w:rPr>
          <w:b/>
          <w:color w:val="000000" w:themeColor="text1"/>
          <w:sz w:val="23"/>
        </w:rPr>
        <w:t>GÜNDEM MADDELERİNİN G</w:t>
      </w:r>
      <w:r w:rsidRPr="0047409E">
        <w:rPr>
          <w:b/>
          <w:color w:val="000000" w:themeColor="text1"/>
          <w:sz w:val="23"/>
        </w:rPr>
        <w:t>ÖRÜŞÜLMESİ</w:t>
      </w:r>
    </w:p>
    <w:p w:rsidR="007B35ED" w:rsidRPr="0047409E" w:rsidRDefault="0047409E">
      <w:pPr>
        <w:keepNext/>
        <w:spacing w:before="120" w:after="40"/>
        <w:rPr>
          <w:color w:val="000000" w:themeColor="text1"/>
        </w:rPr>
      </w:pPr>
      <w:r w:rsidRPr="0047409E">
        <w:rPr>
          <w:b/>
          <w:color w:val="000000" w:themeColor="text1"/>
        </w:rPr>
        <w:t>1. Açılış ve yoklama</w:t>
      </w:r>
    </w:p>
    <w:p w:rsidR="007B35ED" w:rsidRPr="0047409E" w:rsidRDefault="0047409E">
      <w:pPr>
        <w:spacing w:after="100"/>
        <w:ind w:firstLine="567"/>
        <w:jc w:val="both"/>
        <w:rPr>
          <w:color w:val="000000" w:themeColor="text1"/>
        </w:rPr>
      </w:pPr>
      <w:r w:rsidRPr="0047409E">
        <w:rPr>
          <w:color w:val="000000" w:themeColor="text1"/>
        </w:rPr>
        <w:t>Şube Rehber Öğretmeni …………………, toplantıya gelen velileri selamladı ve katılımları için teşekkür etti; eğitim öğretim yılının tüm öğrenciler için verimli geçmesini temenni ederek yoklamanın alındığını ifade etti.</w:t>
      </w:r>
    </w:p>
    <w:p w:rsidR="007B35ED" w:rsidRPr="0047409E" w:rsidRDefault="0047409E">
      <w:pPr>
        <w:keepNext/>
        <w:spacing w:before="120" w:after="40"/>
        <w:rPr>
          <w:color w:val="000000" w:themeColor="text1"/>
        </w:rPr>
      </w:pPr>
      <w:r w:rsidRPr="0047409E">
        <w:rPr>
          <w:b/>
          <w:color w:val="000000" w:themeColor="text1"/>
        </w:rPr>
        <w:t>2. Toplantın</w:t>
      </w:r>
      <w:r w:rsidRPr="0047409E">
        <w:rPr>
          <w:b/>
          <w:color w:val="000000" w:themeColor="text1"/>
        </w:rPr>
        <w:t>ın amacı ve şube rehber öğretmeninin tanıtılması</w:t>
      </w:r>
    </w:p>
    <w:p w:rsidR="007B35ED" w:rsidRPr="0047409E" w:rsidRDefault="0047409E">
      <w:pPr>
        <w:spacing w:after="100"/>
        <w:ind w:firstLine="567"/>
        <w:jc w:val="both"/>
        <w:rPr>
          <w:color w:val="000000" w:themeColor="text1"/>
        </w:rPr>
      </w:pPr>
      <w:r w:rsidRPr="0047409E">
        <w:rPr>
          <w:color w:val="000000" w:themeColor="text1"/>
        </w:rPr>
        <w:t>Şube Rehber Öğretmeni …………………, şube rehber öğretmeni olarak öğrenci ve veliyle okul arasındaki bağı kuran kişi olduğunu belirtti. Bu buluşmanın amacının, aile ile okulun ortak hareket etmesini sağlamak ve dö</w:t>
      </w:r>
      <w:r w:rsidRPr="0047409E">
        <w:rPr>
          <w:color w:val="000000" w:themeColor="text1"/>
        </w:rPr>
        <w:t>nem içinde uygulanacak temel ilkeleri velilere aktarmak olduğunu söyledi (2026/70 sayılı Genelge).</w:t>
      </w:r>
    </w:p>
    <w:p w:rsidR="007B35ED" w:rsidRPr="0047409E" w:rsidRDefault="0047409E">
      <w:pPr>
        <w:keepNext/>
        <w:spacing w:before="120" w:after="40"/>
        <w:rPr>
          <w:color w:val="000000" w:themeColor="text1"/>
        </w:rPr>
      </w:pPr>
      <w:r w:rsidRPr="0047409E">
        <w:rPr>
          <w:b/>
          <w:color w:val="000000" w:themeColor="text1"/>
        </w:rPr>
        <w:t>3. Gelişim dönemi özellikleri ve bu yaştaki değişimler</w:t>
      </w:r>
    </w:p>
    <w:p w:rsidR="007B35ED" w:rsidRPr="0047409E" w:rsidRDefault="0047409E">
      <w:pPr>
        <w:spacing w:after="100"/>
        <w:ind w:firstLine="567"/>
        <w:jc w:val="both"/>
        <w:rPr>
          <w:color w:val="000000" w:themeColor="text1"/>
        </w:rPr>
      </w:pPr>
      <w:r w:rsidRPr="0047409E">
        <w:rPr>
          <w:color w:val="000000" w:themeColor="text1"/>
        </w:rPr>
        <w:t xml:space="preserve">Şube Rehber Öğretmeni …………………, altıncı sınıf çağındaki öğrencilerde bedensel ve duygusal değişimlerin </w:t>
      </w:r>
      <w:r w:rsidRPr="0047409E">
        <w:rPr>
          <w:color w:val="000000" w:themeColor="text1"/>
        </w:rPr>
        <w:t>yavaş yavaş belirmeye başladığını, ruh hâlindeki iniş çıkışların bu dönemde olağan karşılanması gerektiğini anlattı. Öğrencinin kendi güçlü ve gelişime açık yönlerini fark etmeye başladığı bu süreçte velinin sabırlı, anlayışlı ve yargılamaktan uzak bir tut</w:t>
      </w:r>
      <w:r w:rsidRPr="0047409E">
        <w:rPr>
          <w:color w:val="000000" w:themeColor="text1"/>
        </w:rPr>
        <w:t>um benimsemesinin çocuğa güven verdiğini vurguladı.</w:t>
      </w:r>
    </w:p>
    <w:p w:rsidR="007B35ED" w:rsidRPr="0047409E" w:rsidRDefault="0047409E">
      <w:pPr>
        <w:keepNext/>
        <w:spacing w:before="120" w:after="40"/>
        <w:rPr>
          <w:color w:val="000000" w:themeColor="text1"/>
        </w:rPr>
      </w:pPr>
      <w:r w:rsidRPr="0047409E">
        <w:rPr>
          <w:b/>
          <w:color w:val="000000" w:themeColor="text1"/>
        </w:rPr>
        <w:t>4. Arkadaş ilişkileri ve akran etkisi</w:t>
      </w:r>
    </w:p>
    <w:p w:rsidR="007B35ED" w:rsidRPr="0047409E" w:rsidRDefault="0047409E">
      <w:pPr>
        <w:spacing w:after="100"/>
        <w:ind w:firstLine="567"/>
        <w:jc w:val="both"/>
        <w:rPr>
          <w:color w:val="000000" w:themeColor="text1"/>
        </w:rPr>
      </w:pPr>
      <w:r w:rsidRPr="0047409E">
        <w:rPr>
          <w:color w:val="000000" w:themeColor="text1"/>
        </w:rPr>
        <w:t xml:space="preserve">Şube Rehber Öğretmeni …………………, bu yaş grubunda arkadaş çevresinin öğrenci üzerinde giderek daha belirleyici olduğunu, çocuğun kimlerle vakit geçirdiğinin belli bir </w:t>
      </w:r>
      <w:r w:rsidRPr="0047409E">
        <w:rPr>
          <w:color w:val="000000" w:themeColor="text1"/>
        </w:rPr>
        <w:t xml:space="preserve">mesafeden izlenmesinin yararlı olduğunu; ancak bunu yaparken baskıdan ve sürekli sorgulamadan kaçınılması gerektiğini </w:t>
      </w:r>
      <w:r w:rsidRPr="0047409E">
        <w:rPr>
          <w:color w:val="000000" w:themeColor="text1"/>
        </w:rPr>
        <w:lastRenderedPageBreak/>
        <w:t>belirtti. Akran ilişkilerinde bir sorun gözlemlendiğinde konunun okul rehberlik servisiyle birlikte ele alındığını ekledi.</w:t>
      </w:r>
    </w:p>
    <w:p w:rsidR="007B35ED" w:rsidRPr="0047409E" w:rsidRDefault="0047409E">
      <w:pPr>
        <w:keepNext/>
        <w:spacing w:before="120" w:after="40"/>
        <w:rPr>
          <w:color w:val="000000" w:themeColor="text1"/>
        </w:rPr>
      </w:pPr>
      <w:r w:rsidRPr="0047409E">
        <w:rPr>
          <w:b/>
          <w:color w:val="000000" w:themeColor="text1"/>
        </w:rPr>
        <w:t>5. Okul kuralla</w:t>
      </w:r>
      <w:r w:rsidRPr="0047409E">
        <w:rPr>
          <w:b/>
          <w:color w:val="000000" w:themeColor="text1"/>
        </w:rPr>
        <w:t>rı, kılık kıyafet, tertip ve düzen</w:t>
      </w:r>
    </w:p>
    <w:p w:rsidR="007B35ED" w:rsidRPr="0047409E" w:rsidRDefault="0047409E">
      <w:pPr>
        <w:spacing w:after="100"/>
        <w:ind w:firstLine="567"/>
        <w:jc w:val="both"/>
        <w:rPr>
          <w:color w:val="000000" w:themeColor="text1"/>
        </w:rPr>
      </w:pPr>
      <w:r w:rsidRPr="0047409E">
        <w:rPr>
          <w:color w:val="000000" w:themeColor="text1"/>
        </w:rPr>
        <w:t>Şube Rehber Öğretmeni …………………, okul düzenine ilişkin kuralları, kılık kıyafetle ilgili esasları ve sınıfın temiz ve derli toplu tutulmasına yönelik beklentileri velilerle konuştu. Bu kurallara uymanın öğrencide sorumluluk</w:t>
      </w:r>
      <w:r w:rsidRPr="0047409E">
        <w:rPr>
          <w:color w:val="000000" w:themeColor="text1"/>
        </w:rPr>
        <w:t xml:space="preserve"> duygusunu pekiştirdiğini, evde de okulla uyumlu bir tutumun sürdürülmesinin öğrenciye katkı sağladığını belirtti.</w:t>
      </w:r>
    </w:p>
    <w:p w:rsidR="007B35ED" w:rsidRPr="0047409E" w:rsidRDefault="0047409E">
      <w:pPr>
        <w:keepNext/>
        <w:spacing w:before="120" w:after="40"/>
        <w:rPr>
          <w:color w:val="000000" w:themeColor="text1"/>
        </w:rPr>
      </w:pPr>
      <w:r w:rsidRPr="0047409E">
        <w:rPr>
          <w:b/>
          <w:color w:val="000000" w:themeColor="text1"/>
        </w:rPr>
        <w:t>6. Okula devam ve devamsızlığın takibi</w:t>
      </w:r>
    </w:p>
    <w:p w:rsidR="007B35ED" w:rsidRPr="0047409E" w:rsidRDefault="0047409E">
      <w:pPr>
        <w:spacing w:after="100"/>
        <w:ind w:firstLine="567"/>
        <w:jc w:val="both"/>
        <w:rPr>
          <w:color w:val="000000" w:themeColor="text1"/>
        </w:rPr>
      </w:pPr>
      <w:r w:rsidRPr="0047409E">
        <w:rPr>
          <w:color w:val="000000" w:themeColor="text1"/>
        </w:rPr>
        <w:t xml:space="preserve">Şube Rehber Öğretmeni …………………, derslere kesintisiz katılmanın öğrencinin başarısı için taşıdığı önemi </w:t>
      </w:r>
      <w:r w:rsidRPr="0047409E">
        <w:rPr>
          <w:color w:val="000000" w:themeColor="text1"/>
        </w:rPr>
        <w:t>hatırlatarak devam durumunun her gün düzenli biçimde takip edildiğini söyledi. Hastalık ya da zorunlu bir durum olduğunda okulun vaktinde haberdar edilmesini istedi; sürekli devamın hem derslerdeki ilerlemeye hem de sosyal gelişime katkıda bulunduğunu ifad</w:t>
      </w:r>
      <w:r w:rsidRPr="0047409E">
        <w:rPr>
          <w:color w:val="000000" w:themeColor="text1"/>
        </w:rPr>
        <w:t>e etti.</w:t>
      </w:r>
    </w:p>
    <w:p w:rsidR="007B35ED" w:rsidRPr="0047409E" w:rsidRDefault="0047409E">
      <w:pPr>
        <w:keepNext/>
        <w:spacing w:before="120" w:after="40"/>
        <w:rPr>
          <w:color w:val="000000" w:themeColor="text1"/>
        </w:rPr>
      </w:pPr>
      <w:r w:rsidRPr="0047409E">
        <w:rPr>
          <w:b/>
          <w:color w:val="000000" w:themeColor="text1"/>
        </w:rPr>
        <w:t>7. Okul güvenliği ve kontrollü giriş çıkış uygulaması</w:t>
      </w:r>
    </w:p>
    <w:p w:rsidR="007B35ED" w:rsidRPr="0047409E" w:rsidRDefault="0047409E">
      <w:pPr>
        <w:spacing w:after="100"/>
        <w:ind w:firstLine="567"/>
        <w:jc w:val="both"/>
        <w:rPr>
          <w:color w:val="000000" w:themeColor="text1"/>
        </w:rPr>
      </w:pPr>
      <w:r w:rsidRPr="0047409E">
        <w:rPr>
          <w:color w:val="000000" w:themeColor="text1"/>
        </w:rPr>
        <w:t>Şube Rehber Öğretmeni …………………, öğrencilerin bulunduğu alanlarda kontrollü giriş çıkış uygulamasının sürdürüldüğünü, yaya ile araç geçişlerinin ayrıldığını ve görüş açısının kısıtlı olduğu bölgel</w:t>
      </w:r>
      <w:r w:rsidRPr="0047409E">
        <w:rPr>
          <w:color w:val="000000" w:themeColor="text1"/>
        </w:rPr>
        <w:t>erin aydınlatıldığını aktardı (2026/70 sayılı Genelge, md. 6). Olası acil durumlarda güvenli ve hızlı çıkışı mümkün kılacak bakım onarım çalışmalarının düzenli yapıldığını, tüm bu önlemlerin öğrenci güvenliği gözetilerek alındığını belirtti.</w:t>
      </w:r>
    </w:p>
    <w:p w:rsidR="007B35ED" w:rsidRPr="0047409E" w:rsidRDefault="0047409E">
      <w:pPr>
        <w:keepNext/>
        <w:spacing w:before="120" w:after="40"/>
        <w:rPr>
          <w:color w:val="000000" w:themeColor="text1"/>
        </w:rPr>
      </w:pPr>
      <w:r w:rsidRPr="0047409E">
        <w:rPr>
          <w:b/>
          <w:color w:val="000000" w:themeColor="text1"/>
        </w:rPr>
        <w:t>8. Veli görüşm</w:t>
      </w:r>
      <w:r w:rsidRPr="0047409E">
        <w:rPr>
          <w:b/>
          <w:color w:val="000000" w:themeColor="text1"/>
        </w:rPr>
        <w:t>elerinin Okul Randevu Sistemi üzerinden planlanması</w:t>
      </w:r>
    </w:p>
    <w:p w:rsidR="007B35ED" w:rsidRPr="0047409E" w:rsidRDefault="0047409E">
      <w:pPr>
        <w:spacing w:after="100"/>
        <w:ind w:firstLine="567"/>
        <w:jc w:val="both"/>
        <w:rPr>
          <w:color w:val="000000" w:themeColor="text1"/>
        </w:rPr>
      </w:pPr>
      <w:r w:rsidRPr="0047409E">
        <w:rPr>
          <w:color w:val="000000" w:themeColor="text1"/>
        </w:rPr>
        <w:t>Şube Rehber Öğretmeni …………………, veli görüşmelerinin tümüyle Okul Randevu Sistemi aracılığıyla düzenlendiğini; önceden randevu alınmadan yapılan ziyaretlere ve öğrencinin velisi veya vasisi dışındaki kişile</w:t>
      </w:r>
      <w:r w:rsidRPr="0047409E">
        <w:rPr>
          <w:color w:val="000000" w:themeColor="text1"/>
        </w:rPr>
        <w:t>rin okula girişine izin verilmediğini anlattı (2026/70 sayılı Genelge, md. 30). Bu düzenlemenin hem öğretmenlerin mesleki haklarını koruduğunu hem de eğitim ortamının güvenliğini sürdürmeyi amaçladığını dile getirdi.</w:t>
      </w:r>
    </w:p>
    <w:p w:rsidR="007B35ED" w:rsidRPr="0047409E" w:rsidRDefault="0047409E">
      <w:pPr>
        <w:spacing w:after="100"/>
        <w:ind w:firstLine="567"/>
        <w:jc w:val="both"/>
        <w:rPr>
          <w:color w:val="000000" w:themeColor="text1"/>
        </w:rPr>
      </w:pPr>
      <w:r w:rsidRPr="0047409E">
        <w:rPr>
          <w:color w:val="000000" w:themeColor="text1"/>
        </w:rPr>
        <w:t>Randevunun alınması için okulrandevu.me</w:t>
      </w:r>
      <w:r w:rsidRPr="0047409E">
        <w:rPr>
          <w:color w:val="000000" w:themeColor="text1"/>
        </w:rPr>
        <w:t>b.gov.tr adresine e-Devlet ile giriş yapıldığını, ardından "Yeni Randevu" bölümünden görüşülecek kişinin ve uygun gün ile saatin seçildiğini, talebin okul yönetiminin onayıyla kesinleştiğini açıkladı. Aynı işleme okulun resmî internet sayfasındaki bağlantı</w:t>
      </w:r>
      <w:r w:rsidRPr="0047409E">
        <w:rPr>
          <w:color w:val="000000" w:themeColor="text1"/>
        </w:rPr>
        <w:t>dan da erişilebildiğini, görüşme gün ve saatlerinin her okulca ayrıca belirlendiğini sözlerine ekledi.</w:t>
      </w:r>
    </w:p>
    <w:p w:rsidR="007B35ED" w:rsidRPr="0047409E" w:rsidRDefault="0047409E">
      <w:pPr>
        <w:keepNext/>
        <w:spacing w:before="120" w:after="40"/>
        <w:rPr>
          <w:color w:val="000000" w:themeColor="text1"/>
        </w:rPr>
      </w:pPr>
      <w:r w:rsidRPr="0047409E">
        <w:rPr>
          <w:b/>
          <w:color w:val="000000" w:themeColor="text1"/>
        </w:rPr>
        <w:t>9. Evde çalışma düzeni, ders tekrarı ve okuma alışkanlığı</w:t>
      </w:r>
    </w:p>
    <w:p w:rsidR="007B35ED" w:rsidRPr="0047409E" w:rsidRDefault="0047409E">
      <w:pPr>
        <w:spacing w:after="100"/>
        <w:ind w:firstLine="567"/>
        <w:jc w:val="both"/>
        <w:rPr>
          <w:color w:val="000000" w:themeColor="text1"/>
        </w:rPr>
      </w:pPr>
      <w:r w:rsidRPr="0047409E">
        <w:rPr>
          <w:color w:val="000000" w:themeColor="text1"/>
        </w:rPr>
        <w:t>Şube Rehber Öğretmeni …………………, öğrencinin evde kendine ait, sakin bir çalışma köşesi oluşturmas</w:t>
      </w:r>
      <w:r w:rsidRPr="0047409E">
        <w:rPr>
          <w:color w:val="000000" w:themeColor="text1"/>
        </w:rPr>
        <w:t>ının ve çalışma saatini kendisinin planlamasının bu yaşta önem kazandığını belirtti. Her gün kısa süreli tekrarın öğrenilenleri kalıcı kıldığını, düzenli okumanın anlama ve ifade becerisini güçlendirdiğini; velinin bu alışkanlıkları dayatmadan, örnek olara</w:t>
      </w:r>
      <w:r w:rsidRPr="0047409E">
        <w:rPr>
          <w:color w:val="000000" w:themeColor="text1"/>
        </w:rPr>
        <w:t>k ve belli bir ölçüde gözeterek desteklemesinin daha etkili olduğunu ifade etti.</w:t>
      </w:r>
    </w:p>
    <w:p w:rsidR="007B35ED" w:rsidRPr="0047409E" w:rsidRDefault="0047409E">
      <w:pPr>
        <w:keepNext/>
        <w:spacing w:before="120" w:after="40"/>
        <w:rPr>
          <w:color w:val="000000" w:themeColor="text1"/>
        </w:rPr>
      </w:pPr>
      <w:r w:rsidRPr="0047409E">
        <w:rPr>
          <w:b/>
          <w:color w:val="000000" w:themeColor="text1"/>
        </w:rPr>
        <w:t>10. Ekran süresi ve sınıfta cep telefonu bulundurulmaması</w:t>
      </w:r>
    </w:p>
    <w:p w:rsidR="007B35ED" w:rsidRPr="0047409E" w:rsidRDefault="0047409E">
      <w:pPr>
        <w:spacing w:after="100"/>
        <w:ind w:firstLine="567"/>
        <w:jc w:val="both"/>
        <w:rPr>
          <w:color w:val="000000" w:themeColor="text1"/>
        </w:rPr>
      </w:pPr>
      <w:r w:rsidRPr="0047409E">
        <w:rPr>
          <w:color w:val="000000" w:themeColor="text1"/>
        </w:rPr>
        <w:t>Şube Rehber Öğretmeni …………………, öğrencinin ekran karşısında geçirdiği sürenin dengeli tutulmasının sağlıklı gelişim iç</w:t>
      </w:r>
      <w:r w:rsidRPr="0047409E">
        <w:rPr>
          <w:color w:val="000000" w:themeColor="text1"/>
        </w:rPr>
        <w:t>in gerekli olduğunu anlattı. Öğrencilerin telefonlarını okula getirmediğini, gerekli durumlarda cihazın okul yönetimine bırakıldığını, ders ortamında telefon taşınmadığını; ödevlerin ve duyuruların yalnızca Bakanlığın belirlediği ortamlar aracılığıyla ilet</w:t>
      </w:r>
      <w:r w:rsidRPr="0047409E">
        <w:rPr>
          <w:color w:val="000000" w:themeColor="text1"/>
        </w:rPr>
        <w:t>ildiğini belirtti (2026/70 sayılı Genelge, md. 37).</w:t>
      </w:r>
    </w:p>
    <w:p w:rsidR="007B35ED" w:rsidRPr="0047409E" w:rsidRDefault="0047409E">
      <w:pPr>
        <w:keepNext/>
        <w:spacing w:before="120" w:after="40"/>
        <w:rPr>
          <w:color w:val="000000" w:themeColor="text1"/>
        </w:rPr>
      </w:pPr>
      <w:r w:rsidRPr="0047409E">
        <w:rPr>
          <w:b/>
          <w:color w:val="000000" w:themeColor="text1"/>
        </w:rPr>
        <w:t>11. Ölçme ve değerlendirme ile gelişim raporlarının paylaşılması</w:t>
      </w:r>
    </w:p>
    <w:p w:rsidR="007B35ED" w:rsidRPr="0047409E" w:rsidRDefault="0047409E">
      <w:pPr>
        <w:spacing w:after="100"/>
        <w:ind w:firstLine="567"/>
        <w:jc w:val="both"/>
        <w:rPr>
          <w:color w:val="000000" w:themeColor="text1"/>
        </w:rPr>
      </w:pPr>
      <w:r w:rsidRPr="0047409E">
        <w:rPr>
          <w:color w:val="000000" w:themeColor="text1"/>
        </w:rPr>
        <w:t>Şube Rehber Öğretmeni …………………, 5, 6 ve 7. sınıf düzeylerinde e-Okul üzerinden gelişim raporlarının hazırlandığını ve bu raporların velilerl</w:t>
      </w:r>
      <w:r w:rsidRPr="0047409E">
        <w:rPr>
          <w:color w:val="000000" w:themeColor="text1"/>
        </w:rPr>
        <w:t>e paylaşıldığını söyledi (2026/70 sayılı Genelge, md. 20). Bunun yanında Bakanlık dışında düzenlenen ölçme ve sınav uygulamalarına yer verilmediğini, değerlendirmenin öğrencinin ilerlemesini izlemek amacıyla yapıldığını vurguladı (2026/70 sayılı Genelge, m</w:t>
      </w:r>
      <w:r w:rsidRPr="0047409E">
        <w:rPr>
          <w:color w:val="000000" w:themeColor="text1"/>
        </w:rPr>
        <w:t>d. 21).</w:t>
      </w:r>
    </w:p>
    <w:p w:rsidR="007B35ED" w:rsidRPr="0047409E" w:rsidRDefault="0047409E">
      <w:pPr>
        <w:keepNext/>
        <w:spacing w:before="120" w:after="40"/>
        <w:rPr>
          <w:color w:val="000000" w:themeColor="text1"/>
        </w:rPr>
      </w:pPr>
      <w:r w:rsidRPr="0047409E">
        <w:rPr>
          <w:b/>
          <w:color w:val="000000" w:themeColor="text1"/>
        </w:rPr>
        <w:lastRenderedPageBreak/>
        <w:t>12. Bakanlığın dijital platformlarının tanıtılması</w:t>
      </w:r>
    </w:p>
    <w:p w:rsidR="007B35ED" w:rsidRPr="0047409E" w:rsidRDefault="0047409E">
      <w:pPr>
        <w:spacing w:after="100"/>
        <w:ind w:firstLine="567"/>
        <w:jc w:val="both"/>
        <w:rPr>
          <w:color w:val="000000" w:themeColor="text1"/>
        </w:rPr>
      </w:pPr>
      <w:r w:rsidRPr="0047409E">
        <w:rPr>
          <w:color w:val="000000" w:themeColor="text1"/>
        </w:rPr>
        <w:t>Şube Rehber Öğretmeni …………………, Bakanlığın sunduğu dijital öğrenme ortamlarını tanıttı. OGM Materyal, MEBİ Bireysel Öğrenme Platformu, Velivizyon ve Yeni EBA gibi araçların öğrenmeyi güvenli biçimde</w:t>
      </w:r>
      <w:r w:rsidRPr="0047409E">
        <w:rPr>
          <w:color w:val="000000" w:themeColor="text1"/>
        </w:rPr>
        <w:t xml:space="preserve"> desteklediğini, velilerin bu ortamları izlemesinin öğrenciye fayda sağladığını kaydetti (2026/70 sayılı Genelge, md. 8).</w:t>
      </w:r>
    </w:p>
    <w:p w:rsidR="007B35ED" w:rsidRPr="0047409E" w:rsidRDefault="0047409E">
      <w:pPr>
        <w:keepNext/>
        <w:spacing w:before="120" w:after="40"/>
        <w:rPr>
          <w:color w:val="000000" w:themeColor="text1"/>
        </w:rPr>
      </w:pPr>
      <w:r w:rsidRPr="0047409E">
        <w:rPr>
          <w:b/>
          <w:color w:val="000000" w:themeColor="text1"/>
        </w:rPr>
        <w:t>13. Seçmeli dersler, kulüpler ve sosyal etkinlikler</w:t>
      </w:r>
    </w:p>
    <w:p w:rsidR="007B35ED" w:rsidRPr="0047409E" w:rsidRDefault="0047409E">
      <w:pPr>
        <w:spacing w:after="100"/>
        <w:ind w:firstLine="567"/>
        <w:jc w:val="both"/>
        <w:rPr>
          <w:color w:val="000000" w:themeColor="text1"/>
        </w:rPr>
      </w:pPr>
      <w:r w:rsidRPr="0047409E">
        <w:rPr>
          <w:color w:val="000000" w:themeColor="text1"/>
        </w:rPr>
        <w:t>Şube Rehber Öğretmeni …………………, öğrencilerin ilgi alanları ve yetenekleri göz önünd</w:t>
      </w:r>
      <w:r w:rsidRPr="0047409E">
        <w:rPr>
          <w:color w:val="000000" w:themeColor="text1"/>
        </w:rPr>
        <w:t>e bulundurularak seçmeli derslere ve kulüp çalışmalarına yönlendirildiğini anlattı. Bir hobi edinmenin öğrencinin kendini tanımasına katkı sağladığını, sosyal etkinliklere katılmanın ise hem sorumluluk duygusunu hem de akademik gelişimi olumlu yönde besled</w:t>
      </w:r>
      <w:r w:rsidRPr="0047409E">
        <w:rPr>
          <w:color w:val="000000" w:themeColor="text1"/>
        </w:rPr>
        <w:t>iğini belirtti.</w:t>
      </w:r>
    </w:p>
    <w:p w:rsidR="007B35ED" w:rsidRPr="0047409E" w:rsidRDefault="0047409E">
      <w:pPr>
        <w:keepNext/>
        <w:spacing w:before="120" w:after="40"/>
        <w:rPr>
          <w:color w:val="000000" w:themeColor="text1"/>
        </w:rPr>
      </w:pPr>
      <w:r w:rsidRPr="0047409E">
        <w:rPr>
          <w:b/>
          <w:color w:val="000000" w:themeColor="text1"/>
        </w:rPr>
        <w:t>14. Okul aile iş birliği ve iletişim kanalları</w:t>
      </w:r>
    </w:p>
    <w:p w:rsidR="007B35ED" w:rsidRPr="0047409E" w:rsidRDefault="0047409E">
      <w:pPr>
        <w:spacing w:after="100"/>
        <w:ind w:firstLine="567"/>
        <w:jc w:val="both"/>
        <w:rPr>
          <w:color w:val="000000" w:themeColor="text1"/>
        </w:rPr>
      </w:pPr>
      <w:r w:rsidRPr="0047409E">
        <w:rPr>
          <w:color w:val="000000" w:themeColor="text1"/>
        </w:rPr>
        <w:t>Şube Rehber Öğretmeni …………………, okul ile ailenin düzenli ve karşılıklı iletişiminin öğrencinin gelişimini doğrudan etkilediğini vurguladı. Velilerin görüş ve önerilerini Okul Randevu Sistemi ile</w:t>
      </w:r>
      <w:r w:rsidRPr="0047409E">
        <w:rPr>
          <w:color w:val="000000" w:themeColor="text1"/>
        </w:rPr>
        <w:t xml:space="preserve"> okulun resmî iletişim kanalları aracılığıyla iletebileceğini, iletilen her önerinin dikkate alınacağını söyledi. İhtiyaç duyulması hâlinde ev ziyaretlerinin okul rehberlik servisiyle birlikte planlandığını ve önceden veliden randevu alınarak gerçekleştiri</w:t>
      </w:r>
      <w:r w:rsidRPr="0047409E">
        <w:rPr>
          <w:color w:val="000000" w:themeColor="text1"/>
        </w:rPr>
        <w:t>ldiğini, amacın öğrenciyi yaşadığı ortamda tanıyıp aile ile iş birliğini pekiştirmek olduğunu ifade etti.</w:t>
      </w:r>
    </w:p>
    <w:p w:rsidR="007B35ED" w:rsidRPr="0047409E" w:rsidRDefault="0047409E">
      <w:pPr>
        <w:keepNext/>
        <w:spacing w:before="120" w:after="40"/>
        <w:rPr>
          <w:color w:val="000000" w:themeColor="text1"/>
        </w:rPr>
      </w:pPr>
      <w:r w:rsidRPr="0047409E">
        <w:rPr>
          <w:b/>
          <w:color w:val="000000" w:themeColor="text1"/>
        </w:rPr>
        <w:t>15. Dilek, temenniler ve kapanış</w:t>
      </w:r>
    </w:p>
    <w:p w:rsidR="007B35ED" w:rsidRPr="0047409E" w:rsidRDefault="0047409E">
      <w:pPr>
        <w:spacing w:after="100"/>
        <w:ind w:firstLine="567"/>
        <w:jc w:val="both"/>
        <w:rPr>
          <w:color w:val="000000" w:themeColor="text1"/>
        </w:rPr>
      </w:pPr>
      <w:r w:rsidRPr="0047409E">
        <w:rPr>
          <w:color w:val="000000" w:themeColor="text1"/>
        </w:rPr>
        <w:t>Şube Rehber Öğretmeni …………………, görüşülecek maddelerin sonuna gelindiğini belirterek söz alan velilerin dilek ve temen</w:t>
      </w:r>
      <w:r w:rsidRPr="0047409E">
        <w:rPr>
          <w:color w:val="000000" w:themeColor="text1"/>
        </w:rPr>
        <w:t>nilerini dinledi. Toplantıya katılımları ve katkıları için velilere teşekkür etti; sağlıklı ve başarılı bir yıl temennisiyle toplantıyı sonlandırdı.</w:t>
      </w:r>
    </w:p>
    <w:p w:rsidR="007B35ED" w:rsidRPr="0047409E" w:rsidRDefault="0047409E">
      <w:pPr>
        <w:keepNext/>
        <w:pBdr>
          <w:bottom w:val="single" w:sz="8" w:space="2" w:color="B08968"/>
        </w:pBdr>
        <w:spacing w:before="200" w:after="80"/>
        <w:rPr>
          <w:color w:val="000000" w:themeColor="text1"/>
        </w:rPr>
      </w:pPr>
      <w:r w:rsidRPr="0047409E">
        <w:rPr>
          <w:b/>
          <w:color w:val="000000" w:themeColor="text1"/>
          <w:sz w:val="23"/>
        </w:rPr>
        <w:t>ALINAN KARARLAR</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w:t>
      </w:r>
      <w:r w:rsidRPr="0047409E">
        <w:rPr>
          <w:b/>
          <w:color w:val="000000" w:themeColor="text1"/>
        </w:rPr>
        <w:tab/>
      </w:r>
      <w:r w:rsidRPr="0047409E">
        <w:rPr>
          <w:color w:val="000000" w:themeColor="text1"/>
        </w:rPr>
        <w:t xml:space="preserve">Öğrencilerin gelişim dönemine özgü değişimlerine sabırlı ve yargılamayan bir tutumla </w:t>
      </w:r>
      <w:r w:rsidRPr="0047409E">
        <w:rPr>
          <w:color w:val="000000" w:themeColor="text1"/>
        </w:rPr>
        <w:t>yaklaşılmasına, ruh hâlindeki dalgalanmaların olağan karşılanmasına 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2.</w:t>
      </w:r>
      <w:r w:rsidRPr="0047409E">
        <w:rPr>
          <w:b/>
          <w:color w:val="000000" w:themeColor="text1"/>
        </w:rPr>
        <w:tab/>
      </w:r>
      <w:r w:rsidRPr="0047409E">
        <w:rPr>
          <w:color w:val="000000" w:themeColor="text1"/>
        </w:rPr>
        <w:t>Öğrencilerin arkadaş çevresinin baskı kurmadan gözetilmesine, akran ilişkilerinde bir sorun görüldüğünde rehberlik servisiyle birlikte hareket edilmesine 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3</w:t>
      </w:r>
      <w:r w:rsidRPr="0047409E">
        <w:rPr>
          <w:b/>
          <w:color w:val="000000" w:themeColor="text1"/>
        </w:rPr>
        <w:t>.</w:t>
      </w:r>
      <w:r w:rsidRPr="0047409E">
        <w:rPr>
          <w:b/>
          <w:color w:val="000000" w:themeColor="text1"/>
        </w:rPr>
        <w:tab/>
      </w:r>
      <w:r w:rsidRPr="0047409E">
        <w:rPr>
          <w:color w:val="000000" w:themeColor="text1"/>
        </w:rPr>
        <w:t>Kılık kıyafet esaslarına, sınıf düzenine ve okul kurallarına uyumda ev ile okul arasında ortak bir tutum benimsenmesine 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4.</w:t>
      </w:r>
      <w:r w:rsidRPr="0047409E">
        <w:rPr>
          <w:b/>
          <w:color w:val="000000" w:themeColor="text1"/>
        </w:rPr>
        <w:tab/>
      </w:r>
      <w:r w:rsidRPr="0047409E">
        <w:rPr>
          <w:color w:val="000000" w:themeColor="text1"/>
        </w:rPr>
        <w:t>Öğrencinin derslere kesintisiz katılımının gözetilmesine, zorunlu durumların okula vaktinde bildirilmesine karar ver</w:t>
      </w:r>
      <w:r w:rsidRPr="0047409E">
        <w:rPr>
          <w:color w:val="000000" w:themeColor="text1"/>
        </w:rPr>
        <w:t>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5.</w:t>
      </w:r>
      <w:r w:rsidRPr="0047409E">
        <w:rPr>
          <w:b/>
          <w:color w:val="000000" w:themeColor="text1"/>
        </w:rPr>
        <w:tab/>
      </w:r>
      <w:r w:rsidRPr="0047409E">
        <w:rPr>
          <w:color w:val="000000" w:themeColor="text1"/>
        </w:rPr>
        <w:t>Veli görüşmelerinin Okul Randevu Sistemi aracılığıyla planlanmasına ve kontrollü giriş çıkış tedbirlerine özen gösterilmesine 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6.</w:t>
      </w:r>
      <w:r w:rsidRPr="0047409E">
        <w:rPr>
          <w:b/>
          <w:color w:val="000000" w:themeColor="text1"/>
        </w:rPr>
        <w:tab/>
      </w:r>
      <w:r w:rsidRPr="0047409E">
        <w:rPr>
          <w:color w:val="000000" w:themeColor="text1"/>
        </w:rPr>
        <w:t>Öğrencinin evde kendi çalışma düzenini kurmasının dayatmadan desteklenmesine, düzenli okuma alışkanlığı</w:t>
      </w:r>
      <w:r w:rsidRPr="0047409E">
        <w:rPr>
          <w:color w:val="000000" w:themeColor="text1"/>
        </w:rPr>
        <w:t>nın özendirilmesine 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7.</w:t>
      </w:r>
      <w:r w:rsidRPr="0047409E">
        <w:rPr>
          <w:b/>
          <w:color w:val="000000" w:themeColor="text1"/>
        </w:rPr>
        <w:tab/>
      </w:r>
      <w:r w:rsidRPr="0047409E">
        <w:rPr>
          <w:color w:val="000000" w:themeColor="text1"/>
        </w:rPr>
        <w:t>Ekran süresinin dengede tutulmasına ve ders ortamında cep telefonu bulundurulmamasına 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8.</w:t>
      </w:r>
      <w:r w:rsidRPr="0047409E">
        <w:rPr>
          <w:b/>
          <w:color w:val="000000" w:themeColor="text1"/>
        </w:rPr>
        <w:tab/>
      </w:r>
      <w:r w:rsidRPr="0047409E">
        <w:rPr>
          <w:color w:val="000000" w:themeColor="text1"/>
        </w:rPr>
        <w:t xml:space="preserve">Öğrencinin gelişiminin e-Okul raporlarıyla izlenmesine ve değerlendirmenin ilerlemeyi görmeye dönük yürütülmesine </w:t>
      </w:r>
      <w:r w:rsidRPr="0047409E">
        <w:rPr>
          <w:color w:val="000000" w:themeColor="text1"/>
        </w:rPr>
        <w:t>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9.</w:t>
      </w:r>
      <w:r w:rsidRPr="0047409E">
        <w:rPr>
          <w:b/>
          <w:color w:val="000000" w:themeColor="text1"/>
        </w:rPr>
        <w:tab/>
      </w:r>
      <w:r w:rsidRPr="0047409E">
        <w:rPr>
          <w:color w:val="000000" w:themeColor="text1"/>
        </w:rPr>
        <w:t>Bakanlığın dijital öğrenme ortamlarının velilerce izlenerek evde öğrenmenin desteklenmesine karar verildi.</w:t>
      </w:r>
    </w:p>
    <w:p w:rsidR="007B35ED" w:rsidRPr="0047409E" w:rsidRDefault="0047409E">
      <w:pPr>
        <w:tabs>
          <w:tab w:val="left" w:pos="510"/>
        </w:tabs>
        <w:spacing w:after="60" w:line="269" w:lineRule="auto"/>
        <w:ind w:left="510" w:hanging="340"/>
        <w:jc w:val="both"/>
        <w:rPr>
          <w:color w:val="000000" w:themeColor="text1"/>
        </w:rPr>
      </w:pPr>
      <w:r w:rsidRPr="0047409E">
        <w:rPr>
          <w:b/>
          <w:color w:val="000000" w:themeColor="text1"/>
        </w:rPr>
        <w:t>10.</w:t>
      </w:r>
      <w:r w:rsidRPr="0047409E">
        <w:rPr>
          <w:b/>
          <w:color w:val="000000" w:themeColor="text1"/>
        </w:rPr>
        <w:tab/>
      </w:r>
      <w:r w:rsidRPr="0047409E">
        <w:rPr>
          <w:color w:val="000000" w:themeColor="text1"/>
        </w:rPr>
        <w:t>Öğrencilerin ilgi ve yeteneklerine uygun seçmeli ders ve kulüplere yönlendirilmesine, okul aile iş birliğinin resmî kanallardan</w:t>
      </w:r>
      <w:r w:rsidRPr="0047409E">
        <w:rPr>
          <w:color w:val="000000" w:themeColor="text1"/>
        </w:rPr>
        <w:t xml:space="preserve"> sürdürülmesine karar verildi.</w:t>
      </w:r>
    </w:p>
    <w:p w:rsidR="007B35ED" w:rsidRPr="0047409E" w:rsidRDefault="007B35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47409E" w:rsidRPr="0047409E">
        <w:trPr>
          <w:cantSplit/>
          <w:jc w:val="center"/>
        </w:trPr>
        <w:tc>
          <w:tcPr>
            <w:tcW w:w="4876" w:type="dxa"/>
          </w:tcPr>
          <w:p w:rsidR="007B35ED" w:rsidRPr="0047409E" w:rsidRDefault="0047409E">
            <w:pPr>
              <w:jc w:val="center"/>
              <w:rPr>
                <w:color w:val="000000" w:themeColor="text1"/>
              </w:rPr>
            </w:pPr>
            <w:r w:rsidRPr="0047409E">
              <w:rPr>
                <w:b/>
                <w:color w:val="000000" w:themeColor="text1"/>
                <w:sz w:val="21"/>
              </w:rPr>
              <w:br/>
              <w:t>…………………</w:t>
            </w:r>
            <w:r w:rsidRPr="0047409E">
              <w:rPr>
                <w:b/>
                <w:color w:val="000000" w:themeColor="text1"/>
                <w:sz w:val="21"/>
              </w:rPr>
              <w:br/>
            </w:r>
            <w:r w:rsidRPr="0047409E">
              <w:rPr>
                <w:b/>
                <w:color w:val="000000" w:themeColor="text1"/>
                <w:sz w:val="20"/>
              </w:rPr>
              <w:t>Şube Rehber Öğretmeni</w:t>
            </w:r>
          </w:p>
        </w:tc>
        <w:tc>
          <w:tcPr>
            <w:tcW w:w="4876" w:type="dxa"/>
          </w:tcPr>
          <w:p w:rsidR="007B35ED" w:rsidRPr="0047409E" w:rsidRDefault="0047409E">
            <w:pPr>
              <w:jc w:val="center"/>
              <w:rPr>
                <w:color w:val="000000" w:themeColor="text1"/>
              </w:rPr>
            </w:pPr>
            <w:r w:rsidRPr="0047409E">
              <w:rPr>
                <w:b/>
                <w:color w:val="000000" w:themeColor="text1"/>
                <w:sz w:val="21"/>
              </w:rPr>
              <w:t xml:space="preserve">UYGUNDUR  </w:t>
            </w:r>
            <w:r w:rsidRPr="0047409E">
              <w:rPr>
                <w:color w:val="000000" w:themeColor="text1"/>
                <w:sz w:val="21"/>
              </w:rPr>
              <w:t>…… / …… / 20……</w:t>
            </w:r>
            <w:r w:rsidRPr="0047409E">
              <w:rPr>
                <w:color w:val="000000" w:themeColor="text1"/>
                <w:sz w:val="21"/>
              </w:rPr>
              <w:br/>
            </w:r>
            <w:r w:rsidRPr="0047409E">
              <w:rPr>
                <w:b/>
                <w:color w:val="000000" w:themeColor="text1"/>
                <w:sz w:val="21"/>
              </w:rPr>
              <w:t>…………………</w:t>
            </w:r>
            <w:r w:rsidRPr="0047409E">
              <w:rPr>
                <w:b/>
                <w:color w:val="000000" w:themeColor="text1"/>
                <w:sz w:val="21"/>
              </w:rPr>
              <w:br/>
            </w:r>
            <w:r w:rsidRPr="0047409E">
              <w:rPr>
                <w:b/>
                <w:color w:val="000000" w:themeColor="text1"/>
                <w:sz w:val="20"/>
              </w:rPr>
              <w:t>Okul Müdürü</w:t>
            </w:r>
          </w:p>
        </w:tc>
      </w:tr>
    </w:tbl>
    <w:p w:rsidR="007B35ED" w:rsidRPr="0047409E" w:rsidRDefault="0047409E">
      <w:pPr>
        <w:spacing w:after="0"/>
        <w:rPr>
          <w:color w:val="000000" w:themeColor="text1"/>
        </w:rPr>
      </w:pPr>
      <w:r w:rsidRPr="0047409E">
        <w:rPr>
          <w:color w:val="000000" w:themeColor="text1"/>
        </w:rPr>
        <w:lastRenderedPageBreak/>
        <w:br w:type="page"/>
      </w:r>
    </w:p>
    <w:tbl>
      <w:tblPr>
        <w:tblStyle w:val="DzTablo1"/>
        <w:tblW w:w="0" w:type="auto"/>
        <w:tblLook w:val="04A0" w:firstRow="1" w:lastRow="0" w:firstColumn="1" w:lastColumn="0" w:noHBand="0" w:noVBand="1"/>
      </w:tblPr>
      <w:tblGrid>
        <w:gridCol w:w="9752"/>
      </w:tblGrid>
      <w:tr w:rsidR="0047409E" w:rsidRPr="0047409E" w:rsidTr="004740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7B35ED" w:rsidRPr="0047409E" w:rsidRDefault="0047409E">
            <w:pPr>
              <w:spacing w:before="100" w:after="20"/>
              <w:jc w:val="center"/>
              <w:rPr>
                <w:color w:val="000000" w:themeColor="text1"/>
              </w:rPr>
            </w:pPr>
            <w:r w:rsidRPr="0047409E">
              <w:rPr>
                <w:b w:val="0"/>
                <w:color w:val="000000" w:themeColor="text1"/>
                <w:sz w:val="21"/>
              </w:rPr>
              <w:lastRenderedPageBreak/>
              <w:t>2026-2027 EĞİTİM-ÖĞRETİM YILI</w:t>
            </w:r>
          </w:p>
          <w:p w:rsidR="007B35ED" w:rsidRPr="0047409E" w:rsidRDefault="0047409E">
            <w:pPr>
              <w:spacing w:after="20"/>
              <w:jc w:val="center"/>
              <w:rPr>
                <w:color w:val="000000" w:themeColor="text1"/>
              </w:rPr>
            </w:pPr>
            <w:r w:rsidRPr="0047409E">
              <w:rPr>
                <w:color w:val="000000" w:themeColor="text1"/>
                <w:sz w:val="26"/>
              </w:rPr>
              <w:t>…………………</w:t>
            </w:r>
          </w:p>
          <w:p w:rsidR="007B35ED" w:rsidRPr="0047409E" w:rsidRDefault="0047409E">
            <w:pPr>
              <w:spacing w:after="20"/>
              <w:jc w:val="center"/>
              <w:rPr>
                <w:color w:val="000000" w:themeColor="text1"/>
              </w:rPr>
            </w:pPr>
            <w:r w:rsidRPr="0047409E">
              <w:rPr>
                <w:color w:val="000000" w:themeColor="text1"/>
                <w:sz w:val="30"/>
              </w:rPr>
              <w:t>6/… SINIFI</w:t>
            </w:r>
          </w:p>
          <w:p w:rsidR="007B35ED" w:rsidRPr="0047409E" w:rsidRDefault="0047409E">
            <w:pPr>
              <w:spacing w:after="100"/>
              <w:jc w:val="center"/>
              <w:rPr>
                <w:color w:val="000000" w:themeColor="text1"/>
              </w:rPr>
            </w:pPr>
            <w:r w:rsidRPr="0047409E">
              <w:rPr>
                <w:color w:val="000000" w:themeColor="text1"/>
                <w:sz w:val="24"/>
              </w:rPr>
              <w:t>VELİ TOPLANTISI İMZA LİSTESİ</w:t>
            </w:r>
          </w:p>
        </w:tc>
      </w:tr>
    </w:tbl>
    <w:p w:rsidR="007B35ED" w:rsidRPr="0047409E" w:rsidRDefault="007B35ED">
      <w:pPr>
        <w:spacing w:after="0"/>
        <w:rPr>
          <w:color w:val="000000" w:themeColor="text1"/>
        </w:rPr>
      </w:pPr>
    </w:p>
    <w:tbl>
      <w:tblPr>
        <w:tblStyle w:val="DzTablo1"/>
        <w:tblW w:w="0" w:type="auto"/>
        <w:tblLook w:val="04A0" w:firstRow="1" w:lastRow="0" w:firstColumn="1" w:lastColumn="0" w:noHBand="0" w:noVBand="1"/>
      </w:tblPr>
      <w:tblGrid>
        <w:gridCol w:w="737"/>
        <w:gridCol w:w="2608"/>
        <w:gridCol w:w="2608"/>
        <w:gridCol w:w="1928"/>
        <w:gridCol w:w="1871"/>
      </w:tblGrid>
      <w:tr w:rsidR="0047409E" w:rsidRPr="0047409E" w:rsidTr="004740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jc w:val="center"/>
              <w:rPr>
                <w:color w:val="000000" w:themeColor="text1"/>
              </w:rPr>
            </w:pPr>
            <w:r w:rsidRPr="0047409E">
              <w:rPr>
                <w:color w:val="000000" w:themeColor="text1"/>
                <w:sz w:val="19"/>
              </w:rPr>
              <w:t>No</w:t>
            </w:r>
          </w:p>
        </w:tc>
        <w:tc>
          <w:tcPr>
            <w:tcW w:w="2608" w:type="dxa"/>
          </w:tcPr>
          <w:p w:rsidR="007B35ED" w:rsidRPr="0047409E" w:rsidRDefault="0047409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7409E">
              <w:rPr>
                <w:color w:val="000000" w:themeColor="text1"/>
                <w:sz w:val="19"/>
              </w:rPr>
              <w:t>Öğrenci Adı</w:t>
            </w:r>
          </w:p>
        </w:tc>
        <w:tc>
          <w:tcPr>
            <w:tcW w:w="2608" w:type="dxa"/>
          </w:tcPr>
          <w:p w:rsidR="007B35ED" w:rsidRPr="0047409E" w:rsidRDefault="0047409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7409E">
              <w:rPr>
                <w:color w:val="000000" w:themeColor="text1"/>
                <w:sz w:val="19"/>
              </w:rPr>
              <w:t>Veli Adı Soyadı</w:t>
            </w:r>
          </w:p>
        </w:tc>
        <w:tc>
          <w:tcPr>
            <w:tcW w:w="1928" w:type="dxa"/>
          </w:tcPr>
          <w:p w:rsidR="007B35ED" w:rsidRPr="0047409E" w:rsidRDefault="0047409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7409E">
              <w:rPr>
                <w:color w:val="000000" w:themeColor="text1"/>
                <w:sz w:val="19"/>
              </w:rPr>
              <w:t>Yakınlık Durumu</w:t>
            </w:r>
          </w:p>
        </w:tc>
        <w:tc>
          <w:tcPr>
            <w:tcW w:w="1871" w:type="dxa"/>
          </w:tcPr>
          <w:p w:rsidR="007B35ED" w:rsidRPr="0047409E" w:rsidRDefault="0047409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7409E">
              <w:rPr>
                <w:color w:val="000000" w:themeColor="text1"/>
                <w:sz w:val="19"/>
              </w:rPr>
              <w:t>İmza</w:t>
            </w: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3</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4</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5</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6</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7</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8</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9</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10</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11</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12</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13</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14</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15</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16</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17</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18</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19</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20</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21</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22</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23</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24</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25</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26</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27</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28</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47409E" w:rsidRPr="0047409E" w:rsidTr="00474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29</w:t>
            </w: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47409E" w:rsidRPr="0047409E" w:rsidTr="0047409E">
        <w:tc>
          <w:tcPr>
            <w:cnfStyle w:val="001000000000" w:firstRow="0" w:lastRow="0" w:firstColumn="1" w:lastColumn="0" w:oddVBand="0" w:evenVBand="0" w:oddHBand="0" w:evenHBand="0" w:firstRowFirstColumn="0" w:firstRowLastColumn="0" w:lastRowFirstColumn="0" w:lastRowLastColumn="0"/>
            <w:tcW w:w="737" w:type="dxa"/>
          </w:tcPr>
          <w:p w:rsidR="007B35ED" w:rsidRPr="0047409E" w:rsidRDefault="0047409E">
            <w:pPr>
              <w:spacing w:after="20"/>
              <w:jc w:val="center"/>
              <w:rPr>
                <w:color w:val="000000" w:themeColor="text1"/>
              </w:rPr>
            </w:pPr>
            <w:r w:rsidRPr="0047409E">
              <w:rPr>
                <w:b w:val="0"/>
                <w:color w:val="000000" w:themeColor="text1"/>
                <w:sz w:val="19"/>
              </w:rPr>
              <w:t>30</w:t>
            </w: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7B35ED" w:rsidRPr="0047409E" w:rsidRDefault="007B35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bl>
    <w:p w:rsidR="007B35ED" w:rsidRPr="0047409E" w:rsidRDefault="007B35ED">
      <w:pPr>
        <w:spacing w:after="0"/>
        <w:rPr>
          <w:color w:val="000000" w:themeColor="text1"/>
        </w:rPr>
      </w:pPr>
    </w:p>
    <w:p w:rsidR="007B35ED" w:rsidRPr="0047409E" w:rsidRDefault="0047409E">
      <w:pPr>
        <w:spacing w:after="0"/>
        <w:rPr>
          <w:color w:val="000000" w:themeColor="text1"/>
        </w:rPr>
      </w:pPr>
      <w:r w:rsidRPr="0047409E">
        <w:rPr>
          <w:color w:val="000000" w:themeColor="text1"/>
        </w:rPr>
        <w:br w:type="page"/>
      </w:r>
    </w:p>
    <w:tbl>
      <w:tblPr>
        <w:tblStyle w:val="DzTablo1"/>
        <w:tblW w:w="0" w:type="auto"/>
        <w:tblLook w:val="04A0" w:firstRow="1" w:lastRow="0" w:firstColumn="1" w:lastColumn="0" w:noHBand="0" w:noVBand="1"/>
      </w:tblPr>
      <w:tblGrid>
        <w:gridCol w:w="9752"/>
      </w:tblGrid>
      <w:tr w:rsidR="0047409E" w:rsidRPr="0047409E" w:rsidTr="004740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7B35ED" w:rsidRPr="0047409E" w:rsidRDefault="0047409E">
            <w:pPr>
              <w:spacing w:before="120" w:after="120"/>
              <w:jc w:val="center"/>
              <w:rPr>
                <w:color w:val="000000" w:themeColor="text1"/>
              </w:rPr>
            </w:pPr>
            <w:r w:rsidRPr="0047409E">
              <w:rPr>
                <w:color w:val="000000" w:themeColor="text1"/>
                <w:sz w:val="24"/>
              </w:rPr>
              <w:lastRenderedPageBreak/>
              <w:t>VELİ TOPLANTISI DAVE</w:t>
            </w:r>
            <w:bookmarkStart w:id="0" w:name="_GoBack"/>
            <w:bookmarkEnd w:id="0"/>
            <w:r w:rsidRPr="0047409E">
              <w:rPr>
                <w:color w:val="000000" w:themeColor="text1"/>
                <w:sz w:val="24"/>
              </w:rPr>
              <w:t>T PUSULALARI</w:t>
            </w:r>
          </w:p>
        </w:tc>
      </w:tr>
    </w:tbl>
    <w:p w:rsidR="007B35ED" w:rsidRPr="0047409E" w:rsidRDefault="007B35ED">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7B35ED" w:rsidRPr="0047409E">
        <w:trPr>
          <w:cantSplit/>
          <w:jc w:val="center"/>
        </w:trPr>
        <w:tc>
          <w:tcPr>
            <w:tcW w:w="9752" w:type="dxa"/>
          </w:tcPr>
          <w:p w:rsidR="007B35ED" w:rsidRPr="0047409E" w:rsidRDefault="0047409E">
            <w:pPr>
              <w:rPr>
                <w:color w:val="000000" w:themeColor="text1"/>
              </w:rPr>
            </w:pPr>
            <w:r w:rsidRPr="0047409E">
              <w:rPr>
                <w:b/>
                <w:color w:val="000000" w:themeColor="text1"/>
              </w:rPr>
              <w:t>Sayın Velimiz,</w:t>
            </w:r>
          </w:p>
          <w:p w:rsidR="007B35ED" w:rsidRPr="0047409E" w:rsidRDefault="0047409E">
            <w:pPr>
              <w:jc w:val="both"/>
              <w:rPr>
                <w:color w:val="000000" w:themeColor="text1"/>
              </w:rPr>
            </w:pPr>
            <w:r w:rsidRPr="0047409E">
              <w:rPr>
                <w:color w:val="000000" w:themeColor="text1"/>
                <w:sz w:val="21"/>
              </w:rPr>
              <w:t>2026-2027 Eğitim Öğretim Yılı I. Dönem 6. Sınıf veli toplantımız …… / …… / 20…… tarihinde saat ……… itibarıyla yapılacaktır. Çocuğumuzun eğitimi için önemli olan bu toplantıya katılımınızı önemle rica ederiz.</w:t>
            </w:r>
          </w:p>
          <w:p w:rsidR="007B35ED" w:rsidRPr="0047409E" w:rsidRDefault="0047409E">
            <w:pPr>
              <w:jc w:val="right"/>
              <w:rPr>
                <w:color w:val="000000" w:themeColor="text1"/>
              </w:rPr>
            </w:pPr>
            <w:r w:rsidRPr="0047409E">
              <w:rPr>
                <w:b/>
                <w:color w:val="000000" w:themeColor="text1"/>
                <w:sz w:val="21"/>
              </w:rPr>
              <w:t>…………………</w:t>
            </w:r>
            <w:r w:rsidRPr="0047409E">
              <w:rPr>
                <w:b/>
                <w:color w:val="000000" w:themeColor="text1"/>
                <w:sz w:val="21"/>
              </w:rPr>
              <w:br/>
            </w:r>
            <w:r w:rsidRPr="0047409E">
              <w:rPr>
                <w:b/>
                <w:color w:val="000000" w:themeColor="text1"/>
                <w:sz w:val="20"/>
              </w:rPr>
              <w:t>Şube Rehber Öğretmeni</w:t>
            </w:r>
          </w:p>
        </w:tc>
      </w:tr>
    </w:tbl>
    <w:p w:rsidR="007B35ED" w:rsidRPr="0047409E" w:rsidRDefault="007B35ED">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7B35ED" w:rsidRPr="0047409E">
        <w:trPr>
          <w:cantSplit/>
          <w:jc w:val="center"/>
        </w:trPr>
        <w:tc>
          <w:tcPr>
            <w:tcW w:w="9752" w:type="dxa"/>
          </w:tcPr>
          <w:p w:rsidR="007B35ED" w:rsidRPr="0047409E" w:rsidRDefault="0047409E">
            <w:pPr>
              <w:rPr>
                <w:color w:val="000000" w:themeColor="text1"/>
              </w:rPr>
            </w:pPr>
            <w:r w:rsidRPr="0047409E">
              <w:rPr>
                <w:b/>
                <w:color w:val="000000" w:themeColor="text1"/>
              </w:rPr>
              <w:t>Sayın Velimiz,</w:t>
            </w:r>
          </w:p>
          <w:p w:rsidR="007B35ED" w:rsidRPr="0047409E" w:rsidRDefault="0047409E">
            <w:pPr>
              <w:jc w:val="both"/>
              <w:rPr>
                <w:color w:val="000000" w:themeColor="text1"/>
              </w:rPr>
            </w:pPr>
            <w:r w:rsidRPr="0047409E">
              <w:rPr>
                <w:color w:val="000000" w:themeColor="text1"/>
                <w:sz w:val="21"/>
              </w:rPr>
              <w:t>2026-2027 Eğitim Öğretim Yılı I. Dönem 6. Sınıf veli toplantımız …… / …… / 20…… tarihinde saat ……… itibarıyla yapılacaktır. Çocuğumuzun eğitimi için önemli olan bu toplantıya katılımınızı önemle rica ederiz.</w:t>
            </w:r>
          </w:p>
          <w:p w:rsidR="007B35ED" w:rsidRPr="0047409E" w:rsidRDefault="0047409E">
            <w:pPr>
              <w:jc w:val="right"/>
              <w:rPr>
                <w:color w:val="000000" w:themeColor="text1"/>
              </w:rPr>
            </w:pPr>
            <w:r w:rsidRPr="0047409E">
              <w:rPr>
                <w:b/>
                <w:color w:val="000000" w:themeColor="text1"/>
                <w:sz w:val="21"/>
              </w:rPr>
              <w:t>…………………</w:t>
            </w:r>
            <w:r w:rsidRPr="0047409E">
              <w:rPr>
                <w:b/>
                <w:color w:val="000000" w:themeColor="text1"/>
                <w:sz w:val="21"/>
              </w:rPr>
              <w:br/>
            </w:r>
            <w:r w:rsidRPr="0047409E">
              <w:rPr>
                <w:b/>
                <w:color w:val="000000" w:themeColor="text1"/>
                <w:sz w:val="20"/>
              </w:rPr>
              <w:t>Şube Rehber Öğretmeni</w:t>
            </w:r>
          </w:p>
        </w:tc>
      </w:tr>
    </w:tbl>
    <w:p w:rsidR="007B35ED" w:rsidRPr="0047409E" w:rsidRDefault="007B35ED">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7B35ED" w:rsidRPr="0047409E">
        <w:trPr>
          <w:cantSplit/>
          <w:jc w:val="center"/>
        </w:trPr>
        <w:tc>
          <w:tcPr>
            <w:tcW w:w="9752" w:type="dxa"/>
          </w:tcPr>
          <w:p w:rsidR="007B35ED" w:rsidRPr="0047409E" w:rsidRDefault="0047409E">
            <w:pPr>
              <w:rPr>
                <w:color w:val="000000" w:themeColor="text1"/>
              </w:rPr>
            </w:pPr>
            <w:r w:rsidRPr="0047409E">
              <w:rPr>
                <w:b/>
                <w:color w:val="000000" w:themeColor="text1"/>
              </w:rPr>
              <w:t>S</w:t>
            </w:r>
            <w:r w:rsidRPr="0047409E">
              <w:rPr>
                <w:b/>
                <w:color w:val="000000" w:themeColor="text1"/>
              </w:rPr>
              <w:t>ayın Velimiz,</w:t>
            </w:r>
          </w:p>
          <w:p w:rsidR="007B35ED" w:rsidRPr="0047409E" w:rsidRDefault="0047409E">
            <w:pPr>
              <w:jc w:val="both"/>
              <w:rPr>
                <w:color w:val="000000" w:themeColor="text1"/>
              </w:rPr>
            </w:pPr>
            <w:r w:rsidRPr="0047409E">
              <w:rPr>
                <w:color w:val="000000" w:themeColor="text1"/>
                <w:sz w:val="21"/>
              </w:rPr>
              <w:t>2026-2027 Eğitim Öğretim Yılı I. Dönem 6. Sınıf veli toplantımız …… / …… / 20…… tarihinde saat ……… itibarıyla yapılacaktır. Çocuğumuzun eğitimi için önemli olan bu toplantıya katılımınızı önemle rica ederiz.</w:t>
            </w:r>
          </w:p>
          <w:p w:rsidR="007B35ED" w:rsidRPr="0047409E" w:rsidRDefault="0047409E">
            <w:pPr>
              <w:jc w:val="right"/>
              <w:rPr>
                <w:color w:val="000000" w:themeColor="text1"/>
              </w:rPr>
            </w:pPr>
            <w:r w:rsidRPr="0047409E">
              <w:rPr>
                <w:b/>
                <w:color w:val="000000" w:themeColor="text1"/>
                <w:sz w:val="21"/>
              </w:rPr>
              <w:t>…………………</w:t>
            </w:r>
            <w:r w:rsidRPr="0047409E">
              <w:rPr>
                <w:b/>
                <w:color w:val="000000" w:themeColor="text1"/>
                <w:sz w:val="21"/>
              </w:rPr>
              <w:br/>
            </w:r>
            <w:r w:rsidRPr="0047409E">
              <w:rPr>
                <w:b/>
                <w:color w:val="000000" w:themeColor="text1"/>
                <w:sz w:val="20"/>
              </w:rPr>
              <w:t>Şube Rehber Öğretmeni</w:t>
            </w:r>
          </w:p>
        </w:tc>
      </w:tr>
    </w:tbl>
    <w:p w:rsidR="007B35ED" w:rsidRPr="0047409E" w:rsidRDefault="007B35ED">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7B35ED" w:rsidRPr="0047409E">
        <w:trPr>
          <w:cantSplit/>
          <w:jc w:val="center"/>
        </w:trPr>
        <w:tc>
          <w:tcPr>
            <w:tcW w:w="9752" w:type="dxa"/>
          </w:tcPr>
          <w:p w:rsidR="007B35ED" w:rsidRPr="0047409E" w:rsidRDefault="0047409E">
            <w:pPr>
              <w:rPr>
                <w:color w:val="000000" w:themeColor="text1"/>
              </w:rPr>
            </w:pPr>
            <w:r w:rsidRPr="0047409E">
              <w:rPr>
                <w:b/>
                <w:color w:val="000000" w:themeColor="text1"/>
              </w:rPr>
              <w:t>Sa</w:t>
            </w:r>
            <w:r w:rsidRPr="0047409E">
              <w:rPr>
                <w:b/>
                <w:color w:val="000000" w:themeColor="text1"/>
              </w:rPr>
              <w:t>yın Velimiz,</w:t>
            </w:r>
          </w:p>
          <w:p w:rsidR="007B35ED" w:rsidRPr="0047409E" w:rsidRDefault="0047409E">
            <w:pPr>
              <w:jc w:val="both"/>
              <w:rPr>
                <w:color w:val="000000" w:themeColor="text1"/>
              </w:rPr>
            </w:pPr>
            <w:r w:rsidRPr="0047409E">
              <w:rPr>
                <w:color w:val="000000" w:themeColor="text1"/>
                <w:sz w:val="21"/>
              </w:rPr>
              <w:t>2026-2027 Eğitim Öğretim Yılı I. Dönem 6. Sınıf veli toplantımız …… / …… / 20…… tarihinde saat ……… itibarıyla yapılacaktır. Çocuğumuzun eğitimi için önemli olan bu toplantıya katılımınızı önemle rica ederiz.</w:t>
            </w:r>
          </w:p>
          <w:p w:rsidR="007B35ED" w:rsidRPr="0047409E" w:rsidRDefault="0047409E">
            <w:pPr>
              <w:jc w:val="right"/>
              <w:rPr>
                <w:color w:val="000000" w:themeColor="text1"/>
              </w:rPr>
            </w:pPr>
            <w:r w:rsidRPr="0047409E">
              <w:rPr>
                <w:b/>
                <w:color w:val="000000" w:themeColor="text1"/>
                <w:sz w:val="21"/>
              </w:rPr>
              <w:t>…………………</w:t>
            </w:r>
            <w:r w:rsidRPr="0047409E">
              <w:rPr>
                <w:b/>
                <w:color w:val="000000" w:themeColor="text1"/>
                <w:sz w:val="21"/>
              </w:rPr>
              <w:br/>
            </w:r>
            <w:r w:rsidRPr="0047409E">
              <w:rPr>
                <w:b/>
                <w:color w:val="000000" w:themeColor="text1"/>
                <w:sz w:val="20"/>
              </w:rPr>
              <w:t>Şube Rehber Öğretmeni</w:t>
            </w:r>
          </w:p>
        </w:tc>
      </w:tr>
    </w:tbl>
    <w:p w:rsidR="007B35ED" w:rsidRPr="0047409E" w:rsidRDefault="007B35ED">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7B35ED" w:rsidRPr="0047409E">
        <w:trPr>
          <w:cantSplit/>
          <w:jc w:val="center"/>
        </w:trPr>
        <w:tc>
          <w:tcPr>
            <w:tcW w:w="9752" w:type="dxa"/>
          </w:tcPr>
          <w:p w:rsidR="007B35ED" w:rsidRPr="0047409E" w:rsidRDefault="0047409E">
            <w:pPr>
              <w:rPr>
                <w:color w:val="000000" w:themeColor="text1"/>
              </w:rPr>
            </w:pPr>
            <w:r w:rsidRPr="0047409E">
              <w:rPr>
                <w:b/>
                <w:color w:val="000000" w:themeColor="text1"/>
              </w:rPr>
              <w:t>Sayın Velimiz,</w:t>
            </w:r>
          </w:p>
          <w:p w:rsidR="007B35ED" w:rsidRPr="0047409E" w:rsidRDefault="0047409E">
            <w:pPr>
              <w:jc w:val="both"/>
              <w:rPr>
                <w:color w:val="000000" w:themeColor="text1"/>
              </w:rPr>
            </w:pPr>
            <w:r w:rsidRPr="0047409E">
              <w:rPr>
                <w:color w:val="000000" w:themeColor="text1"/>
                <w:sz w:val="21"/>
              </w:rPr>
              <w:t>2026-2027 Eğitim Öğretim Yılı I. Dönem 6. Sınıf veli toplantımız …… / …… / 20…… tarihinde saat ……… itibarıyla yapılacaktır. Çocuğumuzun eğitimi için önemli olan bu toplantıya katılımınızı önemle rica ederiz.</w:t>
            </w:r>
          </w:p>
          <w:p w:rsidR="007B35ED" w:rsidRPr="0047409E" w:rsidRDefault="0047409E">
            <w:pPr>
              <w:jc w:val="right"/>
              <w:rPr>
                <w:color w:val="000000" w:themeColor="text1"/>
              </w:rPr>
            </w:pPr>
            <w:r w:rsidRPr="0047409E">
              <w:rPr>
                <w:b/>
                <w:color w:val="000000" w:themeColor="text1"/>
                <w:sz w:val="21"/>
              </w:rPr>
              <w:t>…………………</w:t>
            </w:r>
            <w:r w:rsidRPr="0047409E">
              <w:rPr>
                <w:b/>
                <w:color w:val="000000" w:themeColor="text1"/>
                <w:sz w:val="21"/>
              </w:rPr>
              <w:br/>
            </w:r>
            <w:r w:rsidRPr="0047409E">
              <w:rPr>
                <w:b/>
                <w:color w:val="000000" w:themeColor="text1"/>
                <w:sz w:val="20"/>
              </w:rPr>
              <w:t>Şube Rehber Öğretmeni</w:t>
            </w:r>
          </w:p>
        </w:tc>
      </w:tr>
    </w:tbl>
    <w:p w:rsidR="007B35ED" w:rsidRPr="0047409E" w:rsidRDefault="007B35ED">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7B35ED" w:rsidRPr="0047409E">
        <w:trPr>
          <w:cantSplit/>
          <w:jc w:val="center"/>
        </w:trPr>
        <w:tc>
          <w:tcPr>
            <w:tcW w:w="9752" w:type="dxa"/>
          </w:tcPr>
          <w:p w:rsidR="007B35ED" w:rsidRPr="0047409E" w:rsidRDefault="0047409E">
            <w:pPr>
              <w:rPr>
                <w:color w:val="000000" w:themeColor="text1"/>
              </w:rPr>
            </w:pPr>
            <w:r w:rsidRPr="0047409E">
              <w:rPr>
                <w:b/>
                <w:color w:val="000000" w:themeColor="text1"/>
              </w:rPr>
              <w:t>S</w:t>
            </w:r>
            <w:r w:rsidRPr="0047409E">
              <w:rPr>
                <w:b/>
                <w:color w:val="000000" w:themeColor="text1"/>
              </w:rPr>
              <w:t>ayın Velimiz,</w:t>
            </w:r>
          </w:p>
          <w:p w:rsidR="007B35ED" w:rsidRPr="0047409E" w:rsidRDefault="0047409E">
            <w:pPr>
              <w:jc w:val="both"/>
              <w:rPr>
                <w:color w:val="000000" w:themeColor="text1"/>
              </w:rPr>
            </w:pPr>
            <w:r w:rsidRPr="0047409E">
              <w:rPr>
                <w:color w:val="000000" w:themeColor="text1"/>
                <w:sz w:val="21"/>
              </w:rPr>
              <w:t>2026-2027 Eğitim Öğretim Yılı I. Dönem 6. Sınıf veli toplantımız …… / …… / 20…… tarihinde saat ……… itibarıyla yapılacaktır. Çocuğumuzun eğitimi için önemli olan bu toplantıya katılımınızı önemle rica ederiz.</w:t>
            </w:r>
          </w:p>
          <w:p w:rsidR="007B35ED" w:rsidRPr="0047409E" w:rsidRDefault="0047409E">
            <w:pPr>
              <w:jc w:val="right"/>
              <w:rPr>
                <w:color w:val="000000" w:themeColor="text1"/>
              </w:rPr>
            </w:pPr>
            <w:r w:rsidRPr="0047409E">
              <w:rPr>
                <w:b/>
                <w:color w:val="000000" w:themeColor="text1"/>
                <w:sz w:val="21"/>
              </w:rPr>
              <w:t>…………………</w:t>
            </w:r>
            <w:r w:rsidRPr="0047409E">
              <w:rPr>
                <w:b/>
                <w:color w:val="000000" w:themeColor="text1"/>
                <w:sz w:val="21"/>
              </w:rPr>
              <w:br/>
            </w:r>
            <w:r w:rsidRPr="0047409E">
              <w:rPr>
                <w:b/>
                <w:color w:val="000000" w:themeColor="text1"/>
                <w:sz w:val="20"/>
              </w:rPr>
              <w:t>Şube Rehber Öğretmeni</w:t>
            </w:r>
          </w:p>
        </w:tc>
      </w:tr>
    </w:tbl>
    <w:p w:rsidR="007B35ED" w:rsidRPr="0047409E" w:rsidRDefault="007B35ED">
      <w:pPr>
        <w:spacing w:after="0"/>
        <w:rPr>
          <w:color w:val="000000" w:themeColor="text1"/>
        </w:rPr>
      </w:pPr>
    </w:p>
    <w:sectPr w:rsidR="007B35ED" w:rsidRPr="0047409E"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7409E"/>
    <w:rsid w:val="007B35E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6D3A67F-0C7D-40A4-9B7F-BBEFC4DA5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4740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872A5-BFDE-4B75-A39C-9DEFC89A6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1830</Words>
  <Characters>10431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I. Dönem Veli Toplantısı Tutanağı ve Evrakları 2026-2027</dc:title>
  <dc:subject>veli toplantısı tutanağı</dc:subject>
  <dc:creator>evrakburada</dc:creator>
  <cp:keywords>sosyal kulüp, veli toplantısı tutanağı</cp:keywords>
  <dc:description/>
  <cp:lastModifiedBy>HP</cp:lastModifiedBy>
  <cp:revision>2</cp:revision>
  <dcterms:created xsi:type="dcterms:W3CDTF">2013-12-23T23:15:00Z</dcterms:created>
  <dcterms:modified xsi:type="dcterms:W3CDTF">2026-10-15T13:24:00Z</dcterms:modified>
  <cp:category/>
</cp:coreProperties>
</file>