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9978"/>
      </w:tblGrid>
      <w:tr w:rsidR="002C0063" w:rsidTr="00BF0407">
        <w:tc>
          <w:tcPr>
            <w:tcW w:w="9978" w:type="dxa"/>
          </w:tcPr>
          <w:p w:rsidR="002C0063" w:rsidRDefault="000D71E0">
            <w:pPr>
              <w:spacing w:before="100" w:after="20"/>
              <w:jc w:val="center"/>
            </w:pPr>
            <w:r>
              <w:rPr>
                <w:sz w:val="21"/>
              </w:rPr>
              <w:t>2026-2027 EĞİTİM-ÖĞRETİM YILI</w:t>
            </w:r>
          </w:p>
          <w:p w:rsidR="002C0063" w:rsidRDefault="000D71E0">
            <w:pPr>
              <w:spacing w:after="20"/>
              <w:jc w:val="center"/>
            </w:pPr>
            <w:r>
              <w:rPr>
                <w:b/>
                <w:sz w:val="26"/>
              </w:rPr>
              <w:t>…………………</w:t>
            </w:r>
          </w:p>
          <w:p w:rsidR="002C0063" w:rsidRDefault="000D71E0">
            <w:pPr>
              <w:spacing w:after="20"/>
              <w:jc w:val="center"/>
            </w:pPr>
            <w:r>
              <w:rPr>
                <w:b/>
                <w:sz w:val="30"/>
              </w:rPr>
              <w:t>5. SINIF TEMEL YAŞAM BECERİLERİ DERSİ</w:t>
            </w:r>
          </w:p>
          <w:p w:rsidR="002C0063" w:rsidRDefault="000D71E0">
            <w:pPr>
              <w:spacing w:after="20"/>
              <w:jc w:val="center"/>
            </w:pPr>
            <w:r>
              <w:rPr>
                <w:b/>
                <w:sz w:val="24"/>
              </w:rPr>
              <w:t>GÜNLÜK PLAN</w:t>
            </w:r>
          </w:p>
          <w:p w:rsidR="002C0063" w:rsidRDefault="000D71E0">
            <w:pPr>
              <w:spacing w:after="100"/>
              <w:jc w:val="center"/>
            </w:pPr>
            <w:r>
              <w:rPr>
                <w:sz w:val="21"/>
              </w:rPr>
              <w:t>3. Hafta  ·  28 Eylül – 2 Ekim 2026</w:t>
            </w:r>
          </w:p>
        </w:tc>
      </w:tr>
    </w:tbl>
    <w:p w:rsidR="002C0063" w:rsidRDefault="002C0063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94"/>
        <w:gridCol w:w="2494"/>
        <w:gridCol w:w="2494"/>
        <w:gridCol w:w="2494"/>
      </w:tblGrid>
      <w:tr w:rsidR="002C0063" w:rsidTr="00BF0407">
        <w:tc>
          <w:tcPr>
            <w:tcW w:w="2494" w:type="dxa"/>
          </w:tcPr>
          <w:p w:rsidR="002C0063" w:rsidRDefault="000D71E0">
            <w:pPr>
              <w:jc w:val="center"/>
            </w:pPr>
            <w:r>
              <w:rPr>
                <w:b/>
                <w:sz w:val="16"/>
              </w:rPr>
              <w:t>DERS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Temel Yaşam Becerileri</w:t>
            </w:r>
          </w:p>
        </w:tc>
        <w:tc>
          <w:tcPr>
            <w:tcW w:w="2494" w:type="dxa"/>
          </w:tcPr>
          <w:p w:rsidR="002C0063" w:rsidRDefault="000D71E0">
            <w:pPr>
              <w:jc w:val="center"/>
            </w:pPr>
            <w:r>
              <w:rPr>
                <w:b/>
                <w:sz w:val="16"/>
              </w:rPr>
              <w:t>SINIF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5. Sınıf</w:t>
            </w:r>
          </w:p>
        </w:tc>
        <w:tc>
          <w:tcPr>
            <w:tcW w:w="2494" w:type="dxa"/>
          </w:tcPr>
          <w:p w:rsidR="002C0063" w:rsidRDefault="000D71E0">
            <w:pPr>
              <w:jc w:val="center"/>
            </w:pPr>
            <w:r>
              <w:rPr>
                <w:b/>
                <w:sz w:val="16"/>
              </w:rPr>
              <w:t>HAFTA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3. Hafta</w:t>
            </w:r>
          </w:p>
        </w:tc>
        <w:tc>
          <w:tcPr>
            <w:tcW w:w="2494" w:type="dxa"/>
          </w:tcPr>
          <w:p w:rsidR="002C0063" w:rsidRDefault="000D71E0">
            <w:pPr>
              <w:jc w:val="center"/>
            </w:pPr>
            <w:r>
              <w:rPr>
                <w:b/>
                <w:sz w:val="16"/>
              </w:rPr>
              <w:t>ÖNERİLEN SÜRE</w:t>
            </w:r>
            <w:r>
              <w:rPr>
                <w:b/>
                <w:sz w:val="16"/>
              </w:rPr>
              <w:br/>
            </w:r>
            <w:r>
              <w:rPr>
                <w:sz w:val="20"/>
              </w:rPr>
              <w:t>2 ders saati</w:t>
            </w:r>
          </w:p>
        </w:tc>
      </w:tr>
    </w:tbl>
    <w:p w:rsidR="002C0063" w:rsidRDefault="002C0063">
      <w:pPr>
        <w:spacing w:after="0"/>
      </w:pPr>
    </w:p>
    <w:tbl>
      <w:tblPr>
        <w:tblStyle w:val="TabloKlavuzu"/>
        <w:tblW w:w="0" w:type="auto"/>
        <w:tblLook w:val="04A0" w:firstRow="1" w:lastRow="0" w:firstColumn="1" w:lastColumn="0" w:noHBand="0" w:noVBand="1"/>
      </w:tblPr>
      <w:tblGrid>
        <w:gridCol w:w="2438"/>
        <w:gridCol w:w="7540"/>
      </w:tblGrid>
      <w:tr w:rsidR="002C0063" w:rsidTr="00BF0407">
        <w:tc>
          <w:tcPr>
            <w:tcW w:w="2438" w:type="dxa"/>
          </w:tcPr>
          <w:p w:rsidR="002C0063" w:rsidRDefault="000D71E0">
            <w:r>
              <w:rPr>
                <w:b/>
                <w:sz w:val="20"/>
              </w:rPr>
              <w:t>Ünitenin Adı / No</w:t>
            </w:r>
          </w:p>
        </w:tc>
        <w:tc>
          <w:tcPr>
            <w:tcW w:w="7540" w:type="dxa"/>
          </w:tcPr>
          <w:p w:rsidR="002C0063" w:rsidRDefault="000D71E0">
            <w:pPr>
              <w:spacing w:after="40" w:line="259" w:lineRule="auto"/>
            </w:pPr>
            <w:r>
              <w:rPr>
                <w:b/>
                <w:sz w:val="20"/>
              </w:rPr>
              <w:t xml:space="preserve">TYB.1.1. </w:t>
            </w:r>
            <w:r>
              <w:rPr>
                <w:sz w:val="20"/>
              </w:rPr>
              <w:t>ÜNİTE: İLETİŞİM</w:t>
            </w:r>
          </w:p>
        </w:tc>
      </w:tr>
      <w:tr w:rsidR="002C0063" w:rsidTr="00BF0407">
        <w:tc>
          <w:tcPr>
            <w:tcW w:w="2438" w:type="dxa"/>
          </w:tcPr>
          <w:p w:rsidR="002C0063" w:rsidRDefault="000D71E0">
            <w:r>
              <w:rPr>
                <w:b/>
                <w:sz w:val="20"/>
              </w:rPr>
              <w:t>Öğrenci Kazanımları / Hedef Davran</w:t>
            </w:r>
            <w:bookmarkStart w:id="0" w:name="_GoBack"/>
            <w:bookmarkEnd w:id="0"/>
            <w:r>
              <w:rPr>
                <w:b/>
                <w:sz w:val="20"/>
              </w:rPr>
              <w:t>ışlar</w:t>
            </w:r>
          </w:p>
        </w:tc>
        <w:tc>
          <w:tcPr>
            <w:tcW w:w="7540" w:type="dxa"/>
          </w:tcPr>
          <w:p w:rsidR="002C0063" w:rsidRDefault="000D71E0">
            <w:pPr>
              <w:spacing w:after="40" w:line="259" w:lineRule="auto"/>
            </w:pPr>
            <w:r>
              <w:rPr>
                <w:b/>
                <w:sz w:val="20"/>
              </w:rPr>
              <w:t xml:space="preserve">TYB.1.1.3. </w:t>
            </w:r>
            <w:r>
              <w:rPr>
                <w:sz w:val="20"/>
              </w:rPr>
              <w:t>İletişimde dinlemenin önemini açıklar.</w:t>
            </w:r>
          </w:p>
        </w:tc>
      </w:tr>
      <w:tr w:rsidR="002C0063" w:rsidTr="00BF0407">
        <w:tc>
          <w:tcPr>
            <w:tcW w:w="2438" w:type="dxa"/>
          </w:tcPr>
          <w:p w:rsidR="002C0063" w:rsidRDefault="000D71E0">
            <w:r>
              <w:rPr>
                <w:b/>
                <w:sz w:val="20"/>
              </w:rPr>
              <w:t>Öğretme Öğrenme Yöntem ve Teknikleri</w:t>
            </w:r>
          </w:p>
        </w:tc>
        <w:tc>
          <w:tcPr>
            <w:tcW w:w="7540" w:type="dxa"/>
          </w:tcPr>
          <w:p w:rsidR="002C0063" w:rsidRDefault="000D71E0">
            <w:pPr>
              <w:spacing w:after="40" w:line="259" w:lineRule="auto"/>
            </w:pPr>
            <w:r>
              <w:rPr>
                <w:sz w:val="20"/>
              </w:rPr>
              <w:t>Anlatım yöntemi</w:t>
            </w:r>
          </w:p>
        </w:tc>
      </w:tr>
      <w:tr w:rsidR="002C0063" w:rsidTr="00BF0407">
        <w:tc>
          <w:tcPr>
            <w:tcW w:w="2438" w:type="dxa"/>
          </w:tcPr>
          <w:p w:rsidR="002C0063" w:rsidRDefault="000D71E0">
            <w:r>
              <w:rPr>
                <w:b/>
                <w:sz w:val="20"/>
              </w:rPr>
              <w:t>Kullanılan Eğitim Teknolojileri-Araç, Gereçler ve Kaynakça</w:t>
            </w:r>
          </w:p>
        </w:tc>
        <w:tc>
          <w:tcPr>
            <w:tcW w:w="7540" w:type="dxa"/>
          </w:tcPr>
          <w:p w:rsidR="002C0063" w:rsidRDefault="000D71E0">
            <w:pPr>
              <w:spacing w:after="40" w:line="259" w:lineRule="auto"/>
            </w:pPr>
            <w:r>
              <w:rPr>
                <w:sz w:val="20"/>
              </w:rPr>
              <w:t>Ders kitabı, akıllı tahta</w:t>
            </w:r>
          </w:p>
        </w:tc>
      </w:tr>
      <w:tr w:rsidR="002C0063" w:rsidTr="00BF0407">
        <w:tc>
          <w:tcPr>
            <w:tcW w:w="2438" w:type="dxa"/>
          </w:tcPr>
          <w:p w:rsidR="002C0063" w:rsidRDefault="000D71E0">
            <w:r>
              <w:rPr>
                <w:b/>
                <w:sz w:val="20"/>
              </w:rPr>
              <w:t xml:space="preserve">Öğretme-Öğrenme </w:t>
            </w:r>
            <w:r>
              <w:rPr>
                <w:b/>
                <w:sz w:val="20"/>
              </w:rPr>
              <w:t>Etkinlikleri</w:t>
            </w:r>
          </w:p>
        </w:tc>
        <w:tc>
          <w:tcPr>
            <w:tcW w:w="7540" w:type="dxa"/>
          </w:tcPr>
          <w:p w:rsidR="002C0063" w:rsidRDefault="000D71E0">
            <w:pPr>
              <w:spacing w:after="40" w:line="259" w:lineRule="auto"/>
            </w:pPr>
            <w:r>
              <w:rPr>
                <w:b/>
                <w:sz w:val="20"/>
              </w:rPr>
              <w:t xml:space="preserve">Dikkat Çekme: </w:t>
            </w:r>
            <w:r>
              <w:rPr>
                <w:sz w:val="20"/>
              </w:rPr>
              <w:t>İletişimde dinlemenin önemi nedir?</w:t>
            </w:r>
          </w:p>
          <w:p w:rsidR="002C0063" w:rsidRDefault="000D71E0">
            <w:pPr>
              <w:spacing w:after="40" w:line="259" w:lineRule="auto"/>
            </w:pPr>
            <w:r>
              <w:rPr>
                <w:b/>
                <w:sz w:val="20"/>
              </w:rPr>
              <w:t xml:space="preserve">Derse Geçiş: </w:t>
            </w:r>
            <w:r>
              <w:rPr>
                <w:sz w:val="20"/>
              </w:rPr>
              <w:t>Öğrencilerin dikkati çekildikten ve öğrenciler güdülendikten sonra derse geçilir.</w:t>
            </w:r>
          </w:p>
          <w:p w:rsidR="002C0063" w:rsidRDefault="000D71E0">
            <w:pPr>
              <w:spacing w:after="40" w:line="259" w:lineRule="auto"/>
            </w:pPr>
            <w:r>
              <w:rPr>
                <w:b/>
                <w:sz w:val="20"/>
              </w:rPr>
              <w:t xml:space="preserve">Etkinlikler: </w:t>
            </w:r>
            <w:r>
              <w:rPr>
                <w:sz w:val="20"/>
              </w:rPr>
              <w:t>Ders kitabındaki etkinlikler yaptırılır.</w:t>
            </w:r>
          </w:p>
          <w:p w:rsidR="002C0063" w:rsidRDefault="000D71E0">
            <w:pPr>
              <w:spacing w:after="40" w:line="259" w:lineRule="auto"/>
            </w:pPr>
            <w:r>
              <w:rPr>
                <w:b/>
                <w:sz w:val="20"/>
              </w:rPr>
              <w:t xml:space="preserve">Bireysel Öğrenme Etkinlikleri (Ödev,deney): </w:t>
            </w:r>
            <w:r>
              <w:rPr>
                <w:sz w:val="20"/>
              </w:rPr>
              <w:t>A</w:t>
            </w:r>
            <w:r>
              <w:rPr>
                <w:sz w:val="20"/>
              </w:rPr>
              <w:t>çık uçlu sorular sorulur.</w:t>
            </w:r>
          </w:p>
          <w:p w:rsidR="002C0063" w:rsidRDefault="000D71E0">
            <w:pPr>
              <w:spacing w:after="40" w:line="259" w:lineRule="auto"/>
            </w:pPr>
            <w:r>
              <w:rPr>
                <w:b/>
                <w:sz w:val="20"/>
              </w:rPr>
              <w:t xml:space="preserve">Grupla öğrenme etkinlikleri: </w:t>
            </w:r>
            <w:r>
              <w:rPr>
                <w:sz w:val="20"/>
              </w:rPr>
              <w:t>Çalışma grupları oluşturulabilir.</w:t>
            </w:r>
          </w:p>
        </w:tc>
      </w:tr>
      <w:tr w:rsidR="002C0063" w:rsidTr="00BF0407">
        <w:tc>
          <w:tcPr>
            <w:tcW w:w="2438" w:type="dxa"/>
          </w:tcPr>
          <w:p w:rsidR="002C0063" w:rsidRDefault="000D71E0">
            <w:r>
              <w:rPr>
                <w:b/>
                <w:sz w:val="20"/>
              </w:rPr>
              <w:t>Özet</w:t>
            </w:r>
          </w:p>
        </w:tc>
        <w:tc>
          <w:tcPr>
            <w:tcW w:w="7540" w:type="dxa"/>
          </w:tcPr>
          <w:p w:rsidR="002C0063" w:rsidRDefault="000D71E0">
            <w:pPr>
              <w:spacing w:after="40" w:line="259" w:lineRule="auto"/>
            </w:pPr>
            <w:r>
              <w:rPr>
                <w:sz w:val="20"/>
              </w:rPr>
              <w:t>Etkili dinlemenin üzerindeki etkileri nelerdir diye merak ederseniz, size şunları söyleyebilirim:</w:t>
            </w:r>
          </w:p>
          <w:p w:rsidR="002C0063" w:rsidRDefault="000D71E0">
            <w:pPr>
              <w:spacing w:after="40" w:line="259" w:lineRule="auto"/>
              <w:jc w:val="both"/>
            </w:pPr>
            <w:r>
              <w:rPr>
                <w:sz w:val="20"/>
              </w:rPr>
              <w:t>Etkili dinleme, kalitesini ve verimliliğini artırır, karşılıklı</w:t>
            </w:r>
            <w:r>
              <w:rPr>
                <w:sz w:val="20"/>
              </w:rPr>
              <w:t xml:space="preserve"> anlayışı ve iş birliğini sağlar, çözüm odaklı olmayı kolaylaştırır ve yaratıcılığı destekler.</w:t>
            </w:r>
          </w:p>
          <w:p w:rsidR="002C0063" w:rsidRDefault="000D71E0">
            <w:pPr>
              <w:spacing w:after="40" w:line="259" w:lineRule="auto"/>
              <w:jc w:val="both"/>
            </w:pPr>
            <w:r>
              <w:rPr>
                <w:sz w:val="20"/>
              </w:rPr>
              <w:t xml:space="preserve">Etkili dinleme, iletişimin duygusal boyutunu güçlendirir, empati ve güven oluşturur, saygı ve değer verdiğimizi gösterir, olumlu duyguları pekiştirir ve olumsuz </w:t>
            </w:r>
            <w:r>
              <w:rPr>
                <w:sz w:val="20"/>
              </w:rPr>
              <w:t>duyguları azaltır.</w:t>
            </w:r>
          </w:p>
        </w:tc>
      </w:tr>
      <w:tr w:rsidR="002C0063" w:rsidTr="00BF0407">
        <w:tc>
          <w:tcPr>
            <w:tcW w:w="2438" w:type="dxa"/>
          </w:tcPr>
          <w:p w:rsidR="002C0063" w:rsidRDefault="000D71E0">
            <w:r>
              <w:rPr>
                <w:b/>
                <w:sz w:val="20"/>
              </w:rPr>
              <w:t>Ölçme-Değerlendirme</w:t>
            </w:r>
          </w:p>
        </w:tc>
        <w:tc>
          <w:tcPr>
            <w:tcW w:w="7540" w:type="dxa"/>
          </w:tcPr>
          <w:p w:rsidR="002C0063" w:rsidRDefault="000D71E0">
            <w:pPr>
              <w:spacing w:after="40" w:line="259" w:lineRule="auto"/>
            </w:pPr>
            <w:r>
              <w:rPr>
                <w:sz w:val="20"/>
              </w:rPr>
              <w:t>ÖĞRENCİLERE KAZANIMLA İLGİLİ SORULAR SORULUR.</w:t>
            </w:r>
          </w:p>
        </w:tc>
      </w:tr>
      <w:tr w:rsidR="002C0063" w:rsidTr="00BF0407">
        <w:tc>
          <w:tcPr>
            <w:tcW w:w="2438" w:type="dxa"/>
          </w:tcPr>
          <w:p w:rsidR="002C0063" w:rsidRDefault="000D71E0">
            <w:r>
              <w:rPr>
                <w:b/>
                <w:sz w:val="20"/>
              </w:rPr>
              <w:t>Planın Uygulanmasına İlişkin Açıklamalar</w:t>
            </w:r>
          </w:p>
        </w:tc>
        <w:tc>
          <w:tcPr>
            <w:tcW w:w="7540" w:type="dxa"/>
          </w:tcPr>
          <w:p w:rsidR="002C0063" w:rsidRDefault="000D71E0">
            <w:pPr>
              <w:spacing w:after="40" w:line="259" w:lineRule="auto"/>
            </w:pPr>
            <w:r>
              <w:rPr>
                <w:sz w:val="20"/>
              </w:rPr>
              <w:t>Etkin dinleme becerisi üzerinde durulur.</w:t>
            </w:r>
          </w:p>
        </w:tc>
      </w:tr>
    </w:tbl>
    <w:p w:rsidR="002C0063" w:rsidRDefault="002C0063">
      <w:pPr>
        <w:spacing w:after="0"/>
      </w:pPr>
    </w:p>
    <w:p w:rsidR="002C0063" w:rsidRDefault="002C0063">
      <w:pPr>
        <w:spacing w:after="0"/>
      </w:pPr>
    </w:p>
    <w:tbl>
      <w:tblPr>
        <w:tblW w:w="0" w:type="auto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4989"/>
        <w:gridCol w:w="4989"/>
      </w:tblGrid>
      <w:tr w:rsidR="002C0063">
        <w:trPr>
          <w:cantSplit/>
          <w:jc w:val="center"/>
        </w:trPr>
        <w:tc>
          <w:tcPr>
            <w:tcW w:w="4989" w:type="dxa"/>
          </w:tcPr>
          <w:p w:rsidR="002C0063" w:rsidRDefault="000D71E0">
            <w:pPr>
              <w:jc w:val="center"/>
            </w:pPr>
            <w:r>
              <w:rPr>
                <w:sz w:val="21"/>
              </w:rPr>
              <w:br/>
              <w:t>28.09.2026</w:t>
            </w:r>
            <w:r>
              <w:rPr>
                <w:sz w:val="21"/>
              </w:rPr>
              <w:br/>
            </w:r>
            <w:r>
              <w:rPr>
                <w:sz w:val="21"/>
              </w:rPr>
              <w:br/>
            </w:r>
            <w:r>
              <w:rPr>
                <w:b/>
                <w:sz w:val="21"/>
              </w:rPr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Ders Öğretmeni</w:t>
            </w:r>
          </w:p>
        </w:tc>
        <w:tc>
          <w:tcPr>
            <w:tcW w:w="4989" w:type="dxa"/>
          </w:tcPr>
          <w:p w:rsidR="002C0063" w:rsidRDefault="000D71E0">
            <w:pPr>
              <w:jc w:val="center"/>
            </w:pPr>
            <w:r>
              <w:rPr>
                <w:b/>
                <w:sz w:val="21"/>
              </w:rPr>
              <w:t>UYGUNDUR</w:t>
            </w:r>
            <w:r>
              <w:rPr>
                <w:b/>
                <w:sz w:val="21"/>
              </w:rPr>
              <w:br/>
              <w:t>28.09.2026</w:t>
            </w:r>
            <w:r>
              <w:rPr>
                <w:b/>
                <w:sz w:val="21"/>
              </w:rPr>
              <w:br/>
            </w:r>
            <w:r>
              <w:rPr>
                <w:b/>
                <w:sz w:val="21"/>
              </w:rPr>
              <w:br/>
              <w:t>…………………</w:t>
            </w:r>
            <w:r>
              <w:rPr>
                <w:b/>
                <w:sz w:val="21"/>
              </w:rPr>
              <w:br/>
            </w:r>
            <w:r>
              <w:rPr>
                <w:sz w:val="20"/>
              </w:rPr>
              <w:t>Okul Müdürü</w:t>
            </w:r>
          </w:p>
        </w:tc>
      </w:tr>
    </w:tbl>
    <w:p w:rsidR="000D71E0" w:rsidRDefault="000D71E0"/>
    <w:sectPr w:rsidR="000D71E0" w:rsidSect="00034616">
      <w:pgSz w:w="11906" w:h="16838"/>
      <w:pgMar w:top="850" w:right="964" w:bottom="850" w:left="96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eNumaras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eNumaras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eMaddemi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eMaddemi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eNumaras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eMaddemi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0D71E0"/>
    <w:rsid w:val="0015074B"/>
    <w:rsid w:val="0029639D"/>
    <w:rsid w:val="002C0063"/>
    <w:rsid w:val="00326F90"/>
    <w:rsid w:val="00AA1D8D"/>
    <w:rsid w:val="00B47730"/>
    <w:rsid w:val="00BF0407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59DD6828-B896-4F0C-BD3C-5658527217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C693F"/>
    <w:rPr>
      <w:rFonts w:ascii="Cambria" w:eastAsia="Cambria" w:hAnsi="Cambria" w:cs="Cambria"/>
      <w:color w:val="000000"/>
    </w:rPr>
  </w:style>
  <w:style w:type="paragraph" w:styleId="Balk1">
    <w:name w:val="heading 1"/>
    <w:basedOn w:val="Normal"/>
    <w:next w:val="Normal"/>
    <w:link w:val="Balk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Balk2">
    <w:name w:val="heading 2"/>
    <w:basedOn w:val="Normal"/>
    <w:next w:val="Normal"/>
    <w:link w:val="Balk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Balk3">
    <w:name w:val="heading 3"/>
    <w:basedOn w:val="Normal"/>
    <w:next w:val="Normal"/>
    <w:link w:val="Balk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k4">
    <w:name w:val="heading 4"/>
    <w:basedOn w:val="Normal"/>
    <w:next w:val="Normal"/>
    <w:link w:val="Balk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Balk6">
    <w:name w:val="heading 6"/>
    <w:basedOn w:val="Normal"/>
    <w:next w:val="Normal"/>
    <w:link w:val="Balk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Balk7">
    <w:name w:val="heading 7"/>
    <w:basedOn w:val="Normal"/>
    <w:next w:val="Normal"/>
    <w:link w:val="Balk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Balk8">
    <w:name w:val="heading 8"/>
    <w:basedOn w:val="Normal"/>
    <w:next w:val="Normal"/>
    <w:link w:val="Balk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Balk9">
    <w:name w:val="heading 9"/>
    <w:basedOn w:val="Normal"/>
    <w:next w:val="Normal"/>
    <w:link w:val="Balk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E618BF"/>
  </w:style>
  <w:style w:type="paragraph" w:styleId="AltBilgi">
    <w:name w:val="footer"/>
    <w:basedOn w:val="Normal"/>
    <w:link w:val="AltBilgi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E618BF"/>
  </w:style>
  <w:style w:type="paragraph" w:styleId="AralkYok">
    <w:name w:val="No Spacing"/>
    <w:uiPriority w:val="1"/>
    <w:qFormat/>
    <w:rsid w:val="00FC693F"/>
    <w:pPr>
      <w:spacing w:after="0" w:line="240" w:lineRule="auto"/>
    </w:pPr>
  </w:style>
  <w:style w:type="character" w:customStyle="1" w:styleId="Balk1Char">
    <w:name w:val="Başlık 1 Char"/>
    <w:basedOn w:val="VarsaylanParagrafYazTipi"/>
    <w:link w:val="Balk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Balk2Char">
    <w:name w:val="Başlık 2 Char"/>
    <w:basedOn w:val="VarsaylanParagrafYazTipi"/>
    <w:link w:val="Balk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Balk3Char">
    <w:name w:val="Başlık 3 Char"/>
    <w:basedOn w:val="VarsaylanParagrafYazTipi"/>
    <w:link w:val="Balk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KonuBal">
    <w:name w:val="Title"/>
    <w:basedOn w:val="Normal"/>
    <w:next w:val="Normal"/>
    <w:link w:val="KonuBal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KonuBalChar">
    <w:name w:val="Konu Başlığı Char"/>
    <w:basedOn w:val="VarsaylanParagrafYazTipi"/>
    <w:link w:val="KonuBal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ltyaz">
    <w:name w:val="Subtitle"/>
    <w:basedOn w:val="Normal"/>
    <w:next w:val="Normal"/>
    <w:link w:val="Altyaz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ltyazChar">
    <w:name w:val="Altyazı Char"/>
    <w:basedOn w:val="VarsaylanParagrafYazTipi"/>
    <w:link w:val="Altyaz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eParagraf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GvdeMetni">
    <w:name w:val="Body Text"/>
    <w:basedOn w:val="Normal"/>
    <w:link w:val="GvdeMetniChar"/>
    <w:uiPriority w:val="99"/>
    <w:unhideWhenUsed/>
    <w:rsid w:val="00AA1D8D"/>
    <w:pPr>
      <w:spacing w:after="120"/>
    </w:pPr>
  </w:style>
  <w:style w:type="character" w:customStyle="1" w:styleId="GvdeMetniChar">
    <w:name w:val="Gövde Metni Char"/>
    <w:basedOn w:val="VarsaylanParagrafYazTipi"/>
    <w:link w:val="GvdeMetni"/>
    <w:uiPriority w:val="99"/>
    <w:rsid w:val="00AA1D8D"/>
  </w:style>
  <w:style w:type="paragraph" w:styleId="GvdeMetni2">
    <w:name w:val="Body Text 2"/>
    <w:basedOn w:val="Normal"/>
    <w:link w:val="GvdeMetni2Char"/>
    <w:uiPriority w:val="99"/>
    <w:unhideWhenUsed/>
    <w:rsid w:val="00AA1D8D"/>
    <w:pPr>
      <w:spacing w:after="120" w:line="480" w:lineRule="auto"/>
    </w:pPr>
  </w:style>
  <w:style w:type="character" w:customStyle="1" w:styleId="GvdeMetni2Char">
    <w:name w:val="Gövde Metni 2 Char"/>
    <w:basedOn w:val="VarsaylanParagrafYazTipi"/>
    <w:link w:val="GvdeMetni2"/>
    <w:uiPriority w:val="99"/>
    <w:rsid w:val="00AA1D8D"/>
  </w:style>
  <w:style w:type="paragraph" w:styleId="GvdeMetni3">
    <w:name w:val="Body Text 3"/>
    <w:basedOn w:val="Normal"/>
    <w:link w:val="GvdeMetni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GvdeMetni3Char">
    <w:name w:val="Gövde Metni 3 Char"/>
    <w:basedOn w:val="VarsaylanParagrafYazTipi"/>
    <w:link w:val="GvdeMetni3"/>
    <w:uiPriority w:val="99"/>
    <w:rsid w:val="00AA1D8D"/>
    <w:rPr>
      <w:sz w:val="16"/>
      <w:szCs w:val="16"/>
    </w:rPr>
  </w:style>
  <w:style w:type="paragraph" w:styleId="Liste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e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e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eMaddemi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eMaddemi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eMaddemi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eNumaras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eNumaras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eNumaras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eDevam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eDevam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eDevam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kroMetni">
    <w:name w:val="macro"/>
    <w:link w:val="MakroMetni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kroMetniChar">
    <w:name w:val="Makro Metni Char"/>
    <w:basedOn w:val="VarsaylanParagrafYazTipi"/>
    <w:link w:val="MakroMetni"/>
    <w:uiPriority w:val="99"/>
    <w:rsid w:val="0029639D"/>
    <w:rPr>
      <w:rFonts w:ascii="Courier" w:hAnsi="Courier"/>
      <w:sz w:val="20"/>
      <w:szCs w:val="20"/>
    </w:rPr>
  </w:style>
  <w:style w:type="paragraph" w:styleId="Alnt">
    <w:name w:val="Quote"/>
    <w:basedOn w:val="Normal"/>
    <w:next w:val="Normal"/>
    <w:link w:val="AlntChar"/>
    <w:uiPriority w:val="29"/>
    <w:qFormat/>
    <w:rsid w:val="00FC693F"/>
    <w:rPr>
      <w:i/>
      <w:iCs/>
      <w:color w:val="000000" w:themeColor="text1"/>
    </w:rPr>
  </w:style>
  <w:style w:type="character" w:customStyle="1" w:styleId="AlntChar">
    <w:name w:val="Alıntı Char"/>
    <w:basedOn w:val="VarsaylanParagrafYazTipi"/>
    <w:link w:val="Alnt"/>
    <w:uiPriority w:val="29"/>
    <w:rsid w:val="00FC693F"/>
    <w:rPr>
      <w:i/>
      <w:iCs/>
      <w:color w:val="000000" w:themeColor="text1"/>
    </w:rPr>
  </w:style>
  <w:style w:type="character" w:customStyle="1" w:styleId="Balk4Char">
    <w:name w:val="Başlık 4 Char"/>
    <w:basedOn w:val="VarsaylanParagrafYazTipi"/>
    <w:link w:val="Balk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Balk5Char">
    <w:name w:val="Başlık 5 Char"/>
    <w:basedOn w:val="VarsaylanParagrafYazTipi"/>
    <w:link w:val="Balk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Balk6Char">
    <w:name w:val="Başlık 6 Char"/>
    <w:basedOn w:val="VarsaylanParagrafYazTipi"/>
    <w:link w:val="Balk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Balk7Char">
    <w:name w:val="Başlık 7 Char"/>
    <w:basedOn w:val="VarsaylanParagrafYazTipi"/>
    <w:link w:val="Balk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Balk8Char">
    <w:name w:val="Başlık 8 Char"/>
    <w:basedOn w:val="VarsaylanParagrafYazTipi"/>
    <w:link w:val="Balk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Balk9Char">
    <w:name w:val="Başlık 9 Char"/>
    <w:basedOn w:val="VarsaylanParagrafYazTipi"/>
    <w:link w:val="Balk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ResimYazs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Gl">
    <w:name w:val="Strong"/>
    <w:basedOn w:val="VarsaylanParagrafYazTipi"/>
    <w:uiPriority w:val="22"/>
    <w:qFormat/>
    <w:rsid w:val="00FC693F"/>
    <w:rPr>
      <w:b/>
      <w:bCs/>
    </w:rPr>
  </w:style>
  <w:style w:type="character" w:styleId="Vurgu">
    <w:name w:val="Emphasis"/>
    <w:basedOn w:val="VarsaylanParagrafYazTipi"/>
    <w:uiPriority w:val="20"/>
    <w:qFormat/>
    <w:rsid w:val="00FC693F"/>
    <w:rPr>
      <w:i/>
      <w:iCs/>
    </w:rPr>
  </w:style>
  <w:style w:type="paragraph" w:styleId="GlAlnt">
    <w:name w:val="Intense Quote"/>
    <w:basedOn w:val="Normal"/>
    <w:next w:val="Normal"/>
    <w:link w:val="GlAlnt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GlAlntChar">
    <w:name w:val="Güçlü Alıntı Char"/>
    <w:basedOn w:val="VarsaylanParagrafYazTipi"/>
    <w:link w:val="GlAlnt"/>
    <w:uiPriority w:val="30"/>
    <w:rsid w:val="00FC693F"/>
    <w:rPr>
      <w:b/>
      <w:bCs/>
      <w:i/>
      <w:iCs/>
      <w:color w:val="4F81BD" w:themeColor="accent1"/>
    </w:rPr>
  </w:style>
  <w:style w:type="character" w:styleId="HafifVurgulama">
    <w:name w:val="Subtle Emphasis"/>
    <w:basedOn w:val="VarsaylanParagrafYazTipi"/>
    <w:uiPriority w:val="19"/>
    <w:qFormat/>
    <w:rsid w:val="00FC693F"/>
    <w:rPr>
      <w:i/>
      <w:iCs/>
      <w:color w:val="808080" w:themeColor="text1" w:themeTint="7F"/>
    </w:rPr>
  </w:style>
  <w:style w:type="character" w:styleId="GlVurgulama">
    <w:name w:val="Intense Emphasis"/>
    <w:basedOn w:val="VarsaylanParagrafYazTipi"/>
    <w:uiPriority w:val="21"/>
    <w:qFormat/>
    <w:rsid w:val="00FC693F"/>
    <w:rPr>
      <w:b/>
      <w:bCs/>
      <w:i/>
      <w:iCs/>
      <w:color w:val="4F81BD" w:themeColor="accent1"/>
    </w:rPr>
  </w:style>
  <w:style w:type="character" w:styleId="HafifBavuru">
    <w:name w:val="Subtle Reference"/>
    <w:basedOn w:val="VarsaylanParagrafYazTipi"/>
    <w:uiPriority w:val="31"/>
    <w:qFormat/>
    <w:rsid w:val="00FC693F"/>
    <w:rPr>
      <w:smallCaps/>
      <w:color w:val="C0504D" w:themeColor="accent2"/>
      <w:u w:val="single"/>
    </w:rPr>
  </w:style>
  <w:style w:type="character" w:styleId="GlBavuru">
    <w:name w:val="Intense Reference"/>
    <w:basedOn w:val="VarsaylanParagrafYazTipi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KitapBal">
    <w:name w:val="Book Title"/>
    <w:basedOn w:val="VarsaylanParagrafYazTipi"/>
    <w:uiPriority w:val="33"/>
    <w:qFormat/>
    <w:rsid w:val="00FC693F"/>
    <w:rPr>
      <w:b/>
      <w:bCs/>
      <w:smallCaps/>
      <w:spacing w:val="5"/>
    </w:rPr>
  </w:style>
  <w:style w:type="paragraph" w:styleId="TBal">
    <w:name w:val="TOC Heading"/>
    <w:basedOn w:val="Balk1"/>
    <w:next w:val="Normal"/>
    <w:uiPriority w:val="39"/>
    <w:semiHidden/>
    <w:unhideWhenUsed/>
    <w:qFormat/>
    <w:rsid w:val="00FC693F"/>
    <w:pPr>
      <w:outlineLvl w:val="9"/>
    </w:pPr>
  </w:style>
  <w:style w:type="table" w:styleId="TabloKlavuzu">
    <w:name w:val="Table Grid"/>
    <w:basedOn w:val="NormalTablo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AkGlgeleme">
    <w:name w:val="Light Shading"/>
    <w:basedOn w:val="NormalTablo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AkGlgeleme-Vurgu1">
    <w:name w:val="Light Shading Accent 1"/>
    <w:basedOn w:val="NormalTablo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AkGlgeleme-Vurgu2">
    <w:name w:val="Light Shading Accent 2"/>
    <w:basedOn w:val="NormalTablo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AkGlgeleme-Vurgu3">
    <w:name w:val="Light Shading Accent 3"/>
    <w:basedOn w:val="NormalTablo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AkGlgeleme-Vurgu4">
    <w:name w:val="Light Shading Accent 4"/>
    <w:basedOn w:val="NormalTablo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AkGlgeleme-Vurgu5">
    <w:name w:val="Light Shading Accent 5"/>
    <w:basedOn w:val="NormalTablo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AkGlgeleme-Vurgu6">
    <w:name w:val="Light Shading Accent 6"/>
    <w:basedOn w:val="NormalTablo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AkListe">
    <w:name w:val="Light List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AkListe-Vurgu1">
    <w:name w:val="Light List Accent 1"/>
    <w:basedOn w:val="NormalTablo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AkListe-Vurgu2">
    <w:name w:val="Light List Accent 2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AkListe-Vurgu3">
    <w:name w:val="Light List Accent 3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AkListe-Vurgu4">
    <w:name w:val="Light List Accent 4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AkListe-Vurgu5">
    <w:name w:val="Light List Accent 5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AkListe-Vurgu6">
    <w:name w:val="Light List Accent 6"/>
    <w:basedOn w:val="NormalTablo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AkKlavuz">
    <w:name w:val="Light Grid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AkKlavuz-Vurgu1">
    <w:name w:val="Light Grid Accent 1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AkKlavuz-Vurgu2">
    <w:name w:val="Light Grid Accent 2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AkKlavuz-Vurgu3">
    <w:name w:val="Light Grid Accent 3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AkKlavuz-Vurgu4">
    <w:name w:val="Light Grid Accent 4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AkKlavuz-Vurgu5">
    <w:name w:val="Light Grid Accent 5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AkKlavuz-Vurgu6">
    <w:name w:val="Light Grid Accent 6"/>
    <w:basedOn w:val="NormalTablo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OrtaGlgeleme1">
    <w:name w:val="Medium Shading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1">
    <w:name w:val="Medium Shading 1 Accent 1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2">
    <w:name w:val="Medium Shading 1 Accent 2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3">
    <w:name w:val="Medium Shading 1 Accent 3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4">
    <w:name w:val="Medium Shading 1 Accent 4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5">
    <w:name w:val="Medium Shading 1 Accent 5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1-Vurgu6">
    <w:name w:val="Medium Shading 1 Accent 6"/>
    <w:basedOn w:val="NormalTablo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OrtaGlgeleme2">
    <w:name w:val="Medium Shading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1">
    <w:name w:val="Medium Shading 2 Accent 1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2">
    <w:name w:val="Medium Shading 2 Accent 2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3">
    <w:name w:val="Medium Shading 2 Accent 3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4">
    <w:name w:val="Medium Shading 2 Accent 4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5">
    <w:name w:val="Medium Shading 2 Accent 5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Glgeleme2-Vurgu6">
    <w:name w:val="Medium Shading 2 Accent 6"/>
    <w:basedOn w:val="NormalTablo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OrtaListe1">
    <w:name w:val="Medium Lis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OrtaListe1-Vurgu1">
    <w:name w:val="Medium List 1 Accent 1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OrtaListe1-Vurgu2">
    <w:name w:val="Medium List 1 Accent 2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OrtaListe1-Vurgu3">
    <w:name w:val="Medium List 1 Accent 3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OrtaListe1-Vurgu4">
    <w:name w:val="Medium List 1 Accent 4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OrtaListe1-Vurgu5">
    <w:name w:val="Medium List 1 Accent 5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OrtaListe1-Vurgu6">
    <w:name w:val="Medium List 1 Accent 6"/>
    <w:basedOn w:val="NormalTablo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OrtaListe2">
    <w:name w:val="Medium Lis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2-Vurgu1">
    <w:name w:val="Medium List 2 Accent 1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2">
    <w:name w:val="Medium List 2 Accent 2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3">
    <w:name w:val="Medium List 2 Accent 3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4">
    <w:name w:val="Medium List 2 Accent 4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5">
    <w:name w:val="Medium List 2 Accent 5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Liste2-Vurgu6">
    <w:name w:val="Medium List 2 Accent 6"/>
    <w:basedOn w:val="NormalTablo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OrtaKlavuz1">
    <w:name w:val="Medium Grid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rtaKlavuz1-Vurgu1">
    <w:name w:val="Medium Grid 1 Accent 1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rtaKlavuz1-Vurgu2">
    <w:name w:val="Medium Grid 1 Accent 2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rtaKlavuz1-Vurgu3">
    <w:name w:val="Medium Grid 1 Accent 3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rtaKlavuz1-Vurgu4">
    <w:name w:val="Medium Grid 1 Accent 4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rtaKlavuz1-Vurgu5">
    <w:name w:val="Medium Grid 1 Accent 5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rtaKlavuz1-Vurgu6">
    <w:name w:val="Medium Grid 1 Accent 6"/>
    <w:basedOn w:val="NormalTablo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rtaKlavuz2">
    <w:name w:val="Medium Grid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1">
    <w:name w:val="Medium Grid 2 Accent 1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2">
    <w:name w:val="Medium Grid 2 Accent 2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3">
    <w:name w:val="Medium Grid 2 Accent 3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4">
    <w:name w:val="Medium Grid 2 Accent 4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5">
    <w:name w:val="Medium Grid 2 Accent 5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2-Vurgu6">
    <w:name w:val="Medium Grid 2 Accent 6"/>
    <w:basedOn w:val="NormalTablo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OrtaKlavuz3">
    <w:name w:val="Medium Grid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OrtaKlavuz3-Vurgu1">
    <w:name w:val="Medium Grid 3 Accent 1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OrtaKlavuz3-Vurgu2">
    <w:name w:val="Medium Grid 3 Accent 2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OrtaKlavuz3-Vurgu3">
    <w:name w:val="Medium Grid 3 Accent 3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OrtaKlavuz3-Vurgu4">
    <w:name w:val="Medium Grid 3 Accent 4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OrtaKlavuz3-Vurgu5">
    <w:name w:val="Medium Grid 3 Accent 5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OrtaKlavuz3-Vurgu6">
    <w:name w:val="Medium Grid 3 Accent 6"/>
    <w:basedOn w:val="NormalTablo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KoyuListe">
    <w:name w:val="Dark List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KoyuListe-Vurgu1">
    <w:name w:val="Dark List Accent 1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KoyuListe-Vurgu2">
    <w:name w:val="Dark List Accent 2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KoyuListe-Vurgu3">
    <w:name w:val="Dark List Accent 3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KoyuListe-Vurgu4">
    <w:name w:val="Dark List Accent 4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KoyuListe-Vurgu5">
    <w:name w:val="Dark List Accent 5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KoyuListe-Vurgu6">
    <w:name w:val="Dark List Accent 6"/>
    <w:basedOn w:val="NormalTablo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RenkliGlgeleme">
    <w:name w:val="Colorful Shading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1">
    <w:name w:val="Colorful Shading Accent 1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2">
    <w:name w:val="Colorful Shading Accent 2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3">
    <w:name w:val="Colorful Shading Accent 3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Glgeleme-Vurgu4">
    <w:name w:val="Colorful Shading Accent 4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5">
    <w:name w:val="Colorful Shading Accent 5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Glgeleme-Vurgu6">
    <w:name w:val="Colorful Shading Accent 6"/>
    <w:basedOn w:val="NormalTablo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RenkliListe">
    <w:name w:val="Colorful List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RenkliListe-Vurgu1">
    <w:name w:val="Colorful List Accent 1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RenkliListe-Vurgu2">
    <w:name w:val="Colorful List Accent 2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RenkliListe-Vurgu3">
    <w:name w:val="Colorful List Accent 3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RenkliListe-Vurgu4">
    <w:name w:val="Colorful List Accent 4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RenkliListe-Vurgu5">
    <w:name w:val="Colorful List Accent 5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RenkliListe-Vurgu6">
    <w:name w:val="Colorful List Accent 6"/>
    <w:basedOn w:val="NormalTablo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RenkliKlavuz">
    <w:name w:val="Colorful Grid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RenkliKlavuz-Vurgu1">
    <w:name w:val="Colorful Grid Accent 1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RenkliKlavuz-Vurgu2">
    <w:name w:val="Colorful Grid Accent 2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RenkliKlavuz-Vurgu3">
    <w:name w:val="Colorful Grid Accent 3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RenkliKlavuz-Vurgu4">
    <w:name w:val="Colorful Grid Accent 4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RenkliKlavuz-Vurgu5">
    <w:name w:val="Colorful Grid Accent 5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RenkliKlavuz-Vurgu6">
    <w:name w:val="Colorful Grid Accent 6"/>
    <w:basedOn w:val="NormalTablo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AD8C2877-900D-4E94-9BBF-4298D708FF8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227</Words>
  <Characters>1296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1520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5. Sınıf Temel Yaşam Becerileri Günlük Plan — 3. Hafta</dc:title>
  <dc:subject>günlük plan</dc:subject>
  <dc:creator>evrakburada</dc:creator>
  <cp:keywords>günlük plan, Temel Yaşam Becerileri, 5. sınıf, 3. hafta</cp:keywords>
  <dc:description/>
  <cp:lastModifiedBy>HP</cp:lastModifiedBy>
  <cp:revision>3</cp:revision>
  <dcterms:created xsi:type="dcterms:W3CDTF">2013-12-23T23:15:00Z</dcterms:created>
  <dcterms:modified xsi:type="dcterms:W3CDTF">2026-10-17T10:18:00Z</dcterms:modified>
  <cp:category/>
</cp:coreProperties>
</file>