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8" w:space="0" w:color="F0B27A"/>
          <w:left w:val="single" w:sz="8" w:space="0" w:color="F0B27A"/>
          <w:bottom w:val="single" w:sz="8" w:space="0" w:color="F0B27A"/>
          <w:right w:val="single" w:sz="8" w:space="0" w:color="F0B27A"/>
          <w:insideH w:val="single" w:sz="8" w:space="0" w:color="F0B27A"/>
          <w:insideV w:val="single" w:sz="8" w:space="0" w:color="F0B27A"/>
        </w:tblBorders>
        <w:tblLook w:val="04A0" w:firstRow="1" w:lastRow="0" w:firstColumn="1" w:lastColumn="0" w:noHBand="0" w:noVBand="1"/>
      </w:tblPr>
      <w:tblGrid>
        <w:gridCol w:w="9638"/>
      </w:tblGrid>
      <w:tr w:rsidR="001F20D5">
        <w:trPr>
          <w:jc w:val="center"/>
        </w:trPr>
        <w:tc>
          <w:tcPr>
            <w:tcW w:w="9638" w:type="dxa"/>
            <w:shd w:val="clear" w:color="auto" w:fill="FDEBD0"/>
          </w:tcPr>
          <w:p w:rsidR="001F20D5" w:rsidRDefault="000037A0">
            <w:pPr>
              <w:spacing w:after="40"/>
              <w:jc w:val="center"/>
            </w:pPr>
            <w:r>
              <w:rPr>
                <w:b/>
                <w:color w:val="9C4A0B"/>
              </w:rPr>
              <w:t>2026-2027 EĞİTİM-ÖĞRETİM YILI</w:t>
            </w:r>
          </w:p>
          <w:p w:rsidR="001F20D5" w:rsidRDefault="000037A0">
            <w:pPr>
              <w:spacing w:after="40"/>
              <w:jc w:val="center"/>
            </w:pPr>
            <w:r>
              <w:rPr>
                <w:b/>
                <w:color w:val="9C4A0B"/>
                <w:sz w:val="30"/>
              </w:rPr>
              <w:t>ATATÜRK</w:t>
            </w:r>
            <w:r w:rsidR="005F1ACE">
              <w:rPr>
                <w:b/>
                <w:color w:val="9C4A0B"/>
                <w:sz w:val="30"/>
              </w:rPr>
              <w:t xml:space="preserve"> ORTAOKULU</w:t>
            </w:r>
            <w:bookmarkStart w:id="0" w:name="_GoBack"/>
            <w:bookmarkEnd w:id="0"/>
          </w:p>
          <w:p w:rsidR="001F20D5" w:rsidRDefault="000037A0">
            <w:pPr>
              <w:spacing w:after="40"/>
              <w:jc w:val="center"/>
            </w:pPr>
            <w:r>
              <w:rPr>
                <w:b/>
                <w:color w:val="9C4A0B"/>
                <w:sz w:val="24"/>
              </w:rPr>
              <w:t>5/A SINIFI</w:t>
            </w:r>
          </w:p>
          <w:p w:rsidR="001F20D5" w:rsidRDefault="000037A0">
            <w:pPr>
              <w:spacing w:after="40"/>
              <w:jc w:val="center"/>
            </w:pPr>
            <w:r>
              <w:rPr>
                <w:b/>
                <w:color w:val="9C4A0B"/>
                <w:sz w:val="25"/>
              </w:rPr>
              <w:t>1. DÖNEM SENE BAŞI ŞUBE ÖĞRETMENLER KURULU TOPLANTI TUTANAĞI</w:t>
            </w:r>
          </w:p>
        </w:tc>
      </w:tr>
    </w:tbl>
    <w:p w:rsidR="001F20D5" w:rsidRDefault="001F20D5">
      <w:pPr>
        <w:spacing w:after="0"/>
      </w:pPr>
    </w:p>
    <w:tbl>
      <w:tblPr>
        <w:tblW w:w="0" w:type="auto"/>
        <w:jc w:val="center"/>
        <w:tblBorders>
          <w:top w:val="single" w:sz="6" w:space="0" w:color="F5CBA7"/>
          <w:left w:val="single" w:sz="6" w:space="0" w:color="F5CBA7"/>
          <w:bottom w:val="single" w:sz="6" w:space="0" w:color="F5CBA7"/>
          <w:right w:val="single" w:sz="6" w:space="0" w:color="F5CBA7"/>
          <w:insideH w:val="single" w:sz="6" w:space="0" w:color="F5CBA7"/>
          <w:insideV w:val="single" w:sz="6" w:space="0" w:color="F5CBA7"/>
        </w:tblBorders>
        <w:tblLook w:val="04A0" w:firstRow="1" w:lastRow="0" w:firstColumn="1" w:lastColumn="0" w:noHBand="0" w:noVBand="1"/>
      </w:tblPr>
      <w:tblGrid>
        <w:gridCol w:w="2409"/>
        <w:gridCol w:w="2409"/>
        <w:gridCol w:w="2409"/>
        <w:gridCol w:w="2409"/>
      </w:tblGrid>
      <w:tr w:rsidR="001F20D5">
        <w:trPr>
          <w:jc w:val="center"/>
        </w:trPr>
        <w:tc>
          <w:tcPr>
            <w:tcW w:w="2409" w:type="dxa"/>
            <w:shd w:val="clear" w:color="auto" w:fill="FEF5E7"/>
            <w:vAlign w:val="center"/>
          </w:tcPr>
          <w:p w:rsidR="001F20D5" w:rsidRDefault="000037A0">
            <w:r>
              <w:rPr>
                <w:b/>
                <w:color w:val="D9731A"/>
                <w:sz w:val="17"/>
              </w:rPr>
              <w:t>TOPLANTI NO</w:t>
            </w:r>
            <w:r>
              <w:rPr>
                <w:b/>
                <w:color w:val="D9731A"/>
                <w:sz w:val="17"/>
              </w:rPr>
              <w:br/>
            </w:r>
            <w:r>
              <w:rPr>
                <w:sz w:val="19"/>
              </w:rPr>
              <w:t>1</w:t>
            </w:r>
          </w:p>
        </w:tc>
        <w:tc>
          <w:tcPr>
            <w:tcW w:w="2409" w:type="dxa"/>
            <w:shd w:val="clear" w:color="auto" w:fill="FEF5E7"/>
            <w:vAlign w:val="center"/>
          </w:tcPr>
          <w:p w:rsidR="001F20D5" w:rsidRDefault="000037A0">
            <w:r>
              <w:rPr>
                <w:b/>
                <w:color w:val="D9731A"/>
                <w:sz w:val="17"/>
              </w:rPr>
              <w:t>TOPLANTI TARİHİ</w:t>
            </w:r>
            <w:r>
              <w:rPr>
                <w:b/>
                <w:color w:val="D9731A"/>
                <w:sz w:val="17"/>
              </w:rPr>
              <w:br/>
            </w:r>
            <w:r>
              <w:rPr>
                <w:sz w:val="19"/>
              </w:rPr>
              <w:t>14.10.2026 Çarşamba</w:t>
            </w:r>
          </w:p>
        </w:tc>
        <w:tc>
          <w:tcPr>
            <w:tcW w:w="2409" w:type="dxa"/>
            <w:shd w:val="clear" w:color="auto" w:fill="FEF5E7"/>
            <w:vAlign w:val="center"/>
          </w:tcPr>
          <w:p w:rsidR="001F20D5" w:rsidRDefault="000037A0">
            <w:r>
              <w:rPr>
                <w:b/>
                <w:color w:val="D9731A"/>
                <w:sz w:val="17"/>
              </w:rPr>
              <w:t>TOPLANTI SAATİ</w:t>
            </w:r>
            <w:r>
              <w:rPr>
                <w:b/>
                <w:color w:val="D9731A"/>
                <w:sz w:val="17"/>
              </w:rPr>
              <w:br/>
            </w:r>
            <w:r>
              <w:rPr>
                <w:sz w:val="19"/>
              </w:rPr>
              <w:t>15:30</w:t>
            </w:r>
          </w:p>
        </w:tc>
        <w:tc>
          <w:tcPr>
            <w:tcW w:w="2409" w:type="dxa"/>
            <w:shd w:val="clear" w:color="auto" w:fill="FEF5E7"/>
            <w:vAlign w:val="center"/>
          </w:tcPr>
          <w:p w:rsidR="001F20D5" w:rsidRDefault="000037A0">
            <w:r>
              <w:rPr>
                <w:b/>
                <w:color w:val="D9731A"/>
                <w:sz w:val="17"/>
              </w:rPr>
              <w:t>TOPLANTI YERİ</w:t>
            </w:r>
            <w:r>
              <w:rPr>
                <w:b/>
                <w:color w:val="D9731A"/>
                <w:sz w:val="17"/>
              </w:rPr>
              <w:br/>
            </w:r>
            <w:r>
              <w:rPr>
                <w:sz w:val="19"/>
              </w:rPr>
              <w:t>Öğretmenler Odası</w:t>
            </w:r>
          </w:p>
        </w:tc>
      </w:tr>
    </w:tbl>
    <w:p w:rsidR="001F20D5" w:rsidRDefault="001F20D5">
      <w:pPr>
        <w:spacing w:after="40"/>
      </w:pPr>
    </w:p>
    <w:p w:rsidR="001F20D5" w:rsidRDefault="000037A0">
      <w:pPr>
        <w:keepNext/>
        <w:pBdr>
          <w:bottom w:val="single" w:sz="8" w:space="2" w:color="EB984E"/>
        </w:pBdr>
        <w:spacing w:before="280" w:after="80"/>
      </w:pPr>
      <w:r>
        <w:rPr>
          <w:b/>
          <w:color w:val="9C4A0B"/>
          <w:sz w:val="26"/>
        </w:rPr>
        <w:t>TOPLANTIYA KATILANLAR</w:t>
      </w:r>
    </w:p>
    <w:tbl>
      <w:tblPr>
        <w:tblW w:w="0" w:type="auto"/>
        <w:jc w:val="center"/>
        <w:tblBorders>
          <w:top w:val="single" w:sz="6" w:space="0" w:color="F5CBA7"/>
          <w:left w:val="single" w:sz="6" w:space="0" w:color="F5CBA7"/>
          <w:bottom w:val="single" w:sz="6" w:space="0" w:color="F5CBA7"/>
          <w:right w:val="single" w:sz="6" w:space="0" w:color="F5CBA7"/>
          <w:insideH w:val="single" w:sz="6" w:space="0" w:color="F5CBA7"/>
          <w:insideV w:val="single" w:sz="6" w:space="0" w:color="F5CBA7"/>
        </w:tblBorders>
        <w:tblLook w:val="04A0" w:firstRow="1" w:lastRow="0" w:firstColumn="1" w:lastColumn="0" w:noHBand="0" w:noVBand="1"/>
      </w:tblPr>
      <w:tblGrid>
        <w:gridCol w:w="5197"/>
        <w:gridCol w:w="4657"/>
      </w:tblGrid>
      <w:tr w:rsidR="001F20D5">
        <w:trPr>
          <w:jc w:val="center"/>
        </w:trPr>
        <w:tc>
          <w:tcPr>
            <w:tcW w:w="5386" w:type="dxa"/>
            <w:shd w:val="clear" w:color="auto" w:fill="F8C471"/>
            <w:vAlign w:val="center"/>
          </w:tcPr>
          <w:p w:rsidR="001F20D5" w:rsidRDefault="000037A0">
            <w:pPr>
              <w:spacing w:after="20"/>
            </w:pPr>
            <w:r>
              <w:rPr>
                <w:b/>
                <w:color w:val="9C4A0B"/>
                <w:sz w:val="20"/>
              </w:rPr>
              <w:t xml:space="preserve">Toplantıya </w:t>
            </w:r>
            <w:r>
              <w:rPr>
                <w:b/>
                <w:color w:val="9C4A0B"/>
                <w:sz w:val="20"/>
              </w:rPr>
              <w:t>Katılanların Adı ve Soyadı</w:t>
            </w:r>
          </w:p>
        </w:tc>
        <w:tc>
          <w:tcPr>
            <w:tcW w:w="4252" w:type="dxa"/>
            <w:shd w:val="clear" w:color="auto" w:fill="F8C471"/>
            <w:vAlign w:val="center"/>
          </w:tcPr>
          <w:p w:rsidR="001F20D5" w:rsidRDefault="000037A0">
            <w:pPr>
              <w:spacing w:after="20"/>
            </w:pPr>
            <w:r>
              <w:rPr>
                <w:b/>
                <w:color w:val="9C4A0B"/>
                <w:sz w:val="20"/>
              </w:rPr>
              <w:t>Görevi</w:t>
            </w:r>
          </w:p>
        </w:tc>
      </w:tr>
      <w:tr w:rsidR="001F20D5">
        <w:trPr>
          <w:jc w:val="center"/>
        </w:trPr>
        <w:tc>
          <w:tcPr>
            <w:tcW w:w="5386" w:type="dxa"/>
            <w:vAlign w:val="center"/>
          </w:tcPr>
          <w:p w:rsidR="001F20D5" w:rsidRDefault="000037A0">
            <w:pPr>
              <w:spacing w:after="20"/>
            </w:pPr>
            <w:r>
              <w:rPr>
                <w:sz w:val="20"/>
              </w:rPr>
              <w:t>…………………</w:t>
            </w:r>
          </w:p>
        </w:tc>
        <w:tc>
          <w:tcPr>
            <w:tcW w:w="4252" w:type="dxa"/>
            <w:vAlign w:val="center"/>
          </w:tcPr>
          <w:p w:rsidR="001F20D5" w:rsidRDefault="000037A0">
            <w:pPr>
              <w:spacing w:after="20"/>
            </w:pPr>
            <w:r>
              <w:rPr>
                <w:sz w:val="20"/>
              </w:rPr>
              <w:t>Okul Müdürü</w:t>
            </w:r>
          </w:p>
        </w:tc>
      </w:tr>
      <w:tr w:rsidR="001F20D5">
        <w:trPr>
          <w:jc w:val="center"/>
        </w:trPr>
        <w:tc>
          <w:tcPr>
            <w:tcW w:w="5386" w:type="dxa"/>
            <w:shd w:val="clear" w:color="auto" w:fill="FEF5E7"/>
            <w:vAlign w:val="center"/>
          </w:tcPr>
          <w:p w:rsidR="001F20D5" w:rsidRDefault="000037A0">
            <w:pPr>
              <w:spacing w:after="20"/>
            </w:pPr>
            <w:r>
              <w:rPr>
                <w:sz w:val="20"/>
              </w:rPr>
              <w:t>…………………</w:t>
            </w:r>
          </w:p>
        </w:tc>
        <w:tc>
          <w:tcPr>
            <w:tcW w:w="4252" w:type="dxa"/>
            <w:shd w:val="clear" w:color="auto" w:fill="FEF5E7"/>
            <w:vAlign w:val="center"/>
          </w:tcPr>
          <w:p w:rsidR="001F20D5" w:rsidRDefault="000037A0">
            <w:pPr>
              <w:spacing w:after="20"/>
            </w:pPr>
            <w:r>
              <w:rPr>
                <w:sz w:val="20"/>
              </w:rPr>
              <w:t>5/A Sınıf Öğretmeni</w:t>
            </w:r>
          </w:p>
        </w:tc>
      </w:tr>
      <w:tr w:rsidR="001F20D5">
        <w:trPr>
          <w:jc w:val="center"/>
        </w:trPr>
        <w:tc>
          <w:tcPr>
            <w:tcW w:w="5386" w:type="dxa"/>
            <w:vAlign w:val="center"/>
          </w:tcPr>
          <w:p w:rsidR="001F20D5" w:rsidRDefault="000037A0">
            <w:pPr>
              <w:spacing w:after="20"/>
            </w:pPr>
            <w:r>
              <w:rPr>
                <w:sz w:val="20"/>
              </w:rPr>
              <w:t>…………………</w:t>
            </w:r>
          </w:p>
        </w:tc>
        <w:tc>
          <w:tcPr>
            <w:tcW w:w="4252" w:type="dxa"/>
            <w:vAlign w:val="center"/>
          </w:tcPr>
          <w:p w:rsidR="001F20D5" w:rsidRDefault="000037A0">
            <w:pPr>
              <w:spacing w:after="20"/>
            </w:pPr>
            <w:r>
              <w:rPr>
                <w:sz w:val="20"/>
              </w:rPr>
              <w:t>Türkçe Öğretmeni</w:t>
            </w:r>
          </w:p>
        </w:tc>
      </w:tr>
      <w:tr w:rsidR="001F20D5">
        <w:trPr>
          <w:jc w:val="center"/>
        </w:trPr>
        <w:tc>
          <w:tcPr>
            <w:tcW w:w="5386" w:type="dxa"/>
            <w:shd w:val="clear" w:color="auto" w:fill="FEF5E7"/>
            <w:vAlign w:val="center"/>
          </w:tcPr>
          <w:p w:rsidR="001F20D5" w:rsidRDefault="000037A0">
            <w:pPr>
              <w:spacing w:after="20"/>
            </w:pPr>
            <w:r>
              <w:rPr>
                <w:sz w:val="20"/>
              </w:rPr>
              <w:t>…………………</w:t>
            </w:r>
          </w:p>
        </w:tc>
        <w:tc>
          <w:tcPr>
            <w:tcW w:w="4252" w:type="dxa"/>
            <w:shd w:val="clear" w:color="auto" w:fill="FEF5E7"/>
            <w:vAlign w:val="center"/>
          </w:tcPr>
          <w:p w:rsidR="001F20D5" w:rsidRDefault="000037A0">
            <w:pPr>
              <w:spacing w:after="20"/>
            </w:pPr>
            <w:r>
              <w:rPr>
                <w:sz w:val="20"/>
              </w:rPr>
              <w:t>Matematik Öğretmeni</w:t>
            </w:r>
          </w:p>
        </w:tc>
      </w:tr>
      <w:tr w:rsidR="001F20D5">
        <w:trPr>
          <w:jc w:val="center"/>
        </w:trPr>
        <w:tc>
          <w:tcPr>
            <w:tcW w:w="5386" w:type="dxa"/>
            <w:vAlign w:val="center"/>
          </w:tcPr>
          <w:p w:rsidR="001F20D5" w:rsidRDefault="000037A0">
            <w:pPr>
              <w:spacing w:after="20"/>
            </w:pPr>
            <w:r>
              <w:rPr>
                <w:sz w:val="20"/>
              </w:rPr>
              <w:t>…………………</w:t>
            </w:r>
          </w:p>
        </w:tc>
        <w:tc>
          <w:tcPr>
            <w:tcW w:w="4252" w:type="dxa"/>
            <w:vAlign w:val="center"/>
          </w:tcPr>
          <w:p w:rsidR="001F20D5" w:rsidRDefault="000037A0">
            <w:pPr>
              <w:spacing w:after="20"/>
            </w:pPr>
            <w:r>
              <w:rPr>
                <w:sz w:val="20"/>
              </w:rPr>
              <w:t>Fen Bilimleri Öğretmeni</w:t>
            </w:r>
          </w:p>
        </w:tc>
      </w:tr>
      <w:tr w:rsidR="001F20D5">
        <w:trPr>
          <w:jc w:val="center"/>
        </w:trPr>
        <w:tc>
          <w:tcPr>
            <w:tcW w:w="5386" w:type="dxa"/>
            <w:shd w:val="clear" w:color="auto" w:fill="FEF5E7"/>
            <w:vAlign w:val="center"/>
          </w:tcPr>
          <w:p w:rsidR="001F20D5" w:rsidRDefault="000037A0">
            <w:pPr>
              <w:spacing w:after="20"/>
            </w:pPr>
            <w:r>
              <w:rPr>
                <w:sz w:val="20"/>
              </w:rPr>
              <w:t>…………………</w:t>
            </w:r>
          </w:p>
        </w:tc>
        <w:tc>
          <w:tcPr>
            <w:tcW w:w="4252" w:type="dxa"/>
            <w:shd w:val="clear" w:color="auto" w:fill="FEF5E7"/>
            <w:vAlign w:val="center"/>
          </w:tcPr>
          <w:p w:rsidR="001F20D5" w:rsidRDefault="000037A0">
            <w:pPr>
              <w:spacing w:after="20"/>
            </w:pPr>
            <w:r>
              <w:rPr>
                <w:sz w:val="20"/>
              </w:rPr>
              <w:t>Sosyal Bilgiler Öğretmeni</w:t>
            </w:r>
          </w:p>
        </w:tc>
      </w:tr>
      <w:tr w:rsidR="001F20D5">
        <w:trPr>
          <w:jc w:val="center"/>
        </w:trPr>
        <w:tc>
          <w:tcPr>
            <w:tcW w:w="5386" w:type="dxa"/>
            <w:vAlign w:val="center"/>
          </w:tcPr>
          <w:p w:rsidR="001F20D5" w:rsidRDefault="000037A0">
            <w:pPr>
              <w:spacing w:after="20"/>
            </w:pPr>
            <w:r>
              <w:rPr>
                <w:sz w:val="20"/>
              </w:rPr>
              <w:t>…………………</w:t>
            </w:r>
          </w:p>
        </w:tc>
        <w:tc>
          <w:tcPr>
            <w:tcW w:w="4252" w:type="dxa"/>
            <w:vAlign w:val="center"/>
          </w:tcPr>
          <w:p w:rsidR="001F20D5" w:rsidRDefault="000037A0">
            <w:pPr>
              <w:spacing w:after="20"/>
            </w:pPr>
            <w:r>
              <w:rPr>
                <w:sz w:val="20"/>
              </w:rPr>
              <w:t>Bilişim Teknolojileri Öğretmeni</w:t>
            </w:r>
          </w:p>
        </w:tc>
      </w:tr>
      <w:tr w:rsidR="001F20D5">
        <w:trPr>
          <w:jc w:val="center"/>
        </w:trPr>
        <w:tc>
          <w:tcPr>
            <w:tcW w:w="5386" w:type="dxa"/>
            <w:shd w:val="clear" w:color="auto" w:fill="FEF5E7"/>
            <w:vAlign w:val="center"/>
          </w:tcPr>
          <w:p w:rsidR="001F20D5" w:rsidRDefault="000037A0">
            <w:pPr>
              <w:spacing w:after="20"/>
            </w:pPr>
            <w:r>
              <w:rPr>
                <w:sz w:val="20"/>
              </w:rPr>
              <w:t>…………………</w:t>
            </w:r>
          </w:p>
        </w:tc>
        <w:tc>
          <w:tcPr>
            <w:tcW w:w="4252" w:type="dxa"/>
            <w:shd w:val="clear" w:color="auto" w:fill="FEF5E7"/>
            <w:vAlign w:val="center"/>
          </w:tcPr>
          <w:p w:rsidR="001F20D5" w:rsidRDefault="000037A0">
            <w:pPr>
              <w:spacing w:after="20"/>
            </w:pPr>
            <w:r>
              <w:rPr>
                <w:sz w:val="20"/>
              </w:rPr>
              <w:t>Din Kültürü ve Ahlak B.Ö.</w:t>
            </w:r>
          </w:p>
        </w:tc>
      </w:tr>
      <w:tr w:rsidR="001F20D5">
        <w:trPr>
          <w:jc w:val="center"/>
        </w:trPr>
        <w:tc>
          <w:tcPr>
            <w:tcW w:w="5386" w:type="dxa"/>
            <w:vAlign w:val="center"/>
          </w:tcPr>
          <w:p w:rsidR="001F20D5" w:rsidRDefault="000037A0">
            <w:pPr>
              <w:spacing w:after="20"/>
            </w:pPr>
            <w:r>
              <w:rPr>
                <w:sz w:val="20"/>
              </w:rPr>
              <w:t>…………………</w:t>
            </w:r>
          </w:p>
        </w:tc>
        <w:tc>
          <w:tcPr>
            <w:tcW w:w="4252" w:type="dxa"/>
            <w:vAlign w:val="center"/>
          </w:tcPr>
          <w:p w:rsidR="001F20D5" w:rsidRDefault="000037A0">
            <w:pPr>
              <w:spacing w:after="20"/>
            </w:pPr>
            <w:r>
              <w:rPr>
                <w:sz w:val="20"/>
              </w:rPr>
              <w:t>Görsel Sanatlar Öğretmeni</w:t>
            </w:r>
          </w:p>
        </w:tc>
      </w:tr>
      <w:tr w:rsidR="001F20D5">
        <w:trPr>
          <w:jc w:val="center"/>
        </w:trPr>
        <w:tc>
          <w:tcPr>
            <w:tcW w:w="5386" w:type="dxa"/>
            <w:shd w:val="clear" w:color="auto" w:fill="FEF5E7"/>
            <w:vAlign w:val="center"/>
          </w:tcPr>
          <w:p w:rsidR="001F20D5" w:rsidRDefault="000037A0">
            <w:pPr>
              <w:spacing w:after="20"/>
            </w:pPr>
            <w:r>
              <w:rPr>
                <w:sz w:val="20"/>
              </w:rPr>
              <w:t>…………………</w:t>
            </w:r>
          </w:p>
        </w:tc>
        <w:tc>
          <w:tcPr>
            <w:tcW w:w="4252" w:type="dxa"/>
            <w:shd w:val="clear" w:color="auto" w:fill="FEF5E7"/>
            <w:vAlign w:val="center"/>
          </w:tcPr>
          <w:p w:rsidR="001F20D5" w:rsidRDefault="000037A0">
            <w:pPr>
              <w:spacing w:after="20"/>
            </w:pPr>
            <w:r>
              <w:rPr>
                <w:sz w:val="20"/>
              </w:rPr>
              <w:t>Müzik Öğretmeni</w:t>
            </w:r>
          </w:p>
        </w:tc>
      </w:tr>
      <w:tr w:rsidR="001F20D5">
        <w:trPr>
          <w:jc w:val="center"/>
        </w:trPr>
        <w:tc>
          <w:tcPr>
            <w:tcW w:w="5386" w:type="dxa"/>
            <w:vAlign w:val="center"/>
          </w:tcPr>
          <w:p w:rsidR="001F20D5" w:rsidRDefault="000037A0">
            <w:pPr>
              <w:spacing w:after="20"/>
            </w:pPr>
            <w:r>
              <w:rPr>
                <w:sz w:val="20"/>
              </w:rPr>
              <w:t>…………………</w:t>
            </w:r>
          </w:p>
        </w:tc>
        <w:tc>
          <w:tcPr>
            <w:tcW w:w="4252" w:type="dxa"/>
            <w:vAlign w:val="center"/>
          </w:tcPr>
          <w:p w:rsidR="001F20D5" w:rsidRDefault="000037A0">
            <w:pPr>
              <w:spacing w:after="20"/>
            </w:pPr>
            <w:r>
              <w:rPr>
                <w:sz w:val="20"/>
              </w:rPr>
              <w:t>Beden Eğitimi Öğretmeni</w:t>
            </w:r>
          </w:p>
        </w:tc>
      </w:tr>
      <w:tr w:rsidR="001F20D5">
        <w:trPr>
          <w:jc w:val="center"/>
        </w:trPr>
        <w:tc>
          <w:tcPr>
            <w:tcW w:w="5386" w:type="dxa"/>
            <w:shd w:val="clear" w:color="auto" w:fill="FEF5E7"/>
            <w:vAlign w:val="center"/>
          </w:tcPr>
          <w:p w:rsidR="001F20D5" w:rsidRDefault="000037A0">
            <w:pPr>
              <w:spacing w:after="20"/>
            </w:pPr>
            <w:r>
              <w:rPr>
                <w:sz w:val="20"/>
              </w:rPr>
              <w:t>…………………</w:t>
            </w:r>
          </w:p>
        </w:tc>
        <w:tc>
          <w:tcPr>
            <w:tcW w:w="4252" w:type="dxa"/>
            <w:shd w:val="clear" w:color="auto" w:fill="FEF5E7"/>
            <w:vAlign w:val="center"/>
          </w:tcPr>
          <w:p w:rsidR="001F20D5" w:rsidRDefault="000037A0">
            <w:pPr>
              <w:spacing w:after="20"/>
            </w:pPr>
            <w:r>
              <w:rPr>
                <w:sz w:val="20"/>
              </w:rPr>
              <w:t>İngilizce Öğretmeni</w:t>
            </w:r>
          </w:p>
        </w:tc>
      </w:tr>
      <w:tr w:rsidR="001F20D5">
        <w:trPr>
          <w:jc w:val="center"/>
        </w:trPr>
        <w:tc>
          <w:tcPr>
            <w:tcW w:w="5386" w:type="dxa"/>
            <w:vAlign w:val="center"/>
          </w:tcPr>
          <w:p w:rsidR="001F20D5" w:rsidRDefault="000037A0">
            <w:pPr>
              <w:spacing w:after="20"/>
            </w:pPr>
            <w:r>
              <w:rPr>
                <w:sz w:val="20"/>
              </w:rPr>
              <w:t>…………………</w:t>
            </w:r>
          </w:p>
        </w:tc>
        <w:tc>
          <w:tcPr>
            <w:tcW w:w="4252" w:type="dxa"/>
            <w:vAlign w:val="center"/>
          </w:tcPr>
          <w:p w:rsidR="001F20D5" w:rsidRDefault="000037A0">
            <w:pPr>
              <w:spacing w:after="20"/>
            </w:pPr>
            <w:r>
              <w:rPr>
                <w:sz w:val="20"/>
              </w:rPr>
              <w:t>Okul Rehberlik Öğretmeni</w:t>
            </w:r>
          </w:p>
        </w:tc>
      </w:tr>
      <w:tr w:rsidR="001F20D5">
        <w:trPr>
          <w:jc w:val="center"/>
        </w:trPr>
        <w:tc>
          <w:tcPr>
            <w:tcW w:w="4819" w:type="dxa"/>
          </w:tcPr>
          <w:p w:rsidR="001F20D5" w:rsidRDefault="001F20D5"/>
        </w:tc>
        <w:tc>
          <w:tcPr>
            <w:tcW w:w="4819" w:type="dxa"/>
          </w:tcPr>
          <w:p w:rsidR="001F20D5" w:rsidRDefault="001F20D5"/>
        </w:tc>
      </w:tr>
    </w:tbl>
    <w:p w:rsidR="001F20D5" w:rsidRDefault="001F20D5">
      <w:pPr>
        <w:spacing w:after="40"/>
      </w:pPr>
    </w:p>
    <w:p w:rsidR="001F20D5" w:rsidRDefault="000037A0">
      <w:pPr>
        <w:spacing w:after="100" w:line="269" w:lineRule="auto"/>
        <w:jc w:val="both"/>
      </w:pPr>
      <w:r>
        <w:t xml:space="preserve">Atatürk 5/A sınıfı şube öğretmenleri, 2089 sayılı Tebliğler </w:t>
      </w:r>
      <w:r>
        <w:t>Dergisi’nde yayımlanan eğitim ve öğretim çalışmalarının planlı yürütülmesine ilişkin yönerge gereğince yukarıda belirtilen yer, tarih ve saatte toplanarak tespit ettiği gündem maddelerini görüşüp aşağıdaki kararları almıştır.</w:t>
      </w:r>
    </w:p>
    <w:p w:rsidR="001F20D5" w:rsidRDefault="000037A0">
      <w:pPr>
        <w:keepNext/>
        <w:pBdr>
          <w:bottom w:val="single" w:sz="8" w:space="2" w:color="EB984E"/>
        </w:pBdr>
        <w:spacing w:before="280" w:after="80"/>
      </w:pPr>
      <w:r>
        <w:rPr>
          <w:b/>
          <w:color w:val="9C4A0B"/>
          <w:sz w:val="26"/>
        </w:rPr>
        <w:t>GÜNDEM MADDELERİ</w:t>
      </w:r>
    </w:p>
    <w:p w:rsidR="001F20D5" w:rsidRDefault="000037A0">
      <w:pPr>
        <w:spacing w:after="40"/>
        <w:ind w:left="340"/>
        <w:jc w:val="both"/>
      </w:pPr>
      <w:r>
        <w:rPr>
          <w:b/>
          <w:color w:val="D9731A"/>
        </w:rPr>
        <w:t xml:space="preserve">1. </w:t>
      </w:r>
      <w:r>
        <w:t xml:space="preserve">Açılış ve </w:t>
      </w:r>
      <w:r>
        <w:t>yoklama</w:t>
      </w:r>
    </w:p>
    <w:p w:rsidR="001F20D5" w:rsidRDefault="000037A0">
      <w:pPr>
        <w:spacing w:after="40"/>
        <w:ind w:left="340"/>
        <w:jc w:val="both"/>
      </w:pPr>
      <w:r>
        <w:rPr>
          <w:b/>
          <w:color w:val="D9731A"/>
        </w:rPr>
        <w:t xml:space="preserve">2. </w:t>
      </w:r>
      <w:r>
        <w:t>Bir önceki toplantıda alınan kararların incelenmesi</w:t>
      </w:r>
    </w:p>
    <w:p w:rsidR="001F20D5" w:rsidRDefault="000037A0">
      <w:pPr>
        <w:spacing w:after="40"/>
        <w:ind w:left="340"/>
        <w:jc w:val="both"/>
      </w:pPr>
      <w:r>
        <w:rPr>
          <w:b/>
          <w:color w:val="D9731A"/>
        </w:rPr>
        <w:t xml:space="preserve">3. </w:t>
      </w:r>
      <w:r>
        <w:t>Türkiye Yüzyılı Maarif Modeli’ nin gözden geçirilmesi</w:t>
      </w:r>
    </w:p>
    <w:p w:rsidR="001F20D5" w:rsidRDefault="000037A0">
      <w:pPr>
        <w:spacing w:after="40"/>
        <w:ind w:left="340"/>
        <w:jc w:val="both"/>
      </w:pPr>
      <w:r>
        <w:rPr>
          <w:b/>
          <w:color w:val="D9731A"/>
        </w:rPr>
        <w:t xml:space="preserve">4. </w:t>
      </w:r>
      <w:r>
        <w:t>Şubedeki öğrencilerin; kişilik, beslenme, sağlık durumları ve sosyal ilişkileri</w:t>
      </w:r>
    </w:p>
    <w:p w:rsidR="001F20D5" w:rsidRDefault="000037A0">
      <w:pPr>
        <w:spacing w:after="40"/>
        <w:ind w:left="340"/>
        <w:jc w:val="both"/>
      </w:pPr>
      <w:r>
        <w:rPr>
          <w:b/>
          <w:color w:val="D9731A"/>
        </w:rPr>
        <w:t xml:space="preserve">5. </w:t>
      </w:r>
      <w:r>
        <w:t>İlköğretim kurumları yönetmeliğinin 47. maddesi to</w:t>
      </w:r>
      <w:r>
        <w:t>plantı ile ilgili kısmının okunması</w:t>
      </w:r>
    </w:p>
    <w:p w:rsidR="001F20D5" w:rsidRDefault="000037A0">
      <w:pPr>
        <w:spacing w:after="40"/>
        <w:ind w:left="340"/>
        <w:jc w:val="both"/>
      </w:pPr>
      <w:r>
        <w:rPr>
          <w:b/>
          <w:color w:val="D9731A"/>
        </w:rPr>
        <w:t xml:space="preserve">6. </w:t>
      </w:r>
      <w:r>
        <w:t>Şubedeki öğrencilerin ailevi ve ekonomik durumlarının görüşülmesi</w:t>
      </w:r>
    </w:p>
    <w:p w:rsidR="001F20D5" w:rsidRDefault="000037A0">
      <w:pPr>
        <w:spacing w:after="40"/>
        <w:ind w:left="340"/>
        <w:jc w:val="both"/>
      </w:pPr>
      <w:r>
        <w:rPr>
          <w:b/>
          <w:color w:val="D9731A"/>
        </w:rPr>
        <w:t xml:space="preserve">7. </w:t>
      </w:r>
      <w:r>
        <w:t>Şubedeki öğrencilerden, beceri ve sosyal yönü farklı olan öğrencilerin durumu</w:t>
      </w:r>
    </w:p>
    <w:p w:rsidR="001F20D5" w:rsidRDefault="000037A0">
      <w:pPr>
        <w:spacing w:after="40"/>
        <w:ind w:left="340"/>
        <w:jc w:val="both"/>
      </w:pPr>
      <w:r>
        <w:rPr>
          <w:b/>
          <w:color w:val="D9731A"/>
        </w:rPr>
        <w:t xml:space="preserve">8. </w:t>
      </w:r>
      <w:r>
        <w:t>Öğrencilere hedef belirlemede yapılacak olan rehberlik çalışmaları</w:t>
      </w:r>
    </w:p>
    <w:p w:rsidR="001F20D5" w:rsidRDefault="000037A0">
      <w:pPr>
        <w:spacing w:after="40"/>
        <w:ind w:left="340"/>
        <w:jc w:val="both"/>
      </w:pPr>
      <w:r>
        <w:rPr>
          <w:b/>
          <w:color w:val="D9731A"/>
        </w:rPr>
        <w:t xml:space="preserve">9. </w:t>
      </w:r>
      <w:r>
        <w:t>Ders işlenme esnasında uygulanacak yöntem ve teknikler</w:t>
      </w:r>
    </w:p>
    <w:p w:rsidR="001F20D5" w:rsidRDefault="000037A0">
      <w:pPr>
        <w:spacing w:after="40"/>
        <w:ind w:left="340"/>
        <w:jc w:val="both"/>
      </w:pPr>
      <w:r>
        <w:rPr>
          <w:b/>
          <w:color w:val="D9731A"/>
        </w:rPr>
        <w:t xml:space="preserve">10. </w:t>
      </w:r>
      <w:r>
        <w:t>Devamsızlık takip işlemleri</w:t>
      </w:r>
    </w:p>
    <w:p w:rsidR="001F20D5" w:rsidRDefault="000037A0">
      <w:pPr>
        <w:spacing w:after="40"/>
        <w:ind w:left="340"/>
        <w:jc w:val="both"/>
      </w:pPr>
      <w:r>
        <w:rPr>
          <w:b/>
          <w:color w:val="D9731A"/>
        </w:rPr>
        <w:t xml:space="preserve">11. </w:t>
      </w:r>
      <w:r>
        <w:t>Dilek ve temenniler</w:t>
      </w:r>
    </w:p>
    <w:p w:rsidR="001F20D5" w:rsidRDefault="000037A0">
      <w:pPr>
        <w:keepNext/>
        <w:spacing w:before="160" w:after="40"/>
      </w:pPr>
      <w:r>
        <w:rPr>
          <w:b/>
          <w:color w:val="9C4A0B"/>
        </w:rPr>
        <w:lastRenderedPageBreak/>
        <w:t>1-Açılış ve yoklama</w:t>
      </w:r>
    </w:p>
    <w:p w:rsidR="001F20D5" w:rsidRDefault="000037A0">
      <w:pPr>
        <w:spacing w:after="100" w:line="269" w:lineRule="auto"/>
        <w:jc w:val="both"/>
      </w:pPr>
      <w:r>
        <w:t>Açılış ve yoklama yapıldı.</w:t>
      </w:r>
    </w:p>
    <w:p w:rsidR="001F20D5" w:rsidRDefault="000037A0">
      <w:pPr>
        <w:keepNext/>
        <w:spacing w:before="160" w:after="40"/>
      </w:pPr>
      <w:r>
        <w:rPr>
          <w:b/>
          <w:color w:val="9C4A0B"/>
        </w:rPr>
        <w:t>2-Bir önceki toplantıda alınan kararların incelenmesi</w:t>
      </w:r>
    </w:p>
    <w:p w:rsidR="001F20D5" w:rsidRDefault="000037A0">
      <w:pPr>
        <w:spacing w:after="100" w:line="269" w:lineRule="auto"/>
        <w:jc w:val="both"/>
      </w:pPr>
      <w:r>
        <w:t xml:space="preserve">En son yapılan şube öğretmenler </w:t>
      </w:r>
      <w:r>
        <w:t>toplantısında alınan kararlar tekrar okundu. Sınıf Öğretmeni ………………… bu sınıfı ilk defa okutacağını belirtti.</w:t>
      </w:r>
    </w:p>
    <w:p w:rsidR="001F20D5" w:rsidRDefault="000037A0">
      <w:pPr>
        <w:keepNext/>
        <w:spacing w:before="160" w:after="40"/>
      </w:pPr>
      <w:r>
        <w:rPr>
          <w:b/>
          <w:color w:val="9C4A0B"/>
        </w:rPr>
        <w:t>3- Türkiye Yüzyılı Maarif Modeli’ nin gözden geçirilmesi</w:t>
      </w:r>
    </w:p>
    <w:p w:rsidR="001F20D5" w:rsidRDefault="000037A0">
      <w:pPr>
        <w:spacing w:after="100" w:line="269" w:lineRule="auto"/>
        <w:jc w:val="both"/>
      </w:pPr>
      <w:r>
        <w:t>Müdür Yardımcısı …………………, 2024-2025 Eğitim- Öğretim Yılı’ndan itibaren Türkiye Yüzyılı Ma</w:t>
      </w:r>
      <w:r>
        <w:t>arif Modelinin uygulanmaya başlandığını, dolayısıyla yapılan tüm çalışmaların yeni öğretim programına uygun olması gerektiğini söyleyerek sözlerine devam etti: Türkiye Yüzyılı Maarif Modeli’ nin nihai hedefi, yetkin ve erdemli insanlar yetiştirmektir. Yetk</w:t>
      </w:r>
      <w:r>
        <w:t>inlik ve erdem, birbirini tamamlayan iki önemli değerdir. Yetkinlik belli bir alanda gerekli olan bilgi ve becerilere sahip olmak, erdem, ruhsal olgunluğa ahlaken övülen meziyetlere sahip olmaktır. Yetkinlik ve erdemin merkezde olduğu maarif modelinde öğre</w:t>
      </w:r>
      <w:r>
        <w:t>ncilerin bilgi, beceri, eğilim ve değerleri göz önünde bulundurulmalıdır.</w:t>
      </w:r>
    </w:p>
    <w:p w:rsidR="001F20D5" w:rsidRDefault="000037A0">
      <w:pPr>
        <w:keepNext/>
        <w:spacing w:before="160" w:after="40"/>
      </w:pPr>
      <w:r>
        <w:rPr>
          <w:b/>
          <w:color w:val="9C4A0B"/>
        </w:rPr>
        <w:t>4- Şubedeki öğrencilerin; kişilik, beslenme, sağlık durumları ve sosyal ilişkileri</w:t>
      </w:r>
    </w:p>
    <w:p w:rsidR="001F20D5" w:rsidRDefault="000037A0">
      <w:pPr>
        <w:spacing w:after="100" w:line="269" w:lineRule="auto"/>
        <w:jc w:val="both"/>
      </w:pPr>
      <w:r>
        <w:t>Sınıf öğretmeni ………………… sınıftaki öğrencilerden bir tanesinin özel durumlu öğrenci olduğunu ve gene</w:t>
      </w:r>
      <w:r>
        <w:t>linin kişilik problemi olmadığını, taşımalı gelen öğrencilerle nadiren görülen uyum probleminde zamana ihtiyaç duyulduğunu, zamanla birbirlerine alışacaklarını ve öğrencilerin sosyal ilişkilerinin başlangıç için iyi sayılabileceğini belirtti. Sınıf öğretme</w:t>
      </w:r>
      <w:r>
        <w:t>ni ………………… öğrencilerin beslenme ve sağlık problemi olmadığını genelinin kahvaltı yaptığını söyledi.</w:t>
      </w:r>
    </w:p>
    <w:p w:rsidR="001F20D5" w:rsidRDefault="000037A0">
      <w:pPr>
        <w:keepNext/>
        <w:spacing w:before="160" w:after="40"/>
      </w:pPr>
      <w:r>
        <w:rPr>
          <w:b/>
          <w:color w:val="9C4A0B"/>
        </w:rPr>
        <w:t>5- İlköğretim kurumları yönetmeliğinin 47. maddesi toplantı ile ilgili kısmının okunması</w:t>
      </w:r>
    </w:p>
    <w:p w:rsidR="001F20D5" w:rsidRDefault="000037A0">
      <w:pPr>
        <w:spacing w:after="100" w:line="269" w:lineRule="auto"/>
        <w:jc w:val="both"/>
      </w:pPr>
      <w:r>
        <w:t>Madde 47 — (Değişik: 24.12.2008/27090 RG) İlköğretimde öğrenci, ke</w:t>
      </w:r>
      <w:r>
        <w:t>ndi yaş grubu içinde bir bütün olarak yetiştirilir ve değerlendirilir. İlköğretim, öğrencilerin derslerdeki başarısızlığına bakılarak elenecekleri bir dönem değil, öğretim programlarında öngörülen derslerin ve sosyal etkinlik çalışmalarının ortak katkısıyl</w:t>
      </w:r>
      <w:r>
        <w:t>a ilgi ve yeteneği ölçüsünde yetiştirilecekleri bir dönem olarak değerlendirilir. Bu madde çerçevesinde öğrencilerin her yönden değerlendirildiği, ön plana çıkan becerilerinin, diğer yönlerden de gelişmeleri için kendilerine güven vermesine çalışıldığı anl</w:t>
      </w:r>
      <w:r>
        <w:t>atıldı.</w:t>
      </w:r>
    </w:p>
    <w:p w:rsidR="001F20D5" w:rsidRDefault="000037A0">
      <w:pPr>
        <w:keepNext/>
        <w:spacing w:before="160" w:after="40"/>
      </w:pPr>
      <w:r>
        <w:rPr>
          <w:b/>
          <w:color w:val="9C4A0B"/>
        </w:rPr>
        <w:t>6- Şubedeki öğrencilerin ailevi ve ekonomik durumlarının görüşülmesi</w:t>
      </w:r>
    </w:p>
    <w:p w:rsidR="001F20D5" w:rsidRDefault="000037A0">
      <w:pPr>
        <w:spacing w:after="100" w:line="269" w:lineRule="auto"/>
        <w:jc w:val="both"/>
      </w:pPr>
      <w:r>
        <w:t>Sınıfta bulunan bazı öğrencilerin sosyal ve ekonomik durumlarının iyi olmadığı, bu durumun öğrenciyi etkilememesi için gerekli önlemlerin alındığı belirtildi. Ayrıca okula gönüllü</w:t>
      </w:r>
      <w:r>
        <w:t>lerin sağladığı yardımlardan yararlandırılması ve gerekli listeye isimlerinin yazıldığı söylendi.</w:t>
      </w:r>
    </w:p>
    <w:p w:rsidR="001F20D5" w:rsidRDefault="000037A0">
      <w:pPr>
        <w:keepNext/>
        <w:spacing w:before="160" w:after="40"/>
      </w:pPr>
      <w:r>
        <w:rPr>
          <w:b/>
          <w:color w:val="9C4A0B"/>
        </w:rPr>
        <w:t>7- Şubedeki öğrencilerden, beceri ve sosyal yönü farklı olan öğrencilerin durumu</w:t>
      </w:r>
    </w:p>
    <w:p w:rsidR="001F20D5" w:rsidRDefault="000037A0">
      <w:pPr>
        <w:spacing w:after="100" w:line="269" w:lineRule="auto"/>
        <w:jc w:val="both"/>
      </w:pPr>
      <w:r>
        <w:t>Türkçe Öğretmeni …………………, sınıfta beceri ve sosyal yönü farklı öğrencilerin d</w:t>
      </w:r>
      <w:r>
        <w:t>esteklendiği, bu becerilerinin değerlendirildiği, okul genelinde yapılan kutlama ve programlarda bunlara görev verildiği anlatıldı.</w:t>
      </w:r>
    </w:p>
    <w:p w:rsidR="001F20D5" w:rsidRDefault="000037A0">
      <w:pPr>
        <w:keepNext/>
        <w:spacing w:before="160" w:after="40"/>
      </w:pPr>
      <w:r>
        <w:rPr>
          <w:b/>
          <w:color w:val="9C4A0B"/>
        </w:rPr>
        <w:t>8- Öğrencilere hedef belirlemede yapılacak olan rehberlik çalışmaları</w:t>
      </w:r>
    </w:p>
    <w:p w:rsidR="001F20D5" w:rsidRDefault="000037A0">
      <w:pPr>
        <w:spacing w:after="100" w:line="269" w:lineRule="auto"/>
        <w:jc w:val="both"/>
      </w:pPr>
      <w:r>
        <w:t xml:space="preserve">Sınıf Öğretmeni ………………… öğrencilere hedef belirlemede </w:t>
      </w:r>
      <w:r>
        <w:t>yapılacak olan rehberlik çalışmaları hakkında bilgi verdi. Bu sınıfın öğrencilerini henüz sene başından beri tanıdığını, gerekli rehberlik çalışmalarının toplantılarla ve derslerde de yapılacağını söyledi.</w:t>
      </w:r>
    </w:p>
    <w:p w:rsidR="001F20D5" w:rsidRDefault="000037A0">
      <w:pPr>
        <w:keepNext/>
        <w:spacing w:before="160" w:after="40"/>
      </w:pPr>
      <w:r>
        <w:rPr>
          <w:b/>
          <w:color w:val="9C4A0B"/>
        </w:rPr>
        <w:t>9- Ders sırasında uygulanacak yöntem ve teknikler</w:t>
      </w:r>
    </w:p>
    <w:p w:rsidR="001F20D5" w:rsidRDefault="000037A0">
      <w:pPr>
        <w:spacing w:after="100" w:line="269" w:lineRule="auto"/>
        <w:jc w:val="both"/>
      </w:pPr>
      <w:r>
        <w:t>Tüm branş öğretmenleri derslerde; anlatım, tekrar okuma, tüme varım, tümden gelim, yaparak ve yaşayarak öğrenme, değerlendirme gözlem, grup çalışması, gibi pek çok yöntem ve tekniği kullandığını, bu tekniklerin seçilirken öğrencilerin yeteneklerinin dikkat</w:t>
      </w:r>
      <w:r>
        <w:t>e alındığını söyledi.</w:t>
      </w:r>
    </w:p>
    <w:p w:rsidR="001F20D5" w:rsidRDefault="000037A0">
      <w:pPr>
        <w:keepNext/>
        <w:spacing w:before="160" w:after="40"/>
      </w:pPr>
      <w:r>
        <w:rPr>
          <w:b/>
          <w:color w:val="9C4A0B"/>
        </w:rPr>
        <w:lastRenderedPageBreak/>
        <w:t>10- Devamsızlık takip işlemleri</w:t>
      </w:r>
    </w:p>
    <w:p w:rsidR="001F20D5" w:rsidRDefault="000037A0">
      <w:pPr>
        <w:spacing w:after="100" w:line="269" w:lineRule="auto"/>
        <w:jc w:val="both"/>
      </w:pPr>
      <w:r>
        <w:t xml:space="preserve">Sınıf öğretmeni ………………… öğrencilerin okula devamlarının önemli olduğunu, devamsızlıkların vakit kaybetmeden üzerinde durulmasını anlattı. Ayrıca devamsız öğrencilerin takip edilerek ev ziyaretlerinin </w:t>
      </w:r>
      <w:r>
        <w:t>gerçekleştirilmesini belirtti.</w:t>
      </w:r>
    </w:p>
    <w:p w:rsidR="001F20D5" w:rsidRDefault="000037A0">
      <w:pPr>
        <w:keepNext/>
        <w:spacing w:before="160" w:after="40"/>
      </w:pPr>
      <w:r>
        <w:rPr>
          <w:b/>
          <w:color w:val="9C4A0B"/>
        </w:rPr>
        <w:t>11- Dilek ve temenniler</w:t>
      </w:r>
    </w:p>
    <w:p w:rsidR="001F20D5" w:rsidRDefault="000037A0">
      <w:pPr>
        <w:spacing w:after="100" w:line="269" w:lineRule="auto"/>
        <w:jc w:val="both"/>
      </w:pPr>
      <w:r>
        <w:t>Dilekler ve temennilerle toplantı sona erdi.</w:t>
      </w:r>
    </w:p>
    <w:p w:rsidR="001F20D5" w:rsidRDefault="001F20D5">
      <w:pPr>
        <w:sectPr w:rsidR="001F20D5">
          <w:pgSz w:w="11906" w:h="16838"/>
          <w:pgMar w:top="907" w:right="1134" w:bottom="907" w:left="1134" w:header="720" w:footer="720" w:gutter="0"/>
          <w:cols w:space="720"/>
          <w:docGrid w:linePitch="360"/>
        </w:sectPr>
      </w:pPr>
    </w:p>
    <w:tbl>
      <w:tblPr>
        <w:tblW w:w="0" w:type="auto"/>
        <w:jc w:val="center"/>
        <w:tblBorders>
          <w:top w:val="single" w:sz="6" w:space="0" w:color="F5CBA7"/>
          <w:left w:val="single" w:sz="6" w:space="0" w:color="F5CBA7"/>
          <w:bottom w:val="single" w:sz="6" w:space="0" w:color="F5CBA7"/>
          <w:right w:val="single" w:sz="6" w:space="0" w:color="F5CBA7"/>
          <w:insideH w:val="single" w:sz="6" w:space="0" w:color="F5CBA7"/>
          <w:insideV w:val="single" w:sz="6" w:space="0" w:color="F5CBA7"/>
        </w:tblBorders>
        <w:tblLook w:val="04A0" w:firstRow="1" w:lastRow="0" w:firstColumn="1" w:lastColumn="0" w:noHBand="0" w:noVBand="1"/>
      </w:tblPr>
      <w:tblGrid>
        <w:gridCol w:w="1548"/>
        <w:gridCol w:w="1548"/>
        <w:gridCol w:w="1548"/>
        <w:gridCol w:w="1548"/>
        <w:gridCol w:w="1548"/>
        <w:gridCol w:w="1548"/>
        <w:gridCol w:w="1548"/>
        <w:gridCol w:w="1548"/>
        <w:gridCol w:w="1548"/>
        <w:gridCol w:w="1548"/>
      </w:tblGrid>
      <w:tr w:rsidR="001F20D5">
        <w:trPr>
          <w:jc w:val="center"/>
        </w:trPr>
        <w:tc>
          <w:tcPr>
            <w:tcW w:w="15480" w:type="dxa"/>
            <w:gridSpan w:val="10"/>
            <w:shd w:val="clear" w:color="auto" w:fill="F8C471"/>
            <w:vAlign w:val="center"/>
          </w:tcPr>
          <w:p w:rsidR="001F20D5" w:rsidRDefault="000037A0">
            <w:pPr>
              <w:spacing w:after="20"/>
              <w:jc w:val="center"/>
            </w:pPr>
            <w:r>
              <w:rPr>
                <w:b/>
                <w:color w:val="9C4A0B"/>
                <w:sz w:val="15"/>
              </w:rPr>
              <w:lastRenderedPageBreak/>
              <w:t>2026-2027 EĞİTİM ÖĞRETİM YILI I. DÖNEM ŞUBE ÖĞRETMENLER KURULU TOPLANTI TUTANAĞI</w:t>
            </w:r>
          </w:p>
        </w:tc>
      </w:tr>
      <w:tr w:rsidR="001F20D5">
        <w:trPr>
          <w:jc w:val="center"/>
        </w:trPr>
        <w:tc>
          <w:tcPr>
            <w:tcW w:w="7740" w:type="dxa"/>
            <w:gridSpan w:val="5"/>
            <w:shd w:val="clear" w:color="auto" w:fill="F8C471"/>
            <w:vAlign w:val="center"/>
          </w:tcPr>
          <w:p w:rsidR="001F20D5" w:rsidRDefault="000037A0">
            <w:pPr>
              <w:spacing w:after="20"/>
              <w:jc w:val="center"/>
            </w:pPr>
            <w:r>
              <w:rPr>
                <w:b/>
                <w:color w:val="9C4A0B"/>
                <w:sz w:val="15"/>
              </w:rPr>
              <w:t>SINIF / ŞUBE :5/A</w:t>
            </w:r>
          </w:p>
        </w:tc>
        <w:tc>
          <w:tcPr>
            <w:tcW w:w="7740" w:type="dxa"/>
            <w:gridSpan w:val="5"/>
            <w:shd w:val="clear" w:color="auto" w:fill="F8C471"/>
            <w:vAlign w:val="center"/>
          </w:tcPr>
          <w:p w:rsidR="001F20D5" w:rsidRDefault="000037A0">
            <w:pPr>
              <w:spacing w:after="20"/>
              <w:jc w:val="center"/>
            </w:pPr>
            <w:r>
              <w:rPr>
                <w:b/>
                <w:color w:val="9C4A0B"/>
                <w:sz w:val="15"/>
              </w:rPr>
              <w:t xml:space="preserve">Toplantı tarihi: 14.10.2026 </w:t>
            </w:r>
            <w:r>
              <w:rPr>
                <w:b/>
                <w:color w:val="9C4A0B"/>
                <w:sz w:val="15"/>
              </w:rPr>
              <w:t>Çarşamba</w:t>
            </w:r>
          </w:p>
        </w:tc>
      </w:tr>
      <w:tr w:rsidR="001F20D5">
        <w:trPr>
          <w:jc w:val="center"/>
        </w:trPr>
        <w:tc>
          <w:tcPr>
            <w:tcW w:w="1548" w:type="dxa"/>
            <w:shd w:val="clear" w:color="auto" w:fill="F8C471"/>
            <w:vAlign w:val="center"/>
          </w:tcPr>
          <w:p w:rsidR="001F20D5" w:rsidRDefault="000037A0">
            <w:pPr>
              <w:spacing w:after="20"/>
              <w:jc w:val="center"/>
            </w:pPr>
            <w:r>
              <w:rPr>
                <w:b/>
                <w:color w:val="9C4A0B"/>
                <w:sz w:val="15"/>
              </w:rPr>
              <w:t>Okul No</w:t>
            </w:r>
          </w:p>
        </w:tc>
        <w:tc>
          <w:tcPr>
            <w:tcW w:w="1548" w:type="dxa"/>
            <w:shd w:val="clear" w:color="auto" w:fill="F8C471"/>
            <w:vAlign w:val="center"/>
          </w:tcPr>
          <w:p w:rsidR="001F20D5" w:rsidRDefault="000037A0">
            <w:pPr>
              <w:spacing w:after="20"/>
              <w:jc w:val="center"/>
            </w:pPr>
            <w:r>
              <w:rPr>
                <w:b/>
                <w:color w:val="9C4A0B"/>
                <w:sz w:val="15"/>
              </w:rPr>
              <w:t>Öğrencinin Adı Soyadı</w:t>
            </w:r>
          </w:p>
        </w:tc>
        <w:tc>
          <w:tcPr>
            <w:tcW w:w="1548" w:type="dxa"/>
            <w:shd w:val="clear" w:color="auto" w:fill="F8C471"/>
            <w:vAlign w:val="center"/>
          </w:tcPr>
          <w:p w:rsidR="001F20D5" w:rsidRDefault="000037A0">
            <w:pPr>
              <w:spacing w:after="20"/>
              <w:jc w:val="center"/>
            </w:pPr>
            <w:r>
              <w:rPr>
                <w:b/>
                <w:color w:val="9C4A0B"/>
                <w:sz w:val="15"/>
              </w:rPr>
              <w:t>Kişilik durumu değerlendirmesi</w:t>
            </w:r>
          </w:p>
        </w:tc>
        <w:tc>
          <w:tcPr>
            <w:tcW w:w="1548" w:type="dxa"/>
            <w:shd w:val="clear" w:color="auto" w:fill="F8C471"/>
            <w:vAlign w:val="center"/>
          </w:tcPr>
          <w:p w:rsidR="001F20D5" w:rsidRDefault="000037A0">
            <w:pPr>
              <w:spacing w:after="20"/>
              <w:jc w:val="center"/>
            </w:pPr>
            <w:r>
              <w:rPr>
                <w:b/>
                <w:color w:val="9C4A0B"/>
                <w:sz w:val="15"/>
              </w:rPr>
              <w:t>Beslenme durumu değerlendirmesi</w:t>
            </w:r>
          </w:p>
        </w:tc>
        <w:tc>
          <w:tcPr>
            <w:tcW w:w="1548" w:type="dxa"/>
            <w:shd w:val="clear" w:color="auto" w:fill="F8C471"/>
            <w:vAlign w:val="center"/>
          </w:tcPr>
          <w:p w:rsidR="001F20D5" w:rsidRDefault="000037A0">
            <w:pPr>
              <w:spacing w:after="20"/>
              <w:jc w:val="center"/>
            </w:pPr>
            <w:r>
              <w:rPr>
                <w:b/>
                <w:color w:val="9C4A0B"/>
                <w:sz w:val="15"/>
              </w:rPr>
              <w:t>Sağlık durumu değerlen- dirmesi</w:t>
            </w:r>
          </w:p>
        </w:tc>
        <w:tc>
          <w:tcPr>
            <w:tcW w:w="1548" w:type="dxa"/>
            <w:shd w:val="clear" w:color="auto" w:fill="F8C471"/>
            <w:vAlign w:val="center"/>
          </w:tcPr>
          <w:p w:rsidR="001F20D5" w:rsidRDefault="000037A0">
            <w:pPr>
              <w:spacing w:after="20"/>
              <w:jc w:val="center"/>
            </w:pPr>
            <w:r>
              <w:rPr>
                <w:b/>
                <w:color w:val="9C4A0B"/>
                <w:sz w:val="15"/>
              </w:rPr>
              <w:t>Sosyal İlişkiler Değerlen- dirmesi</w:t>
            </w:r>
          </w:p>
        </w:tc>
        <w:tc>
          <w:tcPr>
            <w:tcW w:w="1548" w:type="dxa"/>
            <w:shd w:val="clear" w:color="auto" w:fill="F8C471"/>
            <w:vAlign w:val="center"/>
          </w:tcPr>
          <w:p w:rsidR="001F20D5" w:rsidRDefault="000037A0">
            <w:pPr>
              <w:spacing w:after="20"/>
              <w:jc w:val="center"/>
            </w:pPr>
            <w:r>
              <w:rPr>
                <w:b/>
                <w:color w:val="9C4A0B"/>
                <w:sz w:val="15"/>
              </w:rPr>
              <w:t>Ekonomik durumu değerlen- dirmesi</w:t>
            </w:r>
          </w:p>
        </w:tc>
        <w:tc>
          <w:tcPr>
            <w:tcW w:w="1548" w:type="dxa"/>
            <w:shd w:val="clear" w:color="auto" w:fill="F8C471"/>
            <w:vAlign w:val="center"/>
          </w:tcPr>
          <w:p w:rsidR="001F20D5" w:rsidRDefault="000037A0">
            <w:pPr>
              <w:spacing w:after="20"/>
              <w:jc w:val="center"/>
            </w:pPr>
            <w:r>
              <w:rPr>
                <w:b/>
                <w:color w:val="9C4A0B"/>
                <w:sz w:val="15"/>
              </w:rPr>
              <w:t>Başarı durumu değerlen- dirmesi</w:t>
            </w:r>
          </w:p>
        </w:tc>
        <w:tc>
          <w:tcPr>
            <w:tcW w:w="1548" w:type="dxa"/>
            <w:shd w:val="clear" w:color="auto" w:fill="F8C471"/>
            <w:vAlign w:val="center"/>
          </w:tcPr>
          <w:p w:rsidR="001F20D5" w:rsidRDefault="000037A0">
            <w:pPr>
              <w:spacing w:after="20"/>
              <w:jc w:val="center"/>
            </w:pPr>
            <w:r>
              <w:rPr>
                <w:b/>
                <w:color w:val="9C4A0B"/>
                <w:sz w:val="15"/>
              </w:rPr>
              <w:t xml:space="preserve">Problemin çözümü </w:t>
            </w:r>
            <w:r>
              <w:rPr>
                <w:b/>
                <w:color w:val="9C4A0B"/>
                <w:sz w:val="15"/>
              </w:rPr>
              <w:t>için ne yapılacağı</w:t>
            </w:r>
          </w:p>
        </w:tc>
        <w:tc>
          <w:tcPr>
            <w:tcW w:w="1548" w:type="dxa"/>
            <w:shd w:val="clear" w:color="auto" w:fill="F8C471"/>
            <w:vAlign w:val="center"/>
          </w:tcPr>
          <w:p w:rsidR="001F20D5" w:rsidRDefault="000037A0">
            <w:pPr>
              <w:spacing w:after="20"/>
              <w:jc w:val="center"/>
            </w:pPr>
            <w:r>
              <w:rPr>
                <w:b/>
                <w:color w:val="9C4A0B"/>
                <w:sz w:val="15"/>
              </w:rPr>
              <w:t>Görevli Personel, Birim</w:t>
            </w:r>
          </w:p>
        </w:tc>
      </w:tr>
      <w:tr w:rsidR="001F20D5">
        <w:trPr>
          <w:jc w:val="center"/>
        </w:trPr>
        <w:tc>
          <w:tcPr>
            <w:tcW w:w="1548" w:type="dxa"/>
            <w:vAlign w:val="center"/>
          </w:tcPr>
          <w:p w:rsidR="001F20D5" w:rsidRDefault="001F20D5">
            <w:pPr>
              <w:spacing w:after="20"/>
            </w:pPr>
          </w:p>
        </w:tc>
        <w:tc>
          <w:tcPr>
            <w:tcW w:w="1548" w:type="dxa"/>
            <w:vAlign w:val="center"/>
          </w:tcPr>
          <w:p w:rsidR="001F20D5" w:rsidRDefault="001F20D5">
            <w:pPr>
              <w:spacing w:after="20"/>
            </w:pPr>
          </w:p>
        </w:tc>
        <w:tc>
          <w:tcPr>
            <w:tcW w:w="1548" w:type="dxa"/>
            <w:vAlign w:val="center"/>
          </w:tcPr>
          <w:p w:rsidR="001F20D5" w:rsidRDefault="000037A0">
            <w:pPr>
              <w:spacing w:after="20"/>
            </w:pPr>
            <w:r>
              <w:rPr>
                <w:sz w:val="15"/>
              </w:rPr>
              <w:t>Aktif,dürüst,iyi huylu birisidir.</w:t>
            </w:r>
          </w:p>
        </w:tc>
        <w:tc>
          <w:tcPr>
            <w:tcW w:w="1548" w:type="dxa"/>
            <w:vAlign w:val="center"/>
          </w:tcPr>
          <w:p w:rsidR="001F20D5" w:rsidRDefault="000037A0">
            <w:pPr>
              <w:spacing w:after="20"/>
            </w:pPr>
            <w:r>
              <w:rPr>
                <w:sz w:val="15"/>
              </w:rPr>
              <w:t>Beslenme durumuna dikkat eder.</w:t>
            </w:r>
          </w:p>
        </w:tc>
        <w:tc>
          <w:tcPr>
            <w:tcW w:w="1548" w:type="dxa"/>
            <w:vAlign w:val="center"/>
          </w:tcPr>
          <w:p w:rsidR="001F20D5" w:rsidRDefault="000037A0">
            <w:pPr>
              <w:spacing w:after="20"/>
            </w:pPr>
            <w:r>
              <w:rPr>
                <w:sz w:val="15"/>
              </w:rPr>
              <w:t>Şikayeti yoktur, yaşına göre boy kilo oranı normaldir</w:t>
            </w:r>
          </w:p>
        </w:tc>
        <w:tc>
          <w:tcPr>
            <w:tcW w:w="1548" w:type="dxa"/>
            <w:vAlign w:val="center"/>
          </w:tcPr>
          <w:p w:rsidR="001F20D5" w:rsidRDefault="000037A0">
            <w:pPr>
              <w:spacing w:after="20"/>
            </w:pPr>
            <w:r>
              <w:rPr>
                <w:sz w:val="15"/>
              </w:rPr>
              <w:t>Arkadaşları ile ilişkileri iyi olan,sevilen birisidir.</w:t>
            </w:r>
          </w:p>
        </w:tc>
        <w:tc>
          <w:tcPr>
            <w:tcW w:w="1548" w:type="dxa"/>
            <w:vAlign w:val="center"/>
          </w:tcPr>
          <w:p w:rsidR="001F20D5" w:rsidRDefault="000037A0">
            <w:pPr>
              <w:spacing w:after="20"/>
            </w:pPr>
            <w:r>
              <w:rPr>
                <w:sz w:val="15"/>
              </w:rPr>
              <w:t>Ekonomik durumu normaldir.</w:t>
            </w:r>
          </w:p>
        </w:tc>
        <w:tc>
          <w:tcPr>
            <w:tcW w:w="1548" w:type="dxa"/>
            <w:vAlign w:val="center"/>
          </w:tcPr>
          <w:p w:rsidR="001F20D5" w:rsidRDefault="000037A0">
            <w:pPr>
              <w:spacing w:after="20"/>
            </w:pPr>
            <w:r>
              <w:rPr>
                <w:sz w:val="15"/>
              </w:rPr>
              <w:t>Ders başa</w:t>
            </w:r>
            <w:r>
              <w:rPr>
                <w:sz w:val="15"/>
              </w:rPr>
              <w:t>rısı düşüktür.</w:t>
            </w:r>
          </w:p>
        </w:tc>
        <w:tc>
          <w:tcPr>
            <w:tcW w:w="1548" w:type="dxa"/>
            <w:vAlign w:val="center"/>
          </w:tcPr>
          <w:p w:rsidR="001F20D5" w:rsidRDefault="000037A0">
            <w:pPr>
              <w:spacing w:after="20"/>
            </w:pPr>
            <w:r>
              <w:rPr>
                <w:sz w:val="15"/>
              </w:rPr>
              <w:t>Daha çok ders çalışmalı</w:t>
            </w:r>
          </w:p>
        </w:tc>
        <w:tc>
          <w:tcPr>
            <w:tcW w:w="1548" w:type="dxa"/>
            <w:vAlign w:val="center"/>
          </w:tcPr>
          <w:p w:rsidR="001F20D5" w:rsidRDefault="001F20D5">
            <w:pPr>
              <w:spacing w:after="20"/>
            </w:pPr>
          </w:p>
        </w:tc>
      </w:tr>
      <w:tr w:rsidR="001F20D5">
        <w:trPr>
          <w:jc w:val="center"/>
        </w:trPr>
        <w:tc>
          <w:tcPr>
            <w:tcW w:w="1548" w:type="dxa"/>
            <w:shd w:val="clear" w:color="auto" w:fill="FEF5E7"/>
            <w:vAlign w:val="center"/>
          </w:tcPr>
          <w:p w:rsidR="001F20D5" w:rsidRDefault="001F20D5">
            <w:pPr>
              <w:spacing w:after="20"/>
            </w:pPr>
          </w:p>
        </w:tc>
        <w:tc>
          <w:tcPr>
            <w:tcW w:w="1548" w:type="dxa"/>
            <w:shd w:val="clear" w:color="auto" w:fill="FEF5E7"/>
            <w:vAlign w:val="center"/>
          </w:tcPr>
          <w:p w:rsidR="001F20D5" w:rsidRDefault="001F20D5">
            <w:pPr>
              <w:spacing w:after="20"/>
            </w:pPr>
          </w:p>
        </w:tc>
        <w:tc>
          <w:tcPr>
            <w:tcW w:w="1548" w:type="dxa"/>
            <w:shd w:val="clear" w:color="auto" w:fill="FEF5E7"/>
            <w:vAlign w:val="center"/>
          </w:tcPr>
          <w:p w:rsidR="001F20D5" w:rsidRDefault="000037A0">
            <w:pPr>
              <w:spacing w:after="20"/>
            </w:pPr>
            <w:r>
              <w:rPr>
                <w:sz w:val="15"/>
              </w:rPr>
              <w:t>Aktif, dürüst,iyi huylu birisidir.</w:t>
            </w:r>
          </w:p>
        </w:tc>
        <w:tc>
          <w:tcPr>
            <w:tcW w:w="1548" w:type="dxa"/>
            <w:shd w:val="clear" w:color="auto" w:fill="FEF5E7"/>
            <w:vAlign w:val="center"/>
          </w:tcPr>
          <w:p w:rsidR="001F20D5" w:rsidRDefault="000037A0">
            <w:pPr>
              <w:spacing w:after="20"/>
            </w:pPr>
            <w:r>
              <w:rPr>
                <w:sz w:val="15"/>
              </w:rPr>
              <w:t>Beslenme durumuna dikkat eder.</w:t>
            </w:r>
          </w:p>
        </w:tc>
        <w:tc>
          <w:tcPr>
            <w:tcW w:w="1548" w:type="dxa"/>
            <w:shd w:val="clear" w:color="auto" w:fill="FEF5E7"/>
            <w:vAlign w:val="center"/>
          </w:tcPr>
          <w:p w:rsidR="001F20D5" w:rsidRDefault="000037A0">
            <w:pPr>
              <w:spacing w:after="20"/>
            </w:pPr>
            <w:r>
              <w:rPr>
                <w:sz w:val="15"/>
              </w:rPr>
              <w:t>Şikayeti yoktur,yaşına göre boy kilo normaldir.</w:t>
            </w:r>
          </w:p>
        </w:tc>
        <w:tc>
          <w:tcPr>
            <w:tcW w:w="1548" w:type="dxa"/>
            <w:shd w:val="clear" w:color="auto" w:fill="FEF5E7"/>
            <w:vAlign w:val="center"/>
          </w:tcPr>
          <w:p w:rsidR="001F20D5" w:rsidRDefault="000037A0">
            <w:pPr>
              <w:spacing w:after="20"/>
            </w:pPr>
            <w:r>
              <w:rPr>
                <w:sz w:val="15"/>
              </w:rPr>
              <w:t>Arkadaşları ile ilişkileri iyidir.</w:t>
            </w:r>
          </w:p>
        </w:tc>
        <w:tc>
          <w:tcPr>
            <w:tcW w:w="1548" w:type="dxa"/>
            <w:shd w:val="clear" w:color="auto" w:fill="FEF5E7"/>
            <w:vAlign w:val="center"/>
          </w:tcPr>
          <w:p w:rsidR="001F20D5" w:rsidRDefault="000037A0">
            <w:pPr>
              <w:spacing w:after="20"/>
            </w:pPr>
            <w:r>
              <w:rPr>
                <w:sz w:val="15"/>
              </w:rPr>
              <w:t>Ekonomik durumu normal bir öğrencidir.</w:t>
            </w:r>
          </w:p>
        </w:tc>
        <w:tc>
          <w:tcPr>
            <w:tcW w:w="1548" w:type="dxa"/>
            <w:shd w:val="clear" w:color="auto" w:fill="FEF5E7"/>
            <w:vAlign w:val="center"/>
          </w:tcPr>
          <w:p w:rsidR="001F20D5" w:rsidRDefault="000037A0">
            <w:pPr>
              <w:spacing w:after="20"/>
            </w:pPr>
            <w:r>
              <w:rPr>
                <w:sz w:val="15"/>
              </w:rPr>
              <w:t>Başarı durumu iyidir.</w:t>
            </w:r>
          </w:p>
        </w:tc>
        <w:tc>
          <w:tcPr>
            <w:tcW w:w="1548" w:type="dxa"/>
            <w:shd w:val="clear" w:color="auto" w:fill="FEF5E7"/>
            <w:vAlign w:val="center"/>
          </w:tcPr>
          <w:p w:rsidR="001F20D5" w:rsidRDefault="001F20D5">
            <w:pPr>
              <w:spacing w:after="20"/>
            </w:pPr>
          </w:p>
        </w:tc>
        <w:tc>
          <w:tcPr>
            <w:tcW w:w="1548" w:type="dxa"/>
            <w:shd w:val="clear" w:color="auto" w:fill="FEF5E7"/>
            <w:vAlign w:val="center"/>
          </w:tcPr>
          <w:p w:rsidR="001F20D5" w:rsidRDefault="001F20D5">
            <w:pPr>
              <w:spacing w:after="20"/>
            </w:pPr>
          </w:p>
        </w:tc>
      </w:tr>
      <w:tr w:rsidR="001F20D5">
        <w:trPr>
          <w:jc w:val="center"/>
        </w:trPr>
        <w:tc>
          <w:tcPr>
            <w:tcW w:w="1548" w:type="dxa"/>
            <w:vAlign w:val="center"/>
          </w:tcPr>
          <w:p w:rsidR="001F20D5" w:rsidRDefault="001F20D5">
            <w:pPr>
              <w:spacing w:after="20"/>
            </w:pPr>
          </w:p>
        </w:tc>
        <w:tc>
          <w:tcPr>
            <w:tcW w:w="1548" w:type="dxa"/>
            <w:vAlign w:val="center"/>
          </w:tcPr>
          <w:p w:rsidR="001F20D5" w:rsidRDefault="001F20D5">
            <w:pPr>
              <w:spacing w:after="20"/>
            </w:pPr>
          </w:p>
        </w:tc>
        <w:tc>
          <w:tcPr>
            <w:tcW w:w="1548" w:type="dxa"/>
            <w:vAlign w:val="center"/>
          </w:tcPr>
          <w:p w:rsidR="001F20D5" w:rsidRDefault="000037A0">
            <w:pPr>
              <w:spacing w:after="20"/>
            </w:pPr>
            <w:r>
              <w:rPr>
                <w:sz w:val="15"/>
              </w:rPr>
              <w:t>Aktif, dürüst,iyi huylu birisidir.</w:t>
            </w:r>
          </w:p>
        </w:tc>
        <w:tc>
          <w:tcPr>
            <w:tcW w:w="1548" w:type="dxa"/>
            <w:vAlign w:val="center"/>
          </w:tcPr>
          <w:p w:rsidR="001F20D5" w:rsidRDefault="000037A0">
            <w:pPr>
              <w:spacing w:after="20"/>
            </w:pPr>
            <w:r>
              <w:rPr>
                <w:sz w:val="15"/>
              </w:rPr>
              <w:t>Beslenme durumuna dikkat eder.</w:t>
            </w:r>
          </w:p>
        </w:tc>
        <w:tc>
          <w:tcPr>
            <w:tcW w:w="1548" w:type="dxa"/>
            <w:vAlign w:val="center"/>
          </w:tcPr>
          <w:p w:rsidR="001F20D5" w:rsidRDefault="000037A0">
            <w:pPr>
              <w:spacing w:after="20"/>
            </w:pPr>
            <w:r>
              <w:rPr>
                <w:sz w:val="15"/>
              </w:rPr>
              <w:t>Şikayeti yoktur.</w:t>
            </w:r>
          </w:p>
        </w:tc>
        <w:tc>
          <w:tcPr>
            <w:tcW w:w="1548" w:type="dxa"/>
            <w:vAlign w:val="center"/>
          </w:tcPr>
          <w:p w:rsidR="001F20D5" w:rsidRDefault="000037A0">
            <w:pPr>
              <w:spacing w:after="20"/>
            </w:pPr>
            <w:r>
              <w:rPr>
                <w:sz w:val="15"/>
              </w:rPr>
              <w:t>Arkadaşlar ilişkileri iyidir.</w:t>
            </w:r>
          </w:p>
        </w:tc>
        <w:tc>
          <w:tcPr>
            <w:tcW w:w="1548" w:type="dxa"/>
            <w:vAlign w:val="center"/>
          </w:tcPr>
          <w:p w:rsidR="001F20D5" w:rsidRDefault="000037A0">
            <w:pPr>
              <w:spacing w:after="20"/>
            </w:pPr>
            <w:r>
              <w:rPr>
                <w:sz w:val="15"/>
              </w:rPr>
              <w:t>Ekonomik durumu orta düzeydedir.</w:t>
            </w:r>
          </w:p>
        </w:tc>
        <w:tc>
          <w:tcPr>
            <w:tcW w:w="1548" w:type="dxa"/>
            <w:vAlign w:val="center"/>
          </w:tcPr>
          <w:p w:rsidR="001F20D5" w:rsidRDefault="000037A0">
            <w:pPr>
              <w:spacing w:after="20"/>
            </w:pPr>
            <w:r>
              <w:rPr>
                <w:sz w:val="15"/>
              </w:rPr>
              <w:t>Başarı durumu pek iyi değildir.</w:t>
            </w:r>
          </w:p>
        </w:tc>
        <w:tc>
          <w:tcPr>
            <w:tcW w:w="1548" w:type="dxa"/>
            <w:vAlign w:val="center"/>
          </w:tcPr>
          <w:p w:rsidR="001F20D5" w:rsidRDefault="000037A0">
            <w:pPr>
              <w:spacing w:after="20"/>
            </w:pPr>
            <w:r>
              <w:rPr>
                <w:sz w:val="15"/>
              </w:rPr>
              <w:t>Sözel sayısal derslerdeki başarısı normaldir.</w:t>
            </w:r>
          </w:p>
        </w:tc>
        <w:tc>
          <w:tcPr>
            <w:tcW w:w="1548" w:type="dxa"/>
            <w:vAlign w:val="center"/>
          </w:tcPr>
          <w:p w:rsidR="001F20D5" w:rsidRDefault="001F20D5">
            <w:pPr>
              <w:spacing w:after="20"/>
            </w:pPr>
          </w:p>
        </w:tc>
      </w:tr>
      <w:tr w:rsidR="001F20D5">
        <w:trPr>
          <w:jc w:val="center"/>
        </w:trPr>
        <w:tc>
          <w:tcPr>
            <w:tcW w:w="1548" w:type="dxa"/>
            <w:shd w:val="clear" w:color="auto" w:fill="FEF5E7"/>
            <w:vAlign w:val="center"/>
          </w:tcPr>
          <w:p w:rsidR="001F20D5" w:rsidRDefault="001F20D5">
            <w:pPr>
              <w:spacing w:after="20"/>
            </w:pPr>
          </w:p>
        </w:tc>
        <w:tc>
          <w:tcPr>
            <w:tcW w:w="1548" w:type="dxa"/>
            <w:shd w:val="clear" w:color="auto" w:fill="FEF5E7"/>
            <w:vAlign w:val="center"/>
          </w:tcPr>
          <w:p w:rsidR="001F20D5" w:rsidRDefault="001F20D5">
            <w:pPr>
              <w:spacing w:after="20"/>
            </w:pPr>
          </w:p>
        </w:tc>
        <w:tc>
          <w:tcPr>
            <w:tcW w:w="1548" w:type="dxa"/>
            <w:shd w:val="clear" w:color="auto" w:fill="FEF5E7"/>
            <w:vAlign w:val="center"/>
          </w:tcPr>
          <w:p w:rsidR="001F20D5" w:rsidRDefault="000037A0">
            <w:pPr>
              <w:spacing w:after="20"/>
            </w:pPr>
            <w:r>
              <w:rPr>
                <w:sz w:val="15"/>
              </w:rPr>
              <w:t xml:space="preserve">Geçen yıla oranla bu yıl </w:t>
            </w:r>
            <w:r>
              <w:rPr>
                <w:sz w:val="15"/>
              </w:rPr>
              <w:t>daha çok dışa dönük bir öğrenci olmuştur.</w:t>
            </w:r>
          </w:p>
        </w:tc>
        <w:tc>
          <w:tcPr>
            <w:tcW w:w="1548" w:type="dxa"/>
            <w:shd w:val="clear" w:color="auto" w:fill="FEF5E7"/>
            <w:vAlign w:val="center"/>
          </w:tcPr>
          <w:p w:rsidR="001F20D5" w:rsidRDefault="000037A0">
            <w:pPr>
              <w:spacing w:after="20"/>
            </w:pPr>
            <w:r>
              <w:rPr>
                <w:sz w:val="15"/>
              </w:rPr>
              <w:t>Beslenme durumuna dikkat eder.</w:t>
            </w:r>
          </w:p>
        </w:tc>
        <w:tc>
          <w:tcPr>
            <w:tcW w:w="1548" w:type="dxa"/>
            <w:shd w:val="clear" w:color="auto" w:fill="FEF5E7"/>
            <w:vAlign w:val="center"/>
          </w:tcPr>
          <w:p w:rsidR="001F20D5" w:rsidRDefault="000037A0">
            <w:pPr>
              <w:spacing w:after="20"/>
            </w:pPr>
            <w:r>
              <w:rPr>
                <w:sz w:val="15"/>
              </w:rPr>
              <w:t>Şikâyeti yoktur.</w:t>
            </w:r>
          </w:p>
        </w:tc>
        <w:tc>
          <w:tcPr>
            <w:tcW w:w="1548" w:type="dxa"/>
            <w:shd w:val="clear" w:color="auto" w:fill="FEF5E7"/>
            <w:vAlign w:val="center"/>
          </w:tcPr>
          <w:p w:rsidR="001F20D5" w:rsidRDefault="000037A0">
            <w:pPr>
              <w:spacing w:after="20"/>
            </w:pPr>
            <w:r>
              <w:rPr>
                <w:sz w:val="15"/>
              </w:rPr>
              <w:t>Arkadaşları ile ilişkileri iyidir.</w:t>
            </w:r>
          </w:p>
        </w:tc>
        <w:tc>
          <w:tcPr>
            <w:tcW w:w="1548" w:type="dxa"/>
            <w:shd w:val="clear" w:color="auto" w:fill="FEF5E7"/>
            <w:vAlign w:val="center"/>
          </w:tcPr>
          <w:p w:rsidR="001F20D5" w:rsidRDefault="000037A0">
            <w:pPr>
              <w:spacing w:after="20"/>
            </w:pPr>
            <w:r>
              <w:rPr>
                <w:sz w:val="15"/>
              </w:rPr>
              <w:t>Ekonomik durumu normaldir.</w:t>
            </w:r>
          </w:p>
        </w:tc>
        <w:tc>
          <w:tcPr>
            <w:tcW w:w="1548" w:type="dxa"/>
            <w:shd w:val="clear" w:color="auto" w:fill="FEF5E7"/>
            <w:vAlign w:val="center"/>
          </w:tcPr>
          <w:p w:rsidR="001F20D5" w:rsidRDefault="000037A0">
            <w:pPr>
              <w:spacing w:after="20"/>
            </w:pPr>
            <w:r>
              <w:rPr>
                <w:sz w:val="15"/>
              </w:rPr>
              <w:t>Başarı durumu normaldir.</w:t>
            </w:r>
          </w:p>
        </w:tc>
        <w:tc>
          <w:tcPr>
            <w:tcW w:w="1548" w:type="dxa"/>
            <w:shd w:val="clear" w:color="auto" w:fill="FEF5E7"/>
            <w:vAlign w:val="center"/>
          </w:tcPr>
          <w:p w:rsidR="001F20D5" w:rsidRDefault="001F20D5">
            <w:pPr>
              <w:spacing w:after="20"/>
            </w:pPr>
          </w:p>
        </w:tc>
        <w:tc>
          <w:tcPr>
            <w:tcW w:w="1548" w:type="dxa"/>
            <w:shd w:val="clear" w:color="auto" w:fill="FEF5E7"/>
            <w:vAlign w:val="center"/>
          </w:tcPr>
          <w:p w:rsidR="001F20D5" w:rsidRDefault="001F20D5">
            <w:pPr>
              <w:spacing w:after="20"/>
            </w:pPr>
          </w:p>
        </w:tc>
      </w:tr>
      <w:tr w:rsidR="001F20D5">
        <w:trPr>
          <w:jc w:val="center"/>
        </w:trPr>
        <w:tc>
          <w:tcPr>
            <w:tcW w:w="1548" w:type="dxa"/>
            <w:vAlign w:val="center"/>
          </w:tcPr>
          <w:p w:rsidR="001F20D5" w:rsidRDefault="001F20D5">
            <w:pPr>
              <w:spacing w:after="20"/>
            </w:pPr>
          </w:p>
        </w:tc>
        <w:tc>
          <w:tcPr>
            <w:tcW w:w="1548" w:type="dxa"/>
            <w:vAlign w:val="center"/>
          </w:tcPr>
          <w:p w:rsidR="001F20D5" w:rsidRDefault="001F20D5">
            <w:pPr>
              <w:spacing w:after="20"/>
            </w:pPr>
          </w:p>
        </w:tc>
        <w:tc>
          <w:tcPr>
            <w:tcW w:w="1548" w:type="dxa"/>
            <w:vAlign w:val="center"/>
          </w:tcPr>
          <w:p w:rsidR="001F20D5" w:rsidRDefault="000037A0">
            <w:pPr>
              <w:spacing w:after="20"/>
            </w:pPr>
            <w:r>
              <w:rPr>
                <w:sz w:val="15"/>
              </w:rPr>
              <w:t>Sessiz içine kapanık, saygılı bir öğrencidir.</w:t>
            </w:r>
          </w:p>
        </w:tc>
        <w:tc>
          <w:tcPr>
            <w:tcW w:w="1548" w:type="dxa"/>
            <w:vAlign w:val="center"/>
          </w:tcPr>
          <w:p w:rsidR="001F20D5" w:rsidRDefault="000037A0">
            <w:pPr>
              <w:spacing w:after="20"/>
            </w:pPr>
            <w:r>
              <w:rPr>
                <w:sz w:val="15"/>
              </w:rPr>
              <w:t xml:space="preserve">Beslenme durumuna dikkat </w:t>
            </w:r>
            <w:r>
              <w:rPr>
                <w:sz w:val="15"/>
              </w:rPr>
              <w:t>eder.</w:t>
            </w:r>
          </w:p>
        </w:tc>
        <w:tc>
          <w:tcPr>
            <w:tcW w:w="1548" w:type="dxa"/>
            <w:vAlign w:val="center"/>
          </w:tcPr>
          <w:p w:rsidR="001F20D5" w:rsidRDefault="000037A0">
            <w:pPr>
              <w:spacing w:after="20"/>
            </w:pPr>
            <w:r>
              <w:rPr>
                <w:sz w:val="15"/>
              </w:rPr>
              <w:t>Şikâyeti yoktur.</w:t>
            </w:r>
          </w:p>
        </w:tc>
        <w:tc>
          <w:tcPr>
            <w:tcW w:w="1548" w:type="dxa"/>
            <w:vAlign w:val="center"/>
          </w:tcPr>
          <w:p w:rsidR="001F20D5" w:rsidRDefault="000037A0">
            <w:pPr>
              <w:spacing w:after="20"/>
            </w:pPr>
            <w:r>
              <w:rPr>
                <w:sz w:val="15"/>
              </w:rPr>
              <w:t>Arkadaşlar ilişkileri iyidir.</w:t>
            </w:r>
          </w:p>
        </w:tc>
        <w:tc>
          <w:tcPr>
            <w:tcW w:w="1548" w:type="dxa"/>
            <w:vAlign w:val="center"/>
          </w:tcPr>
          <w:p w:rsidR="001F20D5" w:rsidRDefault="000037A0">
            <w:pPr>
              <w:spacing w:after="20"/>
            </w:pPr>
            <w:r>
              <w:rPr>
                <w:sz w:val="15"/>
              </w:rPr>
              <w:t>Ekonomik durumu normaldir.</w:t>
            </w:r>
          </w:p>
        </w:tc>
        <w:tc>
          <w:tcPr>
            <w:tcW w:w="1548" w:type="dxa"/>
            <w:vAlign w:val="center"/>
          </w:tcPr>
          <w:p w:rsidR="001F20D5" w:rsidRDefault="000037A0">
            <w:pPr>
              <w:spacing w:after="20"/>
            </w:pPr>
            <w:r>
              <w:rPr>
                <w:sz w:val="15"/>
              </w:rPr>
              <w:t>Başarılı bir öğrencidir.</w:t>
            </w:r>
          </w:p>
        </w:tc>
        <w:tc>
          <w:tcPr>
            <w:tcW w:w="1548" w:type="dxa"/>
            <w:vAlign w:val="center"/>
          </w:tcPr>
          <w:p w:rsidR="001F20D5" w:rsidRDefault="000037A0">
            <w:pPr>
              <w:spacing w:after="20"/>
            </w:pPr>
            <w:r>
              <w:rPr>
                <w:sz w:val="15"/>
              </w:rPr>
              <w:t>İçine kapanıklığı için rehber öğ.görüştürecek.</w:t>
            </w:r>
          </w:p>
        </w:tc>
        <w:tc>
          <w:tcPr>
            <w:tcW w:w="1548" w:type="dxa"/>
            <w:vAlign w:val="center"/>
          </w:tcPr>
          <w:p w:rsidR="001F20D5" w:rsidRDefault="000037A0">
            <w:pPr>
              <w:spacing w:after="20"/>
            </w:pPr>
            <w:r>
              <w:rPr>
                <w:sz w:val="15"/>
              </w:rPr>
              <w:t>Rehber öğretmene yönlendirilecek.</w:t>
            </w:r>
          </w:p>
        </w:tc>
      </w:tr>
      <w:tr w:rsidR="001F20D5">
        <w:trPr>
          <w:jc w:val="center"/>
        </w:trPr>
        <w:tc>
          <w:tcPr>
            <w:tcW w:w="1548" w:type="dxa"/>
            <w:shd w:val="clear" w:color="auto" w:fill="FEF5E7"/>
            <w:vAlign w:val="center"/>
          </w:tcPr>
          <w:p w:rsidR="001F20D5" w:rsidRDefault="001F20D5">
            <w:pPr>
              <w:spacing w:after="20"/>
            </w:pPr>
          </w:p>
        </w:tc>
        <w:tc>
          <w:tcPr>
            <w:tcW w:w="1548" w:type="dxa"/>
            <w:shd w:val="clear" w:color="auto" w:fill="FEF5E7"/>
            <w:vAlign w:val="center"/>
          </w:tcPr>
          <w:p w:rsidR="001F20D5" w:rsidRDefault="001F20D5">
            <w:pPr>
              <w:spacing w:after="20"/>
            </w:pPr>
          </w:p>
        </w:tc>
        <w:tc>
          <w:tcPr>
            <w:tcW w:w="1548" w:type="dxa"/>
            <w:shd w:val="clear" w:color="auto" w:fill="FEF5E7"/>
            <w:vAlign w:val="center"/>
          </w:tcPr>
          <w:p w:rsidR="001F20D5" w:rsidRDefault="000037A0">
            <w:pPr>
              <w:spacing w:after="20"/>
            </w:pPr>
            <w:r>
              <w:rPr>
                <w:sz w:val="15"/>
              </w:rPr>
              <w:t>Aktif, dürüst,iyi huylu birisidir</w:t>
            </w:r>
          </w:p>
        </w:tc>
        <w:tc>
          <w:tcPr>
            <w:tcW w:w="1548" w:type="dxa"/>
            <w:shd w:val="clear" w:color="auto" w:fill="FEF5E7"/>
            <w:vAlign w:val="center"/>
          </w:tcPr>
          <w:p w:rsidR="001F20D5" w:rsidRDefault="000037A0">
            <w:pPr>
              <w:spacing w:after="20"/>
            </w:pPr>
            <w:r>
              <w:rPr>
                <w:sz w:val="15"/>
              </w:rPr>
              <w:t>Beslenme durumuna dikkat eder.</w:t>
            </w:r>
          </w:p>
        </w:tc>
        <w:tc>
          <w:tcPr>
            <w:tcW w:w="1548" w:type="dxa"/>
            <w:shd w:val="clear" w:color="auto" w:fill="FEF5E7"/>
            <w:vAlign w:val="center"/>
          </w:tcPr>
          <w:p w:rsidR="001F20D5" w:rsidRDefault="000037A0">
            <w:pPr>
              <w:spacing w:after="20"/>
            </w:pPr>
            <w:r>
              <w:rPr>
                <w:sz w:val="15"/>
              </w:rPr>
              <w:t>Şikayeti yok,boy,kilo normaldir</w:t>
            </w:r>
          </w:p>
        </w:tc>
        <w:tc>
          <w:tcPr>
            <w:tcW w:w="1548" w:type="dxa"/>
            <w:shd w:val="clear" w:color="auto" w:fill="FEF5E7"/>
            <w:vAlign w:val="center"/>
          </w:tcPr>
          <w:p w:rsidR="001F20D5" w:rsidRDefault="000037A0">
            <w:pPr>
              <w:spacing w:after="20"/>
            </w:pPr>
            <w:r>
              <w:rPr>
                <w:sz w:val="15"/>
              </w:rPr>
              <w:t>Arkadaşları ile ilişkileri pek iyidir.</w:t>
            </w:r>
          </w:p>
        </w:tc>
        <w:tc>
          <w:tcPr>
            <w:tcW w:w="1548" w:type="dxa"/>
            <w:shd w:val="clear" w:color="auto" w:fill="FEF5E7"/>
            <w:vAlign w:val="center"/>
          </w:tcPr>
          <w:p w:rsidR="001F20D5" w:rsidRDefault="000037A0">
            <w:pPr>
              <w:spacing w:after="20"/>
            </w:pPr>
            <w:r>
              <w:rPr>
                <w:sz w:val="15"/>
              </w:rPr>
              <w:t>Ekonomik durumu normaldir.</w:t>
            </w:r>
          </w:p>
        </w:tc>
        <w:tc>
          <w:tcPr>
            <w:tcW w:w="1548" w:type="dxa"/>
            <w:shd w:val="clear" w:color="auto" w:fill="FEF5E7"/>
            <w:vAlign w:val="center"/>
          </w:tcPr>
          <w:p w:rsidR="001F20D5" w:rsidRDefault="000037A0">
            <w:pPr>
              <w:spacing w:after="20"/>
            </w:pPr>
            <w:r>
              <w:rPr>
                <w:sz w:val="15"/>
              </w:rPr>
              <w:t>Başarı durumu normaldir.</w:t>
            </w:r>
          </w:p>
        </w:tc>
        <w:tc>
          <w:tcPr>
            <w:tcW w:w="1548" w:type="dxa"/>
            <w:shd w:val="clear" w:color="auto" w:fill="FEF5E7"/>
            <w:vAlign w:val="center"/>
          </w:tcPr>
          <w:p w:rsidR="001F20D5" w:rsidRDefault="001F20D5">
            <w:pPr>
              <w:spacing w:after="20"/>
            </w:pPr>
          </w:p>
        </w:tc>
        <w:tc>
          <w:tcPr>
            <w:tcW w:w="1548" w:type="dxa"/>
            <w:shd w:val="clear" w:color="auto" w:fill="FEF5E7"/>
            <w:vAlign w:val="center"/>
          </w:tcPr>
          <w:p w:rsidR="001F20D5" w:rsidRDefault="001F20D5">
            <w:pPr>
              <w:spacing w:after="20"/>
            </w:pPr>
          </w:p>
        </w:tc>
      </w:tr>
      <w:tr w:rsidR="001F20D5">
        <w:trPr>
          <w:jc w:val="center"/>
        </w:trPr>
        <w:tc>
          <w:tcPr>
            <w:tcW w:w="1548" w:type="dxa"/>
            <w:vAlign w:val="center"/>
          </w:tcPr>
          <w:p w:rsidR="001F20D5" w:rsidRDefault="001F20D5">
            <w:pPr>
              <w:spacing w:after="20"/>
            </w:pPr>
          </w:p>
        </w:tc>
        <w:tc>
          <w:tcPr>
            <w:tcW w:w="1548" w:type="dxa"/>
            <w:vAlign w:val="center"/>
          </w:tcPr>
          <w:p w:rsidR="001F20D5" w:rsidRDefault="001F20D5">
            <w:pPr>
              <w:spacing w:after="20"/>
            </w:pPr>
          </w:p>
        </w:tc>
        <w:tc>
          <w:tcPr>
            <w:tcW w:w="1548" w:type="dxa"/>
            <w:vAlign w:val="center"/>
          </w:tcPr>
          <w:p w:rsidR="001F20D5" w:rsidRDefault="000037A0">
            <w:pPr>
              <w:spacing w:after="20"/>
            </w:pPr>
            <w:r>
              <w:rPr>
                <w:sz w:val="15"/>
              </w:rPr>
              <w:t>Aktif, dürüst,iyi huylu birisidir</w:t>
            </w:r>
          </w:p>
        </w:tc>
        <w:tc>
          <w:tcPr>
            <w:tcW w:w="1548" w:type="dxa"/>
            <w:vAlign w:val="center"/>
          </w:tcPr>
          <w:p w:rsidR="001F20D5" w:rsidRDefault="000037A0">
            <w:pPr>
              <w:spacing w:after="20"/>
            </w:pPr>
            <w:r>
              <w:rPr>
                <w:sz w:val="15"/>
              </w:rPr>
              <w:t>Beslenme durumuna dikkat eder.</w:t>
            </w:r>
          </w:p>
        </w:tc>
        <w:tc>
          <w:tcPr>
            <w:tcW w:w="1548" w:type="dxa"/>
            <w:vAlign w:val="center"/>
          </w:tcPr>
          <w:p w:rsidR="001F20D5" w:rsidRDefault="000037A0">
            <w:pPr>
              <w:spacing w:after="20"/>
            </w:pPr>
            <w:r>
              <w:rPr>
                <w:sz w:val="15"/>
              </w:rPr>
              <w:t>Şikâyeti yoktur.</w:t>
            </w:r>
          </w:p>
        </w:tc>
        <w:tc>
          <w:tcPr>
            <w:tcW w:w="1548" w:type="dxa"/>
            <w:vAlign w:val="center"/>
          </w:tcPr>
          <w:p w:rsidR="001F20D5" w:rsidRDefault="000037A0">
            <w:pPr>
              <w:spacing w:after="20"/>
            </w:pPr>
            <w:r>
              <w:rPr>
                <w:sz w:val="15"/>
              </w:rPr>
              <w:t>Arkadaşlar ilişkileri iyidir.</w:t>
            </w:r>
          </w:p>
        </w:tc>
        <w:tc>
          <w:tcPr>
            <w:tcW w:w="1548" w:type="dxa"/>
            <w:vAlign w:val="center"/>
          </w:tcPr>
          <w:p w:rsidR="001F20D5" w:rsidRDefault="000037A0">
            <w:pPr>
              <w:spacing w:after="20"/>
            </w:pPr>
            <w:r>
              <w:rPr>
                <w:sz w:val="15"/>
              </w:rPr>
              <w:t xml:space="preserve">Ekonomik durumu </w:t>
            </w:r>
            <w:r>
              <w:rPr>
                <w:sz w:val="15"/>
              </w:rPr>
              <w:t>iyidir</w:t>
            </w:r>
          </w:p>
        </w:tc>
        <w:tc>
          <w:tcPr>
            <w:tcW w:w="1548" w:type="dxa"/>
            <w:vAlign w:val="center"/>
          </w:tcPr>
          <w:p w:rsidR="001F20D5" w:rsidRDefault="000037A0">
            <w:pPr>
              <w:spacing w:after="20"/>
            </w:pPr>
            <w:r>
              <w:rPr>
                <w:sz w:val="15"/>
              </w:rPr>
              <w:t>Başarı düzeyi çok iyidir.</w:t>
            </w:r>
          </w:p>
        </w:tc>
        <w:tc>
          <w:tcPr>
            <w:tcW w:w="1548" w:type="dxa"/>
            <w:vAlign w:val="center"/>
          </w:tcPr>
          <w:p w:rsidR="001F20D5" w:rsidRDefault="001F20D5">
            <w:pPr>
              <w:spacing w:after="20"/>
            </w:pPr>
          </w:p>
        </w:tc>
        <w:tc>
          <w:tcPr>
            <w:tcW w:w="1548" w:type="dxa"/>
            <w:vAlign w:val="center"/>
          </w:tcPr>
          <w:p w:rsidR="001F20D5" w:rsidRDefault="001F20D5">
            <w:pPr>
              <w:spacing w:after="20"/>
            </w:pPr>
          </w:p>
        </w:tc>
      </w:tr>
      <w:tr w:rsidR="001F20D5">
        <w:trPr>
          <w:jc w:val="center"/>
        </w:trPr>
        <w:tc>
          <w:tcPr>
            <w:tcW w:w="1548" w:type="dxa"/>
            <w:shd w:val="clear" w:color="auto" w:fill="FEF5E7"/>
            <w:vAlign w:val="center"/>
          </w:tcPr>
          <w:p w:rsidR="001F20D5" w:rsidRDefault="001F20D5">
            <w:pPr>
              <w:spacing w:after="20"/>
            </w:pPr>
          </w:p>
        </w:tc>
        <w:tc>
          <w:tcPr>
            <w:tcW w:w="1548" w:type="dxa"/>
            <w:shd w:val="clear" w:color="auto" w:fill="FEF5E7"/>
            <w:vAlign w:val="center"/>
          </w:tcPr>
          <w:p w:rsidR="001F20D5" w:rsidRDefault="001F20D5">
            <w:pPr>
              <w:spacing w:after="20"/>
            </w:pPr>
          </w:p>
        </w:tc>
        <w:tc>
          <w:tcPr>
            <w:tcW w:w="1548" w:type="dxa"/>
            <w:shd w:val="clear" w:color="auto" w:fill="FEF5E7"/>
            <w:vAlign w:val="center"/>
          </w:tcPr>
          <w:p w:rsidR="001F20D5" w:rsidRDefault="000037A0">
            <w:pPr>
              <w:spacing w:after="20"/>
            </w:pPr>
            <w:r>
              <w:rPr>
                <w:sz w:val="15"/>
              </w:rPr>
              <w:t>Aktif,dürüst,iyi huylu birisidir.</w:t>
            </w:r>
          </w:p>
        </w:tc>
        <w:tc>
          <w:tcPr>
            <w:tcW w:w="1548" w:type="dxa"/>
            <w:shd w:val="clear" w:color="auto" w:fill="FEF5E7"/>
            <w:vAlign w:val="center"/>
          </w:tcPr>
          <w:p w:rsidR="001F20D5" w:rsidRDefault="000037A0">
            <w:pPr>
              <w:spacing w:after="20"/>
            </w:pPr>
            <w:r>
              <w:rPr>
                <w:sz w:val="15"/>
              </w:rPr>
              <w:t>Beslenme durumuna dikkat eder.</w:t>
            </w:r>
          </w:p>
        </w:tc>
        <w:tc>
          <w:tcPr>
            <w:tcW w:w="1548" w:type="dxa"/>
            <w:shd w:val="clear" w:color="auto" w:fill="FEF5E7"/>
            <w:vAlign w:val="center"/>
          </w:tcPr>
          <w:p w:rsidR="001F20D5" w:rsidRDefault="000037A0">
            <w:pPr>
              <w:spacing w:after="20"/>
            </w:pPr>
            <w:r>
              <w:rPr>
                <w:sz w:val="15"/>
              </w:rPr>
              <w:t>Kekeleme problemi var.</w:t>
            </w:r>
          </w:p>
        </w:tc>
        <w:tc>
          <w:tcPr>
            <w:tcW w:w="1548" w:type="dxa"/>
            <w:shd w:val="clear" w:color="auto" w:fill="FEF5E7"/>
            <w:vAlign w:val="center"/>
          </w:tcPr>
          <w:p w:rsidR="001F20D5" w:rsidRDefault="000037A0">
            <w:pPr>
              <w:spacing w:after="20"/>
            </w:pPr>
            <w:r>
              <w:rPr>
                <w:sz w:val="15"/>
              </w:rPr>
              <w:t>Arkadaşlar ilişkileri iyidir.</w:t>
            </w:r>
          </w:p>
        </w:tc>
        <w:tc>
          <w:tcPr>
            <w:tcW w:w="1548" w:type="dxa"/>
            <w:shd w:val="clear" w:color="auto" w:fill="FEF5E7"/>
            <w:vAlign w:val="center"/>
          </w:tcPr>
          <w:p w:rsidR="001F20D5" w:rsidRDefault="000037A0">
            <w:pPr>
              <w:spacing w:after="20"/>
            </w:pPr>
            <w:r>
              <w:rPr>
                <w:sz w:val="15"/>
              </w:rPr>
              <w:t>Ekonomik durumu iyi değildir.</w:t>
            </w:r>
          </w:p>
        </w:tc>
        <w:tc>
          <w:tcPr>
            <w:tcW w:w="1548" w:type="dxa"/>
            <w:shd w:val="clear" w:color="auto" w:fill="FEF5E7"/>
            <w:vAlign w:val="center"/>
          </w:tcPr>
          <w:p w:rsidR="001F20D5" w:rsidRDefault="000037A0">
            <w:pPr>
              <w:spacing w:after="20"/>
            </w:pPr>
            <w:r>
              <w:rPr>
                <w:sz w:val="15"/>
              </w:rPr>
              <w:t>Başarılı bir öğrencidir.</w:t>
            </w:r>
          </w:p>
        </w:tc>
        <w:tc>
          <w:tcPr>
            <w:tcW w:w="1548" w:type="dxa"/>
            <w:shd w:val="clear" w:color="auto" w:fill="FEF5E7"/>
            <w:vAlign w:val="center"/>
          </w:tcPr>
          <w:p w:rsidR="001F20D5" w:rsidRDefault="000037A0">
            <w:pPr>
              <w:spacing w:after="20"/>
            </w:pPr>
            <w:r>
              <w:rPr>
                <w:sz w:val="15"/>
              </w:rPr>
              <w:t>Şube rehber öğretmeni ilgilenecek.</w:t>
            </w:r>
          </w:p>
        </w:tc>
        <w:tc>
          <w:tcPr>
            <w:tcW w:w="1548" w:type="dxa"/>
            <w:shd w:val="clear" w:color="auto" w:fill="FEF5E7"/>
            <w:vAlign w:val="center"/>
          </w:tcPr>
          <w:p w:rsidR="001F20D5" w:rsidRDefault="001F20D5">
            <w:pPr>
              <w:spacing w:after="20"/>
            </w:pPr>
          </w:p>
        </w:tc>
      </w:tr>
      <w:tr w:rsidR="001F20D5">
        <w:trPr>
          <w:jc w:val="center"/>
        </w:trPr>
        <w:tc>
          <w:tcPr>
            <w:tcW w:w="1548" w:type="dxa"/>
            <w:vAlign w:val="center"/>
          </w:tcPr>
          <w:p w:rsidR="001F20D5" w:rsidRDefault="001F20D5">
            <w:pPr>
              <w:spacing w:after="20"/>
            </w:pPr>
          </w:p>
        </w:tc>
        <w:tc>
          <w:tcPr>
            <w:tcW w:w="1548" w:type="dxa"/>
            <w:vAlign w:val="center"/>
          </w:tcPr>
          <w:p w:rsidR="001F20D5" w:rsidRDefault="001F20D5">
            <w:pPr>
              <w:spacing w:after="20"/>
            </w:pPr>
          </w:p>
        </w:tc>
        <w:tc>
          <w:tcPr>
            <w:tcW w:w="1548" w:type="dxa"/>
            <w:vAlign w:val="center"/>
          </w:tcPr>
          <w:p w:rsidR="001F20D5" w:rsidRDefault="000037A0">
            <w:pPr>
              <w:spacing w:after="20"/>
            </w:pPr>
            <w:r>
              <w:rPr>
                <w:sz w:val="15"/>
              </w:rPr>
              <w:t>Aktif,dürüst,iyi huylu birisidir.</w:t>
            </w:r>
          </w:p>
        </w:tc>
        <w:tc>
          <w:tcPr>
            <w:tcW w:w="1548" w:type="dxa"/>
            <w:vAlign w:val="center"/>
          </w:tcPr>
          <w:p w:rsidR="001F20D5" w:rsidRDefault="000037A0">
            <w:pPr>
              <w:spacing w:after="20"/>
            </w:pPr>
            <w:r>
              <w:rPr>
                <w:sz w:val="15"/>
              </w:rPr>
              <w:t>Beslenme durumuna dikkat eder.</w:t>
            </w:r>
          </w:p>
        </w:tc>
        <w:tc>
          <w:tcPr>
            <w:tcW w:w="1548" w:type="dxa"/>
            <w:vAlign w:val="center"/>
          </w:tcPr>
          <w:p w:rsidR="001F20D5" w:rsidRDefault="000037A0">
            <w:pPr>
              <w:spacing w:after="20"/>
            </w:pPr>
            <w:r>
              <w:rPr>
                <w:sz w:val="15"/>
              </w:rPr>
              <w:t>Şikayeti yoktur.</w:t>
            </w:r>
          </w:p>
        </w:tc>
        <w:tc>
          <w:tcPr>
            <w:tcW w:w="1548" w:type="dxa"/>
            <w:vAlign w:val="center"/>
          </w:tcPr>
          <w:p w:rsidR="001F20D5" w:rsidRDefault="000037A0">
            <w:pPr>
              <w:spacing w:after="20"/>
            </w:pPr>
            <w:r>
              <w:rPr>
                <w:sz w:val="15"/>
              </w:rPr>
              <w:t>Arkadaşlar ilişkileri iyidir.</w:t>
            </w:r>
          </w:p>
        </w:tc>
        <w:tc>
          <w:tcPr>
            <w:tcW w:w="1548" w:type="dxa"/>
            <w:vAlign w:val="center"/>
          </w:tcPr>
          <w:p w:rsidR="001F20D5" w:rsidRDefault="000037A0">
            <w:pPr>
              <w:spacing w:after="20"/>
            </w:pPr>
            <w:r>
              <w:rPr>
                <w:sz w:val="15"/>
              </w:rPr>
              <w:t>Ekonomik durumu normaldir.</w:t>
            </w:r>
          </w:p>
        </w:tc>
        <w:tc>
          <w:tcPr>
            <w:tcW w:w="1548" w:type="dxa"/>
            <w:vAlign w:val="center"/>
          </w:tcPr>
          <w:p w:rsidR="001F20D5" w:rsidRDefault="000037A0">
            <w:pPr>
              <w:spacing w:after="20"/>
            </w:pPr>
            <w:r>
              <w:rPr>
                <w:sz w:val="15"/>
              </w:rPr>
              <w:t>Başarı durumu normaldir.</w:t>
            </w:r>
          </w:p>
        </w:tc>
        <w:tc>
          <w:tcPr>
            <w:tcW w:w="1548" w:type="dxa"/>
            <w:vAlign w:val="center"/>
          </w:tcPr>
          <w:p w:rsidR="001F20D5" w:rsidRDefault="001F20D5">
            <w:pPr>
              <w:spacing w:after="20"/>
            </w:pPr>
          </w:p>
        </w:tc>
        <w:tc>
          <w:tcPr>
            <w:tcW w:w="1548" w:type="dxa"/>
            <w:vAlign w:val="center"/>
          </w:tcPr>
          <w:p w:rsidR="001F20D5" w:rsidRDefault="001F20D5">
            <w:pPr>
              <w:spacing w:after="20"/>
            </w:pPr>
          </w:p>
        </w:tc>
      </w:tr>
      <w:tr w:rsidR="001F20D5">
        <w:trPr>
          <w:jc w:val="center"/>
        </w:trPr>
        <w:tc>
          <w:tcPr>
            <w:tcW w:w="1548" w:type="dxa"/>
            <w:shd w:val="clear" w:color="auto" w:fill="FEF5E7"/>
            <w:vAlign w:val="center"/>
          </w:tcPr>
          <w:p w:rsidR="001F20D5" w:rsidRDefault="001F20D5">
            <w:pPr>
              <w:spacing w:after="20"/>
            </w:pPr>
          </w:p>
        </w:tc>
        <w:tc>
          <w:tcPr>
            <w:tcW w:w="1548" w:type="dxa"/>
            <w:shd w:val="clear" w:color="auto" w:fill="FEF5E7"/>
            <w:vAlign w:val="center"/>
          </w:tcPr>
          <w:p w:rsidR="001F20D5" w:rsidRDefault="001F20D5">
            <w:pPr>
              <w:spacing w:after="20"/>
            </w:pPr>
          </w:p>
        </w:tc>
        <w:tc>
          <w:tcPr>
            <w:tcW w:w="1548" w:type="dxa"/>
            <w:shd w:val="clear" w:color="auto" w:fill="FEF5E7"/>
            <w:vAlign w:val="center"/>
          </w:tcPr>
          <w:p w:rsidR="001F20D5" w:rsidRDefault="000037A0">
            <w:pPr>
              <w:spacing w:after="20"/>
            </w:pPr>
            <w:r>
              <w:rPr>
                <w:sz w:val="15"/>
              </w:rPr>
              <w:t>Fazla aktif değildir .</w:t>
            </w:r>
          </w:p>
        </w:tc>
        <w:tc>
          <w:tcPr>
            <w:tcW w:w="1548" w:type="dxa"/>
            <w:shd w:val="clear" w:color="auto" w:fill="FEF5E7"/>
            <w:vAlign w:val="center"/>
          </w:tcPr>
          <w:p w:rsidR="001F20D5" w:rsidRDefault="000037A0">
            <w:pPr>
              <w:spacing w:after="20"/>
            </w:pPr>
            <w:r>
              <w:rPr>
                <w:sz w:val="15"/>
              </w:rPr>
              <w:t>Beslenme durumuna dikkat eder.</w:t>
            </w:r>
          </w:p>
        </w:tc>
        <w:tc>
          <w:tcPr>
            <w:tcW w:w="1548" w:type="dxa"/>
            <w:shd w:val="clear" w:color="auto" w:fill="FEF5E7"/>
            <w:vAlign w:val="center"/>
          </w:tcPr>
          <w:p w:rsidR="001F20D5" w:rsidRDefault="000037A0">
            <w:pPr>
              <w:spacing w:after="20"/>
            </w:pPr>
            <w:r>
              <w:rPr>
                <w:sz w:val="15"/>
              </w:rPr>
              <w:t>Şikayeti yoktur.</w:t>
            </w:r>
          </w:p>
        </w:tc>
        <w:tc>
          <w:tcPr>
            <w:tcW w:w="1548" w:type="dxa"/>
            <w:shd w:val="clear" w:color="auto" w:fill="FEF5E7"/>
            <w:vAlign w:val="center"/>
          </w:tcPr>
          <w:p w:rsidR="001F20D5" w:rsidRDefault="000037A0">
            <w:pPr>
              <w:spacing w:after="20"/>
            </w:pPr>
            <w:r>
              <w:rPr>
                <w:sz w:val="15"/>
              </w:rPr>
              <w:t xml:space="preserve">Arkadaşlar </w:t>
            </w:r>
            <w:r>
              <w:rPr>
                <w:sz w:val="15"/>
              </w:rPr>
              <w:t>ilişkileri iyidir.</w:t>
            </w:r>
          </w:p>
        </w:tc>
        <w:tc>
          <w:tcPr>
            <w:tcW w:w="1548" w:type="dxa"/>
            <w:shd w:val="clear" w:color="auto" w:fill="FEF5E7"/>
            <w:vAlign w:val="center"/>
          </w:tcPr>
          <w:p w:rsidR="001F20D5" w:rsidRDefault="000037A0">
            <w:pPr>
              <w:spacing w:after="20"/>
            </w:pPr>
            <w:r>
              <w:rPr>
                <w:sz w:val="15"/>
              </w:rPr>
              <w:t>Ekonomik durumu normaldir.</w:t>
            </w:r>
          </w:p>
        </w:tc>
        <w:tc>
          <w:tcPr>
            <w:tcW w:w="1548" w:type="dxa"/>
            <w:shd w:val="clear" w:color="auto" w:fill="FEF5E7"/>
            <w:vAlign w:val="center"/>
          </w:tcPr>
          <w:p w:rsidR="001F20D5" w:rsidRDefault="000037A0">
            <w:pPr>
              <w:spacing w:after="20"/>
            </w:pPr>
            <w:r>
              <w:rPr>
                <w:sz w:val="15"/>
              </w:rPr>
              <w:t>Başarı durumu çok iyi değildir.</w:t>
            </w:r>
          </w:p>
        </w:tc>
        <w:tc>
          <w:tcPr>
            <w:tcW w:w="1548" w:type="dxa"/>
            <w:shd w:val="clear" w:color="auto" w:fill="FEF5E7"/>
            <w:vAlign w:val="center"/>
          </w:tcPr>
          <w:p w:rsidR="001F20D5" w:rsidRDefault="000037A0">
            <w:pPr>
              <w:spacing w:after="20"/>
            </w:pPr>
            <w:r>
              <w:rPr>
                <w:sz w:val="15"/>
              </w:rPr>
              <w:t>Şube rehber öğretmeni ilgilenecek.</w:t>
            </w:r>
          </w:p>
        </w:tc>
        <w:tc>
          <w:tcPr>
            <w:tcW w:w="1548" w:type="dxa"/>
            <w:shd w:val="clear" w:color="auto" w:fill="FEF5E7"/>
            <w:vAlign w:val="center"/>
          </w:tcPr>
          <w:p w:rsidR="001F20D5" w:rsidRDefault="000037A0">
            <w:pPr>
              <w:spacing w:after="20"/>
            </w:pPr>
            <w:r>
              <w:rPr>
                <w:sz w:val="15"/>
              </w:rPr>
              <w:t>Okul-veli iş birliği yapılacak.</w:t>
            </w:r>
          </w:p>
        </w:tc>
      </w:tr>
      <w:tr w:rsidR="001F20D5">
        <w:trPr>
          <w:jc w:val="center"/>
        </w:trPr>
        <w:tc>
          <w:tcPr>
            <w:tcW w:w="1548" w:type="dxa"/>
            <w:vAlign w:val="center"/>
          </w:tcPr>
          <w:p w:rsidR="001F20D5" w:rsidRDefault="001F20D5">
            <w:pPr>
              <w:spacing w:after="20"/>
            </w:pPr>
          </w:p>
        </w:tc>
        <w:tc>
          <w:tcPr>
            <w:tcW w:w="1548" w:type="dxa"/>
            <w:vAlign w:val="center"/>
          </w:tcPr>
          <w:p w:rsidR="001F20D5" w:rsidRDefault="001F20D5">
            <w:pPr>
              <w:spacing w:after="20"/>
            </w:pPr>
          </w:p>
        </w:tc>
        <w:tc>
          <w:tcPr>
            <w:tcW w:w="1548" w:type="dxa"/>
            <w:vAlign w:val="center"/>
          </w:tcPr>
          <w:p w:rsidR="001F20D5" w:rsidRDefault="000037A0">
            <w:pPr>
              <w:spacing w:after="20"/>
            </w:pPr>
            <w:r>
              <w:rPr>
                <w:sz w:val="15"/>
              </w:rPr>
              <w:t>Aktif,dürüst,iyi huylu birisidir.</w:t>
            </w:r>
          </w:p>
        </w:tc>
        <w:tc>
          <w:tcPr>
            <w:tcW w:w="1548" w:type="dxa"/>
            <w:vAlign w:val="center"/>
          </w:tcPr>
          <w:p w:rsidR="001F20D5" w:rsidRDefault="000037A0">
            <w:pPr>
              <w:spacing w:after="20"/>
            </w:pPr>
            <w:r>
              <w:rPr>
                <w:sz w:val="15"/>
              </w:rPr>
              <w:t>Beslenme durumuna dikkat eder</w:t>
            </w:r>
          </w:p>
        </w:tc>
        <w:tc>
          <w:tcPr>
            <w:tcW w:w="1548" w:type="dxa"/>
            <w:vAlign w:val="center"/>
          </w:tcPr>
          <w:p w:rsidR="001F20D5" w:rsidRDefault="000037A0">
            <w:pPr>
              <w:spacing w:after="20"/>
            </w:pPr>
            <w:r>
              <w:rPr>
                <w:sz w:val="15"/>
              </w:rPr>
              <w:t>Şikayeti yoktur.</w:t>
            </w:r>
          </w:p>
        </w:tc>
        <w:tc>
          <w:tcPr>
            <w:tcW w:w="1548" w:type="dxa"/>
            <w:vAlign w:val="center"/>
          </w:tcPr>
          <w:p w:rsidR="001F20D5" w:rsidRDefault="000037A0">
            <w:pPr>
              <w:spacing w:after="20"/>
            </w:pPr>
            <w:r>
              <w:rPr>
                <w:sz w:val="15"/>
              </w:rPr>
              <w:t xml:space="preserve">Arkadaşlar ilişkileri </w:t>
            </w:r>
            <w:r>
              <w:rPr>
                <w:sz w:val="15"/>
              </w:rPr>
              <w:t>iyidir.</w:t>
            </w:r>
          </w:p>
        </w:tc>
        <w:tc>
          <w:tcPr>
            <w:tcW w:w="1548" w:type="dxa"/>
            <w:vAlign w:val="center"/>
          </w:tcPr>
          <w:p w:rsidR="001F20D5" w:rsidRDefault="000037A0">
            <w:pPr>
              <w:spacing w:after="20"/>
            </w:pPr>
            <w:r>
              <w:rPr>
                <w:sz w:val="15"/>
              </w:rPr>
              <w:t>Ekonomik durumu normaldir.</w:t>
            </w:r>
          </w:p>
        </w:tc>
        <w:tc>
          <w:tcPr>
            <w:tcW w:w="1548" w:type="dxa"/>
            <w:vAlign w:val="center"/>
          </w:tcPr>
          <w:p w:rsidR="001F20D5" w:rsidRDefault="000037A0">
            <w:pPr>
              <w:spacing w:after="20"/>
            </w:pPr>
            <w:r>
              <w:rPr>
                <w:sz w:val="15"/>
              </w:rPr>
              <w:t>Başarılı bir öğrencidir.</w:t>
            </w:r>
          </w:p>
        </w:tc>
        <w:tc>
          <w:tcPr>
            <w:tcW w:w="1548" w:type="dxa"/>
            <w:vAlign w:val="center"/>
          </w:tcPr>
          <w:p w:rsidR="001F20D5" w:rsidRDefault="001F20D5">
            <w:pPr>
              <w:spacing w:after="20"/>
            </w:pPr>
          </w:p>
        </w:tc>
        <w:tc>
          <w:tcPr>
            <w:tcW w:w="1548" w:type="dxa"/>
            <w:vAlign w:val="center"/>
          </w:tcPr>
          <w:p w:rsidR="001F20D5" w:rsidRDefault="001F20D5">
            <w:pPr>
              <w:spacing w:after="20"/>
            </w:pPr>
          </w:p>
        </w:tc>
      </w:tr>
      <w:tr w:rsidR="001F20D5">
        <w:trPr>
          <w:jc w:val="center"/>
        </w:trPr>
        <w:tc>
          <w:tcPr>
            <w:tcW w:w="1548" w:type="dxa"/>
            <w:shd w:val="clear" w:color="auto" w:fill="FEF5E7"/>
            <w:vAlign w:val="center"/>
          </w:tcPr>
          <w:p w:rsidR="001F20D5" w:rsidRDefault="001F20D5">
            <w:pPr>
              <w:spacing w:after="20"/>
            </w:pPr>
          </w:p>
        </w:tc>
        <w:tc>
          <w:tcPr>
            <w:tcW w:w="1548" w:type="dxa"/>
            <w:shd w:val="clear" w:color="auto" w:fill="FEF5E7"/>
            <w:vAlign w:val="center"/>
          </w:tcPr>
          <w:p w:rsidR="001F20D5" w:rsidRDefault="001F20D5">
            <w:pPr>
              <w:spacing w:after="20"/>
            </w:pPr>
          </w:p>
        </w:tc>
        <w:tc>
          <w:tcPr>
            <w:tcW w:w="1548" w:type="dxa"/>
            <w:shd w:val="clear" w:color="auto" w:fill="FEF5E7"/>
            <w:vAlign w:val="center"/>
          </w:tcPr>
          <w:p w:rsidR="001F20D5" w:rsidRDefault="000037A0">
            <w:pPr>
              <w:spacing w:after="20"/>
            </w:pPr>
            <w:r>
              <w:rPr>
                <w:sz w:val="15"/>
              </w:rPr>
              <w:t>İçine kapanık fakat son derece saygılı efendi bir öğrencidir.</w:t>
            </w:r>
          </w:p>
        </w:tc>
        <w:tc>
          <w:tcPr>
            <w:tcW w:w="1548" w:type="dxa"/>
            <w:shd w:val="clear" w:color="auto" w:fill="FEF5E7"/>
            <w:vAlign w:val="center"/>
          </w:tcPr>
          <w:p w:rsidR="001F20D5" w:rsidRDefault="000037A0">
            <w:pPr>
              <w:spacing w:after="20"/>
            </w:pPr>
            <w:r>
              <w:rPr>
                <w:sz w:val="15"/>
              </w:rPr>
              <w:t>Beslenme durumuna dikkat eder</w:t>
            </w:r>
          </w:p>
        </w:tc>
        <w:tc>
          <w:tcPr>
            <w:tcW w:w="1548" w:type="dxa"/>
            <w:shd w:val="clear" w:color="auto" w:fill="FEF5E7"/>
            <w:vAlign w:val="center"/>
          </w:tcPr>
          <w:p w:rsidR="001F20D5" w:rsidRDefault="000037A0">
            <w:pPr>
              <w:spacing w:after="20"/>
            </w:pPr>
            <w:r>
              <w:rPr>
                <w:sz w:val="15"/>
              </w:rPr>
              <w:t>Şikayeti yoktur.</w:t>
            </w:r>
          </w:p>
        </w:tc>
        <w:tc>
          <w:tcPr>
            <w:tcW w:w="1548" w:type="dxa"/>
            <w:shd w:val="clear" w:color="auto" w:fill="FEF5E7"/>
            <w:vAlign w:val="center"/>
          </w:tcPr>
          <w:p w:rsidR="001F20D5" w:rsidRDefault="000037A0">
            <w:pPr>
              <w:spacing w:after="20"/>
            </w:pPr>
            <w:r>
              <w:rPr>
                <w:sz w:val="15"/>
              </w:rPr>
              <w:t>Arkadaşlar ilişkileri iyidir.</w:t>
            </w:r>
          </w:p>
        </w:tc>
        <w:tc>
          <w:tcPr>
            <w:tcW w:w="1548" w:type="dxa"/>
            <w:shd w:val="clear" w:color="auto" w:fill="FEF5E7"/>
            <w:vAlign w:val="center"/>
          </w:tcPr>
          <w:p w:rsidR="001F20D5" w:rsidRDefault="000037A0">
            <w:pPr>
              <w:spacing w:after="20"/>
            </w:pPr>
            <w:r>
              <w:rPr>
                <w:sz w:val="15"/>
              </w:rPr>
              <w:t>Ekonomik durumu normaldir.</w:t>
            </w:r>
          </w:p>
        </w:tc>
        <w:tc>
          <w:tcPr>
            <w:tcW w:w="1548" w:type="dxa"/>
            <w:shd w:val="clear" w:color="auto" w:fill="FEF5E7"/>
            <w:vAlign w:val="center"/>
          </w:tcPr>
          <w:p w:rsidR="001F20D5" w:rsidRDefault="000037A0">
            <w:pPr>
              <w:spacing w:after="20"/>
            </w:pPr>
            <w:r>
              <w:rPr>
                <w:sz w:val="15"/>
              </w:rPr>
              <w:t>Başarı düzeyi normaldir.</w:t>
            </w:r>
          </w:p>
        </w:tc>
        <w:tc>
          <w:tcPr>
            <w:tcW w:w="1548" w:type="dxa"/>
            <w:shd w:val="clear" w:color="auto" w:fill="FEF5E7"/>
            <w:vAlign w:val="center"/>
          </w:tcPr>
          <w:p w:rsidR="001F20D5" w:rsidRDefault="000037A0">
            <w:pPr>
              <w:spacing w:after="20"/>
            </w:pPr>
            <w:r>
              <w:rPr>
                <w:sz w:val="15"/>
              </w:rPr>
              <w:t>İçine kapanıklığı konusunda rehber öğretmene yön.</w:t>
            </w:r>
          </w:p>
        </w:tc>
        <w:tc>
          <w:tcPr>
            <w:tcW w:w="1548" w:type="dxa"/>
            <w:shd w:val="clear" w:color="auto" w:fill="FEF5E7"/>
            <w:vAlign w:val="center"/>
          </w:tcPr>
          <w:p w:rsidR="001F20D5" w:rsidRDefault="000037A0">
            <w:pPr>
              <w:spacing w:after="20"/>
            </w:pPr>
            <w:r>
              <w:rPr>
                <w:sz w:val="15"/>
              </w:rPr>
              <w:t>Okul rehber öğretmeni ilgilenecek.</w:t>
            </w:r>
          </w:p>
        </w:tc>
      </w:tr>
      <w:tr w:rsidR="001F20D5">
        <w:trPr>
          <w:jc w:val="center"/>
        </w:trPr>
        <w:tc>
          <w:tcPr>
            <w:tcW w:w="1548" w:type="dxa"/>
            <w:vAlign w:val="center"/>
          </w:tcPr>
          <w:p w:rsidR="001F20D5" w:rsidRDefault="001F20D5">
            <w:pPr>
              <w:spacing w:after="20"/>
            </w:pPr>
          </w:p>
        </w:tc>
        <w:tc>
          <w:tcPr>
            <w:tcW w:w="1548" w:type="dxa"/>
            <w:vAlign w:val="center"/>
          </w:tcPr>
          <w:p w:rsidR="001F20D5" w:rsidRDefault="001F20D5">
            <w:pPr>
              <w:spacing w:after="20"/>
            </w:pPr>
          </w:p>
        </w:tc>
        <w:tc>
          <w:tcPr>
            <w:tcW w:w="1548" w:type="dxa"/>
            <w:vAlign w:val="center"/>
          </w:tcPr>
          <w:p w:rsidR="001F20D5" w:rsidRDefault="000037A0">
            <w:pPr>
              <w:spacing w:after="20"/>
            </w:pPr>
            <w:r>
              <w:rPr>
                <w:sz w:val="15"/>
              </w:rPr>
              <w:t>Aktif, dürüst,iyi huylu birisidir.</w:t>
            </w:r>
          </w:p>
        </w:tc>
        <w:tc>
          <w:tcPr>
            <w:tcW w:w="1548" w:type="dxa"/>
            <w:vAlign w:val="center"/>
          </w:tcPr>
          <w:p w:rsidR="001F20D5" w:rsidRDefault="000037A0">
            <w:pPr>
              <w:spacing w:after="20"/>
            </w:pPr>
            <w:r>
              <w:rPr>
                <w:sz w:val="15"/>
              </w:rPr>
              <w:t>Beslenme durumuna dikkat eder</w:t>
            </w:r>
          </w:p>
        </w:tc>
        <w:tc>
          <w:tcPr>
            <w:tcW w:w="1548" w:type="dxa"/>
            <w:vAlign w:val="center"/>
          </w:tcPr>
          <w:p w:rsidR="001F20D5" w:rsidRDefault="000037A0">
            <w:pPr>
              <w:spacing w:after="20"/>
            </w:pPr>
            <w:r>
              <w:rPr>
                <w:sz w:val="15"/>
              </w:rPr>
              <w:t>Böbrek rahatsızlığı vardır.</w:t>
            </w:r>
          </w:p>
        </w:tc>
        <w:tc>
          <w:tcPr>
            <w:tcW w:w="1548" w:type="dxa"/>
            <w:vAlign w:val="center"/>
          </w:tcPr>
          <w:p w:rsidR="001F20D5" w:rsidRDefault="000037A0">
            <w:pPr>
              <w:spacing w:after="20"/>
            </w:pPr>
            <w:r>
              <w:rPr>
                <w:sz w:val="15"/>
              </w:rPr>
              <w:t>Arkadaşlar ilişkileri iyidir.</w:t>
            </w:r>
          </w:p>
        </w:tc>
        <w:tc>
          <w:tcPr>
            <w:tcW w:w="1548" w:type="dxa"/>
            <w:vAlign w:val="center"/>
          </w:tcPr>
          <w:p w:rsidR="001F20D5" w:rsidRDefault="000037A0">
            <w:pPr>
              <w:spacing w:after="20"/>
            </w:pPr>
            <w:r>
              <w:rPr>
                <w:sz w:val="15"/>
              </w:rPr>
              <w:t>Ekonomik durumu normaldir.</w:t>
            </w:r>
          </w:p>
        </w:tc>
        <w:tc>
          <w:tcPr>
            <w:tcW w:w="1548" w:type="dxa"/>
            <w:vAlign w:val="center"/>
          </w:tcPr>
          <w:p w:rsidR="001F20D5" w:rsidRDefault="000037A0">
            <w:pPr>
              <w:spacing w:after="20"/>
            </w:pPr>
            <w:r>
              <w:rPr>
                <w:sz w:val="15"/>
              </w:rPr>
              <w:t xml:space="preserve">Başarı durumu </w:t>
            </w:r>
            <w:r>
              <w:rPr>
                <w:sz w:val="15"/>
              </w:rPr>
              <w:t>normaldir.</w:t>
            </w:r>
          </w:p>
        </w:tc>
        <w:tc>
          <w:tcPr>
            <w:tcW w:w="1548" w:type="dxa"/>
            <w:vAlign w:val="center"/>
          </w:tcPr>
          <w:p w:rsidR="001F20D5" w:rsidRDefault="001F20D5">
            <w:pPr>
              <w:spacing w:after="20"/>
            </w:pPr>
          </w:p>
        </w:tc>
        <w:tc>
          <w:tcPr>
            <w:tcW w:w="1548" w:type="dxa"/>
            <w:vAlign w:val="center"/>
          </w:tcPr>
          <w:p w:rsidR="001F20D5" w:rsidRDefault="001F20D5">
            <w:pPr>
              <w:spacing w:after="20"/>
            </w:pPr>
          </w:p>
        </w:tc>
      </w:tr>
      <w:tr w:rsidR="001F20D5">
        <w:trPr>
          <w:jc w:val="center"/>
        </w:trPr>
        <w:tc>
          <w:tcPr>
            <w:tcW w:w="1548" w:type="dxa"/>
            <w:shd w:val="clear" w:color="auto" w:fill="FEF5E7"/>
            <w:vAlign w:val="center"/>
          </w:tcPr>
          <w:p w:rsidR="001F20D5" w:rsidRDefault="001F20D5">
            <w:pPr>
              <w:spacing w:after="20"/>
            </w:pPr>
          </w:p>
        </w:tc>
        <w:tc>
          <w:tcPr>
            <w:tcW w:w="1548" w:type="dxa"/>
            <w:shd w:val="clear" w:color="auto" w:fill="FEF5E7"/>
            <w:vAlign w:val="center"/>
          </w:tcPr>
          <w:p w:rsidR="001F20D5" w:rsidRDefault="001F20D5">
            <w:pPr>
              <w:spacing w:after="20"/>
            </w:pPr>
          </w:p>
        </w:tc>
        <w:tc>
          <w:tcPr>
            <w:tcW w:w="1548" w:type="dxa"/>
            <w:shd w:val="clear" w:color="auto" w:fill="FEF5E7"/>
            <w:vAlign w:val="center"/>
          </w:tcPr>
          <w:p w:rsidR="001F20D5" w:rsidRDefault="000037A0">
            <w:pPr>
              <w:spacing w:after="20"/>
            </w:pPr>
            <w:r>
              <w:rPr>
                <w:sz w:val="15"/>
              </w:rPr>
              <w:t>Aktif, dürüst,iyi huylu birisidir.</w:t>
            </w:r>
          </w:p>
        </w:tc>
        <w:tc>
          <w:tcPr>
            <w:tcW w:w="1548" w:type="dxa"/>
            <w:shd w:val="clear" w:color="auto" w:fill="FEF5E7"/>
            <w:vAlign w:val="center"/>
          </w:tcPr>
          <w:p w:rsidR="001F20D5" w:rsidRDefault="000037A0">
            <w:pPr>
              <w:spacing w:after="20"/>
            </w:pPr>
            <w:r>
              <w:rPr>
                <w:sz w:val="15"/>
              </w:rPr>
              <w:t>Beslenme durumuna dikkat eder</w:t>
            </w:r>
          </w:p>
        </w:tc>
        <w:tc>
          <w:tcPr>
            <w:tcW w:w="1548" w:type="dxa"/>
            <w:shd w:val="clear" w:color="auto" w:fill="FEF5E7"/>
            <w:vAlign w:val="center"/>
          </w:tcPr>
          <w:p w:rsidR="001F20D5" w:rsidRDefault="000037A0">
            <w:pPr>
              <w:spacing w:after="20"/>
            </w:pPr>
            <w:r>
              <w:rPr>
                <w:sz w:val="15"/>
              </w:rPr>
              <w:t>Şikayeti yoktur.</w:t>
            </w:r>
          </w:p>
        </w:tc>
        <w:tc>
          <w:tcPr>
            <w:tcW w:w="1548" w:type="dxa"/>
            <w:shd w:val="clear" w:color="auto" w:fill="FEF5E7"/>
            <w:vAlign w:val="center"/>
          </w:tcPr>
          <w:p w:rsidR="001F20D5" w:rsidRDefault="000037A0">
            <w:pPr>
              <w:spacing w:after="20"/>
            </w:pPr>
            <w:r>
              <w:rPr>
                <w:sz w:val="15"/>
              </w:rPr>
              <w:t>Arkadaşlar ilişkileri iyidir.</w:t>
            </w:r>
          </w:p>
        </w:tc>
        <w:tc>
          <w:tcPr>
            <w:tcW w:w="1548" w:type="dxa"/>
            <w:shd w:val="clear" w:color="auto" w:fill="FEF5E7"/>
            <w:vAlign w:val="center"/>
          </w:tcPr>
          <w:p w:rsidR="001F20D5" w:rsidRDefault="000037A0">
            <w:pPr>
              <w:spacing w:after="20"/>
            </w:pPr>
            <w:r>
              <w:rPr>
                <w:sz w:val="15"/>
              </w:rPr>
              <w:t>Ekonomik durumu normaldir.</w:t>
            </w:r>
          </w:p>
        </w:tc>
        <w:tc>
          <w:tcPr>
            <w:tcW w:w="1548" w:type="dxa"/>
            <w:shd w:val="clear" w:color="auto" w:fill="FEF5E7"/>
            <w:vAlign w:val="center"/>
          </w:tcPr>
          <w:p w:rsidR="001F20D5" w:rsidRDefault="000037A0">
            <w:pPr>
              <w:spacing w:after="20"/>
            </w:pPr>
            <w:r>
              <w:rPr>
                <w:sz w:val="15"/>
              </w:rPr>
              <w:t>Başarı durumu normaldir.</w:t>
            </w:r>
          </w:p>
        </w:tc>
        <w:tc>
          <w:tcPr>
            <w:tcW w:w="1548" w:type="dxa"/>
            <w:shd w:val="clear" w:color="auto" w:fill="FEF5E7"/>
            <w:vAlign w:val="center"/>
          </w:tcPr>
          <w:p w:rsidR="001F20D5" w:rsidRDefault="001F20D5">
            <w:pPr>
              <w:spacing w:after="20"/>
            </w:pPr>
          </w:p>
        </w:tc>
        <w:tc>
          <w:tcPr>
            <w:tcW w:w="1548" w:type="dxa"/>
            <w:shd w:val="clear" w:color="auto" w:fill="FEF5E7"/>
            <w:vAlign w:val="center"/>
          </w:tcPr>
          <w:p w:rsidR="001F20D5" w:rsidRDefault="001F20D5">
            <w:pPr>
              <w:spacing w:after="20"/>
            </w:pPr>
          </w:p>
        </w:tc>
      </w:tr>
      <w:tr w:rsidR="001F20D5">
        <w:trPr>
          <w:jc w:val="center"/>
        </w:trPr>
        <w:tc>
          <w:tcPr>
            <w:tcW w:w="1548" w:type="dxa"/>
            <w:vAlign w:val="center"/>
          </w:tcPr>
          <w:p w:rsidR="001F20D5" w:rsidRDefault="001F20D5">
            <w:pPr>
              <w:spacing w:after="20"/>
            </w:pPr>
          </w:p>
        </w:tc>
        <w:tc>
          <w:tcPr>
            <w:tcW w:w="1548" w:type="dxa"/>
            <w:vAlign w:val="center"/>
          </w:tcPr>
          <w:p w:rsidR="001F20D5" w:rsidRDefault="001F20D5">
            <w:pPr>
              <w:spacing w:after="20"/>
            </w:pPr>
          </w:p>
        </w:tc>
        <w:tc>
          <w:tcPr>
            <w:tcW w:w="1548" w:type="dxa"/>
            <w:vAlign w:val="center"/>
          </w:tcPr>
          <w:p w:rsidR="001F20D5" w:rsidRDefault="000037A0">
            <w:pPr>
              <w:spacing w:after="20"/>
            </w:pPr>
            <w:r>
              <w:rPr>
                <w:sz w:val="15"/>
              </w:rPr>
              <w:t>Aktif, dürüst,iyi huylu birisidir.</w:t>
            </w:r>
          </w:p>
        </w:tc>
        <w:tc>
          <w:tcPr>
            <w:tcW w:w="1548" w:type="dxa"/>
            <w:shd w:val="clear" w:color="auto" w:fill="FEF5E7"/>
            <w:vAlign w:val="center"/>
          </w:tcPr>
          <w:p w:rsidR="001F20D5" w:rsidRDefault="000037A0">
            <w:pPr>
              <w:spacing w:after="20"/>
            </w:pPr>
            <w:r>
              <w:rPr>
                <w:sz w:val="15"/>
              </w:rPr>
              <w:t>Beslenme durumuna dikkat eder.</w:t>
            </w:r>
          </w:p>
        </w:tc>
        <w:tc>
          <w:tcPr>
            <w:tcW w:w="1548" w:type="dxa"/>
            <w:vAlign w:val="center"/>
          </w:tcPr>
          <w:p w:rsidR="001F20D5" w:rsidRDefault="000037A0">
            <w:pPr>
              <w:spacing w:after="20"/>
            </w:pPr>
            <w:r>
              <w:rPr>
                <w:sz w:val="15"/>
              </w:rPr>
              <w:t>Şikâyeti yoktur.</w:t>
            </w:r>
          </w:p>
        </w:tc>
        <w:tc>
          <w:tcPr>
            <w:tcW w:w="1548" w:type="dxa"/>
            <w:shd w:val="clear" w:color="auto" w:fill="FEF5E7"/>
            <w:vAlign w:val="center"/>
          </w:tcPr>
          <w:p w:rsidR="001F20D5" w:rsidRDefault="000037A0">
            <w:pPr>
              <w:spacing w:after="20"/>
            </w:pPr>
            <w:r>
              <w:rPr>
                <w:sz w:val="15"/>
              </w:rPr>
              <w:t>Arkadaşları ile ilişkileri pek iyidir.</w:t>
            </w:r>
          </w:p>
        </w:tc>
        <w:tc>
          <w:tcPr>
            <w:tcW w:w="1548" w:type="dxa"/>
            <w:vAlign w:val="center"/>
          </w:tcPr>
          <w:p w:rsidR="001F20D5" w:rsidRDefault="000037A0">
            <w:pPr>
              <w:spacing w:after="20"/>
            </w:pPr>
            <w:r>
              <w:rPr>
                <w:sz w:val="15"/>
              </w:rPr>
              <w:t>Ekonomik durumu iyidir</w:t>
            </w:r>
          </w:p>
        </w:tc>
        <w:tc>
          <w:tcPr>
            <w:tcW w:w="1548" w:type="dxa"/>
            <w:shd w:val="clear" w:color="auto" w:fill="FEF5E7"/>
            <w:vAlign w:val="center"/>
          </w:tcPr>
          <w:p w:rsidR="001F20D5" w:rsidRDefault="000037A0">
            <w:pPr>
              <w:spacing w:after="20"/>
            </w:pPr>
            <w:r>
              <w:rPr>
                <w:sz w:val="15"/>
              </w:rPr>
              <w:t>Başarılı bir öğrencidir.</w:t>
            </w:r>
          </w:p>
        </w:tc>
        <w:tc>
          <w:tcPr>
            <w:tcW w:w="1548" w:type="dxa"/>
            <w:vAlign w:val="center"/>
          </w:tcPr>
          <w:p w:rsidR="001F20D5" w:rsidRDefault="001F20D5">
            <w:pPr>
              <w:spacing w:after="20"/>
            </w:pPr>
          </w:p>
        </w:tc>
        <w:tc>
          <w:tcPr>
            <w:tcW w:w="1548" w:type="dxa"/>
            <w:shd w:val="clear" w:color="auto" w:fill="FEF5E7"/>
            <w:vAlign w:val="center"/>
          </w:tcPr>
          <w:p w:rsidR="001F20D5" w:rsidRDefault="000037A0">
            <w:pPr>
              <w:spacing w:after="20"/>
            </w:pPr>
            <w:r>
              <w:rPr>
                <w:sz w:val="15"/>
              </w:rPr>
              <w:t>Okul-veli iş birliği yapılacak.</w:t>
            </w:r>
          </w:p>
        </w:tc>
      </w:tr>
      <w:tr w:rsidR="001F20D5">
        <w:trPr>
          <w:jc w:val="center"/>
        </w:trPr>
        <w:tc>
          <w:tcPr>
            <w:tcW w:w="1548" w:type="dxa"/>
            <w:shd w:val="clear" w:color="auto" w:fill="FEF5E7"/>
            <w:vAlign w:val="center"/>
          </w:tcPr>
          <w:p w:rsidR="001F20D5" w:rsidRDefault="001F20D5">
            <w:pPr>
              <w:spacing w:after="20"/>
            </w:pPr>
          </w:p>
        </w:tc>
        <w:tc>
          <w:tcPr>
            <w:tcW w:w="1548" w:type="dxa"/>
            <w:shd w:val="clear" w:color="auto" w:fill="FEF5E7"/>
            <w:vAlign w:val="center"/>
          </w:tcPr>
          <w:p w:rsidR="001F20D5" w:rsidRDefault="001F20D5">
            <w:pPr>
              <w:spacing w:after="20"/>
            </w:pPr>
          </w:p>
        </w:tc>
        <w:tc>
          <w:tcPr>
            <w:tcW w:w="1548" w:type="dxa"/>
            <w:shd w:val="clear" w:color="auto" w:fill="FEF5E7"/>
            <w:vAlign w:val="center"/>
          </w:tcPr>
          <w:p w:rsidR="001F20D5" w:rsidRDefault="000037A0">
            <w:pPr>
              <w:spacing w:after="20"/>
            </w:pPr>
            <w:r>
              <w:rPr>
                <w:sz w:val="15"/>
              </w:rPr>
              <w:t>Geçen yıla oranla bu yıl daha çok dışa dönük bir öğrenci olmuştur.</w:t>
            </w:r>
          </w:p>
        </w:tc>
        <w:tc>
          <w:tcPr>
            <w:tcW w:w="1548" w:type="dxa"/>
            <w:vAlign w:val="center"/>
          </w:tcPr>
          <w:p w:rsidR="001F20D5" w:rsidRDefault="000037A0">
            <w:pPr>
              <w:spacing w:after="20"/>
            </w:pPr>
            <w:r>
              <w:rPr>
                <w:sz w:val="15"/>
              </w:rPr>
              <w:t>Beslenme durumuna dikkat eder.</w:t>
            </w:r>
          </w:p>
        </w:tc>
        <w:tc>
          <w:tcPr>
            <w:tcW w:w="1548" w:type="dxa"/>
            <w:shd w:val="clear" w:color="auto" w:fill="FEF5E7"/>
            <w:vAlign w:val="center"/>
          </w:tcPr>
          <w:p w:rsidR="001F20D5" w:rsidRDefault="000037A0">
            <w:pPr>
              <w:spacing w:after="20"/>
            </w:pPr>
            <w:r>
              <w:rPr>
                <w:sz w:val="15"/>
              </w:rPr>
              <w:t xml:space="preserve">Şikayeti </w:t>
            </w:r>
            <w:r>
              <w:rPr>
                <w:sz w:val="15"/>
              </w:rPr>
              <w:t>yok,boy,kilo normaldir</w:t>
            </w:r>
          </w:p>
        </w:tc>
        <w:tc>
          <w:tcPr>
            <w:tcW w:w="1548" w:type="dxa"/>
            <w:vAlign w:val="center"/>
          </w:tcPr>
          <w:p w:rsidR="001F20D5" w:rsidRDefault="000037A0">
            <w:pPr>
              <w:spacing w:after="20"/>
            </w:pPr>
            <w:r>
              <w:rPr>
                <w:sz w:val="15"/>
              </w:rPr>
              <w:t>Arkadaşlar ilişkileri iyidir.</w:t>
            </w:r>
          </w:p>
        </w:tc>
        <w:tc>
          <w:tcPr>
            <w:tcW w:w="1548" w:type="dxa"/>
            <w:shd w:val="clear" w:color="auto" w:fill="FEF5E7"/>
            <w:vAlign w:val="center"/>
          </w:tcPr>
          <w:p w:rsidR="001F20D5" w:rsidRDefault="000037A0">
            <w:pPr>
              <w:spacing w:after="20"/>
            </w:pPr>
            <w:r>
              <w:rPr>
                <w:sz w:val="15"/>
              </w:rPr>
              <w:t>Ekonomik durumu iyi değildir.</w:t>
            </w:r>
          </w:p>
        </w:tc>
        <w:tc>
          <w:tcPr>
            <w:tcW w:w="1548" w:type="dxa"/>
            <w:vAlign w:val="center"/>
          </w:tcPr>
          <w:p w:rsidR="001F20D5" w:rsidRDefault="000037A0">
            <w:pPr>
              <w:spacing w:after="20"/>
            </w:pPr>
            <w:r>
              <w:rPr>
                <w:sz w:val="15"/>
              </w:rPr>
              <w:t>Başarı durumu normaldir.</w:t>
            </w:r>
          </w:p>
        </w:tc>
        <w:tc>
          <w:tcPr>
            <w:tcW w:w="1548" w:type="dxa"/>
            <w:shd w:val="clear" w:color="auto" w:fill="FEF5E7"/>
            <w:vAlign w:val="center"/>
          </w:tcPr>
          <w:p w:rsidR="001F20D5" w:rsidRDefault="000037A0">
            <w:pPr>
              <w:spacing w:after="20"/>
            </w:pPr>
            <w:r>
              <w:rPr>
                <w:sz w:val="15"/>
              </w:rPr>
              <w:t>Şube rehber öğretmeni ilgilenecek.</w:t>
            </w:r>
          </w:p>
        </w:tc>
        <w:tc>
          <w:tcPr>
            <w:tcW w:w="1548" w:type="dxa"/>
            <w:vAlign w:val="center"/>
          </w:tcPr>
          <w:p w:rsidR="001F20D5" w:rsidRDefault="001F20D5">
            <w:pPr>
              <w:spacing w:after="20"/>
            </w:pPr>
          </w:p>
        </w:tc>
      </w:tr>
      <w:tr w:rsidR="001F20D5">
        <w:trPr>
          <w:jc w:val="center"/>
        </w:trPr>
        <w:tc>
          <w:tcPr>
            <w:tcW w:w="1548" w:type="dxa"/>
            <w:vAlign w:val="center"/>
          </w:tcPr>
          <w:p w:rsidR="001F20D5" w:rsidRDefault="001F20D5">
            <w:pPr>
              <w:spacing w:after="20"/>
            </w:pPr>
          </w:p>
        </w:tc>
        <w:tc>
          <w:tcPr>
            <w:tcW w:w="1548" w:type="dxa"/>
            <w:vAlign w:val="center"/>
          </w:tcPr>
          <w:p w:rsidR="001F20D5" w:rsidRDefault="001F20D5">
            <w:pPr>
              <w:spacing w:after="20"/>
            </w:pPr>
          </w:p>
        </w:tc>
        <w:tc>
          <w:tcPr>
            <w:tcW w:w="1548" w:type="dxa"/>
            <w:vAlign w:val="center"/>
          </w:tcPr>
          <w:p w:rsidR="001F20D5" w:rsidRDefault="000037A0">
            <w:pPr>
              <w:spacing w:after="20"/>
            </w:pPr>
            <w:r>
              <w:rPr>
                <w:sz w:val="15"/>
              </w:rPr>
              <w:t>Sessiz içine kapanık, saygılı bir öğrencidir.</w:t>
            </w:r>
          </w:p>
        </w:tc>
        <w:tc>
          <w:tcPr>
            <w:tcW w:w="1548" w:type="dxa"/>
            <w:shd w:val="clear" w:color="auto" w:fill="FEF5E7"/>
            <w:vAlign w:val="center"/>
          </w:tcPr>
          <w:p w:rsidR="001F20D5" w:rsidRDefault="000037A0">
            <w:pPr>
              <w:spacing w:after="20"/>
            </w:pPr>
            <w:r>
              <w:rPr>
                <w:sz w:val="15"/>
              </w:rPr>
              <w:t>Beslenme durumuna dikkat eder.</w:t>
            </w:r>
          </w:p>
        </w:tc>
        <w:tc>
          <w:tcPr>
            <w:tcW w:w="1548" w:type="dxa"/>
            <w:vAlign w:val="center"/>
          </w:tcPr>
          <w:p w:rsidR="001F20D5" w:rsidRDefault="000037A0">
            <w:pPr>
              <w:spacing w:after="20"/>
            </w:pPr>
            <w:r>
              <w:rPr>
                <w:sz w:val="15"/>
              </w:rPr>
              <w:t>Şikâyeti yoktur.</w:t>
            </w:r>
          </w:p>
        </w:tc>
        <w:tc>
          <w:tcPr>
            <w:tcW w:w="1548" w:type="dxa"/>
            <w:shd w:val="clear" w:color="auto" w:fill="FEF5E7"/>
            <w:vAlign w:val="center"/>
          </w:tcPr>
          <w:p w:rsidR="001F20D5" w:rsidRDefault="000037A0">
            <w:pPr>
              <w:spacing w:after="20"/>
            </w:pPr>
            <w:r>
              <w:rPr>
                <w:sz w:val="15"/>
              </w:rPr>
              <w:t xml:space="preserve">Arkadaşlar </w:t>
            </w:r>
            <w:r>
              <w:rPr>
                <w:sz w:val="15"/>
              </w:rPr>
              <w:t>ilişkileri iyidir.</w:t>
            </w:r>
          </w:p>
        </w:tc>
        <w:tc>
          <w:tcPr>
            <w:tcW w:w="1548" w:type="dxa"/>
            <w:vAlign w:val="center"/>
          </w:tcPr>
          <w:p w:rsidR="001F20D5" w:rsidRDefault="000037A0">
            <w:pPr>
              <w:spacing w:after="20"/>
            </w:pPr>
            <w:r>
              <w:rPr>
                <w:sz w:val="15"/>
              </w:rPr>
              <w:t>Ekonomik durumu normaldir.</w:t>
            </w:r>
          </w:p>
        </w:tc>
        <w:tc>
          <w:tcPr>
            <w:tcW w:w="1548" w:type="dxa"/>
            <w:shd w:val="clear" w:color="auto" w:fill="FEF5E7"/>
            <w:vAlign w:val="center"/>
          </w:tcPr>
          <w:p w:rsidR="001F20D5" w:rsidRDefault="000037A0">
            <w:pPr>
              <w:spacing w:after="20"/>
            </w:pPr>
            <w:r>
              <w:rPr>
                <w:sz w:val="15"/>
              </w:rPr>
              <w:t>Başarı durumu çok iyi değildir.</w:t>
            </w:r>
          </w:p>
        </w:tc>
        <w:tc>
          <w:tcPr>
            <w:tcW w:w="1548" w:type="dxa"/>
            <w:vAlign w:val="center"/>
          </w:tcPr>
          <w:p w:rsidR="001F20D5" w:rsidRDefault="001F20D5">
            <w:pPr>
              <w:spacing w:after="20"/>
            </w:pPr>
          </w:p>
        </w:tc>
        <w:tc>
          <w:tcPr>
            <w:tcW w:w="1548" w:type="dxa"/>
            <w:shd w:val="clear" w:color="auto" w:fill="FEF5E7"/>
            <w:vAlign w:val="center"/>
          </w:tcPr>
          <w:p w:rsidR="001F20D5" w:rsidRDefault="000037A0">
            <w:pPr>
              <w:spacing w:after="20"/>
            </w:pPr>
            <w:r>
              <w:rPr>
                <w:sz w:val="15"/>
              </w:rPr>
              <w:t>Okul rehber öğretmeni ilgilenecek.</w:t>
            </w:r>
          </w:p>
        </w:tc>
      </w:tr>
      <w:tr w:rsidR="001F20D5">
        <w:trPr>
          <w:jc w:val="center"/>
        </w:trPr>
        <w:tc>
          <w:tcPr>
            <w:tcW w:w="1548" w:type="dxa"/>
            <w:shd w:val="clear" w:color="auto" w:fill="FEF5E7"/>
            <w:vAlign w:val="center"/>
          </w:tcPr>
          <w:p w:rsidR="001F20D5" w:rsidRDefault="001F20D5">
            <w:pPr>
              <w:spacing w:after="20"/>
            </w:pPr>
          </w:p>
        </w:tc>
        <w:tc>
          <w:tcPr>
            <w:tcW w:w="1548" w:type="dxa"/>
            <w:shd w:val="clear" w:color="auto" w:fill="FEF5E7"/>
            <w:vAlign w:val="center"/>
          </w:tcPr>
          <w:p w:rsidR="001F20D5" w:rsidRDefault="001F20D5">
            <w:pPr>
              <w:spacing w:after="20"/>
            </w:pPr>
          </w:p>
        </w:tc>
        <w:tc>
          <w:tcPr>
            <w:tcW w:w="1548" w:type="dxa"/>
            <w:shd w:val="clear" w:color="auto" w:fill="FEF5E7"/>
            <w:vAlign w:val="center"/>
          </w:tcPr>
          <w:p w:rsidR="001F20D5" w:rsidRDefault="000037A0">
            <w:pPr>
              <w:spacing w:after="20"/>
            </w:pPr>
            <w:r>
              <w:rPr>
                <w:sz w:val="15"/>
              </w:rPr>
              <w:t>Aktif, dürüst,iyi huylu birisidir</w:t>
            </w:r>
          </w:p>
        </w:tc>
        <w:tc>
          <w:tcPr>
            <w:tcW w:w="1548" w:type="dxa"/>
            <w:vAlign w:val="center"/>
          </w:tcPr>
          <w:p w:rsidR="001F20D5" w:rsidRDefault="000037A0">
            <w:pPr>
              <w:spacing w:after="20"/>
            </w:pPr>
            <w:r>
              <w:rPr>
                <w:sz w:val="15"/>
              </w:rPr>
              <w:t>Beslenme durumuna dikkat eder.</w:t>
            </w:r>
          </w:p>
        </w:tc>
        <w:tc>
          <w:tcPr>
            <w:tcW w:w="1548" w:type="dxa"/>
            <w:shd w:val="clear" w:color="auto" w:fill="FEF5E7"/>
            <w:vAlign w:val="center"/>
          </w:tcPr>
          <w:p w:rsidR="001F20D5" w:rsidRDefault="000037A0">
            <w:pPr>
              <w:spacing w:after="20"/>
            </w:pPr>
            <w:r>
              <w:rPr>
                <w:sz w:val="15"/>
              </w:rPr>
              <w:t>Kekeleme problemi var.</w:t>
            </w:r>
          </w:p>
        </w:tc>
        <w:tc>
          <w:tcPr>
            <w:tcW w:w="1548" w:type="dxa"/>
            <w:vAlign w:val="center"/>
          </w:tcPr>
          <w:p w:rsidR="001F20D5" w:rsidRDefault="000037A0">
            <w:pPr>
              <w:spacing w:after="20"/>
            </w:pPr>
            <w:r>
              <w:rPr>
                <w:sz w:val="15"/>
              </w:rPr>
              <w:t>Arkadaşlar ilişkileri iyidir.</w:t>
            </w:r>
          </w:p>
        </w:tc>
        <w:tc>
          <w:tcPr>
            <w:tcW w:w="1548" w:type="dxa"/>
            <w:shd w:val="clear" w:color="auto" w:fill="FEF5E7"/>
            <w:vAlign w:val="center"/>
          </w:tcPr>
          <w:p w:rsidR="001F20D5" w:rsidRDefault="000037A0">
            <w:pPr>
              <w:spacing w:after="20"/>
            </w:pPr>
            <w:r>
              <w:rPr>
                <w:sz w:val="15"/>
              </w:rPr>
              <w:t xml:space="preserve">Ekonomik durumu </w:t>
            </w:r>
            <w:r>
              <w:rPr>
                <w:sz w:val="15"/>
              </w:rPr>
              <w:t>normaldir.</w:t>
            </w:r>
          </w:p>
        </w:tc>
        <w:tc>
          <w:tcPr>
            <w:tcW w:w="1548" w:type="dxa"/>
            <w:vAlign w:val="center"/>
          </w:tcPr>
          <w:p w:rsidR="001F20D5" w:rsidRDefault="000037A0">
            <w:pPr>
              <w:spacing w:after="20"/>
            </w:pPr>
            <w:r>
              <w:rPr>
                <w:sz w:val="15"/>
              </w:rPr>
              <w:t>Başarılı bir öğrencidir.</w:t>
            </w:r>
          </w:p>
        </w:tc>
        <w:tc>
          <w:tcPr>
            <w:tcW w:w="1548" w:type="dxa"/>
            <w:shd w:val="clear" w:color="auto" w:fill="FEF5E7"/>
            <w:vAlign w:val="center"/>
          </w:tcPr>
          <w:p w:rsidR="001F20D5" w:rsidRDefault="000037A0">
            <w:pPr>
              <w:spacing w:after="20"/>
            </w:pPr>
            <w:r>
              <w:rPr>
                <w:sz w:val="15"/>
              </w:rPr>
              <w:t>İçine kapanıklığı konusunda rehber öğretmene yön.</w:t>
            </w:r>
          </w:p>
        </w:tc>
        <w:tc>
          <w:tcPr>
            <w:tcW w:w="1548" w:type="dxa"/>
            <w:vAlign w:val="center"/>
          </w:tcPr>
          <w:p w:rsidR="001F20D5" w:rsidRDefault="001F20D5">
            <w:pPr>
              <w:spacing w:after="20"/>
            </w:pPr>
          </w:p>
        </w:tc>
      </w:tr>
      <w:tr w:rsidR="001F20D5">
        <w:trPr>
          <w:jc w:val="center"/>
        </w:trPr>
        <w:tc>
          <w:tcPr>
            <w:tcW w:w="1548" w:type="dxa"/>
            <w:vAlign w:val="center"/>
          </w:tcPr>
          <w:p w:rsidR="001F20D5" w:rsidRDefault="001F20D5">
            <w:pPr>
              <w:spacing w:after="20"/>
            </w:pPr>
          </w:p>
        </w:tc>
        <w:tc>
          <w:tcPr>
            <w:tcW w:w="1548" w:type="dxa"/>
            <w:vAlign w:val="center"/>
          </w:tcPr>
          <w:p w:rsidR="001F20D5" w:rsidRDefault="001F20D5">
            <w:pPr>
              <w:spacing w:after="20"/>
            </w:pPr>
          </w:p>
        </w:tc>
        <w:tc>
          <w:tcPr>
            <w:tcW w:w="1548" w:type="dxa"/>
            <w:vAlign w:val="center"/>
          </w:tcPr>
          <w:p w:rsidR="001F20D5" w:rsidRDefault="000037A0">
            <w:pPr>
              <w:spacing w:after="20"/>
            </w:pPr>
            <w:r>
              <w:rPr>
                <w:sz w:val="15"/>
              </w:rPr>
              <w:t>Aktif, dürüst,iyi huylu birisidir</w:t>
            </w:r>
          </w:p>
        </w:tc>
        <w:tc>
          <w:tcPr>
            <w:tcW w:w="1548" w:type="dxa"/>
            <w:shd w:val="clear" w:color="auto" w:fill="FEF5E7"/>
            <w:vAlign w:val="center"/>
          </w:tcPr>
          <w:p w:rsidR="001F20D5" w:rsidRDefault="000037A0">
            <w:pPr>
              <w:spacing w:after="20"/>
            </w:pPr>
            <w:r>
              <w:rPr>
                <w:sz w:val="15"/>
              </w:rPr>
              <w:t>Beslenme durumuna dikkat eder.</w:t>
            </w:r>
          </w:p>
        </w:tc>
        <w:tc>
          <w:tcPr>
            <w:tcW w:w="1548" w:type="dxa"/>
            <w:vAlign w:val="center"/>
          </w:tcPr>
          <w:p w:rsidR="001F20D5" w:rsidRDefault="000037A0">
            <w:pPr>
              <w:spacing w:after="20"/>
            </w:pPr>
            <w:r>
              <w:rPr>
                <w:sz w:val="15"/>
              </w:rPr>
              <w:t>Şikayeti yoktur.</w:t>
            </w:r>
          </w:p>
        </w:tc>
        <w:tc>
          <w:tcPr>
            <w:tcW w:w="1548" w:type="dxa"/>
            <w:shd w:val="clear" w:color="auto" w:fill="FEF5E7"/>
            <w:vAlign w:val="center"/>
          </w:tcPr>
          <w:p w:rsidR="001F20D5" w:rsidRDefault="000037A0">
            <w:pPr>
              <w:spacing w:after="20"/>
            </w:pPr>
            <w:r>
              <w:rPr>
                <w:sz w:val="15"/>
              </w:rPr>
              <w:t>Arkadaşlar ilişkileri iyidir.</w:t>
            </w:r>
          </w:p>
        </w:tc>
        <w:tc>
          <w:tcPr>
            <w:tcW w:w="1548" w:type="dxa"/>
            <w:vAlign w:val="center"/>
          </w:tcPr>
          <w:p w:rsidR="001F20D5" w:rsidRDefault="000037A0">
            <w:pPr>
              <w:spacing w:after="20"/>
            </w:pPr>
            <w:r>
              <w:rPr>
                <w:sz w:val="15"/>
              </w:rPr>
              <w:t>Ekonomik durumu normaldir.</w:t>
            </w:r>
          </w:p>
        </w:tc>
        <w:tc>
          <w:tcPr>
            <w:tcW w:w="1548" w:type="dxa"/>
            <w:shd w:val="clear" w:color="auto" w:fill="FEF5E7"/>
            <w:vAlign w:val="center"/>
          </w:tcPr>
          <w:p w:rsidR="001F20D5" w:rsidRDefault="000037A0">
            <w:pPr>
              <w:spacing w:after="20"/>
            </w:pPr>
            <w:r>
              <w:rPr>
                <w:sz w:val="15"/>
              </w:rPr>
              <w:t>Başarı düzeyi normaldir.</w:t>
            </w:r>
          </w:p>
        </w:tc>
        <w:tc>
          <w:tcPr>
            <w:tcW w:w="1548" w:type="dxa"/>
            <w:vAlign w:val="center"/>
          </w:tcPr>
          <w:p w:rsidR="001F20D5" w:rsidRDefault="001F20D5">
            <w:pPr>
              <w:spacing w:after="20"/>
            </w:pPr>
          </w:p>
        </w:tc>
        <w:tc>
          <w:tcPr>
            <w:tcW w:w="1548" w:type="dxa"/>
            <w:shd w:val="clear" w:color="auto" w:fill="FEF5E7"/>
            <w:vAlign w:val="center"/>
          </w:tcPr>
          <w:p w:rsidR="001F20D5" w:rsidRDefault="001F20D5">
            <w:pPr>
              <w:spacing w:after="20"/>
            </w:pPr>
          </w:p>
        </w:tc>
      </w:tr>
      <w:tr w:rsidR="001F20D5">
        <w:trPr>
          <w:jc w:val="center"/>
        </w:trPr>
        <w:tc>
          <w:tcPr>
            <w:tcW w:w="1548" w:type="dxa"/>
            <w:shd w:val="clear" w:color="auto" w:fill="FEF5E7"/>
            <w:vAlign w:val="center"/>
          </w:tcPr>
          <w:p w:rsidR="001F20D5" w:rsidRDefault="001F20D5">
            <w:pPr>
              <w:spacing w:after="20"/>
            </w:pPr>
          </w:p>
        </w:tc>
        <w:tc>
          <w:tcPr>
            <w:tcW w:w="1548" w:type="dxa"/>
            <w:shd w:val="clear" w:color="auto" w:fill="FEF5E7"/>
            <w:vAlign w:val="center"/>
          </w:tcPr>
          <w:p w:rsidR="001F20D5" w:rsidRDefault="001F20D5">
            <w:pPr>
              <w:spacing w:after="20"/>
            </w:pPr>
          </w:p>
        </w:tc>
        <w:tc>
          <w:tcPr>
            <w:tcW w:w="1548" w:type="dxa"/>
            <w:vAlign w:val="center"/>
          </w:tcPr>
          <w:p w:rsidR="001F20D5" w:rsidRDefault="000037A0">
            <w:pPr>
              <w:spacing w:after="20"/>
            </w:pPr>
            <w:r>
              <w:rPr>
                <w:sz w:val="15"/>
              </w:rPr>
              <w:t>Aktif, dürüst,iyi huylu birisidir.</w:t>
            </w:r>
          </w:p>
        </w:tc>
        <w:tc>
          <w:tcPr>
            <w:tcW w:w="1548" w:type="dxa"/>
            <w:shd w:val="clear" w:color="auto" w:fill="FEF5E7"/>
            <w:vAlign w:val="center"/>
          </w:tcPr>
          <w:p w:rsidR="001F20D5" w:rsidRDefault="000037A0">
            <w:pPr>
              <w:spacing w:after="20"/>
            </w:pPr>
            <w:r>
              <w:rPr>
                <w:sz w:val="15"/>
              </w:rPr>
              <w:t>Beslenme durumuna dikkat eder.</w:t>
            </w:r>
          </w:p>
        </w:tc>
        <w:tc>
          <w:tcPr>
            <w:tcW w:w="1548" w:type="dxa"/>
            <w:vAlign w:val="center"/>
          </w:tcPr>
          <w:p w:rsidR="001F20D5" w:rsidRDefault="000037A0">
            <w:pPr>
              <w:spacing w:after="20"/>
            </w:pPr>
            <w:r>
              <w:rPr>
                <w:sz w:val="15"/>
              </w:rPr>
              <w:t>Şikâyeti yoktur.</w:t>
            </w:r>
          </w:p>
        </w:tc>
        <w:tc>
          <w:tcPr>
            <w:tcW w:w="1548" w:type="dxa"/>
            <w:shd w:val="clear" w:color="auto" w:fill="FEF5E7"/>
            <w:vAlign w:val="center"/>
          </w:tcPr>
          <w:p w:rsidR="001F20D5" w:rsidRDefault="000037A0">
            <w:pPr>
              <w:spacing w:after="20"/>
            </w:pPr>
            <w:r>
              <w:rPr>
                <w:sz w:val="15"/>
              </w:rPr>
              <w:t>Arkadaşlar ilişkileri iyidir.</w:t>
            </w:r>
          </w:p>
        </w:tc>
        <w:tc>
          <w:tcPr>
            <w:tcW w:w="1548" w:type="dxa"/>
            <w:vAlign w:val="center"/>
          </w:tcPr>
          <w:p w:rsidR="001F20D5" w:rsidRDefault="000037A0">
            <w:pPr>
              <w:spacing w:after="20"/>
            </w:pPr>
            <w:r>
              <w:rPr>
                <w:sz w:val="15"/>
              </w:rPr>
              <w:t>Ekonomik durumu normaldir.</w:t>
            </w:r>
          </w:p>
        </w:tc>
        <w:tc>
          <w:tcPr>
            <w:tcW w:w="1548" w:type="dxa"/>
            <w:shd w:val="clear" w:color="auto" w:fill="FEF5E7"/>
            <w:vAlign w:val="center"/>
          </w:tcPr>
          <w:p w:rsidR="001F20D5" w:rsidRDefault="000037A0">
            <w:pPr>
              <w:spacing w:after="20"/>
            </w:pPr>
            <w:r>
              <w:rPr>
                <w:sz w:val="15"/>
              </w:rPr>
              <w:t>Başarı durumu normaldir.</w:t>
            </w:r>
          </w:p>
        </w:tc>
        <w:tc>
          <w:tcPr>
            <w:tcW w:w="1548" w:type="dxa"/>
            <w:vAlign w:val="center"/>
          </w:tcPr>
          <w:p w:rsidR="001F20D5" w:rsidRDefault="000037A0">
            <w:pPr>
              <w:spacing w:after="20"/>
            </w:pPr>
            <w:r>
              <w:rPr>
                <w:sz w:val="15"/>
              </w:rPr>
              <w:t>Sözel sayısal derslerdeki başarısı normaldir.</w:t>
            </w:r>
          </w:p>
        </w:tc>
        <w:tc>
          <w:tcPr>
            <w:tcW w:w="1548" w:type="dxa"/>
            <w:shd w:val="clear" w:color="auto" w:fill="FEF5E7"/>
            <w:vAlign w:val="center"/>
          </w:tcPr>
          <w:p w:rsidR="001F20D5" w:rsidRDefault="001F20D5">
            <w:pPr>
              <w:spacing w:after="20"/>
            </w:pPr>
          </w:p>
        </w:tc>
      </w:tr>
      <w:tr w:rsidR="001F20D5">
        <w:trPr>
          <w:jc w:val="center"/>
        </w:trPr>
        <w:tc>
          <w:tcPr>
            <w:tcW w:w="1548" w:type="dxa"/>
            <w:vAlign w:val="center"/>
          </w:tcPr>
          <w:p w:rsidR="001F20D5" w:rsidRDefault="001F20D5">
            <w:pPr>
              <w:spacing w:after="20"/>
            </w:pPr>
          </w:p>
        </w:tc>
        <w:tc>
          <w:tcPr>
            <w:tcW w:w="1548" w:type="dxa"/>
            <w:vAlign w:val="center"/>
          </w:tcPr>
          <w:p w:rsidR="001F20D5" w:rsidRDefault="001F20D5">
            <w:pPr>
              <w:spacing w:after="20"/>
            </w:pPr>
          </w:p>
        </w:tc>
        <w:tc>
          <w:tcPr>
            <w:tcW w:w="1548" w:type="dxa"/>
            <w:vAlign w:val="center"/>
          </w:tcPr>
          <w:p w:rsidR="001F20D5" w:rsidRDefault="000037A0">
            <w:pPr>
              <w:spacing w:after="20"/>
            </w:pPr>
            <w:r>
              <w:rPr>
                <w:sz w:val="15"/>
              </w:rPr>
              <w:t>Aktif,dürüst,iyi huylu birisidir.</w:t>
            </w:r>
          </w:p>
        </w:tc>
        <w:tc>
          <w:tcPr>
            <w:tcW w:w="1548" w:type="dxa"/>
            <w:shd w:val="clear" w:color="auto" w:fill="FEF5E7"/>
            <w:vAlign w:val="center"/>
          </w:tcPr>
          <w:p w:rsidR="001F20D5" w:rsidRDefault="000037A0">
            <w:pPr>
              <w:spacing w:after="20"/>
            </w:pPr>
            <w:r>
              <w:rPr>
                <w:sz w:val="15"/>
              </w:rPr>
              <w:t>Beslenme durumuna dikkat eder.</w:t>
            </w:r>
          </w:p>
        </w:tc>
        <w:tc>
          <w:tcPr>
            <w:tcW w:w="1548" w:type="dxa"/>
            <w:vAlign w:val="center"/>
          </w:tcPr>
          <w:p w:rsidR="001F20D5" w:rsidRDefault="000037A0">
            <w:pPr>
              <w:spacing w:after="20"/>
            </w:pPr>
            <w:r>
              <w:rPr>
                <w:sz w:val="15"/>
              </w:rPr>
              <w:t>Şikayeti yoktur.</w:t>
            </w:r>
          </w:p>
        </w:tc>
        <w:tc>
          <w:tcPr>
            <w:tcW w:w="1548" w:type="dxa"/>
            <w:shd w:val="clear" w:color="auto" w:fill="FEF5E7"/>
            <w:vAlign w:val="center"/>
          </w:tcPr>
          <w:p w:rsidR="001F20D5" w:rsidRDefault="000037A0">
            <w:pPr>
              <w:spacing w:after="20"/>
            </w:pPr>
            <w:r>
              <w:rPr>
                <w:sz w:val="15"/>
              </w:rPr>
              <w:t>Arkadaşlar ilişkileri iyidir.</w:t>
            </w:r>
          </w:p>
        </w:tc>
        <w:tc>
          <w:tcPr>
            <w:tcW w:w="1548" w:type="dxa"/>
            <w:vAlign w:val="center"/>
          </w:tcPr>
          <w:p w:rsidR="001F20D5" w:rsidRDefault="000037A0">
            <w:pPr>
              <w:spacing w:after="20"/>
            </w:pPr>
            <w:r>
              <w:rPr>
                <w:sz w:val="15"/>
              </w:rPr>
              <w:t>Ekonomik durumu normaldir.</w:t>
            </w:r>
          </w:p>
        </w:tc>
        <w:tc>
          <w:tcPr>
            <w:tcW w:w="1548" w:type="dxa"/>
            <w:shd w:val="clear" w:color="auto" w:fill="FEF5E7"/>
            <w:vAlign w:val="center"/>
          </w:tcPr>
          <w:p w:rsidR="001F20D5" w:rsidRDefault="000037A0">
            <w:pPr>
              <w:spacing w:after="20"/>
            </w:pPr>
            <w:r>
              <w:rPr>
                <w:sz w:val="15"/>
              </w:rPr>
              <w:t>Başarı durumu normaldir.</w:t>
            </w:r>
          </w:p>
        </w:tc>
        <w:tc>
          <w:tcPr>
            <w:tcW w:w="1548" w:type="dxa"/>
            <w:vAlign w:val="center"/>
          </w:tcPr>
          <w:p w:rsidR="001F20D5" w:rsidRDefault="000037A0">
            <w:pPr>
              <w:spacing w:after="20"/>
            </w:pPr>
            <w:r>
              <w:rPr>
                <w:sz w:val="15"/>
              </w:rPr>
              <w:t>Daha çok ders çalışmalı</w:t>
            </w:r>
          </w:p>
        </w:tc>
        <w:tc>
          <w:tcPr>
            <w:tcW w:w="1548" w:type="dxa"/>
            <w:shd w:val="clear" w:color="auto" w:fill="FEF5E7"/>
            <w:vAlign w:val="center"/>
          </w:tcPr>
          <w:p w:rsidR="001F20D5" w:rsidRDefault="001F20D5">
            <w:pPr>
              <w:spacing w:after="20"/>
            </w:pPr>
          </w:p>
        </w:tc>
      </w:tr>
      <w:tr w:rsidR="001F20D5">
        <w:trPr>
          <w:jc w:val="center"/>
        </w:trPr>
        <w:tc>
          <w:tcPr>
            <w:tcW w:w="1548" w:type="dxa"/>
            <w:shd w:val="clear" w:color="auto" w:fill="FEF5E7"/>
            <w:vAlign w:val="center"/>
          </w:tcPr>
          <w:p w:rsidR="001F20D5" w:rsidRDefault="001F20D5">
            <w:pPr>
              <w:spacing w:after="20"/>
            </w:pPr>
          </w:p>
        </w:tc>
        <w:tc>
          <w:tcPr>
            <w:tcW w:w="1548" w:type="dxa"/>
            <w:shd w:val="clear" w:color="auto" w:fill="FEF5E7"/>
            <w:vAlign w:val="center"/>
          </w:tcPr>
          <w:p w:rsidR="001F20D5" w:rsidRDefault="001F20D5">
            <w:pPr>
              <w:spacing w:after="20"/>
            </w:pPr>
          </w:p>
        </w:tc>
        <w:tc>
          <w:tcPr>
            <w:tcW w:w="1548" w:type="dxa"/>
            <w:shd w:val="clear" w:color="auto" w:fill="FEF5E7"/>
            <w:vAlign w:val="center"/>
          </w:tcPr>
          <w:p w:rsidR="001F20D5" w:rsidRDefault="000037A0">
            <w:pPr>
              <w:spacing w:after="20"/>
            </w:pPr>
            <w:r>
              <w:rPr>
                <w:sz w:val="15"/>
              </w:rPr>
              <w:t>Fazla aktif değildir .</w:t>
            </w:r>
          </w:p>
        </w:tc>
        <w:tc>
          <w:tcPr>
            <w:tcW w:w="1548" w:type="dxa"/>
            <w:vAlign w:val="center"/>
          </w:tcPr>
          <w:p w:rsidR="001F20D5" w:rsidRDefault="000037A0">
            <w:pPr>
              <w:spacing w:after="20"/>
            </w:pPr>
            <w:r>
              <w:rPr>
                <w:sz w:val="15"/>
              </w:rPr>
              <w:t>Beslenme durumuna dikkat eder</w:t>
            </w:r>
          </w:p>
        </w:tc>
        <w:tc>
          <w:tcPr>
            <w:tcW w:w="1548" w:type="dxa"/>
            <w:shd w:val="clear" w:color="auto" w:fill="FEF5E7"/>
            <w:vAlign w:val="center"/>
          </w:tcPr>
          <w:p w:rsidR="001F20D5" w:rsidRDefault="000037A0">
            <w:pPr>
              <w:spacing w:after="20"/>
            </w:pPr>
            <w:r>
              <w:rPr>
                <w:sz w:val="15"/>
              </w:rPr>
              <w:t>Şikayeti yoktur.</w:t>
            </w:r>
          </w:p>
        </w:tc>
        <w:tc>
          <w:tcPr>
            <w:tcW w:w="1548" w:type="dxa"/>
            <w:vAlign w:val="center"/>
          </w:tcPr>
          <w:p w:rsidR="001F20D5" w:rsidRDefault="000037A0">
            <w:pPr>
              <w:spacing w:after="20"/>
            </w:pPr>
            <w:r>
              <w:rPr>
                <w:sz w:val="15"/>
              </w:rPr>
              <w:t xml:space="preserve">Arkadaşlar ilişkileri </w:t>
            </w:r>
            <w:r>
              <w:rPr>
                <w:sz w:val="15"/>
              </w:rPr>
              <w:t>iyidir.</w:t>
            </w:r>
          </w:p>
        </w:tc>
        <w:tc>
          <w:tcPr>
            <w:tcW w:w="1548" w:type="dxa"/>
            <w:shd w:val="clear" w:color="auto" w:fill="FEF5E7"/>
            <w:vAlign w:val="center"/>
          </w:tcPr>
          <w:p w:rsidR="001F20D5" w:rsidRDefault="000037A0">
            <w:pPr>
              <w:spacing w:after="20"/>
            </w:pPr>
            <w:r>
              <w:rPr>
                <w:sz w:val="15"/>
              </w:rPr>
              <w:t>Ekonomik durumu normaldir.</w:t>
            </w:r>
          </w:p>
        </w:tc>
        <w:tc>
          <w:tcPr>
            <w:tcW w:w="1548" w:type="dxa"/>
            <w:vAlign w:val="center"/>
          </w:tcPr>
          <w:p w:rsidR="001F20D5" w:rsidRDefault="000037A0">
            <w:pPr>
              <w:spacing w:after="20"/>
            </w:pPr>
            <w:r>
              <w:rPr>
                <w:sz w:val="15"/>
              </w:rPr>
              <w:t>Ders başarısı düşüktür.</w:t>
            </w:r>
          </w:p>
        </w:tc>
        <w:tc>
          <w:tcPr>
            <w:tcW w:w="1548" w:type="dxa"/>
            <w:shd w:val="clear" w:color="auto" w:fill="FEF5E7"/>
            <w:vAlign w:val="center"/>
          </w:tcPr>
          <w:p w:rsidR="001F20D5" w:rsidRDefault="001F20D5">
            <w:pPr>
              <w:spacing w:after="20"/>
            </w:pPr>
          </w:p>
        </w:tc>
        <w:tc>
          <w:tcPr>
            <w:tcW w:w="1548" w:type="dxa"/>
            <w:vAlign w:val="center"/>
          </w:tcPr>
          <w:p w:rsidR="001F20D5" w:rsidRDefault="001F20D5">
            <w:pPr>
              <w:spacing w:after="20"/>
            </w:pPr>
          </w:p>
        </w:tc>
      </w:tr>
      <w:tr w:rsidR="001F20D5">
        <w:trPr>
          <w:jc w:val="center"/>
        </w:trPr>
        <w:tc>
          <w:tcPr>
            <w:tcW w:w="1548" w:type="dxa"/>
            <w:vAlign w:val="center"/>
          </w:tcPr>
          <w:p w:rsidR="001F20D5" w:rsidRDefault="001F20D5">
            <w:pPr>
              <w:spacing w:after="20"/>
            </w:pPr>
          </w:p>
        </w:tc>
        <w:tc>
          <w:tcPr>
            <w:tcW w:w="1548" w:type="dxa"/>
            <w:vAlign w:val="center"/>
          </w:tcPr>
          <w:p w:rsidR="001F20D5" w:rsidRDefault="001F20D5">
            <w:pPr>
              <w:spacing w:after="20"/>
            </w:pPr>
          </w:p>
        </w:tc>
        <w:tc>
          <w:tcPr>
            <w:tcW w:w="1548" w:type="dxa"/>
            <w:vAlign w:val="center"/>
          </w:tcPr>
          <w:p w:rsidR="001F20D5" w:rsidRDefault="000037A0">
            <w:pPr>
              <w:spacing w:after="20"/>
            </w:pPr>
            <w:r>
              <w:rPr>
                <w:sz w:val="15"/>
              </w:rPr>
              <w:t>Aktif,dürüst,iyi huylu birisidir.</w:t>
            </w:r>
          </w:p>
        </w:tc>
        <w:tc>
          <w:tcPr>
            <w:tcW w:w="1548" w:type="dxa"/>
            <w:shd w:val="clear" w:color="auto" w:fill="FEF5E7"/>
            <w:vAlign w:val="center"/>
          </w:tcPr>
          <w:p w:rsidR="001F20D5" w:rsidRDefault="000037A0">
            <w:pPr>
              <w:spacing w:after="20"/>
            </w:pPr>
            <w:r>
              <w:rPr>
                <w:sz w:val="15"/>
              </w:rPr>
              <w:t>Beslenme durumuna dikkat eder</w:t>
            </w:r>
          </w:p>
        </w:tc>
        <w:tc>
          <w:tcPr>
            <w:tcW w:w="1548" w:type="dxa"/>
            <w:vAlign w:val="center"/>
          </w:tcPr>
          <w:p w:rsidR="001F20D5" w:rsidRDefault="000037A0">
            <w:pPr>
              <w:spacing w:after="20"/>
            </w:pPr>
            <w:r>
              <w:rPr>
                <w:sz w:val="15"/>
              </w:rPr>
              <w:t>Böbrek rahatsızlığı vardır.</w:t>
            </w:r>
          </w:p>
        </w:tc>
        <w:tc>
          <w:tcPr>
            <w:tcW w:w="1548" w:type="dxa"/>
            <w:shd w:val="clear" w:color="auto" w:fill="FEF5E7"/>
            <w:vAlign w:val="center"/>
          </w:tcPr>
          <w:p w:rsidR="001F20D5" w:rsidRDefault="000037A0">
            <w:pPr>
              <w:spacing w:after="20"/>
            </w:pPr>
            <w:r>
              <w:rPr>
                <w:sz w:val="15"/>
              </w:rPr>
              <w:t>Arkadaşlar ilişkileri iyidir.</w:t>
            </w:r>
          </w:p>
        </w:tc>
        <w:tc>
          <w:tcPr>
            <w:tcW w:w="1548" w:type="dxa"/>
            <w:vAlign w:val="center"/>
          </w:tcPr>
          <w:p w:rsidR="001F20D5" w:rsidRDefault="000037A0">
            <w:pPr>
              <w:spacing w:after="20"/>
            </w:pPr>
            <w:r>
              <w:rPr>
                <w:sz w:val="15"/>
              </w:rPr>
              <w:t>Ekonomik durumu normaldir.</w:t>
            </w:r>
          </w:p>
        </w:tc>
        <w:tc>
          <w:tcPr>
            <w:tcW w:w="1548" w:type="dxa"/>
            <w:shd w:val="clear" w:color="auto" w:fill="FEF5E7"/>
            <w:vAlign w:val="center"/>
          </w:tcPr>
          <w:p w:rsidR="001F20D5" w:rsidRDefault="000037A0">
            <w:pPr>
              <w:spacing w:after="20"/>
            </w:pPr>
            <w:r>
              <w:rPr>
                <w:sz w:val="15"/>
              </w:rPr>
              <w:t>Başarı durumu iyidir.</w:t>
            </w:r>
          </w:p>
        </w:tc>
        <w:tc>
          <w:tcPr>
            <w:tcW w:w="1548" w:type="dxa"/>
            <w:vAlign w:val="center"/>
          </w:tcPr>
          <w:p w:rsidR="001F20D5" w:rsidRDefault="000037A0">
            <w:pPr>
              <w:spacing w:after="20"/>
            </w:pPr>
            <w:r>
              <w:rPr>
                <w:sz w:val="15"/>
              </w:rPr>
              <w:t xml:space="preserve">Sözel sayısal </w:t>
            </w:r>
            <w:r>
              <w:rPr>
                <w:sz w:val="15"/>
              </w:rPr>
              <w:t>derslerdeki başarısı normaldir.</w:t>
            </w:r>
          </w:p>
        </w:tc>
        <w:tc>
          <w:tcPr>
            <w:tcW w:w="1548" w:type="dxa"/>
            <w:shd w:val="clear" w:color="auto" w:fill="FEF5E7"/>
            <w:vAlign w:val="center"/>
          </w:tcPr>
          <w:p w:rsidR="001F20D5" w:rsidRDefault="001F20D5">
            <w:pPr>
              <w:spacing w:after="20"/>
            </w:pPr>
          </w:p>
        </w:tc>
      </w:tr>
      <w:tr w:rsidR="001F20D5">
        <w:trPr>
          <w:jc w:val="center"/>
        </w:trPr>
        <w:tc>
          <w:tcPr>
            <w:tcW w:w="1548" w:type="dxa"/>
            <w:shd w:val="clear" w:color="auto" w:fill="FEF5E7"/>
            <w:vAlign w:val="center"/>
          </w:tcPr>
          <w:p w:rsidR="001F20D5" w:rsidRDefault="001F20D5">
            <w:pPr>
              <w:spacing w:after="20"/>
            </w:pPr>
          </w:p>
        </w:tc>
        <w:tc>
          <w:tcPr>
            <w:tcW w:w="1548" w:type="dxa"/>
            <w:shd w:val="clear" w:color="auto" w:fill="FEF5E7"/>
            <w:vAlign w:val="center"/>
          </w:tcPr>
          <w:p w:rsidR="001F20D5" w:rsidRDefault="001F20D5">
            <w:pPr>
              <w:spacing w:after="20"/>
            </w:pPr>
          </w:p>
        </w:tc>
        <w:tc>
          <w:tcPr>
            <w:tcW w:w="1548" w:type="dxa"/>
            <w:shd w:val="clear" w:color="auto" w:fill="FEF5E7"/>
            <w:vAlign w:val="center"/>
          </w:tcPr>
          <w:p w:rsidR="001F20D5" w:rsidRDefault="000037A0">
            <w:pPr>
              <w:spacing w:after="20"/>
            </w:pPr>
            <w:r>
              <w:rPr>
                <w:sz w:val="15"/>
              </w:rPr>
              <w:t>İçine kapanık fakat son derece saygılı efendi bir öğrencidir.</w:t>
            </w:r>
          </w:p>
        </w:tc>
        <w:tc>
          <w:tcPr>
            <w:tcW w:w="1548" w:type="dxa"/>
            <w:vAlign w:val="center"/>
          </w:tcPr>
          <w:p w:rsidR="001F20D5" w:rsidRDefault="000037A0">
            <w:pPr>
              <w:spacing w:after="20"/>
            </w:pPr>
            <w:r>
              <w:rPr>
                <w:sz w:val="15"/>
              </w:rPr>
              <w:t>Beslenme durumuna dikkat eder</w:t>
            </w:r>
          </w:p>
        </w:tc>
        <w:tc>
          <w:tcPr>
            <w:tcW w:w="1548" w:type="dxa"/>
            <w:shd w:val="clear" w:color="auto" w:fill="FEF5E7"/>
            <w:vAlign w:val="center"/>
          </w:tcPr>
          <w:p w:rsidR="001F20D5" w:rsidRDefault="000037A0">
            <w:pPr>
              <w:spacing w:after="20"/>
            </w:pPr>
            <w:r>
              <w:rPr>
                <w:sz w:val="15"/>
              </w:rPr>
              <w:t>Şikayeti yoktur.</w:t>
            </w:r>
          </w:p>
        </w:tc>
        <w:tc>
          <w:tcPr>
            <w:tcW w:w="1548" w:type="dxa"/>
            <w:vAlign w:val="center"/>
          </w:tcPr>
          <w:p w:rsidR="001F20D5" w:rsidRDefault="000037A0">
            <w:pPr>
              <w:spacing w:after="20"/>
            </w:pPr>
            <w:r>
              <w:rPr>
                <w:sz w:val="15"/>
              </w:rPr>
              <w:t>Arkadaşları ile ilişkileri iyi olan,sevilen birisidir.</w:t>
            </w:r>
          </w:p>
        </w:tc>
        <w:tc>
          <w:tcPr>
            <w:tcW w:w="1548" w:type="dxa"/>
            <w:shd w:val="clear" w:color="auto" w:fill="FEF5E7"/>
            <w:vAlign w:val="center"/>
          </w:tcPr>
          <w:p w:rsidR="001F20D5" w:rsidRDefault="000037A0">
            <w:pPr>
              <w:spacing w:after="20"/>
            </w:pPr>
            <w:r>
              <w:rPr>
                <w:sz w:val="15"/>
              </w:rPr>
              <w:t>Ekonomik durumu normal bir öğrencidir.</w:t>
            </w:r>
          </w:p>
        </w:tc>
        <w:tc>
          <w:tcPr>
            <w:tcW w:w="1548" w:type="dxa"/>
            <w:vAlign w:val="center"/>
          </w:tcPr>
          <w:p w:rsidR="001F20D5" w:rsidRDefault="000037A0">
            <w:pPr>
              <w:spacing w:after="20"/>
            </w:pPr>
            <w:r>
              <w:rPr>
                <w:sz w:val="15"/>
              </w:rPr>
              <w:t>Başarı durumu pek</w:t>
            </w:r>
            <w:r>
              <w:rPr>
                <w:sz w:val="15"/>
              </w:rPr>
              <w:t xml:space="preserve"> iyi değildir.</w:t>
            </w:r>
          </w:p>
        </w:tc>
        <w:tc>
          <w:tcPr>
            <w:tcW w:w="1548" w:type="dxa"/>
            <w:shd w:val="clear" w:color="auto" w:fill="FEF5E7"/>
            <w:vAlign w:val="center"/>
          </w:tcPr>
          <w:p w:rsidR="001F20D5" w:rsidRDefault="001F20D5">
            <w:pPr>
              <w:spacing w:after="20"/>
            </w:pPr>
          </w:p>
        </w:tc>
        <w:tc>
          <w:tcPr>
            <w:tcW w:w="1548" w:type="dxa"/>
            <w:vAlign w:val="center"/>
          </w:tcPr>
          <w:p w:rsidR="001F20D5" w:rsidRDefault="000037A0">
            <w:pPr>
              <w:spacing w:after="20"/>
            </w:pPr>
            <w:r>
              <w:rPr>
                <w:sz w:val="15"/>
              </w:rPr>
              <w:t>Rehber öğretmene yönlendirilecek.</w:t>
            </w:r>
          </w:p>
        </w:tc>
      </w:tr>
      <w:tr w:rsidR="001F20D5">
        <w:trPr>
          <w:jc w:val="center"/>
        </w:trPr>
        <w:tc>
          <w:tcPr>
            <w:tcW w:w="1548" w:type="dxa"/>
            <w:vAlign w:val="center"/>
          </w:tcPr>
          <w:p w:rsidR="001F20D5" w:rsidRDefault="001F20D5">
            <w:pPr>
              <w:spacing w:after="20"/>
            </w:pPr>
          </w:p>
        </w:tc>
        <w:tc>
          <w:tcPr>
            <w:tcW w:w="1548" w:type="dxa"/>
            <w:vAlign w:val="center"/>
          </w:tcPr>
          <w:p w:rsidR="001F20D5" w:rsidRDefault="001F20D5">
            <w:pPr>
              <w:spacing w:after="20"/>
            </w:pPr>
          </w:p>
        </w:tc>
        <w:tc>
          <w:tcPr>
            <w:tcW w:w="1548" w:type="dxa"/>
            <w:vAlign w:val="center"/>
          </w:tcPr>
          <w:p w:rsidR="001F20D5" w:rsidRDefault="000037A0">
            <w:pPr>
              <w:spacing w:after="20"/>
            </w:pPr>
            <w:r>
              <w:rPr>
                <w:sz w:val="15"/>
              </w:rPr>
              <w:t>Aktif, dürüst,iyi huylu birisidir.</w:t>
            </w:r>
          </w:p>
        </w:tc>
        <w:tc>
          <w:tcPr>
            <w:tcW w:w="1548" w:type="dxa"/>
            <w:shd w:val="clear" w:color="auto" w:fill="FEF5E7"/>
            <w:vAlign w:val="center"/>
          </w:tcPr>
          <w:p w:rsidR="001F20D5" w:rsidRDefault="000037A0">
            <w:pPr>
              <w:spacing w:after="20"/>
            </w:pPr>
            <w:r>
              <w:rPr>
                <w:sz w:val="15"/>
              </w:rPr>
              <w:t>Beslenme durumuna dikkat eder</w:t>
            </w:r>
          </w:p>
        </w:tc>
        <w:tc>
          <w:tcPr>
            <w:tcW w:w="1548" w:type="dxa"/>
            <w:vAlign w:val="center"/>
          </w:tcPr>
          <w:p w:rsidR="001F20D5" w:rsidRDefault="000037A0">
            <w:pPr>
              <w:spacing w:after="20"/>
            </w:pPr>
            <w:r>
              <w:rPr>
                <w:sz w:val="15"/>
              </w:rPr>
              <w:t>Şikayeti yoktur, yaşına göre boy kilo oranı normaldir</w:t>
            </w:r>
          </w:p>
        </w:tc>
        <w:tc>
          <w:tcPr>
            <w:tcW w:w="1548" w:type="dxa"/>
            <w:shd w:val="clear" w:color="auto" w:fill="FEF5E7"/>
            <w:vAlign w:val="center"/>
          </w:tcPr>
          <w:p w:rsidR="001F20D5" w:rsidRDefault="000037A0">
            <w:pPr>
              <w:spacing w:after="20"/>
            </w:pPr>
            <w:r>
              <w:rPr>
                <w:sz w:val="15"/>
              </w:rPr>
              <w:t>Arkadaşları ile ilişkileri iyidir.</w:t>
            </w:r>
          </w:p>
        </w:tc>
        <w:tc>
          <w:tcPr>
            <w:tcW w:w="1548" w:type="dxa"/>
            <w:vAlign w:val="center"/>
          </w:tcPr>
          <w:p w:rsidR="001F20D5" w:rsidRDefault="000037A0">
            <w:pPr>
              <w:spacing w:after="20"/>
            </w:pPr>
            <w:r>
              <w:rPr>
                <w:sz w:val="15"/>
              </w:rPr>
              <w:t>Ekonomik durumu orta düzeydedir.</w:t>
            </w:r>
          </w:p>
        </w:tc>
        <w:tc>
          <w:tcPr>
            <w:tcW w:w="1548" w:type="dxa"/>
            <w:shd w:val="clear" w:color="auto" w:fill="FEF5E7"/>
            <w:vAlign w:val="center"/>
          </w:tcPr>
          <w:p w:rsidR="001F20D5" w:rsidRDefault="000037A0">
            <w:pPr>
              <w:spacing w:after="20"/>
            </w:pPr>
            <w:r>
              <w:rPr>
                <w:sz w:val="15"/>
              </w:rPr>
              <w:t xml:space="preserve">Başarı durumu </w:t>
            </w:r>
            <w:r>
              <w:rPr>
                <w:sz w:val="15"/>
              </w:rPr>
              <w:t>normaldir.</w:t>
            </w:r>
          </w:p>
        </w:tc>
        <w:tc>
          <w:tcPr>
            <w:tcW w:w="1548" w:type="dxa"/>
            <w:vAlign w:val="center"/>
          </w:tcPr>
          <w:p w:rsidR="001F20D5" w:rsidRDefault="000037A0">
            <w:pPr>
              <w:spacing w:after="20"/>
            </w:pPr>
            <w:r>
              <w:rPr>
                <w:sz w:val="15"/>
              </w:rPr>
              <w:t>İçine kapanıklığı için rehber öğ.görüştürecek.</w:t>
            </w:r>
          </w:p>
        </w:tc>
        <w:tc>
          <w:tcPr>
            <w:tcW w:w="1548" w:type="dxa"/>
            <w:shd w:val="clear" w:color="auto" w:fill="FEF5E7"/>
            <w:vAlign w:val="center"/>
          </w:tcPr>
          <w:p w:rsidR="001F20D5" w:rsidRDefault="001F20D5">
            <w:pPr>
              <w:spacing w:after="20"/>
            </w:pPr>
          </w:p>
        </w:tc>
      </w:tr>
      <w:tr w:rsidR="001F20D5">
        <w:trPr>
          <w:jc w:val="center"/>
        </w:trPr>
        <w:tc>
          <w:tcPr>
            <w:tcW w:w="1548" w:type="dxa"/>
            <w:shd w:val="clear" w:color="auto" w:fill="FEF5E7"/>
            <w:vAlign w:val="center"/>
          </w:tcPr>
          <w:p w:rsidR="001F20D5" w:rsidRDefault="001F20D5">
            <w:pPr>
              <w:spacing w:after="20"/>
            </w:pPr>
          </w:p>
        </w:tc>
        <w:tc>
          <w:tcPr>
            <w:tcW w:w="1548" w:type="dxa"/>
            <w:shd w:val="clear" w:color="auto" w:fill="FEF5E7"/>
            <w:vAlign w:val="center"/>
          </w:tcPr>
          <w:p w:rsidR="001F20D5" w:rsidRDefault="001F20D5">
            <w:pPr>
              <w:spacing w:after="20"/>
            </w:pPr>
          </w:p>
        </w:tc>
        <w:tc>
          <w:tcPr>
            <w:tcW w:w="1548" w:type="dxa"/>
            <w:shd w:val="clear" w:color="auto" w:fill="FEF5E7"/>
            <w:vAlign w:val="center"/>
          </w:tcPr>
          <w:p w:rsidR="001F20D5" w:rsidRDefault="000037A0">
            <w:pPr>
              <w:spacing w:after="20"/>
            </w:pPr>
            <w:r>
              <w:rPr>
                <w:sz w:val="15"/>
              </w:rPr>
              <w:t>Aktif, dürüst,iyi huylu birisidir.</w:t>
            </w:r>
          </w:p>
        </w:tc>
        <w:tc>
          <w:tcPr>
            <w:tcW w:w="1548" w:type="dxa"/>
            <w:vAlign w:val="center"/>
          </w:tcPr>
          <w:p w:rsidR="001F20D5" w:rsidRDefault="000037A0">
            <w:pPr>
              <w:spacing w:after="20"/>
            </w:pPr>
            <w:r>
              <w:rPr>
                <w:sz w:val="15"/>
              </w:rPr>
              <w:t>Beslenme durumuna dikkat eder.</w:t>
            </w:r>
          </w:p>
        </w:tc>
        <w:tc>
          <w:tcPr>
            <w:tcW w:w="1548" w:type="dxa"/>
            <w:shd w:val="clear" w:color="auto" w:fill="FEF5E7"/>
            <w:vAlign w:val="center"/>
          </w:tcPr>
          <w:p w:rsidR="001F20D5" w:rsidRDefault="000037A0">
            <w:pPr>
              <w:spacing w:after="20"/>
            </w:pPr>
            <w:r>
              <w:rPr>
                <w:sz w:val="15"/>
              </w:rPr>
              <w:t>Şikayeti yoktur,yaşına göre boy kilo normaldir.</w:t>
            </w:r>
          </w:p>
        </w:tc>
        <w:tc>
          <w:tcPr>
            <w:tcW w:w="1548" w:type="dxa"/>
            <w:vAlign w:val="center"/>
          </w:tcPr>
          <w:p w:rsidR="001F20D5" w:rsidRDefault="000037A0">
            <w:pPr>
              <w:spacing w:after="20"/>
            </w:pPr>
            <w:r>
              <w:rPr>
                <w:sz w:val="15"/>
              </w:rPr>
              <w:t>Arkadaşlar ilişkileri iyidir.</w:t>
            </w:r>
          </w:p>
        </w:tc>
        <w:tc>
          <w:tcPr>
            <w:tcW w:w="1548" w:type="dxa"/>
            <w:shd w:val="clear" w:color="auto" w:fill="FEF5E7"/>
            <w:vAlign w:val="center"/>
          </w:tcPr>
          <w:p w:rsidR="001F20D5" w:rsidRDefault="000037A0">
            <w:pPr>
              <w:spacing w:after="20"/>
            </w:pPr>
            <w:r>
              <w:rPr>
                <w:sz w:val="15"/>
              </w:rPr>
              <w:t>Ekonomik durumu normaldir.</w:t>
            </w:r>
          </w:p>
        </w:tc>
        <w:tc>
          <w:tcPr>
            <w:tcW w:w="1548" w:type="dxa"/>
            <w:vAlign w:val="center"/>
          </w:tcPr>
          <w:p w:rsidR="001F20D5" w:rsidRDefault="000037A0">
            <w:pPr>
              <w:spacing w:after="20"/>
            </w:pPr>
            <w:r>
              <w:rPr>
                <w:sz w:val="15"/>
              </w:rPr>
              <w:t xml:space="preserve">Başarılı bir </w:t>
            </w:r>
            <w:r>
              <w:rPr>
                <w:sz w:val="15"/>
              </w:rPr>
              <w:t>öğrencidir.</w:t>
            </w:r>
          </w:p>
        </w:tc>
        <w:tc>
          <w:tcPr>
            <w:tcW w:w="1548" w:type="dxa"/>
            <w:shd w:val="clear" w:color="auto" w:fill="FEF5E7"/>
            <w:vAlign w:val="center"/>
          </w:tcPr>
          <w:p w:rsidR="001F20D5" w:rsidRDefault="001F20D5">
            <w:pPr>
              <w:spacing w:after="20"/>
            </w:pPr>
          </w:p>
        </w:tc>
        <w:tc>
          <w:tcPr>
            <w:tcW w:w="1548" w:type="dxa"/>
            <w:vAlign w:val="center"/>
          </w:tcPr>
          <w:p w:rsidR="001F20D5" w:rsidRDefault="001F20D5">
            <w:pPr>
              <w:spacing w:after="20"/>
            </w:pPr>
          </w:p>
        </w:tc>
      </w:tr>
      <w:tr w:rsidR="001F20D5">
        <w:trPr>
          <w:jc w:val="center"/>
        </w:trPr>
        <w:tc>
          <w:tcPr>
            <w:tcW w:w="1548" w:type="dxa"/>
            <w:vAlign w:val="center"/>
          </w:tcPr>
          <w:p w:rsidR="001F20D5" w:rsidRDefault="001F20D5">
            <w:pPr>
              <w:spacing w:after="20"/>
            </w:pPr>
          </w:p>
        </w:tc>
        <w:tc>
          <w:tcPr>
            <w:tcW w:w="1548" w:type="dxa"/>
            <w:vAlign w:val="center"/>
          </w:tcPr>
          <w:p w:rsidR="001F20D5" w:rsidRDefault="001F20D5">
            <w:pPr>
              <w:spacing w:after="20"/>
            </w:pPr>
          </w:p>
        </w:tc>
        <w:tc>
          <w:tcPr>
            <w:tcW w:w="1548" w:type="dxa"/>
            <w:vAlign w:val="center"/>
          </w:tcPr>
          <w:p w:rsidR="001F20D5" w:rsidRDefault="000037A0">
            <w:pPr>
              <w:spacing w:after="20"/>
            </w:pPr>
            <w:r>
              <w:rPr>
                <w:sz w:val="15"/>
              </w:rPr>
              <w:t>Aktif,dürüst,iyi huylu birisidir.</w:t>
            </w:r>
          </w:p>
        </w:tc>
        <w:tc>
          <w:tcPr>
            <w:tcW w:w="1548" w:type="dxa"/>
            <w:shd w:val="clear" w:color="auto" w:fill="FEF5E7"/>
            <w:vAlign w:val="center"/>
          </w:tcPr>
          <w:p w:rsidR="001F20D5" w:rsidRDefault="000037A0">
            <w:pPr>
              <w:spacing w:after="20"/>
            </w:pPr>
            <w:r>
              <w:rPr>
                <w:sz w:val="15"/>
              </w:rPr>
              <w:t>Beslenme durumuna dikkat eder.</w:t>
            </w:r>
          </w:p>
        </w:tc>
        <w:tc>
          <w:tcPr>
            <w:tcW w:w="1548" w:type="dxa"/>
            <w:vAlign w:val="center"/>
          </w:tcPr>
          <w:p w:rsidR="001F20D5" w:rsidRDefault="000037A0">
            <w:pPr>
              <w:spacing w:after="20"/>
            </w:pPr>
            <w:r>
              <w:rPr>
                <w:sz w:val="15"/>
              </w:rPr>
              <w:t>Şikayeti yoktur.</w:t>
            </w:r>
          </w:p>
        </w:tc>
        <w:tc>
          <w:tcPr>
            <w:tcW w:w="1548" w:type="dxa"/>
            <w:shd w:val="clear" w:color="auto" w:fill="FEF5E7"/>
            <w:vAlign w:val="center"/>
          </w:tcPr>
          <w:p w:rsidR="001F20D5" w:rsidRDefault="000037A0">
            <w:pPr>
              <w:spacing w:after="20"/>
            </w:pPr>
            <w:r>
              <w:rPr>
                <w:sz w:val="15"/>
              </w:rPr>
              <w:t>Arkadaşları ile ilişkileri iyidir.</w:t>
            </w:r>
          </w:p>
        </w:tc>
        <w:tc>
          <w:tcPr>
            <w:tcW w:w="1548" w:type="dxa"/>
            <w:vAlign w:val="center"/>
          </w:tcPr>
          <w:p w:rsidR="001F20D5" w:rsidRDefault="000037A0">
            <w:pPr>
              <w:spacing w:after="20"/>
            </w:pPr>
            <w:r>
              <w:rPr>
                <w:sz w:val="15"/>
              </w:rPr>
              <w:t>Ekonomik durumu normaldir.</w:t>
            </w:r>
          </w:p>
        </w:tc>
        <w:tc>
          <w:tcPr>
            <w:tcW w:w="1548" w:type="dxa"/>
            <w:shd w:val="clear" w:color="auto" w:fill="FEF5E7"/>
            <w:vAlign w:val="center"/>
          </w:tcPr>
          <w:p w:rsidR="001F20D5" w:rsidRDefault="000037A0">
            <w:pPr>
              <w:spacing w:after="20"/>
            </w:pPr>
            <w:r>
              <w:rPr>
                <w:sz w:val="15"/>
              </w:rPr>
              <w:t>Başarı durumu normaldir.</w:t>
            </w:r>
          </w:p>
        </w:tc>
        <w:tc>
          <w:tcPr>
            <w:tcW w:w="1548" w:type="dxa"/>
            <w:vAlign w:val="center"/>
          </w:tcPr>
          <w:p w:rsidR="001F20D5" w:rsidRDefault="001F20D5">
            <w:pPr>
              <w:spacing w:after="20"/>
            </w:pPr>
          </w:p>
        </w:tc>
        <w:tc>
          <w:tcPr>
            <w:tcW w:w="1548" w:type="dxa"/>
            <w:shd w:val="clear" w:color="auto" w:fill="FEF5E7"/>
            <w:vAlign w:val="center"/>
          </w:tcPr>
          <w:p w:rsidR="001F20D5" w:rsidRDefault="001F20D5">
            <w:pPr>
              <w:spacing w:after="20"/>
            </w:pPr>
          </w:p>
        </w:tc>
      </w:tr>
      <w:tr w:rsidR="001F20D5">
        <w:trPr>
          <w:jc w:val="center"/>
        </w:trPr>
        <w:tc>
          <w:tcPr>
            <w:tcW w:w="1548" w:type="dxa"/>
            <w:shd w:val="clear" w:color="auto" w:fill="FEF5E7"/>
            <w:vAlign w:val="center"/>
          </w:tcPr>
          <w:p w:rsidR="001F20D5" w:rsidRDefault="001F20D5">
            <w:pPr>
              <w:spacing w:after="20"/>
            </w:pPr>
          </w:p>
        </w:tc>
        <w:tc>
          <w:tcPr>
            <w:tcW w:w="1548" w:type="dxa"/>
            <w:shd w:val="clear" w:color="auto" w:fill="FEF5E7"/>
            <w:vAlign w:val="center"/>
          </w:tcPr>
          <w:p w:rsidR="001F20D5" w:rsidRDefault="001F20D5">
            <w:pPr>
              <w:spacing w:after="20"/>
            </w:pPr>
          </w:p>
        </w:tc>
        <w:tc>
          <w:tcPr>
            <w:tcW w:w="1548" w:type="dxa"/>
            <w:shd w:val="clear" w:color="auto" w:fill="FEF5E7"/>
            <w:vAlign w:val="center"/>
          </w:tcPr>
          <w:p w:rsidR="001F20D5" w:rsidRDefault="000037A0">
            <w:pPr>
              <w:spacing w:after="20"/>
            </w:pPr>
            <w:r>
              <w:rPr>
                <w:sz w:val="15"/>
              </w:rPr>
              <w:t>Aktif, dürüst,iyi huylu birisidir.</w:t>
            </w:r>
          </w:p>
        </w:tc>
        <w:tc>
          <w:tcPr>
            <w:tcW w:w="1548" w:type="dxa"/>
            <w:vAlign w:val="center"/>
          </w:tcPr>
          <w:p w:rsidR="001F20D5" w:rsidRDefault="000037A0">
            <w:pPr>
              <w:spacing w:after="20"/>
            </w:pPr>
            <w:r>
              <w:rPr>
                <w:sz w:val="15"/>
              </w:rPr>
              <w:t>Beslenme durumuna dikkat eder.</w:t>
            </w:r>
          </w:p>
        </w:tc>
        <w:tc>
          <w:tcPr>
            <w:tcW w:w="1548" w:type="dxa"/>
            <w:shd w:val="clear" w:color="auto" w:fill="FEF5E7"/>
            <w:vAlign w:val="center"/>
          </w:tcPr>
          <w:p w:rsidR="001F20D5" w:rsidRDefault="000037A0">
            <w:pPr>
              <w:spacing w:after="20"/>
            </w:pPr>
            <w:r>
              <w:rPr>
                <w:sz w:val="15"/>
              </w:rPr>
              <w:t>Şikâyeti yoktur.</w:t>
            </w:r>
          </w:p>
        </w:tc>
        <w:tc>
          <w:tcPr>
            <w:tcW w:w="1548" w:type="dxa"/>
            <w:vAlign w:val="center"/>
          </w:tcPr>
          <w:p w:rsidR="001F20D5" w:rsidRDefault="000037A0">
            <w:pPr>
              <w:spacing w:after="20"/>
            </w:pPr>
            <w:r>
              <w:rPr>
                <w:sz w:val="15"/>
              </w:rPr>
              <w:t>Arkadaşlar ilişkileri iyidir.</w:t>
            </w:r>
          </w:p>
        </w:tc>
        <w:tc>
          <w:tcPr>
            <w:tcW w:w="1548" w:type="dxa"/>
            <w:shd w:val="clear" w:color="auto" w:fill="FEF5E7"/>
            <w:vAlign w:val="center"/>
          </w:tcPr>
          <w:p w:rsidR="001F20D5" w:rsidRDefault="000037A0">
            <w:pPr>
              <w:spacing w:after="20"/>
            </w:pPr>
            <w:r>
              <w:rPr>
                <w:sz w:val="15"/>
              </w:rPr>
              <w:t>Ekonomik durumu normaldir.</w:t>
            </w:r>
          </w:p>
        </w:tc>
        <w:tc>
          <w:tcPr>
            <w:tcW w:w="1548" w:type="dxa"/>
            <w:vAlign w:val="center"/>
          </w:tcPr>
          <w:p w:rsidR="001F20D5" w:rsidRDefault="000037A0">
            <w:pPr>
              <w:spacing w:after="20"/>
            </w:pPr>
            <w:r>
              <w:rPr>
                <w:sz w:val="15"/>
              </w:rPr>
              <w:t>Başarı düzeyi çok iyidir.</w:t>
            </w:r>
          </w:p>
        </w:tc>
        <w:tc>
          <w:tcPr>
            <w:tcW w:w="1548" w:type="dxa"/>
            <w:shd w:val="clear" w:color="auto" w:fill="FEF5E7"/>
            <w:vAlign w:val="center"/>
          </w:tcPr>
          <w:p w:rsidR="001F20D5" w:rsidRDefault="000037A0">
            <w:pPr>
              <w:spacing w:after="20"/>
            </w:pPr>
            <w:r>
              <w:rPr>
                <w:sz w:val="15"/>
              </w:rPr>
              <w:t>Şube rehber öğretmeni ilgilenecek.</w:t>
            </w:r>
          </w:p>
        </w:tc>
        <w:tc>
          <w:tcPr>
            <w:tcW w:w="1548" w:type="dxa"/>
            <w:vAlign w:val="center"/>
          </w:tcPr>
          <w:p w:rsidR="001F20D5" w:rsidRDefault="001F20D5">
            <w:pPr>
              <w:spacing w:after="20"/>
            </w:pPr>
          </w:p>
        </w:tc>
      </w:tr>
      <w:tr w:rsidR="001F20D5">
        <w:trPr>
          <w:jc w:val="center"/>
        </w:trPr>
        <w:tc>
          <w:tcPr>
            <w:tcW w:w="1548" w:type="dxa"/>
            <w:vAlign w:val="center"/>
          </w:tcPr>
          <w:p w:rsidR="001F20D5" w:rsidRDefault="001F20D5">
            <w:pPr>
              <w:spacing w:after="20"/>
            </w:pPr>
          </w:p>
        </w:tc>
        <w:tc>
          <w:tcPr>
            <w:tcW w:w="1548" w:type="dxa"/>
            <w:vAlign w:val="center"/>
          </w:tcPr>
          <w:p w:rsidR="001F20D5" w:rsidRDefault="001F20D5">
            <w:pPr>
              <w:spacing w:after="20"/>
            </w:pPr>
          </w:p>
        </w:tc>
        <w:tc>
          <w:tcPr>
            <w:tcW w:w="1548" w:type="dxa"/>
            <w:vAlign w:val="center"/>
          </w:tcPr>
          <w:p w:rsidR="001F20D5" w:rsidRDefault="000037A0">
            <w:pPr>
              <w:spacing w:after="20"/>
            </w:pPr>
            <w:r>
              <w:rPr>
                <w:sz w:val="15"/>
              </w:rPr>
              <w:t>Sessiz içine kapanık, saygılı bir öğrencidir.</w:t>
            </w:r>
          </w:p>
        </w:tc>
        <w:tc>
          <w:tcPr>
            <w:tcW w:w="1548" w:type="dxa"/>
            <w:vAlign w:val="center"/>
          </w:tcPr>
          <w:p w:rsidR="001F20D5" w:rsidRDefault="000037A0">
            <w:pPr>
              <w:spacing w:after="20"/>
            </w:pPr>
            <w:r>
              <w:rPr>
                <w:sz w:val="15"/>
              </w:rPr>
              <w:t>Beslenme durumuna dikkat eder.</w:t>
            </w:r>
          </w:p>
        </w:tc>
        <w:tc>
          <w:tcPr>
            <w:tcW w:w="1548" w:type="dxa"/>
            <w:vAlign w:val="center"/>
          </w:tcPr>
          <w:p w:rsidR="001F20D5" w:rsidRDefault="000037A0">
            <w:pPr>
              <w:spacing w:after="20"/>
            </w:pPr>
            <w:r>
              <w:rPr>
                <w:sz w:val="15"/>
              </w:rPr>
              <w:t>Şikayeti yoktur.</w:t>
            </w:r>
          </w:p>
        </w:tc>
        <w:tc>
          <w:tcPr>
            <w:tcW w:w="1548" w:type="dxa"/>
            <w:vAlign w:val="center"/>
          </w:tcPr>
          <w:p w:rsidR="001F20D5" w:rsidRDefault="000037A0">
            <w:pPr>
              <w:spacing w:after="20"/>
            </w:pPr>
            <w:r>
              <w:rPr>
                <w:sz w:val="15"/>
              </w:rPr>
              <w:t xml:space="preserve">Arkadaşlar ilişkileri </w:t>
            </w:r>
            <w:r>
              <w:rPr>
                <w:sz w:val="15"/>
              </w:rPr>
              <w:t>iyidir.</w:t>
            </w:r>
          </w:p>
        </w:tc>
        <w:tc>
          <w:tcPr>
            <w:tcW w:w="1548" w:type="dxa"/>
            <w:vAlign w:val="center"/>
          </w:tcPr>
          <w:p w:rsidR="001F20D5" w:rsidRDefault="000037A0">
            <w:pPr>
              <w:spacing w:after="20"/>
            </w:pPr>
            <w:r>
              <w:rPr>
                <w:sz w:val="15"/>
              </w:rPr>
              <w:t>Ekonomik durumu normaldir.</w:t>
            </w:r>
          </w:p>
        </w:tc>
        <w:tc>
          <w:tcPr>
            <w:tcW w:w="1548" w:type="dxa"/>
            <w:vAlign w:val="center"/>
          </w:tcPr>
          <w:p w:rsidR="001F20D5" w:rsidRDefault="000037A0">
            <w:pPr>
              <w:spacing w:after="20"/>
            </w:pPr>
            <w:r>
              <w:rPr>
                <w:sz w:val="15"/>
              </w:rPr>
              <w:t>Ders başarısı düşüktür.</w:t>
            </w:r>
          </w:p>
        </w:tc>
        <w:tc>
          <w:tcPr>
            <w:tcW w:w="1548" w:type="dxa"/>
            <w:vAlign w:val="center"/>
          </w:tcPr>
          <w:p w:rsidR="001F20D5" w:rsidRDefault="000037A0">
            <w:pPr>
              <w:spacing w:after="20"/>
            </w:pPr>
            <w:r>
              <w:rPr>
                <w:sz w:val="15"/>
              </w:rPr>
              <w:t>Sözel sayısal derslerdeki başarısı normaldir.</w:t>
            </w:r>
          </w:p>
        </w:tc>
        <w:tc>
          <w:tcPr>
            <w:tcW w:w="1548" w:type="dxa"/>
            <w:vAlign w:val="center"/>
          </w:tcPr>
          <w:p w:rsidR="001F20D5" w:rsidRDefault="000037A0">
            <w:pPr>
              <w:spacing w:after="20"/>
            </w:pPr>
            <w:r>
              <w:rPr>
                <w:sz w:val="15"/>
              </w:rPr>
              <w:t>Rehber öğretmene yönlendirilecek.</w:t>
            </w:r>
          </w:p>
        </w:tc>
      </w:tr>
      <w:tr w:rsidR="001F20D5">
        <w:trPr>
          <w:jc w:val="center"/>
        </w:trPr>
        <w:tc>
          <w:tcPr>
            <w:tcW w:w="1548" w:type="dxa"/>
            <w:shd w:val="clear" w:color="auto" w:fill="FEF5E7"/>
            <w:vAlign w:val="center"/>
          </w:tcPr>
          <w:p w:rsidR="001F20D5" w:rsidRDefault="001F20D5">
            <w:pPr>
              <w:spacing w:after="20"/>
            </w:pPr>
          </w:p>
        </w:tc>
        <w:tc>
          <w:tcPr>
            <w:tcW w:w="1548" w:type="dxa"/>
            <w:shd w:val="clear" w:color="auto" w:fill="FEF5E7"/>
            <w:vAlign w:val="center"/>
          </w:tcPr>
          <w:p w:rsidR="001F20D5" w:rsidRDefault="001F20D5">
            <w:pPr>
              <w:spacing w:after="20"/>
            </w:pPr>
          </w:p>
        </w:tc>
        <w:tc>
          <w:tcPr>
            <w:tcW w:w="1548" w:type="dxa"/>
            <w:shd w:val="clear" w:color="auto" w:fill="FEF5E7"/>
            <w:vAlign w:val="center"/>
          </w:tcPr>
          <w:p w:rsidR="001F20D5" w:rsidRDefault="000037A0">
            <w:pPr>
              <w:spacing w:after="20"/>
            </w:pPr>
            <w:r>
              <w:rPr>
                <w:sz w:val="15"/>
              </w:rPr>
              <w:t>Aktif, dürüst,iyi huylu birisidir</w:t>
            </w:r>
          </w:p>
        </w:tc>
        <w:tc>
          <w:tcPr>
            <w:tcW w:w="1548" w:type="dxa"/>
            <w:shd w:val="clear" w:color="auto" w:fill="FEF5E7"/>
            <w:vAlign w:val="center"/>
          </w:tcPr>
          <w:p w:rsidR="001F20D5" w:rsidRDefault="000037A0">
            <w:pPr>
              <w:spacing w:after="20"/>
            </w:pPr>
            <w:r>
              <w:rPr>
                <w:sz w:val="15"/>
              </w:rPr>
              <w:t>Beslenme durumuna dikkat eder.</w:t>
            </w:r>
          </w:p>
        </w:tc>
        <w:tc>
          <w:tcPr>
            <w:tcW w:w="1548" w:type="dxa"/>
            <w:shd w:val="clear" w:color="auto" w:fill="FEF5E7"/>
            <w:vAlign w:val="center"/>
          </w:tcPr>
          <w:p w:rsidR="001F20D5" w:rsidRDefault="000037A0">
            <w:pPr>
              <w:spacing w:after="20"/>
            </w:pPr>
            <w:r>
              <w:rPr>
                <w:sz w:val="15"/>
              </w:rPr>
              <w:t>Şikayeti yoktur.</w:t>
            </w:r>
          </w:p>
        </w:tc>
        <w:tc>
          <w:tcPr>
            <w:tcW w:w="1548" w:type="dxa"/>
            <w:shd w:val="clear" w:color="auto" w:fill="FEF5E7"/>
            <w:vAlign w:val="center"/>
          </w:tcPr>
          <w:p w:rsidR="001F20D5" w:rsidRDefault="000037A0">
            <w:pPr>
              <w:spacing w:after="20"/>
            </w:pPr>
            <w:r>
              <w:rPr>
                <w:sz w:val="15"/>
              </w:rPr>
              <w:t>Arkadaşlar ilişkileri iyidir.</w:t>
            </w:r>
          </w:p>
        </w:tc>
        <w:tc>
          <w:tcPr>
            <w:tcW w:w="1548" w:type="dxa"/>
            <w:shd w:val="clear" w:color="auto" w:fill="FEF5E7"/>
            <w:vAlign w:val="center"/>
          </w:tcPr>
          <w:p w:rsidR="001F20D5" w:rsidRDefault="000037A0">
            <w:pPr>
              <w:spacing w:after="20"/>
            </w:pPr>
            <w:r>
              <w:rPr>
                <w:sz w:val="15"/>
              </w:rPr>
              <w:t>Ekonomik durumu normaldir.</w:t>
            </w:r>
          </w:p>
        </w:tc>
        <w:tc>
          <w:tcPr>
            <w:tcW w:w="1548" w:type="dxa"/>
            <w:shd w:val="clear" w:color="auto" w:fill="FEF5E7"/>
            <w:vAlign w:val="center"/>
          </w:tcPr>
          <w:p w:rsidR="001F20D5" w:rsidRDefault="000037A0">
            <w:pPr>
              <w:spacing w:after="20"/>
            </w:pPr>
            <w:r>
              <w:rPr>
                <w:sz w:val="15"/>
              </w:rPr>
              <w:t>Başarı durumu iyidir.</w:t>
            </w:r>
          </w:p>
        </w:tc>
        <w:tc>
          <w:tcPr>
            <w:tcW w:w="1548" w:type="dxa"/>
            <w:shd w:val="clear" w:color="auto" w:fill="FEF5E7"/>
            <w:vAlign w:val="center"/>
          </w:tcPr>
          <w:p w:rsidR="001F20D5" w:rsidRDefault="001F20D5">
            <w:pPr>
              <w:spacing w:after="20"/>
            </w:pPr>
          </w:p>
        </w:tc>
        <w:tc>
          <w:tcPr>
            <w:tcW w:w="1548" w:type="dxa"/>
            <w:shd w:val="clear" w:color="auto" w:fill="FEF5E7"/>
            <w:vAlign w:val="center"/>
          </w:tcPr>
          <w:p w:rsidR="001F20D5" w:rsidRDefault="001F20D5">
            <w:pPr>
              <w:spacing w:after="20"/>
            </w:pPr>
          </w:p>
        </w:tc>
      </w:tr>
    </w:tbl>
    <w:p w:rsidR="001F20D5" w:rsidRDefault="001F20D5">
      <w:pPr>
        <w:spacing w:after="40"/>
      </w:pPr>
    </w:p>
    <w:p w:rsidR="001F20D5" w:rsidRDefault="001F20D5">
      <w:pPr>
        <w:sectPr w:rsidR="001F20D5">
          <w:pgSz w:w="16838" w:h="11906" w:orient="landscape"/>
          <w:pgMar w:top="567" w:right="680" w:bottom="567" w:left="680" w:header="720" w:footer="720" w:gutter="0"/>
          <w:cols w:space="720"/>
          <w:docGrid w:linePitch="360"/>
        </w:sectPr>
      </w:pPr>
    </w:p>
    <w:p w:rsidR="001F20D5" w:rsidRDefault="000037A0">
      <w:pPr>
        <w:keepNext/>
        <w:pBdr>
          <w:bottom w:val="single" w:sz="8" w:space="2" w:color="EB984E"/>
        </w:pBdr>
        <w:spacing w:before="280" w:after="80"/>
      </w:pPr>
      <w:r>
        <w:rPr>
          <w:b/>
          <w:color w:val="9C4A0B"/>
          <w:sz w:val="26"/>
        </w:rPr>
        <w:lastRenderedPageBreak/>
        <w:t>ALINAN KARARLAR</w:t>
      </w:r>
    </w:p>
    <w:p w:rsidR="001F20D5" w:rsidRDefault="000037A0">
      <w:pPr>
        <w:spacing w:after="100" w:line="269" w:lineRule="auto"/>
        <w:jc w:val="both"/>
      </w:pPr>
      <w:r>
        <w:t>1-Şubedeki öğrencilerin kişilik, beslenme, sağlık durumları ve sosyal ilişkileri ile birebir ilgilenilmesi, rehber öğretmenin bu konuda çalışmalar yapması</w:t>
      </w:r>
    </w:p>
    <w:p w:rsidR="001F20D5" w:rsidRDefault="000037A0">
      <w:pPr>
        <w:spacing w:after="100" w:line="269" w:lineRule="auto"/>
        <w:jc w:val="both"/>
      </w:pPr>
      <w:r>
        <w:t>2-Öğrencilerin bir bütün olarak ele alınıp kendi yaş grubu içinde değerlendirilmesi</w:t>
      </w:r>
    </w:p>
    <w:p w:rsidR="001F20D5" w:rsidRDefault="000037A0">
      <w:pPr>
        <w:spacing w:after="100" w:line="269" w:lineRule="auto"/>
        <w:jc w:val="both"/>
      </w:pPr>
      <w:r>
        <w:t>3-Ekonomik durumu iyi olmayan öğrencilere yardımcı olunması</w:t>
      </w:r>
    </w:p>
    <w:p w:rsidR="001F20D5" w:rsidRDefault="000037A0">
      <w:pPr>
        <w:spacing w:after="100" w:line="269" w:lineRule="auto"/>
        <w:jc w:val="both"/>
      </w:pPr>
      <w:r>
        <w:t>4-Beceri ve sosyal yönü farklı olan öğrencilere görev verilmesi</w:t>
      </w:r>
    </w:p>
    <w:p w:rsidR="001F20D5" w:rsidRDefault="000037A0">
      <w:pPr>
        <w:spacing w:after="100" w:line="269" w:lineRule="auto"/>
        <w:jc w:val="both"/>
      </w:pPr>
      <w:r>
        <w:t>5-Hedef belirlemeye yönelik rehberlik çalışmalar</w:t>
      </w:r>
      <w:r>
        <w:t>ının yapılması</w:t>
      </w:r>
    </w:p>
    <w:p w:rsidR="001F20D5" w:rsidRDefault="000037A0">
      <w:pPr>
        <w:spacing w:after="100" w:line="269" w:lineRule="auto"/>
        <w:jc w:val="both"/>
      </w:pPr>
      <w:r>
        <w:t>6-Sınıf seviyesinin altında olan ve de çok başarılı olan öğrencilerle ayrı bir zaman oluşturularak ayrıca ilgilenilmesi</w:t>
      </w:r>
    </w:p>
    <w:p w:rsidR="001F20D5" w:rsidRDefault="000037A0">
      <w:pPr>
        <w:spacing w:after="100" w:line="269" w:lineRule="auto"/>
        <w:jc w:val="both"/>
      </w:pPr>
      <w:r>
        <w:t>7-Öğrencilere yıl boyunca imkanlar dahilinde ev ziyaretlerinin yapılması</w:t>
      </w:r>
    </w:p>
    <w:p w:rsidR="001F20D5" w:rsidRDefault="000037A0">
      <w:pPr>
        <w:spacing w:after="100" w:line="269" w:lineRule="auto"/>
        <w:jc w:val="both"/>
      </w:pPr>
      <w:r>
        <w:t>8-Öğrenci devamsızlıkların dikkatle izlenmesi ka</w:t>
      </w:r>
      <w:r>
        <w:t>rarları oy birliği ile alınmış kararlardır.</w:t>
      </w:r>
    </w:p>
    <w:p w:rsidR="001F20D5" w:rsidRDefault="000037A0">
      <w:pPr>
        <w:keepNext/>
        <w:pBdr>
          <w:bottom w:val="single" w:sz="8" w:space="2" w:color="EB984E"/>
        </w:pBdr>
        <w:spacing w:before="280" w:after="80"/>
      </w:pPr>
      <w:r>
        <w:rPr>
          <w:b/>
          <w:color w:val="9C4A0B"/>
          <w:sz w:val="26"/>
        </w:rPr>
        <w:t>İMZA ÇIZELGESI</w:t>
      </w:r>
    </w:p>
    <w:tbl>
      <w:tblPr>
        <w:tblW w:w="0" w:type="auto"/>
        <w:jc w:val="center"/>
        <w:tblBorders>
          <w:top w:val="single" w:sz="6" w:space="0" w:color="F5CBA7"/>
          <w:left w:val="single" w:sz="6" w:space="0" w:color="F5CBA7"/>
          <w:bottom w:val="single" w:sz="6" w:space="0" w:color="F5CBA7"/>
          <w:right w:val="single" w:sz="6" w:space="0" w:color="F5CBA7"/>
          <w:insideH w:val="single" w:sz="6" w:space="0" w:color="F5CBA7"/>
          <w:insideV w:val="single" w:sz="6" w:space="0" w:color="F5CBA7"/>
        </w:tblBorders>
        <w:tblLook w:val="04A0" w:firstRow="1" w:lastRow="0" w:firstColumn="1" w:lastColumn="0" w:noHBand="0" w:noVBand="1"/>
      </w:tblPr>
      <w:tblGrid>
        <w:gridCol w:w="3875"/>
        <w:gridCol w:w="3109"/>
        <w:gridCol w:w="2870"/>
      </w:tblGrid>
      <w:tr w:rsidR="001F20D5">
        <w:trPr>
          <w:jc w:val="center"/>
        </w:trPr>
        <w:tc>
          <w:tcPr>
            <w:tcW w:w="4252" w:type="dxa"/>
            <w:shd w:val="clear" w:color="auto" w:fill="F8C471"/>
            <w:vAlign w:val="center"/>
          </w:tcPr>
          <w:p w:rsidR="001F20D5" w:rsidRDefault="000037A0">
            <w:pPr>
              <w:spacing w:after="20"/>
            </w:pPr>
            <w:r>
              <w:rPr>
                <w:b/>
                <w:color w:val="9C4A0B"/>
                <w:sz w:val="20"/>
              </w:rPr>
              <w:t>TOPLANTIYA KATILANLARIN ADI VE SOYADI</w:t>
            </w:r>
          </w:p>
        </w:tc>
        <w:tc>
          <w:tcPr>
            <w:tcW w:w="3402" w:type="dxa"/>
            <w:shd w:val="clear" w:color="auto" w:fill="F8C471"/>
            <w:vAlign w:val="center"/>
          </w:tcPr>
          <w:p w:rsidR="001F20D5" w:rsidRDefault="000037A0">
            <w:pPr>
              <w:spacing w:after="20"/>
            </w:pPr>
            <w:r>
              <w:rPr>
                <w:b/>
                <w:color w:val="9C4A0B"/>
                <w:sz w:val="20"/>
              </w:rPr>
              <w:t>GÖREVİ</w:t>
            </w:r>
          </w:p>
        </w:tc>
        <w:tc>
          <w:tcPr>
            <w:tcW w:w="1984" w:type="dxa"/>
            <w:shd w:val="clear" w:color="auto" w:fill="F8C471"/>
            <w:vAlign w:val="center"/>
          </w:tcPr>
          <w:p w:rsidR="001F20D5" w:rsidRDefault="000037A0">
            <w:pPr>
              <w:spacing w:after="20"/>
            </w:pPr>
            <w:r>
              <w:rPr>
                <w:b/>
                <w:color w:val="9C4A0B"/>
                <w:sz w:val="20"/>
              </w:rPr>
              <w:t>İMZA</w:t>
            </w:r>
          </w:p>
        </w:tc>
      </w:tr>
      <w:tr w:rsidR="001F20D5">
        <w:trPr>
          <w:jc w:val="center"/>
        </w:trPr>
        <w:tc>
          <w:tcPr>
            <w:tcW w:w="4252" w:type="dxa"/>
            <w:vAlign w:val="center"/>
          </w:tcPr>
          <w:p w:rsidR="001F20D5" w:rsidRDefault="000037A0">
            <w:pPr>
              <w:spacing w:after="20"/>
            </w:pPr>
            <w:r>
              <w:rPr>
                <w:sz w:val="20"/>
              </w:rPr>
              <w:t>…………………</w:t>
            </w:r>
          </w:p>
        </w:tc>
        <w:tc>
          <w:tcPr>
            <w:tcW w:w="3402" w:type="dxa"/>
            <w:vAlign w:val="center"/>
          </w:tcPr>
          <w:p w:rsidR="001F20D5" w:rsidRDefault="000037A0">
            <w:pPr>
              <w:spacing w:after="20"/>
            </w:pPr>
            <w:r>
              <w:rPr>
                <w:sz w:val="20"/>
              </w:rPr>
              <w:t>Okul Müdürü</w:t>
            </w:r>
          </w:p>
        </w:tc>
        <w:tc>
          <w:tcPr>
            <w:tcW w:w="1984" w:type="dxa"/>
            <w:vAlign w:val="center"/>
          </w:tcPr>
          <w:p w:rsidR="001F20D5" w:rsidRDefault="001F20D5">
            <w:pPr>
              <w:spacing w:after="20"/>
            </w:pPr>
          </w:p>
        </w:tc>
      </w:tr>
      <w:tr w:rsidR="001F20D5">
        <w:trPr>
          <w:jc w:val="center"/>
        </w:trPr>
        <w:tc>
          <w:tcPr>
            <w:tcW w:w="4252" w:type="dxa"/>
            <w:shd w:val="clear" w:color="auto" w:fill="FEF5E7"/>
            <w:vAlign w:val="center"/>
          </w:tcPr>
          <w:p w:rsidR="001F20D5" w:rsidRDefault="000037A0">
            <w:pPr>
              <w:spacing w:after="20"/>
            </w:pPr>
            <w:r>
              <w:rPr>
                <w:sz w:val="20"/>
              </w:rPr>
              <w:t>…………………</w:t>
            </w:r>
          </w:p>
        </w:tc>
        <w:tc>
          <w:tcPr>
            <w:tcW w:w="3402" w:type="dxa"/>
            <w:shd w:val="clear" w:color="auto" w:fill="FEF5E7"/>
            <w:vAlign w:val="center"/>
          </w:tcPr>
          <w:p w:rsidR="001F20D5" w:rsidRDefault="000037A0">
            <w:pPr>
              <w:spacing w:after="20"/>
            </w:pPr>
            <w:r>
              <w:rPr>
                <w:sz w:val="20"/>
              </w:rPr>
              <w:t>5/A Sınıf Öğretmeni</w:t>
            </w:r>
          </w:p>
        </w:tc>
        <w:tc>
          <w:tcPr>
            <w:tcW w:w="1984" w:type="dxa"/>
            <w:shd w:val="clear" w:color="auto" w:fill="FEF5E7"/>
            <w:vAlign w:val="center"/>
          </w:tcPr>
          <w:p w:rsidR="001F20D5" w:rsidRDefault="001F20D5">
            <w:pPr>
              <w:spacing w:after="20"/>
            </w:pPr>
          </w:p>
        </w:tc>
      </w:tr>
      <w:tr w:rsidR="001F20D5">
        <w:trPr>
          <w:jc w:val="center"/>
        </w:trPr>
        <w:tc>
          <w:tcPr>
            <w:tcW w:w="4252" w:type="dxa"/>
            <w:vAlign w:val="center"/>
          </w:tcPr>
          <w:p w:rsidR="001F20D5" w:rsidRDefault="000037A0">
            <w:pPr>
              <w:spacing w:after="20"/>
            </w:pPr>
            <w:r>
              <w:rPr>
                <w:sz w:val="20"/>
              </w:rPr>
              <w:t>…………………</w:t>
            </w:r>
          </w:p>
        </w:tc>
        <w:tc>
          <w:tcPr>
            <w:tcW w:w="3402" w:type="dxa"/>
            <w:vAlign w:val="center"/>
          </w:tcPr>
          <w:p w:rsidR="001F20D5" w:rsidRDefault="000037A0">
            <w:pPr>
              <w:spacing w:after="20"/>
            </w:pPr>
            <w:r>
              <w:rPr>
                <w:sz w:val="20"/>
              </w:rPr>
              <w:t>Türkçe Öğretmeni</w:t>
            </w:r>
          </w:p>
        </w:tc>
        <w:tc>
          <w:tcPr>
            <w:tcW w:w="1984" w:type="dxa"/>
            <w:vAlign w:val="center"/>
          </w:tcPr>
          <w:p w:rsidR="001F20D5" w:rsidRDefault="001F20D5">
            <w:pPr>
              <w:spacing w:after="20"/>
            </w:pPr>
          </w:p>
        </w:tc>
      </w:tr>
      <w:tr w:rsidR="001F20D5">
        <w:trPr>
          <w:jc w:val="center"/>
        </w:trPr>
        <w:tc>
          <w:tcPr>
            <w:tcW w:w="4252" w:type="dxa"/>
            <w:shd w:val="clear" w:color="auto" w:fill="FEF5E7"/>
            <w:vAlign w:val="center"/>
          </w:tcPr>
          <w:p w:rsidR="001F20D5" w:rsidRDefault="000037A0">
            <w:pPr>
              <w:spacing w:after="20"/>
            </w:pPr>
            <w:r>
              <w:rPr>
                <w:sz w:val="20"/>
              </w:rPr>
              <w:t>…………………</w:t>
            </w:r>
          </w:p>
        </w:tc>
        <w:tc>
          <w:tcPr>
            <w:tcW w:w="3402" w:type="dxa"/>
            <w:shd w:val="clear" w:color="auto" w:fill="FEF5E7"/>
            <w:vAlign w:val="center"/>
          </w:tcPr>
          <w:p w:rsidR="001F20D5" w:rsidRDefault="000037A0">
            <w:pPr>
              <w:spacing w:after="20"/>
            </w:pPr>
            <w:r>
              <w:rPr>
                <w:sz w:val="20"/>
              </w:rPr>
              <w:t>Matematik Öğretmeni</w:t>
            </w:r>
          </w:p>
        </w:tc>
        <w:tc>
          <w:tcPr>
            <w:tcW w:w="1984" w:type="dxa"/>
            <w:shd w:val="clear" w:color="auto" w:fill="FEF5E7"/>
            <w:vAlign w:val="center"/>
          </w:tcPr>
          <w:p w:rsidR="001F20D5" w:rsidRDefault="001F20D5">
            <w:pPr>
              <w:spacing w:after="20"/>
            </w:pPr>
          </w:p>
        </w:tc>
      </w:tr>
      <w:tr w:rsidR="001F20D5">
        <w:trPr>
          <w:jc w:val="center"/>
        </w:trPr>
        <w:tc>
          <w:tcPr>
            <w:tcW w:w="4252" w:type="dxa"/>
            <w:vAlign w:val="center"/>
          </w:tcPr>
          <w:p w:rsidR="001F20D5" w:rsidRDefault="000037A0">
            <w:pPr>
              <w:spacing w:after="20"/>
            </w:pPr>
            <w:r>
              <w:rPr>
                <w:sz w:val="20"/>
              </w:rPr>
              <w:t>…………………</w:t>
            </w:r>
          </w:p>
        </w:tc>
        <w:tc>
          <w:tcPr>
            <w:tcW w:w="3402" w:type="dxa"/>
            <w:vAlign w:val="center"/>
          </w:tcPr>
          <w:p w:rsidR="001F20D5" w:rsidRDefault="000037A0">
            <w:pPr>
              <w:spacing w:after="20"/>
            </w:pPr>
            <w:r>
              <w:rPr>
                <w:sz w:val="20"/>
              </w:rPr>
              <w:t>Fen Bilimleri Öğretmeni</w:t>
            </w:r>
          </w:p>
        </w:tc>
        <w:tc>
          <w:tcPr>
            <w:tcW w:w="1984" w:type="dxa"/>
            <w:vAlign w:val="center"/>
          </w:tcPr>
          <w:p w:rsidR="001F20D5" w:rsidRDefault="001F20D5">
            <w:pPr>
              <w:spacing w:after="20"/>
            </w:pPr>
          </w:p>
        </w:tc>
      </w:tr>
      <w:tr w:rsidR="001F20D5">
        <w:trPr>
          <w:jc w:val="center"/>
        </w:trPr>
        <w:tc>
          <w:tcPr>
            <w:tcW w:w="4252" w:type="dxa"/>
            <w:shd w:val="clear" w:color="auto" w:fill="FEF5E7"/>
            <w:vAlign w:val="center"/>
          </w:tcPr>
          <w:p w:rsidR="001F20D5" w:rsidRDefault="000037A0">
            <w:pPr>
              <w:spacing w:after="20"/>
            </w:pPr>
            <w:r>
              <w:rPr>
                <w:sz w:val="20"/>
              </w:rPr>
              <w:t>…………………</w:t>
            </w:r>
          </w:p>
        </w:tc>
        <w:tc>
          <w:tcPr>
            <w:tcW w:w="3402" w:type="dxa"/>
            <w:shd w:val="clear" w:color="auto" w:fill="FEF5E7"/>
            <w:vAlign w:val="center"/>
          </w:tcPr>
          <w:p w:rsidR="001F20D5" w:rsidRDefault="000037A0">
            <w:pPr>
              <w:spacing w:after="20"/>
            </w:pPr>
            <w:r>
              <w:rPr>
                <w:sz w:val="20"/>
              </w:rPr>
              <w:t>Sosyal Bilgiler Öğretmeni</w:t>
            </w:r>
          </w:p>
        </w:tc>
        <w:tc>
          <w:tcPr>
            <w:tcW w:w="1984" w:type="dxa"/>
            <w:shd w:val="clear" w:color="auto" w:fill="FEF5E7"/>
            <w:vAlign w:val="center"/>
          </w:tcPr>
          <w:p w:rsidR="001F20D5" w:rsidRDefault="001F20D5">
            <w:pPr>
              <w:spacing w:after="20"/>
            </w:pPr>
          </w:p>
        </w:tc>
      </w:tr>
      <w:tr w:rsidR="001F20D5">
        <w:trPr>
          <w:jc w:val="center"/>
        </w:trPr>
        <w:tc>
          <w:tcPr>
            <w:tcW w:w="4252" w:type="dxa"/>
            <w:vAlign w:val="center"/>
          </w:tcPr>
          <w:p w:rsidR="001F20D5" w:rsidRDefault="000037A0">
            <w:pPr>
              <w:spacing w:after="20"/>
            </w:pPr>
            <w:r>
              <w:rPr>
                <w:sz w:val="20"/>
              </w:rPr>
              <w:t>…………………</w:t>
            </w:r>
          </w:p>
        </w:tc>
        <w:tc>
          <w:tcPr>
            <w:tcW w:w="3402" w:type="dxa"/>
            <w:vAlign w:val="center"/>
          </w:tcPr>
          <w:p w:rsidR="001F20D5" w:rsidRDefault="000037A0">
            <w:pPr>
              <w:spacing w:after="20"/>
            </w:pPr>
            <w:r>
              <w:rPr>
                <w:sz w:val="20"/>
              </w:rPr>
              <w:t>Bilişim Teknolojileri Ö.</w:t>
            </w:r>
          </w:p>
        </w:tc>
        <w:tc>
          <w:tcPr>
            <w:tcW w:w="1984" w:type="dxa"/>
            <w:vAlign w:val="center"/>
          </w:tcPr>
          <w:p w:rsidR="001F20D5" w:rsidRDefault="001F20D5">
            <w:pPr>
              <w:spacing w:after="20"/>
            </w:pPr>
          </w:p>
        </w:tc>
      </w:tr>
      <w:tr w:rsidR="001F20D5">
        <w:trPr>
          <w:jc w:val="center"/>
        </w:trPr>
        <w:tc>
          <w:tcPr>
            <w:tcW w:w="4252" w:type="dxa"/>
            <w:shd w:val="clear" w:color="auto" w:fill="FEF5E7"/>
            <w:vAlign w:val="center"/>
          </w:tcPr>
          <w:p w:rsidR="001F20D5" w:rsidRDefault="000037A0">
            <w:pPr>
              <w:spacing w:after="20"/>
            </w:pPr>
            <w:r>
              <w:rPr>
                <w:sz w:val="20"/>
              </w:rPr>
              <w:t>…………………</w:t>
            </w:r>
          </w:p>
        </w:tc>
        <w:tc>
          <w:tcPr>
            <w:tcW w:w="3402" w:type="dxa"/>
            <w:shd w:val="clear" w:color="auto" w:fill="FEF5E7"/>
            <w:vAlign w:val="center"/>
          </w:tcPr>
          <w:p w:rsidR="001F20D5" w:rsidRDefault="000037A0">
            <w:pPr>
              <w:spacing w:after="20"/>
            </w:pPr>
            <w:r>
              <w:rPr>
                <w:sz w:val="20"/>
              </w:rPr>
              <w:t>Din Kültürü ve Ahlak B.Ö.</w:t>
            </w:r>
          </w:p>
        </w:tc>
        <w:tc>
          <w:tcPr>
            <w:tcW w:w="1984" w:type="dxa"/>
            <w:shd w:val="clear" w:color="auto" w:fill="FEF5E7"/>
            <w:vAlign w:val="center"/>
          </w:tcPr>
          <w:p w:rsidR="001F20D5" w:rsidRDefault="001F20D5">
            <w:pPr>
              <w:spacing w:after="20"/>
            </w:pPr>
          </w:p>
        </w:tc>
      </w:tr>
      <w:tr w:rsidR="001F20D5">
        <w:trPr>
          <w:jc w:val="center"/>
        </w:trPr>
        <w:tc>
          <w:tcPr>
            <w:tcW w:w="4252" w:type="dxa"/>
            <w:vAlign w:val="center"/>
          </w:tcPr>
          <w:p w:rsidR="001F20D5" w:rsidRDefault="000037A0">
            <w:pPr>
              <w:spacing w:after="20"/>
            </w:pPr>
            <w:r>
              <w:rPr>
                <w:sz w:val="20"/>
              </w:rPr>
              <w:t>…………………</w:t>
            </w:r>
          </w:p>
        </w:tc>
        <w:tc>
          <w:tcPr>
            <w:tcW w:w="3402" w:type="dxa"/>
            <w:vAlign w:val="center"/>
          </w:tcPr>
          <w:p w:rsidR="001F20D5" w:rsidRDefault="000037A0">
            <w:pPr>
              <w:spacing w:after="20"/>
            </w:pPr>
            <w:r>
              <w:rPr>
                <w:sz w:val="20"/>
              </w:rPr>
              <w:t>Görsel Sanatlar Öğretmeni</w:t>
            </w:r>
          </w:p>
        </w:tc>
        <w:tc>
          <w:tcPr>
            <w:tcW w:w="1984" w:type="dxa"/>
            <w:vAlign w:val="center"/>
          </w:tcPr>
          <w:p w:rsidR="001F20D5" w:rsidRDefault="001F20D5">
            <w:pPr>
              <w:spacing w:after="20"/>
            </w:pPr>
          </w:p>
        </w:tc>
      </w:tr>
      <w:tr w:rsidR="001F20D5">
        <w:trPr>
          <w:jc w:val="center"/>
        </w:trPr>
        <w:tc>
          <w:tcPr>
            <w:tcW w:w="4252" w:type="dxa"/>
            <w:shd w:val="clear" w:color="auto" w:fill="FEF5E7"/>
            <w:vAlign w:val="center"/>
          </w:tcPr>
          <w:p w:rsidR="001F20D5" w:rsidRDefault="000037A0">
            <w:pPr>
              <w:spacing w:after="20"/>
            </w:pPr>
            <w:r>
              <w:rPr>
                <w:sz w:val="20"/>
              </w:rPr>
              <w:t>…………………</w:t>
            </w:r>
          </w:p>
        </w:tc>
        <w:tc>
          <w:tcPr>
            <w:tcW w:w="3402" w:type="dxa"/>
            <w:shd w:val="clear" w:color="auto" w:fill="FEF5E7"/>
            <w:vAlign w:val="center"/>
          </w:tcPr>
          <w:p w:rsidR="001F20D5" w:rsidRDefault="000037A0">
            <w:pPr>
              <w:spacing w:after="20"/>
            </w:pPr>
            <w:r>
              <w:rPr>
                <w:sz w:val="20"/>
              </w:rPr>
              <w:t>Müzik Öğretmeni</w:t>
            </w:r>
          </w:p>
        </w:tc>
        <w:tc>
          <w:tcPr>
            <w:tcW w:w="1984" w:type="dxa"/>
            <w:shd w:val="clear" w:color="auto" w:fill="FEF5E7"/>
            <w:vAlign w:val="center"/>
          </w:tcPr>
          <w:p w:rsidR="001F20D5" w:rsidRDefault="001F20D5">
            <w:pPr>
              <w:spacing w:after="20"/>
            </w:pPr>
          </w:p>
        </w:tc>
      </w:tr>
      <w:tr w:rsidR="001F20D5">
        <w:trPr>
          <w:jc w:val="center"/>
        </w:trPr>
        <w:tc>
          <w:tcPr>
            <w:tcW w:w="4252" w:type="dxa"/>
            <w:vAlign w:val="center"/>
          </w:tcPr>
          <w:p w:rsidR="001F20D5" w:rsidRDefault="000037A0">
            <w:pPr>
              <w:spacing w:after="20"/>
            </w:pPr>
            <w:r>
              <w:rPr>
                <w:sz w:val="20"/>
              </w:rPr>
              <w:t>…………………</w:t>
            </w:r>
          </w:p>
        </w:tc>
        <w:tc>
          <w:tcPr>
            <w:tcW w:w="3402" w:type="dxa"/>
            <w:vAlign w:val="center"/>
          </w:tcPr>
          <w:p w:rsidR="001F20D5" w:rsidRDefault="000037A0">
            <w:pPr>
              <w:spacing w:after="20"/>
            </w:pPr>
            <w:r>
              <w:rPr>
                <w:sz w:val="20"/>
              </w:rPr>
              <w:t>Beden Eğitimi Öğretmeni</w:t>
            </w:r>
          </w:p>
        </w:tc>
        <w:tc>
          <w:tcPr>
            <w:tcW w:w="1984" w:type="dxa"/>
            <w:vAlign w:val="center"/>
          </w:tcPr>
          <w:p w:rsidR="001F20D5" w:rsidRDefault="001F20D5">
            <w:pPr>
              <w:spacing w:after="20"/>
            </w:pPr>
          </w:p>
        </w:tc>
      </w:tr>
      <w:tr w:rsidR="001F20D5">
        <w:trPr>
          <w:jc w:val="center"/>
        </w:trPr>
        <w:tc>
          <w:tcPr>
            <w:tcW w:w="4252" w:type="dxa"/>
            <w:shd w:val="clear" w:color="auto" w:fill="FEF5E7"/>
            <w:vAlign w:val="center"/>
          </w:tcPr>
          <w:p w:rsidR="001F20D5" w:rsidRDefault="000037A0">
            <w:pPr>
              <w:spacing w:after="20"/>
            </w:pPr>
            <w:r>
              <w:rPr>
                <w:sz w:val="20"/>
              </w:rPr>
              <w:t>…………………</w:t>
            </w:r>
          </w:p>
        </w:tc>
        <w:tc>
          <w:tcPr>
            <w:tcW w:w="3402" w:type="dxa"/>
            <w:shd w:val="clear" w:color="auto" w:fill="FEF5E7"/>
            <w:vAlign w:val="center"/>
          </w:tcPr>
          <w:p w:rsidR="001F20D5" w:rsidRDefault="000037A0">
            <w:pPr>
              <w:spacing w:after="20"/>
            </w:pPr>
            <w:r>
              <w:rPr>
                <w:sz w:val="20"/>
              </w:rPr>
              <w:t>İngilizce Öğretmeni</w:t>
            </w:r>
          </w:p>
        </w:tc>
        <w:tc>
          <w:tcPr>
            <w:tcW w:w="1984" w:type="dxa"/>
            <w:shd w:val="clear" w:color="auto" w:fill="FEF5E7"/>
            <w:vAlign w:val="center"/>
          </w:tcPr>
          <w:p w:rsidR="001F20D5" w:rsidRDefault="001F20D5">
            <w:pPr>
              <w:spacing w:after="20"/>
            </w:pPr>
          </w:p>
        </w:tc>
      </w:tr>
      <w:tr w:rsidR="001F20D5">
        <w:trPr>
          <w:jc w:val="center"/>
        </w:trPr>
        <w:tc>
          <w:tcPr>
            <w:tcW w:w="4252" w:type="dxa"/>
            <w:vAlign w:val="center"/>
          </w:tcPr>
          <w:p w:rsidR="001F20D5" w:rsidRDefault="000037A0">
            <w:pPr>
              <w:spacing w:after="20"/>
            </w:pPr>
            <w:r>
              <w:rPr>
                <w:sz w:val="20"/>
              </w:rPr>
              <w:t>…………………</w:t>
            </w:r>
          </w:p>
        </w:tc>
        <w:tc>
          <w:tcPr>
            <w:tcW w:w="3402" w:type="dxa"/>
            <w:vAlign w:val="center"/>
          </w:tcPr>
          <w:p w:rsidR="001F20D5" w:rsidRDefault="000037A0">
            <w:pPr>
              <w:spacing w:after="20"/>
            </w:pPr>
            <w:r>
              <w:rPr>
                <w:sz w:val="20"/>
              </w:rPr>
              <w:t xml:space="preserve">Okul Rehberlik </w:t>
            </w:r>
            <w:r>
              <w:rPr>
                <w:sz w:val="20"/>
              </w:rPr>
              <w:t>Öğretmeni</w:t>
            </w:r>
          </w:p>
        </w:tc>
        <w:tc>
          <w:tcPr>
            <w:tcW w:w="1984" w:type="dxa"/>
            <w:vAlign w:val="center"/>
          </w:tcPr>
          <w:p w:rsidR="001F20D5" w:rsidRDefault="001F20D5">
            <w:pPr>
              <w:spacing w:after="20"/>
            </w:pPr>
          </w:p>
        </w:tc>
      </w:tr>
      <w:tr w:rsidR="001F20D5">
        <w:trPr>
          <w:jc w:val="center"/>
        </w:trPr>
        <w:tc>
          <w:tcPr>
            <w:tcW w:w="3213" w:type="dxa"/>
          </w:tcPr>
          <w:p w:rsidR="001F20D5" w:rsidRDefault="000037A0">
            <w:r>
              <w:rPr>
                <w:sz w:val="20"/>
              </w:rPr>
              <w:t>…………………</w:t>
            </w:r>
          </w:p>
        </w:tc>
        <w:tc>
          <w:tcPr>
            <w:tcW w:w="3213" w:type="dxa"/>
          </w:tcPr>
          <w:p w:rsidR="001F20D5" w:rsidRDefault="000037A0">
            <w:r>
              <w:rPr>
                <w:sz w:val="20"/>
              </w:rPr>
              <w:t>…………………</w:t>
            </w:r>
          </w:p>
        </w:tc>
        <w:tc>
          <w:tcPr>
            <w:tcW w:w="3213" w:type="dxa"/>
          </w:tcPr>
          <w:p w:rsidR="001F20D5" w:rsidRDefault="001F20D5"/>
        </w:tc>
      </w:tr>
    </w:tbl>
    <w:p w:rsidR="001F20D5" w:rsidRDefault="001F20D5">
      <w:pPr>
        <w:spacing w:after="40"/>
      </w:pPr>
    </w:p>
    <w:tbl>
      <w:tblPr>
        <w:tblW w:w="0" w:type="auto"/>
        <w:jc w:val="center"/>
        <w:tblLook w:val="04A0" w:firstRow="1" w:lastRow="0" w:firstColumn="1" w:lastColumn="0" w:noHBand="0" w:noVBand="1"/>
      </w:tblPr>
      <w:tblGrid>
        <w:gridCol w:w="9638"/>
      </w:tblGrid>
      <w:tr w:rsidR="001F20D5">
        <w:trPr>
          <w:cantSplit/>
          <w:jc w:val="center"/>
        </w:trPr>
        <w:tc>
          <w:tcPr>
            <w:tcW w:w="9638" w:type="dxa"/>
          </w:tcPr>
          <w:p w:rsidR="001F20D5" w:rsidRDefault="000037A0">
            <w:pPr>
              <w:spacing w:before="200"/>
              <w:jc w:val="center"/>
            </w:pPr>
            <w:r>
              <w:rPr>
                <w:b/>
                <w:color w:val="9C4A0B"/>
              </w:rPr>
              <w:t>UYGUNDUR</w:t>
            </w:r>
            <w:r>
              <w:rPr>
                <w:b/>
                <w:color w:val="9C4A0B"/>
              </w:rPr>
              <w:br/>
            </w:r>
            <w:r>
              <w:rPr>
                <w:sz w:val="21"/>
              </w:rPr>
              <w:t>…… / …… / 20……</w:t>
            </w:r>
            <w:r>
              <w:rPr>
                <w:sz w:val="21"/>
              </w:rPr>
              <w:br/>
            </w:r>
            <w:r>
              <w:rPr>
                <w:b/>
              </w:rPr>
              <w:t>…………………</w:t>
            </w:r>
            <w:r>
              <w:rPr>
                <w:b/>
              </w:rPr>
              <w:br/>
            </w:r>
            <w:r>
              <w:rPr>
                <w:color w:val="55606E"/>
                <w:sz w:val="20"/>
              </w:rPr>
              <w:t>Okul Müdürü</w:t>
            </w:r>
          </w:p>
        </w:tc>
      </w:tr>
    </w:tbl>
    <w:p w:rsidR="000037A0" w:rsidRDefault="000037A0"/>
    <w:sectPr w:rsidR="000037A0" w:rsidSect="00034616">
      <w:pgSz w:w="11906" w:h="16838"/>
      <w:pgMar w:top="907" w:right="1134" w:bottom="90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037A0"/>
    <w:rsid w:val="00034616"/>
    <w:rsid w:val="0006063C"/>
    <w:rsid w:val="0015074B"/>
    <w:rsid w:val="001F20D5"/>
    <w:rsid w:val="0029639D"/>
    <w:rsid w:val="00326F90"/>
    <w:rsid w:val="005F1ACE"/>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2DF27A9"/>
  <w14:defaultImageDpi w14:val="300"/>
  <w15:docId w15:val="{2C03EFEB-CFB1-49B7-BB7A-EBD689FE0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libri" w:eastAsia="Calibri" w:hAnsi="Calibri"/>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124BF3-CF43-4369-A0C4-FA4E3330B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2012</Words>
  <Characters>11474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13460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 Sınıf ŞÖK Sene Başı Toplantı Tutanağı 2026-2027</dc:title>
  <dc:subject>Şube Öğretmenler Kurulu toplantı tutanağı şablonu</dc:subject>
  <dc:creator>evrakburada</dc:creator>
  <cp:keywords>şök, şube öğretmenler kurulu, tutanak, 5. sınıf</cp:keywords>
  <dc:description/>
  <cp:lastModifiedBy>HP</cp:lastModifiedBy>
  <cp:revision>3</cp:revision>
  <dcterms:created xsi:type="dcterms:W3CDTF">2013-12-23T23:15:00Z</dcterms:created>
  <dcterms:modified xsi:type="dcterms:W3CDTF">2026-10-14T11:56:00Z</dcterms:modified>
  <cp:category/>
</cp:coreProperties>
</file>