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D31B41" w:rsidTr="00544C85">
        <w:tc>
          <w:tcPr>
            <w:tcW w:w="9978" w:type="dxa"/>
          </w:tcPr>
          <w:p w:rsidR="00D31B41" w:rsidRDefault="003F28E3">
            <w:pPr>
              <w:spacing w:before="100" w:after="20"/>
              <w:jc w:val="center"/>
            </w:pPr>
            <w:r>
              <w:rPr>
                <w:sz w:val="21"/>
              </w:rPr>
              <w:t>2026-2027 EĞİTİM-ÖĞRETİM YILI</w:t>
            </w:r>
          </w:p>
          <w:p w:rsidR="00D31B41" w:rsidRDefault="003F28E3">
            <w:pPr>
              <w:spacing w:after="20"/>
              <w:jc w:val="center"/>
            </w:pPr>
            <w:r>
              <w:rPr>
                <w:b/>
                <w:sz w:val="26"/>
              </w:rPr>
              <w:t>…………………</w:t>
            </w:r>
          </w:p>
          <w:p w:rsidR="00D31B41" w:rsidRDefault="003F28E3">
            <w:pPr>
              <w:spacing w:after="20"/>
              <w:jc w:val="center"/>
            </w:pPr>
            <w:r>
              <w:rPr>
                <w:b/>
                <w:sz w:val="30"/>
              </w:rPr>
              <w:t>5. SINIF MASAL VE DESTANLARIMIZ 1 DERSİ</w:t>
            </w:r>
          </w:p>
          <w:p w:rsidR="00D31B41" w:rsidRDefault="003F28E3">
            <w:pPr>
              <w:spacing w:after="20"/>
              <w:jc w:val="center"/>
            </w:pPr>
            <w:r>
              <w:rPr>
                <w:b/>
                <w:sz w:val="24"/>
              </w:rPr>
              <w:t>GÜNLÜK PLAN</w:t>
            </w:r>
          </w:p>
          <w:p w:rsidR="00D31B41" w:rsidRDefault="003F28E3">
            <w:pPr>
              <w:spacing w:after="100"/>
              <w:jc w:val="center"/>
            </w:pPr>
            <w:r>
              <w:rPr>
                <w:sz w:val="21"/>
              </w:rPr>
              <w:t>1. Hafta  ·  14–18 Eylül 2026</w:t>
            </w:r>
          </w:p>
        </w:tc>
      </w:tr>
    </w:tbl>
    <w:p w:rsidR="00D31B41" w:rsidRDefault="00D31B41">
      <w:pPr>
        <w:spacing w:after="0"/>
      </w:pPr>
    </w:p>
    <w:tbl>
      <w:tblPr>
        <w:tblStyle w:val="TabloKlavuzu"/>
        <w:tblW w:w="0" w:type="auto"/>
        <w:tblLook w:val="04A0" w:firstRow="1" w:lastRow="0" w:firstColumn="1" w:lastColumn="0" w:noHBand="0" w:noVBand="1"/>
      </w:tblPr>
      <w:tblGrid>
        <w:gridCol w:w="2494"/>
        <w:gridCol w:w="2494"/>
        <w:gridCol w:w="2494"/>
        <w:gridCol w:w="2494"/>
      </w:tblGrid>
      <w:tr w:rsidR="00D31B41" w:rsidTr="00544C85">
        <w:tc>
          <w:tcPr>
            <w:tcW w:w="2494" w:type="dxa"/>
          </w:tcPr>
          <w:p w:rsidR="00D31B41" w:rsidRDefault="003F28E3">
            <w:pPr>
              <w:jc w:val="center"/>
            </w:pPr>
            <w:r>
              <w:rPr>
                <w:b/>
                <w:sz w:val="16"/>
              </w:rPr>
              <w:t>DERS</w:t>
            </w:r>
            <w:r>
              <w:rPr>
                <w:b/>
                <w:sz w:val="16"/>
              </w:rPr>
              <w:br/>
            </w:r>
            <w:r>
              <w:rPr>
                <w:sz w:val="20"/>
              </w:rPr>
              <w:t>Masal ve Destanlarımız 1</w:t>
            </w:r>
          </w:p>
        </w:tc>
        <w:tc>
          <w:tcPr>
            <w:tcW w:w="2494" w:type="dxa"/>
          </w:tcPr>
          <w:p w:rsidR="00D31B41" w:rsidRDefault="003F28E3">
            <w:pPr>
              <w:jc w:val="center"/>
            </w:pPr>
            <w:r>
              <w:rPr>
                <w:b/>
                <w:sz w:val="16"/>
              </w:rPr>
              <w:t>SINIF</w:t>
            </w:r>
            <w:r>
              <w:rPr>
                <w:b/>
                <w:sz w:val="16"/>
              </w:rPr>
              <w:br/>
            </w:r>
            <w:r>
              <w:rPr>
                <w:sz w:val="20"/>
              </w:rPr>
              <w:t>5. Sınıf</w:t>
            </w:r>
          </w:p>
        </w:tc>
        <w:tc>
          <w:tcPr>
            <w:tcW w:w="2494" w:type="dxa"/>
          </w:tcPr>
          <w:p w:rsidR="00D31B41" w:rsidRDefault="003F28E3">
            <w:pPr>
              <w:jc w:val="center"/>
            </w:pPr>
            <w:r>
              <w:rPr>
                <w:b/>
                <w:sz w:val="16"/>
              </w:rPr>
              <w:t>HAFTA</w:t>
            </w:r>
            <w:r>
              <w:rPr>
                <w:b/>
                <w:sz w:val="16"/>
              </w:rPr>
              <w:br/>
            </w:r>
            <w:r>
              <w:rPr>
                <w:sz w:val="20"/>
              </w:rPr>
              <w:t>1. Hafta</w:t>
            </w:r>
          </w:p>
        </w:tc>
        <w:tc>
          <w:tcPr>
            <w:tcW w:w="2494" w:type="dxa"/>
          </w:tcPr>
          <w:p w:rsidR="00D31B41" w:rsidRDefault="003F28E3">
            <w:pPr>
              <w:jc w:val="center"/>
            </w:pPr>
            <w:r>
              <w:rPr>
                <w:b/>
                <w:sz w:val="16"/>
              </w:rPr>
              <w:t>ÖNERİLEN SÜRE</w:t>
            </w:r>
            <w:r>
              <w:rPr>
                <w:b/>
                <w:sz w:val="16"/>
              </w:rPr>
              <w:br/>
            </w:r>
            <w:r>
              <w:rPr>
                <w:sz w:val="20"/>
              </w:rPr>
              <w:t>2 ders saati</w:t>
            </w:r>
          </w:p>
        </w:tc>
      </w:tr>
    </w:tbl>
    <w:p w:rsidR="00D31B41" w:rsidRDefault="00D31B41">
      <w:pPr>
        <w:spacing w:after="0"/>
      </w:pPr>
    </w:p>
    <w:tbl>
      <w:tblPr>
        <w:tblStyle w:val="TabloKlavuzu"/>
        <w:tblW w:w="0" w:type="auto"/>
        <w:tblLook w:val="04A0" w:firstRow="1" w:lastRow="0" w:firstColumn="1" w:lastColumn="0" w:noHBand="0" w:noVBand="1"/>
      </w:tblPr>
      <w:tblGrid>
        <w:gridCol w:w="2438"/>
        <w:gridCol w:w="7540"/>
      </w:tblGrid>
      <w:tr w:rsidR="00D31B41" w:rsidTr="00544C85">
        <w:tc>
          <w:tcPr>
            <w:tcW w:w="2438" w:type="dxa"/>
          </w:tcPr>
          <w:p w:rsidR="00D31B41" w:rsidRDefault="003F28E3">
            <w:r>
              <w:rPr>
                <w:b/>
                <w:sz w:val="20"/>
              </w:rPr>
              <w:t>Ünitenin Adı / No</w:t>
            </w:r>
          </w:p>
        </w:tc>
        <w:tc>
          <w:tcPr>
            <w:tcW w:w="7540" w:type="dxa"/>
          </w:tcPr>
          <w:p w:rsidR="00D31B41" w:rsidRDefault="003F28E3">
            <w:pPr>
              <w:spacing w:after="40" w:line="259" w:lineRule="auto"/>
            </w:pPr>
            <w:r>
              <w:rPr>
                <w:b/>
                <w:sz w:val="20"/>
              </w:rPr>
              <w:t xml:space="preserve">MD.1.1. </w:t>
            </w:r>
            <w:r>
              <w:rPr>
                <w:sz w:val="20"/>
              </w:rPr>
              <w:t xml:space="preserve">ÜNİTE: </w:t>
            </w:r>
            <w:r>
              <w:rPr>
                <w:sz w:val="20"/>
              </w:rPr>
              <w:t>MASALLARIMIZ</w:t>
            </w:r>
          </w:p>
        </w:tc>
      </w:tr>
      <w:tr w:rsidR="00D31B41" w:rsidTr="00544C85">
        <w:tc>
          <w:tcPr>
            <w:tcW w:w="2438" w:type="dxa"/>
          </w:tcPr>
          <w:p w:rsidR="00D31B41" w:rsidRDefault="003F28E3">
            <w:r>
              <w:rPr>
                <w:b/>
                <w:sz w:val="20"/>
              </w:rPr>
              <w:t>Öğrenci Kazanımları / Hedef Davranışlar</w:t>
            </w:r>
          </w:p>
        </w:tc>
        <w:tc>
          <w:tcPr>
            <w:tcW w:w="7540" w:type="dxa"/>
          </w:tcPr>
          <w:p w:rsidR="00D31B41" w:rsidRDefault="003F28E3">
            <w:pPr>
              <w:spacing w:after="40" w:line="259" w:lineRule="auto"/>
            </w:pPr>
            <w:r>
              <w:rPr>
                <w:b/>
                <w:sz w:val="20"/>
              </w:rPr>
              <w:t xml:space="preserve">MD.1.1.1. </w:t>
            </w:r>
            <w:r>
              <w:rPr>
                <w:sz w:val="20"/>
              </w:rPr>
              <w:t>Masal türünü tanır.</w:t>
            </w:r>
          </w:p>
        </w:tc>
      </w:tr>
      <w:tr w:rsidR="00D31B41" w:rsidTr="00544C85">
        <w:tc>
          <w:tcPr>
            <w:tcW w:w="2438" w:type="dxa"/>
          </w:tcPr>
          <w:p w:rsidR="00D31B41" w:rsidRDefault="003F28E3">
            <w:r>
              <w:rPr>
                <w:b/>
                <w:sz w:val="20"/>
              </w:rPr>
              <w:t>Öğretme Öğrenme Yöntem ve Teknikleri</w:t>
            </w:r>
          </w:p>
        </w:tc>
        <w:tc>
          <w:tcPr>
            <w:tcW w:w="7540" w:type="dxa"/>
          </w:tcPr>
          <w:p w:rsidR="00D31B41" w:rsidRDefault="003F28E3">
            <w:pPr>
              <w:spacing w:after="40" w:line="259" w:lineRule="auto"/>
            </w:pPr>
            <w:r>
              <w:rPr>
                <w:sz w:val="20"/>
              </w:rPr>
              <w:t>Anlatım yöntemi</w:t>
            </w:r>
          </w:p>
        </w:tc>
      </w:tr>
      <w:tr w:rsidR="00D31B41" w:rsidTr="00544C85">
        <w:tc>
          <w:tcPr>
            <w:tcW w:w="2438" w:type="dxa"/>
          </w:tcPr>
          <w:p w:rsidR="00D31B41" w:rsidRDefault="003F28E3">
            <w:r>
              <w:rPr>
                <w:b/>
                <w:sz w:val="20"/>
              </w:rPr>
              <w:t>Kullanılan Eğitim Teknolojileri-Araç, Gereçler ve Kaynakça</w:t>
            </w:r>
          </w:p>
        </w:tc>
        <w:tc>
          <w:tcPr>
            <w:tcW w:w="7540" w:type="dxa"/>
          </w:tcPr>
          <w:p w:rsidR="00D31B41" w:rsidRDefault="003F28E3">
            <w:pPr>
              <w:spacing w:after="40" w:line="259" w:lineRule="auto"/>
            </w:pPr>
            <w:r>
              <w:rPr>
                <w:sz w:val="20"/>
              </w:rPr>
              <w:t>Ders kitabı, akıllı tahta</w:t>
            </w:r>
          </w:p>
        </w:tc>
      </w:tr>
      <w:tr w:rsidR="00D31B41" w:rsidTr="00544C85">
        <w:tc>
          <w:tcPr>
            <w:tcW w:w="2438" w:type="dxa"/>
          </w:tcPr>
          <w:p w:rsidR="00D31B41" w:rsidRDefault="003F28E3">
            <w:r>
              <w:rPr>
                <w:b/>
                <w:sz w:val="20"/>
              </w:rPr>
              <w:t>Öğretme-Öğrenme Etkinlikleri</w:t>
            </w:r>
          </w:p>
        </w:tc>
        <w:tc>
          <w:tcPr>
            <w:tcW w:w="7540" w:type="dxa"/>
          </w:tcPr>
          <w:p w:rsidR="00D31B41" w:rsidRDefault="003F28E3">
            <w:pPr>
              <w:spacing w:after="40" w:line="259" w:lineRule="auto"/>
            </w:pPr>
            <w:r>
              <w:rPr>
                <w:b/>
                <w:sz w:val="20"/>
              </w:rPr>
              <w:t xml:space="preserve">Dikkat Çekme: </w:t>
            </w:r>
            <w:r>
              <w:rPr>
                <w:sz w:val="20"/>
              </w:rPr>
              <w:t>Masal türleri nelerdir?</w:t>
            </w:r>
          </w:p>
          <w:p w:rsidR="00D31B41" w:rsidRDefault="003F28E3">
            <w:pPr>
              <w:spacing w:after="40" w:line="259" w:lineRule="auto"/>
            </w:pPr>
            <w:r>
              <w:rPr>
                <w:b/>
                <w:sz w:val="20"/>
              </w:rPr>
              <w:t xml:space="preserve">Derse Geçiş: </w:t>
            </w:r>
            <w:r>
              <w:rPr>
                <w:sz w:val="20"/>
              </w:rPr>
              <w:t>Öğrencilerin dikkati çekildikten ve öğrenciler güdülendikten sonra derse geçilir.</w:t>
            </w:r>
          </w:p>
          <w:p w:rsidR="00D31B41" w:rsidRDefault="003F28E3">
            <w:pPr>
              <w:spacing w:after="40" w:line="259" w:lineRule="auto"/>
            </w:pPr>
            <w:r>
              <w:rPr>
                <w:b/>
                <w:sz w:val="20"/>
              </w:rPr>
              <w:t xml:space="preserve">Etkinlikler: </w:t>
            </w:r>
            <w:r>
              <w:rPr>
                <w:sz w:val="20"/>
              </w:rPr>
              <w:t>Ders kitabındaki etkinlikler yaptırılır.</w:t>
            </w:r>
          </w:p>
          <w:p w:rsidR="00D31B41" w:rsidRDefault="003F28E3">
            <w:pPr>
              <w:spacing w:after="40" w:line="259" w:lineRule="auto"/>
            </w:pPr>
            <w:r>
              <w:rPr>
                <w:b/>
                <w:sz w:val="20"/>
              </w:rPr>
              <w:t xml:space="preserve">Bireysel Öğrenme Etkinlikleri (Ödev,deney): </w:t>
            </w:r>
            <w:r>
              <w:rPr>
                <w:sz w:val="20"/>
              </w:rPr>
              <w:t>Açık uçlu sorular sorulur</w:t>
            </w:r>
            <w:r>
              <w:rPr>
                <w:sz w:val="20"/>
              </w:rPr>
              <w:t>.</w:t>
            </w:r>
          </w:p>
          <w:p w:rsidR="00D31B41" w:rsidRDefault="003F28E3">
            <w:pPr>
              <w:spacing w:after="40" w:line="259" w:lineRule="auto"/>
            </w:pPr>
            <w:r>
              <w:rPr>
                <w:b/>
                <w:sz w:val="20"/>
              </w:rPr>
              <w:t xml:space="preserve">Grupla öğrenme etkinlikleri: </w:t>
            </w:r>
            <w:r>
              <w:rPr>
                <w:sz w:val="20"/>
              </w:rPr>
              <w:t>Çalışma grupları oluşturulabilir.</w:t>
            </w:r>
          </w:p>
        </w:tc>
      </w:tr>
      <w:tr w:rsidR="00D31B41" w:rsidTr="00544C85">
        <w:tc>
          <w:tcPr>
            <w:tcW w:w="2438" w:type="dxa"/>
          </w:tcPr>
          <w:p w:rsidR="00D31B41" w:rsidRDefault="003F28E3">
            <w:r>
              <w:rPr>
                <w:b/>
                <w:sz w:val="20"/>
              </w:rPr>
              <w:t>Özet</w:t>
            </w:r>
          </w:p>
        </w:tc>
        <w:tc>
          <w:tcPr>
            <w:tcW w:w="7540" w:type="dxa"/>
          </w:tcPr>
          <w:p w:rsidR="00D31B41" w:rsidRDefault="003F28E3">
            <w:pPr>
              <w:spacing w:after="40" w:line="259" w:lineRule="auto"/>
              <w:jc w:val="both"/>
            </w:pPr>
            <w:r>
              <w:rPr>
                <w:sz w:val="20"/>
              </w:rPr>
              <w:t xml:space="preserve">Masal ya da erteği esas itibarıyla sözlü anonim halk edebiyatı ürünü, kahramanları arasında olağanüstü kişi veya yaratıkların bulunabildiği, anlatılan olayların tamamen gerçek dışı </w:t>
            </w:r>
            <w:r>
              <w:rPr>
                <w:sz w:val="20"/>
              </w:rPr>
              <w:t>olduğu, yer ve zaman ögesinin ise daima belirsiz olduğu bir anlatı türüdür.</w:t>
            </w:r>
          </w:p>
          <w:p w:rsidR="00D31B41" w:rsidRDefault="003F28E3">
            <w:pPr>
              <w:spacing w:after="40" w:line="259" w:lineRule="auto"/>
              <w:jc w:val="both"/>
            </w:pPr>
            <w:r>
              <w:rPr>
                <w:sz w:val="20"/>
              </w:rPr>
              <w:t>Masalı, öykü ve destan gibi türlerden ayıran en önemli temel özellik ise gerçek dışı ögeler içermesi ve anlatılanları gerçeğe benzetme çabası içinde olmamasıdır. Masallarda olaylar</w:t>
            </w:r>
            <w:r>
              <w:rPr>
                <w:sz w:val="20"/>
              </w:rPr>
              <w:t xml:space="preserve"> bilinmeyen bir zamanda geçer. Türkçede, bilinmeyen geçmiş zamana en uygun kip öğrenilen geçmiş zaman olduğundan, tüm masallar genellikle bu kiple anlatılır, görülen geçmiş zaman kipi ise hiç kullanılmaz, fakat bazen şimdiki zaman veya geniş zaman kipi kul</w:t>
            </w:r>
            <w:r>
              <w:rPr>
                <w:sz w:val="20"/>
              </w:rPr>
              <w:t>lanılır. Masal terimi öncelikle, , , gibi ulusal ve uluslararası sözlü geleneğin ürünleri olan halk öykülerini kapsasa da, sözlü geleneğin mahsulü olmayan, yani yazarı belli olan, fakat masal tarzında yazılmış eserler de bu türün içinde yer alır. Masallar,</w:t>
            </w:r>
            <w:r>
              <w:rPr>
                <w:sz w:val="20"/>
              </w:rPr>
              <w:t xml:space="preserve"> genellikle "masal anaları" tarafından, dinlemeye hazır gruplara anlatılır ve bu masallar, daha sonra derlemeciler tarafından aktarılır. Kelime, Arapçadaki "mesel" kelimesinden Türkçeye geçmiştir. Anadolu'da masal kelimesi yerine "metel, mesele, matal, hek</w:t>
            </w:r>
            <w:r>
              <w:rPr>
                <w:sz w:val="20"/>
              </w:rPr>
              <w:t>â, hikâ, hikiya, hekeya, oranlama, ozanlama ve nagıl" şeklinde kulanımlar da vardır.Türk edebiyatında masalın birçok tanımı yapılmıştır. 'nun Güncel Türkçe Sözlük'ünde "Genellikle halkın yarattığı, hayale dayanan, sözlü gelenekte yaşayan, çoğunlukla insanl</w:t>
            </w:r>
            <w:r>
              <w:rPr>
                <w:sz w:val="20"/>
              </w:rPr>
              <w:t>ar, hayvanlar ile cadı, cin, dev, peri vb. varlıkların başından geçen olağanüstü olayları anlatan edebî tür." olarak geçer., Masal Araştırmaları adlı kitabında "Olayların geçtiği yer ve zaman belli olmayan; , , , , gibi kahramanları, belirli kişileri temsi</w:t>
            </w:r>
            <w:r>
              <w:rPr>
                <w:sz w:val="20"/>
              </w:rPr>
              <w:t>l etmeyen hikâyelerdir." şeklinde tanımlamıştır. ise "Genellikle doğaüstü kahramanlara ve maceralara yer verilen, konusu hayali, kulaktan kulağa aktarılarak geçen halk hikâyeleridir." şeklinde tanımını yapmıştır. Osmanlıca–Türkçe Ansiklopedik Sözlük'te "me</w:t>
            </w:r>
            <w:r>
              <w:rPr>
                <w:sz w:val="20"/>
              </w:rPr>
              <w:t>sel, terbiye ve ahlaka faydalı olan hikâye" şeklinde tarif edilmiştir.</w:t>
            </w:r>
          </w:p>
          <w:p w:rsidR="00D31B41" w:rsidRDefault="003F28E3">
            <w:pPr>
              <w:spacing w:after="40" w:line="259" w:lineRule="auto"/>
            </w:pPr>
            <w:r>
              <w:rPr>
                <w:sz w:val="20"/>
              </w:rPr>
              <w:t>.</w:t>
            </w:r>
          </w:p>
        </w:tc>
      </w:tr>
      <w:tr w:rsidR="00D31B41" w:rsidTr="00544C85">
        <w:tc>
          <w:tcPr>
            <w:tcW w:w="2438" w:type="dxa"/>
          </w:tcPr>
          <w:p w:rsidR="00D31B41" w:rsidRDefault="003F28E3">
            <w:r>
              <w:rPr>
                <w:b/>
                <w:sz w:val="20"/>
              </w:rPr>
              <w:t>Ölçme-Değerlendirme</w:t>
            </w:r>
          </w:p>
        </w:tc>
        <w:tc>
          <w:tcPr>
            <w:tcW w:w="7540" w:type="dxa"/>
          </w:tcPr>
          <w:p w:rsidR="00D31B41" w:rsidRDefault="003F28E3">
            <w:pPr>
              <w:spacing w:after="40" w:line="259" w:lineRule="auto"/>
            </w:pPr>
            <w:r>
              <w:rPr>
                <w:sz w:val="20"/>
              </w:rPr>
              <w:t>ÖĞRENCİLERE KAZANIMLA İLGİLİ SORULAR SORULUR.</w:t>
            </w:r>
          </w:p>
        </w:tc>
      </w:tr>
    </w:tbl>
    <w:p w:rsidR="00D31B41" w:rsidRDefault="00D31B41">
      <w:pPr>
        <w:spacing w:after="0"/>
      </w:pPr>
    </w:p>
    <w:p w:rsidR="00D31B41" w:rsidRDefault="00D31B41">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D31B41">
        <w:trPr>
          <w:cantSplit/>
          <w:jc w:val="center"/>
        </w:trPr>
        <w:tc>
          <w:tcPr>
            <w:tcW w:w="4989" w:type="dxa"/>
          </w:tcPr>
          <w:p w:rsidR="00D31B41" w:rsidRDefault="003F28E3" w:rsidP="00544C85">
            <w:pPr>
              <w:jc w:val="center"/>
            </w:pPr>
            <w:r>
              <w:rPr>
                <w:sz w:val="21"/>
              </w:rPr>
              <w:lastRenderedPageBreak/>
              <w:br/>
              <w:t>14.09.2026</w:t>
            </w:r>
            <w:r>
              <w:rPr>
                <w:sz w:val="21"/>
              </w:rPr>
              <w:br/>
            </w:r>
            <w:r>
              <w:rPr>
                <w:sz w:val="21"/>
              </w:rPr>
              <w:br/>
            </w:r>
            <w:bookmarkStart w:id="0" w:name="_GoBack"/>
            <w:bookmarkEnd w:id="0"/>
            <w:r>
              <w:rPr>
                <w:sz w:val="20"/>
              </w:rPr>
              <w:t>Ders Öğretmeni</w:t>
            </w:r>
          </w:p>
        </w:tc>
        <w:tc>
          <w:tcPr>
            <w:tcW w:w="4989" w:type="dxa"/>
          </w:tcPr>
          <w:p w:rsidR="00D31B41" w:rsidRDefault="003F28E3">
            <w:pPr>
              <w:jc w:val="center"/>
            </w:pPr>
            <w:r>
              <w:rPr>
                <w:b/>
                <w:sz w:val="21"/>
              </w:rPr>
              <w:t>U</w:t>
            </w:r>
            <w:r>
              <w:rPr>
                <w:b/>
                <w:sz w:val="21"/>
              </w:rPr>
              <w:t>YGUNDUR</w:t>
            </w:r>
            <w:r>
              <w:rPr>
                <w:b/>
                <w:sz w:val="21"/>
              </w:rPr>
              <w:br/>
              <w:t>14.09.2026</w:t>
            </w:r>
            <w:r>
              <w:rPr>
                <w:b/>
                <w:sz w:val="21"/>
              </w:rPr>
              <w:br/>
            </w:r>
            <w:r>
              <w:rPr>
                <w:b/>
                <w:sz w:val="21"/>
              </w:rPr>
              <w:br/>
              <w:t>…………………</w:t>
            </w:r>
            <w:r>
              <w:rPr>
                <w:b/>
                <w:sz w:val="21"/>
              </w:rPr>
              <w:br/>
            </w:r>
            <w:r>
              <w:rPr>
                <w:sz w:val="20"/>
              </w:rPr>
              <w:t>Okul Müdürü</w:t>
            </w:r>
          </w:p>
        </w:tc>
      </w:tr>
    </w:tbl>
    <w:p w:rsidR="003F28E3" w:rsidRDefault="003F28E3"/>
    <w:sectPr w:rsidR="003F28E3"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F28E3"/>
    <w:rsid w:val="00544C85"/>
    <w:rsid w:val="00AA1D8D"/>
    <w:rsid w:val="00B47730"/>
    <w:rsid w:val="00CB0664"/>
    <w:rsid w:val="00D31B4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5B07A0"/>
  <w14:defaultImageDpi w14:val="300"/>
  <w15:docId w15:val="{C9D2AE1E-D30E-42EA-BBF8-2D7EAC201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A5EC3-B5EB-45A1-B281-AE3CE75F2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Masal ve Destanlarımız 1 Günlük Plan — 1. Hafta</dc:title>
  <dc:subject>günlük plan</dc:subject>
  <dc:creator>evrakburada</dc:creator>
  <cp:keywords>günlük plan, Masal ve Destanlarımız 1, 5. sınıf, 1. hafta</cp:keywords>
  <dc:description/>
  <cp:lastModifiedBy>HP</cp:lastModifiedBy>
  <cp:revision>2</cp:revision>
  <dcterms:created xsi:type="dcterms:W3CDTF">2013-12-23T23:15:00Z</dcterms:created>
  <dcterms:modified xsi:type="dcterms:W3CDTF">2026-10-17T10:05:00Z</dcterms:modified>
  <cp:category/>
</cp:coreProperties>
</file>