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6764FB" w:rsidRDefault="00706924">
            <w:pPr>
              <w:spacing w:before="100" w:after="20"/>
              <w:jc w:val="center"/>
            </w:pPr>
            <w:r>
              <w:rPr>
                <w:b w:val="0"/>
                <w:sz w:val="21"/>
              </w:rPr>
              <w:t>2026-2027 EĞİTİM-ÖĞRETİM YILI</w:t>
            </w:r>
          </w:p>
          <w:p w:rsidR="006764FB" w:rsidRDefault="00706924">
            <w:pPr>
              <w:spacing w:after="20"/>
              <w:jc w:val="center"/>
            </w:pPr>
            <w:r>
              <w:rPr>
                <w:sz w:val="26"/>
              </w:rPr>
              <w:t>…………………</w:t>
            </w:r>
          </w:p>
          <w:p w:rsidR="006764FB" w:rsidRDefault="00706924">
            <w:pPr>
              <w:spacing w:after="20"/>
              <w:jc w:val="center"/>
            </w:pPr>
            <w:r>
              <w:rPr>
                <w:sz w:val="30"/>
              </w:rPr>
              <w:t>5. SINIF AHLAK VE VATANDAŞLIK EĞİTİMİ 1 DERSİ</w:t>
            </w:r>
          </w:p>
          <w:p w:rsidR="006764FB" w:rsidRDefault="00706924">
            <w:pPr>
              <w:spacing w:after="20"/>
              <w:jc w:val="center"/>
            </w:pPr>
            <w:r>
              <w:rPr>
                <w:sz w:val="24"/>
              </w:rPr>
              <w:t>GÜNLÜK PLAN</w:t>
            </w:r>
          </w:p>
          <w:p w:rsidR="006764FB" w:rsidRDefault="00706924">
            <w:pPr>
              <w:spacing w:after="100"/>
              <w:jc w:val="center"/>
            </w:pPr>
            <w:r>
              <w:rPr>
                <w:b w:val="0"/>
                <w:sz w:val="21"/>
              </w:rPr>
              <w:t>3. Hafta  ·  28 Eylül – 2 Ekim 2026</w:t>
            </w:r>
          </w:p>
        </w:tc>
      </w:tr>
    </w:tbl>
    <w:p w:rsidR="006764FB" w:rsidRDefault="006764FB">
      <w:pPr>
        <w:spacing w:after="0"/>
      </w:pPr>
    </w:p>
    <w:tbl>
      <w:tblPr>
        <w:tblStyle w:val="DzTablo1"/>
        <w:tblW w:w="0" w:type="auto"/>
        <w:tblLook w:val="04A0" w:firstRow="1" w:lastRow="0" w:firstColumn="1" w:lastColumn="0" w:noHBand="0" w:noVBand="1"/>
      </w:tblPr>
      <w:tblGrid>
        <w:gridCol w:w="2494"/>
        <w:gridCol w:w="2494"/>
        <w:gridCol w:w="2494"/>
        <w:gridCol w:w="2494"/>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6764FB" w:rsidRDefault="00706924">
            <w:pPr>
              <w:jc w:val="center"/>
            </w:pPr>
            <w:r>
              <w:rPr>
                <w:sz w:val="16"/>
              </w:rPr>
              <w:t>DERS</w:t>
            </w:r>
            <w:r>
              <w:rPr>
                <w:sz w:val="16"/>
              </w:rPr>
              <w:br/>
            </w:r>
            <w:r>
              <w:rPr>
                <w:b w:val="0"/>
                <w:sz w:val="20"/>
              </w:rPr>
              <w:t>Ahlak ve Vatandaşlık Eğitimi 1</w:t>
            </w:r>
          </w:p>
        </w:tc>
        <w:tc>
          <w:tcPr>
            <w:tcW w:w="2494" w:type="dxa"/>
          </w:tcPr>
          <w:p w:rsidR="006764FB" w:rsidRDefault="00706924">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6764FB" w:rsidRDefault="00706924">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3. Hafta</w:t>
            </w:r>
          </w:p>
        </w:tc>
        <w:tc>
          <w:tcPr>
            <w:tcW w:w="2494" w:type="dxa"/>
          </w:tcPr>
          <w:p w:rsidR="006764FB" w:rsidRDefault="00706924">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6764FB" w:rsidRDefault="006764FB">
      <w:pPr>
        <w:spacing w:after="0"/>
      </w:pPr>
    </w:p>
    <w:p w:rsidR="006764FB" w:rsidRDefault="00706924">
      <w:pPr>
        <w:keepNext/>
        <w:pBdr>
          <w:bottom w:val="single" w:sz="8" w:space="2" w:color="4A2A14"/>
        </w:pBdr>
        <w:spacing w:before="120" w:after="80"/>
      </w:pPr>
      <w:r>
        <w:rPr>
          <w:b/>
          <w:sz w:val="23"/>
        </w:rPr>
        <w:t xml:space="preserve">1. BÖLÜM  ·  DERS </w:t>
      </w:r>
      <w:r>
        <w:rPr>
          <w:b/>
          <w:sz w:val="23"/>
        </w:rPr>
        <w:t>BİLGİLERİ</w:t>
      </w:r>
    </w:p>
    <w:tbl>
      <w:tblPr>
        <w:tblStyle w:val="DzTablo1"/>
        <w:tblW w:w="0" w:type="auto"/>
        <w:tblLook w:val="04A0" w:firstRow="1" w:lastRow="0" w:firstColumn="1" w:lastColumn="0" w:noHBand="0" w:noVBand="1"/>
      </w:tblPr>
      <w:tblGrid>
        <w:gridCol w:w="2438"/>
        <w:gridCol w:w="7540"/>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Ünite / Tema Adı / No</w:t>
            </w:r>
          </w:p>
        </w:tc>
        <w:tc>
          <w:tcPr>
            <w:tcW w:w="7540" w:type="dxa"/>
          </w:tcPr>
          <w:p w:rsidR="006764FB" w:rsidRDefault="00706924">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1. TEMA: AHLAKI DEĞERLER VE DAVRANIŞLAR</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İçerik Çerçevesi</w:t>
            </w:r>
          </w:p>
        </w:tc>
        <w:tc>
          <w:tcPr>
            <w:tcW w:w="7540" w:type="dxa"/>
          </w:tcPr>
          <w:p w:rsidR="006764FB" w:rsidRDefault="00706924">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Ahlakın Temel Kavramları ve Kaynakları</w:t>
            </w:r>
          </w:p>
        </w:tc>
      </w:tr>
    </w:tbl>
    <w:p w:rsidR="006764FB" w:rsidRDefault="006764FB">
      <w:pPr>
        <w:spacing w:after="0"/>
      </w:pPr>
    </w:p>
    <w:p w:rsidR="006764FB" w:rsidRDefault="00706924">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Alan Becerileri</w:t>
            </w:r>
          </w:p>
        </w:tc>
        <w:tc>
          <w:tcPr>
            <w:tcW w:w="7540" w:type="dxa"/>
          </w:tcPr>
          <w:p w:rsidR="006764FB" w:rsidRDefault="00706924">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SBAB2. Kanıta Dayalı Sorgulama ve Araştırma </w:t>
            </w:r>
            <w:r>
              <w:rPr>
                <w:b w:val="0"/>
                <w:sz w:val="20"/>
              </w:rPr>
              <w:t>(SBAB2.2. Kaynaklardan Bilgi Toplama)</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Kavramsal Beceriler</w:t>
            </w:r>
          </w:p>
        </w:tc>
        <w:tc>
          <w:tcPr>
            <w:tcW w:w="7540" w:type="dxa"/>
          </w:tcPr>
          <w:p w:rsidR="006764FB" w:rsidRDefault="00706924">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KB2.14. Yorumlama, KB2.15. Yansıtma</w:t>
            </w:r>
          </w:p>
        </w:tc>
      </w:tr>
      <w:tr w:rsidR="006764FB" w:rsidTr="00CA7FAA">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Eğilimler</w:t>
            </w:r>
          </w:p>
        </w:tc>
        <w:tc>
          <w:tcPr>
            <w:tcW w:w="7540" w:type="dxa"/>
          </w:tcPr>
          <w:p w:rsidR="006764FB" w:rsidRDefault="00706924">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E1.6. Seçicilik, E2.2. Sorumluluk, E3.1. Muhakeme</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Programlar Arası Bileşenler</w:t>
            </w:r>
          </w:p>
        </w:tc>
        <w:tc>
          <w:tcPr>
            <w:tcW w:w="7540" w:type="dxa"/>
          </w:tcPr>
          <w:p w:rsidR="006764FB" w:rsidRDefault="00706924">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 xml:space="preserve">SDB2.1. İletişim, SDB2.2. İş </w:t>
            </w:r>
            <w:r>
              <w:rPr>
                <w:sz w:val="20"/>
              </w:rPr>
              <w:t>Birliği, SDB2.3. Sosyal Farkındalık, SDB3.1. Uyum</w:t>
            </w:r>
          </w:p>
          <w:p w:rsidR="006764FB" w:rsidRDefault="00706924">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D2. Aile Bütünlüğü, D4. Dostluk, D5. Duyarlılık, D14. Saygı, D16. Sorumluluk, D20. Yardımseverlik</w:t>
            </w:r>
          </w:p>
          <w:p w:rsidR="006764FB" w:rsidRDefault="00706924">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 xml:space="preserve">OB1. Bilgi Okuryazarlığı, OB2. Dijital Okuryazarlık, OB4. Görsel </w:t>
            </w:r>
            <w:r>
              <w:rPr>
                <w:sz w:val="20"/>
              </w:rPr>
              <w:t>Okuryazarlık, OB6. Vatandaşlık Okuryazarlığı, OB9. Sanat Okuryazarlığı</w:t>
            </w:r>
          </w:p>
        </w:tc>
      </w:tr>
      <w:tr w:rsidR="006764FB" w:rsidTr="00CA7FAA">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Disiplinler Arası İlişkiler</w:t>
            </w:r>
          </w:p>
        </w:tc>
        <w:tc>
          <w:tcPr>
            <w:tcW w:w="7540" w:type="dxa"/>
          </w:tcPr>
          <w:p w:rsidR="006764FB" w:rsidRDefault="00706924">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Bilişim Teknolojileri ve Yazılım, Din Kültürü ve Ahlak Bilgisi, Görsel Sanatlar, Sosyal Bilgiler, Teknoloji ve Tasarım, Türkçe</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Beceriler Arası İlişkiler</w:t>
            </w:r>
          </w:p>
        </w:tc>
        <w:tc>
          <w:tcPr>
            <w:tcW w:w="7540" w:type="dxa"/>
          </w:tcPr>
          <w:p w:rsidR="006764FB" w:rsidRDefault="00706924">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w:t>
            </w:r>
            <w:r>
              <w:rPr>
                <w:sz w:val="20"/>
              </w:rPr>
              <w:t>2.7. Karşılaştırma, KB2.17. Değerlendirme</w:t>
            </w:r>
          </w:p>
        </w:tc>
      </w:tr>
    </w:tbl>
    <w:p w:rsidR="006764FB" w:rsidRDefault="006764FB">
      <w:pPr>
        <w:spacing w:after="0"/>
      </w:pPr>
    </w:p>
    <w:p w:rsidR="006764FB" w:rsidRDefault="00706924">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Öğrenme Çıktıları</w:t>
            </w:r>
          </w:p>
        </w:tc>
        <w:tc>
          <w:tcPr>
            <w:tcW w:w="7540" w:type="dxa"/>
          </w:tcPr>
          <w:p w:rsidR="006764FB" w:rsidRDefault="00706924">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AVE.1.1.1. </w:t>
            </w:r>
            <w:r>
              <w:rPr>
                <w:b w:val="0"/>
                <w:sz w:val="20"/>
              </w:rPr>
              <w:t>Ahlaka ilişkin temel kavramlar ve ahlakın kaynakları hakkında bilgi toplayabilme</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Anahtar Kavramlar</w:t>
            </w:r>
          </w:p>
        </w:tc>
        <w:tc>
          <w:tcPr>
            <w:tcW w:w="7540" w:type="dxa"/>
          </w:tcPr>
          <w:p w:rsidR="006764FB" w:rsidRDefault="00706924">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ahlak, ahlaki ilke, </w:t>
            </w:r>
            <w:r>
              <w:rPr>
                <w:sz w:val="20"/>
              </w:rPr>
              <w:t>ahlaki karar alma, ahlaki ölçüt, ahlaki sorumluluk, aile, değer, edep, erdem, etik, huy, mizaç, terbiye, vicdan</w:t>
            </w:r>
          </w:p>
        </w:tc>
      </w:tr>
      <w:tr w:rsidR="006764FB" w:rsidTr="00CA7FAA">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Öğrenme-Öğretme Yaşantıları</w:t>
            </w:r>
          </w:p>
        </w:tc>
        <w:tc>
          <w:tcPr>
            <w:tcW w:w="7540" w:type="dxa"/>
          </w:tcPr>
          <w:p w:rsidR="006764FB" w:rsidRDefault="00706924">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ahlak, iyi-kötü, doğru-yanlış, sorumluluk, doğruluk, dürüstlük, yardımseverlik, saygı,</w:t>
            </w:r>
            <w:r>
              <w:rPr>
                <w:sz w:val="20"/>
              </w:rPr>
              <w:t xml:space="preserve"> adalet gibi kavram ve değerlere ilişkin temel bilgiye sahip oldukları kabul edilmektedir.</w:t>
            </w:r>
          </w:p>
          <w:p w:rsidR="006764FB" w:rsidRDefault="00706924">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Öğrencilere “Ahlak nedir?”, “İyi ve kötü kavramlarını nasıl tanımlarsınız?”, “Doğru ve yanlış kavramları sizin için ne ifade ediyor?” gibi a</w:t>
            </w:r>
            <w:r>
              <w:rPr>
                <w:sz w:val="20"/>
              </w:rPr>
              <w:t>çık uçlu sorular sorulabilir. Öğrencilere “Dürüstlük, yardımseverlik, saygı ve adalet sizin için ne ifade ediyor?”, “Günlük yaşamda iyi ve kötü davranışları nasıl ayırt edersiniz?” gibi sorular sorulabilir. Öğrencilere “Sizce ahlaki sorumluluk nedir?”, “Gü</w:t>
            </w:r>
            <w:r>
              <w:rPr>
                <w:sz w:val="20"/>
              </w:rPr>
              <w:t>nlük yaşamda hangi davranışlarınızı ahlaki buluyorsunuz?”, “Bu davranışlarınız başkalarını nasıl etkiliyor?” gibi sorular sorulabilir.</w:t>
            </w:r>
          </w:p>
          <w:p w:rsidR="006764FB" w:rsidRDefault="00706924">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Öğrencilerden yardımseverlik, yalan söylememe, insanlara saygılı davranma, toplu taşıma aracında yaşlılara y</w:t>
            </w:r>
            <w:r>
              <w:rPr>
                <w:sz w:val="20"/>
              </w:rPr>
              <w:t>er verme, sözünde durma gibi ahlaki davranışların günlük hayata etkilerine örnekler vermeleri istenebilir. Öğrencilerden adalet, eşitlik, empati, dürüstlük, yardımseverlik, saygı gibi değerlerle ilişkili olan davranışlara günlük yaşamdan örnekler vermeleri</w:t>
            </w:r>
            <w:r>
              <w:rPr>
                <w:sz w:val="20"/>
              </w:rPr>
              <w:t xml:space="preserve"> istenebilir. Öğrencilerden dürüstlük, saygı, sorumluluk, adalet, yardımseverlik gibi temel değerler ve ahlaki </w:t>
            </w:r>
            <w:r>
              <w:rPr>
                <w:sz w:val="20"/>
              </w:rPr>
              <w:lastRenderedPageBreak/>
              <w:t>sorumluluk kavramları ile ilgili yaşadıkları durumları paylaşmaları istenebilir.</w:t>
            </w:r>
          </w:p>
          <w:p w:rsidR="006764FB" w:rsidRDefault="00706924">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AVE.1.1.1 Öğrencilerden ahlaka ili</w:t>
            </w:r>
            <w:r>
              <w:rPr>
                <w:sz w:val="20"/>
              </w:rPr>
              <w:t>şkin temel kavramlar (ahlak, iyi, kötü, vicdan, mizaç, edep, erdem vb.) ve ahlakın kaynakları (din, örf, adet, gelenek, görenek, görgü vb.) hakkında bilgi toplamak amacıyla verilen yazılı, sözlü, görsel veya dijital kaynakları incelemeleri ve hangi kaynakl</w:t>
            </w:r>
            <w:r>
              <w:rPr>
                <w:sz w:val="20"/>
              </w:rPr>
              <w:t>ardan yararlanacaklarını belirlemeleri istenir. Bu aşamada yazılı kaynaklar (kitap, makale, dergi, gazete haberleri vb.), sözlü kaynaklar (aile büyükleriyle yapılacak kısa görüşmeler vb.), görsel kaynaklar (afiş, broşür, belgesel, video vb.) ve dijital kay</w:t>
            </w:r>
            <w:r>
              <w:rPr>
                <w:sz w:val="20"/>
              </w:rPr>
              <w:t xml:space="preserve">naklar (güvenilir genel ağ siteleri, çevrim içi ansiklopediler vb.) arasından seçim yapabilecekleri vurgulanır (E1.6, OB1, OB2, OB4). Öğrencilerden belirledikleri kaynaklardan ahlaka ilişkin temel kavramlar ve ahlakın kaynakları hakkında bilgi toplamaları </w:t>
            </w:r>
            <w:r>
              <w:rPr>
                <w:sz w:val="20"/>
              </w:rPr>
              <w:t>istenir. Bu süreçte öğrencilerin kavramların oluşumunda etkili olan dinî ve toplumsal değerleri fark etmeleri sağlanır (E3.1). Dinî kaynakların Kur’an, sünnet, kıyas ve icma gibi unsurlardan oluştuğu belirtilir. Ayrıca dinî ve kültürel kaynaklardan beslene</w:t>
            </w:r>
            <w:r>
              <w:rPr>
                <w:sz w:val="20"/>
              </w:rPr>
              <w:t>rek oluşturulmuş eserlerden de (fütüvvetname, Kutadgu Bilig, Atabetü’l-Hakayık, Divân-ı Hikmet, Siyasetnâme, Dede Korkut Hikâyeleri vb.) yararlanabilecekleri ifade edilir. Doğruluk, yardımlaşma, yalan söylememe ve kul hakkına riayet etme gibi davranışların</w:t>
            </w:r>
            <w:r>
              <w:rPr>
                <w:sz w:val="20"/>
              </w:rPr>
              <w:t xml:space="preserve"> dinî kaynaklarda önemli bir yer tuttuğu ve bu değerlerin toplumsal hayata yön verdiği vurgulanır. Toplu taşıma araçlarında yaşlılara yer verme, sıra beklerken kurallara uyma, insanlara saygılı davranma, emaneti koruma, kul hakkını gözetme, sözünde durma g</w:t>
            </w:r>
            <w:r>
              <w:rPr>
                <w:sz w:val="20"/>
              </w:rPr>
              <w:t>ibi örnekler üzerinden toplum kaynaklı ahlaki davranışlar ele alınır (D5.1, D14.1, SDB2.3). Bu davranışların, dinî ve kültürel değerlerin etkisiyle şekillendiği ifade edilerek dinî ve toplumsal kaynakların bazı yönlerden örtüştüğü fark ettirilir (KB2.7). Ö</w:t>
            </w:r>
            <w:r>
              <w:rPr>
                <w:sz w:val="20"/>
              </w:rPr>
              <w:t>ğrencilerin topladıkları bilgileri sınıfta paylaşmaları sağlanır ve onlardan bilgi toplarken kullandıkları kaynakları karşılaştırmaları istenir (KB2.7). Bu süreçte öğrencilerden kullandıkları kaynakların uygunluğunu açıklamaları da istenir. Öğrencilerden a</w:t>
            </w:r>
            <w:r>
              <w:rPr>
                <w:sz w:val="20"/>
              </w:rPr>
              <w:t xml:space="preserve">hlaka ilişkin temel kavramlar ve ahlakın kaynaklarıyla ilgili toplanan bilgilerin kaydedilmesi istenir. Bu aşamada ahlakın tanımı, temel kavramların anlamları ve kaynakları; kavram haritası, bilgi kartı veya dijital sunum şeklinde düzenlenerek kaydedilir. </w:t>
            </w:r>
            <w:r>
              <w:rPr>
                <w:sz w:val="20"/>
              </w:rPr>
              <w:t>Süreç boyunca öğrencilerin çalışmaları, çalışma kâğıtları kullanılarak değerlendirilebilir.</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lastRenderedPageBreak/>
              <w:t>İçerik</w:t>
            </w:r>
          </w:p>
        </w:tc>
        <w:tc>
          <w:tcPr>
            <w:tcW w:w="7540" w:type="dxa"/>
          </w:tcPr>
          <w:p w:rsidR="006764FB" w:rsidRDefault="00706924">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822700" cy="191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22700" cy="1917700"/>
                          </a:xfrm>
                          <a:prstGeom prst="rect">
                            <a:avLst/>
                          </a:prstGeom>
                        </pic:spPr>
                      </pic:pic>
                    </a:graphicData>
                  </a:graphic>
                </wp:inline>
              </w:drawing>
            </w:r>
          </w:p>
        </w:tc>
      </w:tr>
    </w:tbl>
    <w:p w:rsidR="006764FB" w:rsidRDefault="006764FB">
      <w:pPr>
        <w:spacing w:after="0"/>
      </w:pPr>
    </w:p>
    <w:p w:rsidR="006764FB" w:rsidRDefault="00706924">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proofErr w:type="spellStart"/>
            <w:r>
              <w:rPr>
                <w:sz w:val="20"/>
              </w:rPr>
              <w:t>Zenginleştirme</w:t>
            </w:r>
            <w:proofErr w:type="spellEnd"/>
          </w:p>
        </w:tc>
        <w:tc>
          <w:tcPr>
            <w:tcW w:w="7540" w:type="dxa"/>
          </w:tcPr>
          <w:p w:rsidR="006764FB" w:rsidRDefault="00706924">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Öğrencilerden ahlaki değerlerin günlük yaşama yansımaları ile ilgili senaryolar hazırlayarak bu senaryoları </w:t>
            </w:r>
            <w:r>
              <w:rPr>
                <w:b w:val="0"/>
                <w:sz w:val="20"/>
              </w:rPr>
              <w:t>rol yapma ve drama şeklinde canlandırmaları istenebilir. Öğrencilerden değerlerle ilgili (dürüstlük, adalet, saygı vb.) özlü sözler bulmaları veya üretmeleri ve bu sözlerin anlamını açıklamaları istenebilir. Yapılan çalışmalar daha sonra sınıfta hazırlanac</w:t>
            </w:r>
            <w:r>
              <w:rPr>
                <w:b w:val="0"/>
                <w:sz w:val="20"/>
              </w:rPr>
              <w:t>ak panoda sergilenebilir. Öğrencilere dürüstlük ve arkadaşlık gibi değerlerin çatıştığı tamamlanmamış bir örnek olay sunulabilir. Öğrencilerden örnek olayı, toplumsal faydayı gözeterek verecekleri kararı gerekçelendirecek şekilde tamamlamaları istenebilir.</w:t>
            </w:r>
          </w:p>
        </w:tc>
      </w:tr>
      <w:tr w:rsidR="006764FB" w:rsidTr="00CA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Destekleme</w:t>
            </w:r>
          </w:p>
        </w:tc>
        <w:tc>
          <w:tcPr>
            <w:tcW w:w="7540" w:type="dxa"/>
          </w:tcPr>
          <w:p w:rsidR="006764FB" w:rsidRDefault="00706924">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çevrelerindeki büyükleriyle ahlakın ne olduğu ve ahlaki davranışların neler olduğu üzerine konuşmaları istenebilir. Bu konularla ilgili yaşadıkları bir olayı öğrenmek için onlarla röportaj yapmaları ve elde ettikleri bilgileri sı</w:t>
            </w:r>
            <w:r>
              <w:rPr>
                <w:sz w:val="20"/>
              </w:rPr>
              <w:t xml:space="preserve">nıfta paylaşmaları istenebilir. Bir hafta boyunca dikkatlerini çeken olayları kaydetmeleri ve </w:t>
            </w:r>
            <w:r>
              <w:rPr>
                <w:sz w:val="20"/>
              </w:rPr>
              <w:lastRenderedPageBreak/>
              <w:t>bu olayları ahlaki ölçütlere göre yorumlayarak sınıfta sunmaları istenebilir. Öğrencilerden sunulan senaryolar veya kısa videolardan yola çıkarak ahlaki sorumlulu</w:t>
            </w:r>
            <w:r>
              <w:rPr>
                <w:sz w:val="20"/>
              </w:rPr>
              <w:t>kların günlük yaşamda nasıl uygulandığını sınıfta sunmaları istenebilir.</w:t>
            </w:r>
          </w:p>
        </w:tc>
      </w:tr>
    </w:tbl>
    <w:p w:rsidR="006764FB" w:rsidRDefault="006764FB">
      <w:pPr>
        <w:spacing w:after="0"/>
      </w:pPr>
    </w:p>
    <w:p w:rsidR="006764FB" w:rsidRDefault="00706924">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6764FB" w:rsidTr="00CA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6764FB" w:rsidRDefault="00706924">
            <w:r>
              <w:rPr>
                <w:sz w:val="20"/>
              </w:rPr>
              <w:t>Öğrenme Kanıtları (Ölçme ve Değerlendirme)</w:t>
            </w:r>
            <w:bookmarkStart w:id="0" w:name="_GoBack"/>
            <w:bookmarkEnd w:id="0"/>
          </w:p>
        </w:tc>
        <w:tc>
          <w:tcPr>
            <w:tcW w:w="7540" w:type="dxa"/>
          </w:tcPr>
          <w:p w:rsidR="006764FB" w:rsidRDefault="00706924">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Bu temada yer alan öğrenme çıktıları; çalışma yaprakları, öz değerlendirme formu, </w:t>
            </w:r>
            <w:r>
              <w:rPr>
                <w:b w:val="0"/>
                <w:sz w:val="20"/>
              </w:rPr>
              <w:t>öğrenme günlüğü ve dereceli puanlama anahtarı kullanılarak değerlendirilebilir.</w:t>
            </w:r>
          </w:p>
          <w:p w:rsidR="006764FB" w:rsidRDefault="00706924">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Performans görevi kapsamında öğrencilerden ahlaki ölçütlere göre inceledikleri olaylardan elde ettikleri çıkarımları yansıtan metin, poster, sunum, kısa video gibi ürünler oluş</w:t>
            </w:r>
            <w:r>
              <w:rPr>
                <w:b w:val="0"/>
                <w:sz w:val="20"/>
              </w:rPr>
              <w:t>turmaları istenebilir. Performans görevi, dereceli puanlama anahtarı kullanılarak değerlendirilebilir.</w:t>
            </w:r>
          </w:p>
        </w:tc>
      </w:tr>
    </w:tbl>
    <w:p w:rsidR="006764FB" w:rsidRDefault="006764FB">
      <w:pPr>
        <w:spacing w:after="0"/>
      </w:pPr>
    </w:p>
    <w:p w:rsidR="006764FB" w:rsidRDefault="006764FB">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6764FB">
        <w:trPr>
          <w:cantSplit/>
          <w:jc w:val="center"/>
        </w:trPr>
        <w:tc>
          <w:tcPr>
            <w:tcW w:w="4989" w:type="dxa"/>
          </w:tcPr>
          <w:p w:rsidR="006764FB" w:rsidRDefault="00706924">
            <w:pPr>
              <w:jc w:val="center"/>
            </w:pPr>
            <w:r>
              <w:rPr>
                <w:sz w:val="21"/>
              </w:rPr>
              <w:br/>
              <w:t>28.09.2026</w:t>
            </w:r>
            <w:r>
              <w:rPr>
                <w:sz w:val="21"/>
              </w:rPr>
              <w:br/>
            </w:r>
            <w:r>
              <w:rPr>
                <w:sz w:val="21"/>
              </w:rPr>
              <w:br/>
            </w:r>
            <w:r>
              <w:rPr>
                <w:b/>
                <w:sz w:val="21"/>
              </w:rPr>
              <w:t>…………………</w:t>
            </w:r>
            <w:r>
              <w:rPr>
                <w:b/>
                <w:sz w:val="21"/>
              </w:rPr>
              <w:br/>
            </w:r>
            <w:r>
              <w:rPr>
                <w:sz w:val="20"/>
              </w:rPr>
              <w:t>Ders Öğretmeni</w:t>
            </w:r>
          </w:p>
        </w:tc>
        <w:tc>
          <w:tcPr>
            <w:tcW w:w="4989" w:type="dxa"/>
          </w:tcPr>
          <w:p w:rsidR="006764FB" w:rsidRDefault="00706924">
            <w:pPr>
              <w:jc w:val="center"/>
            </w:pPr>
            <w:r>
              <w:rPr>
                <w:b/>
                <w:sz w:val="21"/>
              </w:rPr>
              <w:t>UYGUNDUR</w:t>
            </w:r>
            <w:r>
              <w:rPr>
                <w:b/>
                <w:sz w:val="21"/>
              </w:rPr>
              <w:br/>
              <w:t>28.09.2026</w:t>
            </w:r>
            <w:r>
              <w:rPr>
                <w:b/>
                <w:sz w:val="21"/>
              </w:rPr>
              <w:br/>
            </w:r>
            <w:r>
              <w:rPr>
                <w:b/>
                <w:sz w:val="21"/>
              </w:rPr>
              <w:br/>
              <w:t>…………………</w:t>
            </w:r>
            <w:r>
              <w:rPr>
                <w:b/>
                <w:sz w:val="21"/>
              </w:rPr>
              <w:br/>
            </w:r>
            <w:r>
              <w:rPr>
                <w:sz w:val="20"/>
              </w:rPr>
              <w:t>Okul Müdürü</w:t>
            </w:r>
          </w:p>
        </w:tc>
      </w:tr>
    </w:tbl>
    <w:p w:rsidR="00706924" w:rsidRDefault="00706924"/>
    <w:sectPr w:rsidR="00706924"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764FB"/>
    <w:rsid w:val="00706924"/>
    <w:rsid w:val="00AA1D8D"/>
    <w:rsid w:val="00B47730"/>
    <w:rsid w:val="00CA7FA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9502789-277D-4A8A-A946-05EAC5599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CA7FA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CAC17-5BD5-4F01-8435-06A66DF7B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Ahlak ve Vatandaşlık Eğitimi 1 Günlük Plan — 3. Hafta</dc:title>
  <dc:subject>günlük plan</dc:subject>
  <dc:creator>evrakburada</dc:creator>
  <cp:keywords>günlük plan, Ahlak ve Vatandaşlık Eğitimi 1, 5. sınıf, 3. hafta</cp:keywords>
  <dc:description/>
  <cp:lastModifiedBy>HP</cp:lastModifiedBy>
  <cp:revision>3</cp:revision>
  <dcterms:created xsi:type="dcterms:W3CDTF">2013-12-23T23:15:00Z</dcterms:created>
  <dcterms:modified xsi:type="dcterms:W3CDTF">2026-10-16T21:27:00Z</dcterms:modified>
  <cp:category/>
</cp:coreProperties>
</file>