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D86" w:rsidRPr="00FD6A4C" w:rsidRDefault="00FD6A4C">
      <w:pPr>
        <w:spacing w:after="160"/>
        <w:jc w:val="center"/>
        <w:rPr>
          <w:color w:val="000000" w:themeColor="text1"/>
        </w:rPr>
      </w:pPr>
      <w:r w:rsidRPr="00FD6A4C">
        <w:rPr>
          <w:b/>
          <w:color w:val="000000" w:themeColor="text1"/>
          <w:sz w:val="23"/>
        </w:rPr>
        <w:t>………………… MÜDÜRLÜĞÜNE</w:t>
      </w:r>
    </w:p>
    <w:p w:rsidR="00D84D86" w:rsidRPr="00FD6A4C" w:rsidRDefault="00FD6A4C">
      <w:pPr>
        <w:spacing w:after="100"/>
        <w:ind w:firstLine="567"/>
        <w:jc w:val="both"/>
        <w:rPr>
          <w:color w:val="000000" w:themeColor="text1"/>
        </w:rPr>
      </w:pPr>
      <w:r w:rsidRPr="00FD6A4C">
        <w:rPr>
          <w:color w:val="000000" w:themeColor="text1"/>
        </w:rPr>
        <w:t>2026-2027 Eğitim Öğretim Yılı I. Dönem veli toplantısını, aşağıdaki gündem maddelerini görüşmek üzere …… / …… / 20…… tarihinde saat ……… itibarıyla 5/… sınıfı velileriyle yapmak istiyorum.</w:t>
      </w:r>
    </w:p>
    <w:p w:rsidR="00D84D86" w:rsidRPr="00FD6A4C" w:rsidRDefault="00FD6A4C">
      <w:pPr>
        <w:spacing w:after="100"/>
        <w:ind w:firstLine="567"/>
        <w:jc w:val="both"/>
        <w:rPr>
          <w:color w:val="000000" w:themeColor="text1"/>
        </w:rPr>
      </w:pPr>
      <w:r w:rsidRPr="00FD6A4C">
        <w:rPr>
          <w:color w:val="000000" w:themeColor="text1"/>
        </w:rPr>
        <w:t>Gereğini bilgilerinize arz ederim.</w:t>
      </w:r>
    </w:p>
    <w:p w:rsidR="00D84D86" w:rsidRPr="00FD6A4C" w:rsidRDefault="00FD6A4C">
      <w:pPr>
        <w:keepNext/>
        <w:pBdr>
          <w:bottom w:val="single" w:sz="8" w:space="2" w:color="B08968"/>
        </w:pBdr>
        <w:spacing w:before="200" w:after="80"/>
        <w:rPr>
          <w:color w:val="000000" w:themeColor="text1"/>
        </w:rPr>
      </w:pPr>
      <w:r w:rsidRPr="00FD6A4C">
        <w:rPr>
          <w:b/>
          <w:color w:val="000000" w:themeColor="text1"/>
          <w:sz w:val="23"/>
        </w:rPr>
        <w:t xml:space="preserve">GÜNDEM </w:t>
      </w:r>
      <w:r w:rsidRPr="00FD6A4C">
        <w:rPr>
          <w:b/>
          <w:color w:val="000000" w:themeColor="text1"/>
          <w:sz w:val="23"/>
        </w:rPr>
        <w:t>MADDELERİ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w:t>
      </w:r>
      <w:r w:rsidRPr="00FD6A4C">
        <w:rPr>
          <w:b/>
          <w:color w:val="000000" w:themeColor="text1"/>
        </w:rPr>
        <w:tab/>
      </w:r>
      <w:r w:rsidRPr="00FD6A4C">
        <w:rPr>
          <w:color w:val="000000" w:themeColor="text1"/>
        </w:rPr>
        <w:t>Açılış ve yoklama</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2.</w:t>
      </w:r>
      <w:r w:rsidRPr="00FD6A4C">
        <w:rPr>
          <w:b/>
          <w:color w:val="000000" w:themeColor="text1"/>
        </w:rPr>
        <w:tab/>
      </w:r>
      <w:r w:rsidRPr="00FD6A4C">
        <w:rPr>
          <w:color w:val="000000" w:themeColor="text1"/>
        </w:rPr>
        <w:t>Toplantının amacı ve şube rehber öğretmeninin tanıtılması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3.</w:t>
      </w:r>
      <w:r w:rsidRPr="00FD6A4C">
        <w:rPr>
          <w:b/>
          <w:color w:val="000000" w:themeColor="text1"/>
        </w:rPr>
        <w:tab/>
      </w:r>
      <w:r w:rsidRPr="00FD6A4C">
        <w:rPr>
          <w:color w:val="000000" w:themeColor="text1"/>
        </w:rPr>
        <w:t>Ortaokula uyum süreci ve 5. sınıf uyum eğitimi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4.</w:t>
      </w:r>
      <w:r w:rsidRPr="00FD6A4C">
        <w:rPr>
          <w:b/>
          <w:color w:val="000000" w:themeColor="text1"/>
        </w:rPr>
        <w:tab/>
      </w:r>
      <w:r w:rsidRPr="00FD6A4C">
        <w:rPr>
          <w:color w:val="000000" w:themeColor="text1"/>
        </w:rPr>
        <w:t>Branş öğretmeni sistemine geçiş ve ders çeşitliliği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5.</w:t>
      </w:r>
      <w:r w:rsidRPr="00FD6A4C">
        <w:rPr>
          <w:b/>
          <w:color w:val="000000" w:themeColor="text1"/>
        </w:rPr>
        <w:tab/>
      </w:r>
      <w:r w:rsidRPr="00FD6A4C">
        <w:rPr>
          <w:color w:val="000000" w:themeColor="text1"/>
        </w:rPr>
        <w:t>Okul kuralları, kılık kıyafet, tertip ve düzen</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6.</w:t>
      </w:r>
      <w:r w:rsidRPr="00FD6A4C">
        <w:rPr>
          <w:b/>
          <w:color w:val="000000" w:themeColor="text1"/>
        </w:rPr>
        <w:tab/>
      </w:r>
      <w:r w:rsidRPr="00FD6A4C">
        <w:rPr>
          <w:color w:val="000000" w:themeColor="text1"/>
        </w:rPr>
        <w:t xml:space="preserve">Okula </w:t>
      </w:r>
      <w:r w:rsidRPr="00FD6A4C">
        <w:rPr>
          <w:color w:val="000000" w:themeColor="text1"/>
        </w:rPr>
        <w:t>devam ve devamsızlığın takibi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7.</w:t>
      </w:r>
      <w:r w:rsidRPr="00FD6A4C">
        <w:rPr>
          <w:b/>
          <w:color w:val="000000" w:themeColor="text1"/>
        </w:rPr>
        <w:tab/>
      </w:r>
      <w:r w:rsidRPr="00FD6A4C">
        <w:rPr>
          <w:color w:val="000000" w:themeColor="text1"/>
        </w:rPr>
        <w:t>Okul güvenliği ve kontrollü giriş çıkış uygulaması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8.</w:t>
      </w:r>
      <w:r w:rsidRPr="00FD6A4C">
        <w:rPr>
          <w:b/>
          <w:color w:val="000000" w:themeColor="text1"/>
        </w:rPr>
        <w:tab/>
      </w:r>
      <w:r w:rsidRPr="00FD6A4C">
        <w:rPr>
          <w:color w:val="000000" w:themeColor="text1"/>
        </w:rPr>
        <w:t>Veli görüşmelerinin Okul Randevu Sistemi üzerinden planlanması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9.</w:t>
      </w:r>
      <w:r w:rsidRPr="00FD6A4C">
        <w:rPr>
          <w:b/>
          <w:color w:val="000000" w:themeColor="text1"/>
        </w:rPr>
        <w:tab/>
      </w:r>
      <w:r w:rsidRPr="00FD6A4C">
        <w:rPr>
          <w:color w:val="000000" w:themeColor="text1"/>
        </w:rPr>
        <w:t>Evde çalışma düzeni, ders tekrarı ve okuma alışkanlığı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10.</w:t>
      </w:r>
      <w:r w:rsidRPr="00FD6A4C">
        <w:rPr>
          <w:b/>
          <w:color w:val="000000" w:themeColor="text1"/>
        </w:rPr>
        <w:tab/>
      </w:r>
      <w:r w:rsidRPr="00FD6A4C">
        <w:rPr>
          <w:color w:val="000000" w:themeColor="text1"/>
        </w:rPr>
        <w:t>Ekran süresi ve sınıfta cep telefonu bulundu</w:t>
      </w:r>
      <w:r w:rsidRPr="00FD6A4C">
        <w:rPr>
          <w:color w:val="000000" w:themeColor="text1"/>
        </w:rPr>
        <w:t>rulmaması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11.</w:t>
      </w:r>
      <w:r w:rsidRPr="00FD6A4C">
        <w:rPr>
          <w:b/>
          <w:color w:val="000000" w:themeColor="text1"/>
        </w:rPr>
        <w:tab/>
      </w:r>
      <w:r w:rsidRPr="00FD6A4C">
        <w:rPr>
          <w:color w:val="000000" w:themeColor="text1"/>
        </w:rPr>
        <w:t>Ölçme ve değerlendirme ile gelişim raporlarının paylaşılması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12.</w:t>
      </w:r>
      <w:r w:rsidRPr="00FD6A4C">
        <w:rPr>
          <w:b/>
          <w:color w:val="000000" w:themeColor="text1"/>
        </w:rPr>
        <w:tab/>
      </w:r>
      <w:r w:rsidRPr="00FD6A4C">
        <w:rPr>
          <w:color w:val="000000" w:themeColor="text1"/>
        </w:rPr>
        <w:t>Bakanlığın dijital platformlarının tanıtılması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13.</w:t>
      </w:r>
      <w:r w:rsidRPr="00FD6A4C">
        <w:rPr>
          <w:b/>
          <w:color w:val="000000" w:themeColor="text1"/>
        </w:rPr>
        <w:tab/>
      </w:r>
      <w:r w:rsidRPr="00FD6A4C">
        <w:rPr>
          <w:color w:val="000000" w:themeColor="text1"/>
        </w:rPr>
        <w:t>Yılın teması kapsamında oyun ve sosyal etkinlikler</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14.</w:t>
      </w:r>
      <w:r w:rsidRPr="00FD6A4C">
        <w:rPr>
          <w:b/>
          <w:color w:val="000000" w:themeColor="text1"/>
        </w:rPr>
        <w:tab/>
      </w:r>
      <w:r w:rsidRPr="00FD6A4C">
        <w:rPr>
          <w:color w:val="000000" w:themeColor="text1"/>
        </w:rPr>
        <w:t>Okul aile iş birliği ve iletişim kanalları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15.</w:t>
      </w:r>
      <w:r w:rsidRPr="00FD6A4C">
        <w:rPr>
          <w:b/>
          <w:color w:val="000000" w:themeColor="text1"/>
        </w:rPr>
        <w:tab/>
      </w:r>
      <w:r w:rsidRPr="00FD6A4C">
        <w:rPr>
          <w:color w:val="000000" w:themeColor="text1"/>
        </w:rPr>
        <w:t>Dilek, temenniler ve kap</w:t>
      </w:r>
      <w:r w:rsidRPr="00FD6A4C">
        <w:rPr>
          <w:color w:val="000000" w:themeColor="text1"/>
        </w:rPr>
        <w:t>anış</w:t>
      </w:r>
    </w:p>
    <w:p w:rsidR="00D84D86" w:rsidRPr="00FD6A4C" w:rsidRDefault="00D84D86">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jc w:val="center"/>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D6A4C" w:rsidRPr="00FD6A4C">
        <w:trPr>
          <w:cantSplit/>
          <w:jc w:val="center"/>
        </w:trPr>
        <w:tc>
          <w:tcPr>
            <w:tcW w:w="9752" w:type="dxa"/>
          </w:tcPr>
          <w:p w:rsidR="00D84D86" w:rsidRPr="00FD6A4C" w:rsidRDefault="00FD6A4C">
            <w:pPr>
              <w:jc w:val="center"/>
              <w:rPr>
                <w:color w:val="000000" w:themeColor="text1"/>
              </w:rPr>
            </w:pPr>
            <w:r w:rsidRPr="00FD6A4C">
              <w:rPr>
                <w:b/>
                <w:color w:val="000000" w:themeColor="text1"/>
              </w:rPr>
              <w:t>OLUR</w:t>
            </w:r>
            <w:r w:rsidRPr="00FD6A4C">
              <w:rPr>
                <w:b/>
                <w:color w:val="000000" w:themeColor="text1"/>
              </w:rPr>
              <w:br/>
            </w:r>
            <w:r w:rsidRPr="00FD6A4C">
              <w:rPr>
                <w:color w:val="000000" w:themeColor="text1"/>
                <w:sz w:val="21"/>
              </w:rPr>
              <w:t>…… / …… / 20……</w:t>
            </w:r>
            <w:r w:rsidRPr="00FD6A4C">
              <w:rPr>
                <w:color w:val="000000" w:themeColor="text1"/>
                <w:sz w:val="21"/>
              </w:rPr>
              <w:br/>
            </w:r>
            <w:r w:rsidRPr="00FD6A4C">
              <w:rPr>
                <w:color w:val="000000" w:themeColor="text1"/>
                <w:sz w:val="21"/>
              </w:rPr>
              <w:br/>
            </w:r>
            <w:r w:rsidRPr="00FD6A4C">
              <w:rPr>
                <w:b/>
                <w:color w:val="000000" w:themeColor="text1"/>
                <w:sz w:val="21"/>
              </w:rPr>
              <w:t>…………………</w:t>
            </w:r>
            <w:r w:rsidRPr="00FD6A4C">
              <w:rPr>
                <w:b/>
                <w:color w:val="000000" w:themeColor="text1"/>
                <w:sz w:val="21"/>
              </w:rPr>
              <w:br/>
            </w:r>
            <w:r w:rsidRPr="00FD6A4C">
              <w:rPr>
                <w:b/>
                <w:color w:val="000000" w:themeColor="text1"/>
                <w:sz w:val="20"/>
              </w:rPr>
              <w:t>Okul Müdürü</w:t>
            </w:r>
          </w:p>
        </w:tc>
      </w:tr>
    </w:tbl>
    <w:p w:rsidR="00D84D86" w:rsidRPr="00FD6A4C" w:rsidRDefault="00FD6A4C">
      <w:pPr>
        <w:spacing w:after="0"/>
        <w:rPr>
          <w:color w:val="000000" w:themeColor="text1"/>
        </w:rPr>
      </w:pPr>
      <w:r w:rsidRPr="00FD6A4C">
        <w:rPr>
          <w:color w:val="000000" w:themeColor="text1"/>
        </w:rPr>
        <w:br w:type="page"/>
      </w:r>
    </w:p>
    <w:tbl>
      <w:tblPr>
        <w:tblStyle w:val="DzTablo1"/>
        <w:tblW w:w="0" w:type="auto"/>
        <w:tblLook w:val="04A0" w:firstRow="1" w:lastRow="0" w:firstColumn="1" w:lastColumn="0" w:noHBand="0" w:noVBand="1"/>
      </w:tblPr>
      <w:tblGrid>
        <w:gridCol w:w="9752"/>
      </w:tblGrid>
      <w:tr w:rsidR="00FD6A4C" w:rsidRPr="00FD6A4C" w:rsidTr="00FD6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D84D86" w:rsidRPr="00FD6A4C" w:rsidRDefault="00FD6A4C">
            <w:pPr>
              <w:spacing w:before="100" w:after="20"/>
              <w:jc w:val="center"/>
              <w:rPr>
                <w:color w:val="000000" w:themeColor="text1"/>
              </w:rPr>
            </w:pPr>
            <w:r w:rsidRPr="00FD6A4C">
              <w:rPr>
                <w:b w:val="0"/>
                <w:color w:val="000000" w:themeColor="text1"/>
                <w:sz w:val="21"/>
              </w:rPr>
              <w:lastRenderedPageBreak/>
              <w:t>2026-2027 EĞİTİM-ÖĞRETİM YILI</w:t>
            </w:r>
          </w:p>
          <w:p w:rsidR="00D84D86" w:rsidRPr="00FD6A4C" w:rsidRDefault="00FD6A4C">
            <w:pPr>
              <w:spacing w:after="20"/>
              <w:jc w:val="center"/>
              <w:rPr>
                <w:color w:val="000000" w:themeColor="text1"/>
              </w:rPr>
            </w:pPr>
            <w:r w:rsidRPr="00FD6A4C">
              <w:rPr>
                <w:color w:val="000000" w:themeColor="text1"/>
                <w:sz w:val="26"/>
              </w:rPr>
              <w:t>…………………</w:t>
            </w:r>
          </w:p>
          <w:p w:rsidR="00D84D86" w:rsidRPr="00FD6A4C" w:rsidRDefault="00FD6A4C">
            <w:pPr>
              <w:spacing w:after="20"/>
              <w:jc w:val="center"/>
              <w:rPr>
                <w:color w:val="000000" w:themeColor="text1"/>
              </w:rPr>
            </w:pPr>
            <w:r w:rsidRPr="00FD6A4C">
              <w:rPr>
                <w:color w:val="000000" w:themeColor="text1"/>
                <w:sz w:val="30"/>
              </w:rPr>
              <w:t>5/… SINIFI</w:t>
            </w:r>
          </w:p>
          <w:p w:rsidR="00D84D86" w:rsidRPr="00FD6A4C" w:rsidRDefault="00FD6A4C">
            <w:pPr>
              <w:spacing w:after="100"/>
              <w:jc w:val="center"/>
              <w:rPr>
                <w:color w:val="000000" w:themeColor="text1"/>
              </w:rPr>
            </w:pPr>
            <w:r w:rsidRPr="00FD6A4C">
              <w:rPr>
                <w:color w:val="000000" w:themeColor="text1"/>
                <w:sz w:val="24"/>
              </w:rPr>
              <w:t>I. DÖNEM VELİ TOPLANTI TUTANAĞI</w:t>
            </w:r>
          </w:p>
        </w:tc>
      </w:tr>
    </w:tbl>
    <w:p w:rsidR="00D84D86" w:rsidRPr="00FD6A4C" w:rsidRDefault="00D84D86">
      <w:pPr>
        <w:spacing w:after="0"/>
        <w:rPr>
          <w:color w:val="000000" w:themeColor="text1"/>
        </w:rPr>
      </w:pPr>
    </w:p>
    <w:tbl>
      <w:tblPr>
        <w:tblStyle w:val="DzTablo1"/>
        <w:tblW w:w="0" w:type="auto"/>
        <w:tblLook w:val="04A0" w:firstRow="1" w:lastRow="0" w:firstColumn="1" w:lastColumn="0" w:noHBand="0" w:noVBand="1"/>
      </w:tblPr>
      <w:tblGrid>
        <w:gridCol w:w="2438"/>
        <w:gridCol w:w="2438"/>
        <w:gridCol w:w="2438"/>
        <w:gridCol w:w="2438"/>
      </w:tblGrid>
      <w:tr w:rsidR="00FD6A4C" w:rsidRPr="00FD6A4C" w:rsidTr="00FD6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D84D86" w:rsidRPr="00FD6A4C" w:rsidRDefault="00FD6A4C">
            <w:pPr>
              <w:jc w:val="center"/>
              <w:rPr>
                <w:color w:val="000000" w:themeColor="text1"/>
              </w:rPr>
            </w:pPr>
            <w:r w:rsidRPr="00FD6A4C">
              <w:rPr>
                <w:color w:val="000000" w:themeColor="text1"/>
                <w:sz w:val="16"/>
              </w:rPr>
              <w:t>SINIF / ŞUBE</w:t>
            </w:r>
            <w:r w:rsidRPr="00FD6A4C">
              <w:rPr>
                <w:color w:val="000000" w:themeColor="text1"/>
                <w:sz w:val="16"/>
              </w:rPr>
              <w:br/>
            </w:r>
            <w:r w:rsidRPr="00FD6A4C">
              <w:rPr>
                <w:b w:val="0"/>
                <w:color w:val="000000" w:themeColor="text1"/>
                <w:sz w:val="20"/>
              </w:rPr>
              <w:t>5/…</w:t>
            </w:r>
          </w:p>
        </w:tc>
        <w:tc>
          <w:tcPr>
            <w:tcW w:w="2438"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6"/>
              </w:rPr>
              <w:t>TARİH</w:t>
            </w:r>
            <w:r w:rsidRPr="00FD6A4C">
              <w:rPr>
                <w:color w:val="000000" w:themeColor="text1"/>
                <w:sz w:val="16"/>
              </w:rPr>
              <w:br/>
            </w:r>
            <w:r w:rsidRPr="00FD6A4C">
              <w:rPr>
                <w:b w:val="0"/>
                <w:color w:val="000000" w:themeColor="text1"/>
                <w:sz w:val="20"/>
              </w:rPr>
              <w:t>…… / …… / 20……</w:t>
            </w:r>
          </w:p>
        </w:tc>
        <w:tc>
          <w:tcPr>
            <w:tcW w:w="2438"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6"/>
              </w:rPr>
              <w:t>SAAT</w:t>
            </w:r>
            <w:r w:rsidRPr="00FD6A4C">
              <w:rPr>
                <w:color w:val="000000" w:themeColor="text1"/>
                <w:sz w:val="16"/>
              </w:rPr>
              <w:br/>
            </w:r>
            <w:r w:rsidRPr="00FD6A4C">
              <w:rPr>
                <w:b w:val="0"/>
                <w:color w:val="000000" w:themeColor="text1"/>
                <w:sz w:val="20"/>
              </w:rPr>
              <w:t>………</w:t>
            </w:r>
          </w:p>
        </w:tc>
        <w:tc>
          <w:tcPr>
            <w:tcW w:w="2438"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6"/>
              </w:rPr>
              <w:t>ŞUBE REHBER ÖĞRETMENİ</w:t>
            </w:r>
            <w:r w:rsidRPr="00FD6A4C">
              <w:rPr>
                <w:color w:val="000000" w:themeColor="text1"/>
                <w:sz w:val="16"/>
              </w:rPr>
              <w:br/>
            </w:r>
            <w:r w:rsidRPr="00FD6A4C">
              <w:rPr>
                <w:b w:val="0"/>
                <w:color w:val="000000" w:themeColor="text1"/>
                <w:sz w:val="20"/>
              </w:rPr>
              <w:t>…………………</w:t>
            </w:r>
          </w:p>
        </w:tc>
      </w:tr>
    </w:tbl>
    <w:p w:rsidR="00D84D86" w:rsidRPr="00FD6A4C" w:rsidRDefault="00D84D86">
      <w:pPr>
        <w:spacing w:after="0"/>
        <w:rPr>
          <w:color w:val="000000" w:themeColor="text1"/>
        </w:rPr>
      </w:pPr>
    </w:p>
    <w:p w:rsidR="00D84D86" w:rsidRPr="00FD6A4C" w:rsidRDefault="00FD6A4C">
      <w:pPr>
        <w:keepNext/>
        <w:pBdr>
          <w:bottom w:val="single" w:sz="8" w:space="2" w:color="B08968"/>
        </w:pBdr>
        <w:spacing w:before="200" w:after="80"/>
        <w:rPr>
          <w:color w:val="000000" w:themeColor="text1"/>
        </w:rPr>
      </w:pPr>
      <w:r w:rsidRPr="00FD6A4C">
        <w:rPr>
          <w:b/>
          <w:color w:val="000000" w:themeColor="text1"/>
          <w:sz w:val="23"/>
        </w:rPr>
        <w:t xml:space="preserve">GÜNDEM </w:t>
      </w:r>
      <w:r w:rsidRPr="00FD6A4C">
        <w:rPr>
          <w:b/>
          <w:color w:val="000000" w:themeColor="text1"/>
          <w:sz w:val="23"/>
        </w:rPr>
        <w:t>MADDELERİ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w:t>
      </w:r>
      <w:r w:rsidRPr="00FD6A4C">
        <w:rPr>
          <w:b/>
          <w:color w:val="000000" w:themeColor="text1"/>
        </w:rPr>
        <w:tab/>
      </w:r>
      <w:r w:rsidRPr="00FD6A4C">
        <w:rPr>
          <w:color w:val="000000" w:themeColor="text1"/>
        </w:rPr>
        <w:t>Açılış ve yoklama</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2.</w:t>
      </w:r>
      <w:r w:rsidRPr="00FD6A4C">
        <w:rPr>
          <w:b/>
          <w:color w:val="000000" w:themeColor="text1"/>
        </w:rPr>
        <w:tab/>
      </w:r>
      <w:r w:rsidRPr="00FD6A4C">
        <w:rPr>
          <w:color w:val="000000" w:themeColor="text1"/>
        </w:rPr>
        <w:t>Toplantının amacı ve şube rehber öğretmeninin tanıtılması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3.</w:t>
      </w:r>
      <w:r w:rsidRPr="00FD6A4C">
        <w:rPr>
          <w:b/>
          <w:color w:val="000000" w:themeColor="text1"/>
        </w:rPr>
        <w:tab/>
      </w:r>
      <w:r w:rsidRPr="00FD6A4C">
        <w:rPr>
          <w:color w:val="000000" w:themeColor="text1"/>
        </w:rPr>
        <w:t>Ortaokula uyum süreci ve 5. sınıf uyum eğitimi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4.</w:t>
      </w:r>
      <w:r w:rsidRPr="00FD6A4C">
        <w:rPr>
          <w:b/>
          <w:color w:val="000000" w:themeColor="text1"/>
        </w:rPr>
        <w:tab/>
      </w:r>
      <w:r w:rsidRPr="00FD6A4C">
        <w:rPr>
          <w:color w:val="000000" w:themeColor="text1"/>
        </w:rPr>
        <w:t>Branş öğretmeni sistemine geçiş ve ders çeşitliliği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5.</w:t>
      </w:r>
      <w:r w:rsidRPr="00FD6A4C">
        <w:rPr>
          <w:b/>
          <w:color w:val="000000" w:themeColor="text1"/>
        </w:rPr>
        <w:tab/>
      </w:r>
      <w:r w:rsidRPr="00FD6A4C">
        <w:rPr>
          <w:color w:val="000000" w:themeColor="text1"/>
        </w:rPr>
        <w:t>Okul kuralları, kılık kıyafet, tertip ve düzen</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6.</w:t>
      </w:r>
      <w:r w:rsidRPr="00FD6A4C">
        <w:rPr>
          <w:b/>
          <w:color w:val="000000" w:themeColor="text1"/>
        </w:rPr>
        <w:tab/>
      </w:r>
      <w:r w:rsidRPr="00FD6A4C">
        <w:rPr>
          <w:color w:val="000000" w:themeColor="text1"/>
        </w:rPr>
        <w:t xml:space="preserve">Okula </w:t>
      </w:r>
      <w:r w:rsidRPr="00FD6A4C">
        <w:rPr>
          <w:color w:val="000000" w:themeColor="text1"/>
        </w:rPr>
        <w:t>devam ve devamsızlığın takibi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7.</w:t>
      </w:r>
      <w:r w:rsidRPr="00FD6A4C">
        <w:rPr>
          <w:b/>
          <w:color w:val="000000" w:themeColor="text1"/>
        </w:rPr>
        <w:tab/>
      </w:r>
      <w:r w:rsidRPr="00FD6A4C">
        <w:rPr>
          <w:color w:val="000000" w:themeColor="text1"/>
        </w:rPr>
        <w:t>Okul güvenliği ve kontrollü giriş çıkış uygulaması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8.</w:t>
      </w:r>
      <w:r w:rsidRPr="00FD6A4C">
        <w:rPr>
          <w:b/>
          <w:color w:val="000000" w:themeColor="text1"/>
        </w:rPr>
        <w:tab/>
      </w:r>
      <w:r w:rsidRPr="00FD6A4C">
        <w:rPr>
          <w:color w:val="000000" w:themeColor="text1"/>
        </w:rPr>
        <w:t>Veli görüşmelerinin Okul Randevu Sistemi üzerinden planlanması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9.</w:t>
      </w:r>
      <w:r w:rsidRPr="00FD6A4C">
        <w:rPr>
          <w:b/>
          <w:color w:val="000000" w:themeColor="text1"/>
        </w:rPr>
        <w:tab/>
      </w:r>
      <w:r w:rsidRPr="00FD6A4C">
        <w:rPr>
          <w:color w:val="000000" w:themeColor="text1"/>
        </w:rPr>
        <w:t>Evde çalışma düzeni, ders tekrarı ve okuma alışkanlığı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10.</w:t>
      </w:r>
      <w:r w:rsidRPr="00FD6A4C">
        <w:rPr>
          <w:b/>
          <w:color w:val="000000" w:themeColor="text1"/>
        </w:rPr>
        <w:tab/>
      </w:r>
      <w:r w:rsidRPr="00FD6A4C">
        <w:rPr>
          <w:color w:val="000000" w:themeColor="text1"/>
        </w:rPr>
        <w:t xml:space="preserve">Ekran süresi ve sınıfta cep telefonu </w:t>
      </w:r>
      <w:r w:rsidRPr="00FD6A4C">
        <w:rPr>
          <w:color w:val="000000" w:themeColor="text1"/>
        </w:rPr>
        <w:t>bulundurulmaması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11.</w:t>
      </w:r>
      <w:r w:rsidRPr="00FD6A4C">
        <w:rPr>
          <w:b/>
          <w:color w:val="000000" w:themeColor="text1"/>
        </w:rPr>
        <w:tab/>
      </w:r>
      <w:r w:rsidRPr="00FD6A4C">
        <w:rPr>
          <w:color w:val="000000" w:themeColor="text1"/>
        </w:rPr>
        <w:t>Ölçme ve değerlendirme ile gelişim raporlarının paylaşılması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12.</w:t>
      </w:r>
      <w:r w:rsidRPr="00FD6A4C">
        <w:rPr>
          <w:b/>
          <w:color w:val="000000" w:themeColor="text1"/>
        </w:rPr>
        <w:tab/>
      </w:r>
      <w:r w:rsidRPr="00FD6A4C">
        <w:rPr>
          <w:color w:val="000000" w:themeColor="text1"/>
        </w:rPr>
        <w:t>Bakanlığın dijital platformlarının tanıtılması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13.</w:t>
      </w:r>
      <w:r w:rsidRPr="00FD6A4C">
        <w:rPr>
          <w:b/>
          <w:color w:val="000000" w:themeColor="text1"/>
        </w:rPr>
        <w:tab/>
      </w:r>
      <w:r w:rsidRPr="00FD6A4C">
        <w:rPr>
          <w:color w:val="000000" w:themeColor="text1"/>
        </w:rPr>
        <w:t>Yılın teması kapsamında oyun ve sosyal etkinlikler</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14.</w:t>
      </w:r>
      <w:r w:rsidRPr="00FD6A4C">
        <w:rPr>
          <w:b/>
          <w:color w:val="000000" w:themeColor="text1"/>
        </w:rPr>
        <w:tab/>
      </w:r>
      <w:r w:rsidRPr="00FD6A4C">
        <w:rPr>
          <w:color w:val="000000" w:themeColor="text1"/>
        </w:rPr>
        <w:t>Okul aile iş birliği ve iletişim kanalları</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15.</w:t>
      </w:r>
      <w:r w:rsidRPr="00FD6A4C">
        <w:rPr>
          <w:b/>
          <w:color w:val="000000" w:themeColor="text1"/>
        </w:rPr>
        <w:tab/>
      </w:r>
      <w:r w:rsidRPr="00FD6A4C">
        <w:rPr>
          <w:color w:val="000000" w:themeColor="text1"/>
        </w:rPr>
        <w:t>Dilek, temenniler</w:t>
      </w:r>
      <w:r w:rsidRPr="00FD6A4C">
        <w:rPr>
          <w:color w:val="000000" w:themeColor="text1"/>
        </w:rPr>
        <w:t xml:space="preserve"> ve kapanış</w:t>
      </w:r>
    </w:p>
    <w:p w:rsidR="00D84D86" w:rsidRPr="00FD6A4C" w:rsidRDefault="00FD6A4C">
      <w:pPr>
        <w:keepNext/>
        <w:pBdr>
          <w:bottom w:val="single" w:sz="8" w:space="2" w:color="B08968"/>
        </w:pBdr>
        <w:spacing w:before="200" w:after="80"/>
        <w:rPr>
          <w:color w:val="000000" w:themeColor="text1"/>
        </w:rPr>
      </w:pPr>
      <w:r w:rsidRPr="00FD6A4C">
        <w:rPr>
          <w:b/>
          <w:color w:val="000000" w:themeColor="text1"/>
          <w:sz w:val="23"/>
        </w:rPr>
        <w:t>GÜNDEM MADDELERİNİN GÖRÜŞÜLMESİ</w:t>
      </w:r>
    </w:p>
    <w:p w:rsidR="00D84D86" w:rsidRPr="00FD6A4C" w:rsidRDefault="00FD6A4C">
      <w:pPr>
        <w:keepNext/>
        <w:spacing w:before="120" w:after="40"/>
        <w:rPr>
          <w:color w:val="000000" w:themeColor="text1"/>
        </w:rPr>
      </w:pPr>
      <w:r w:rsidRPr="00FD6A4C">
        <w:rPr>
          <w:b/>
          <w:color w:val="000000" w:themeColor="text1"/>
        </w:rPr>
        <w:t>1. Açılış ve yoklama</w:t>
      </w:r>
    </w:p>
    <w:p w:rsidR="00D84D86" w:rsidRPr="00FD6A4C" w:rsidRDefault="00FD6A4C">
      <w:pPr>
        <w:spacing w:after="100"/>
        <w:ind w:firstLine="567"/>
        <w:jc w:val="both"/>
        <w:rPr>
          <w:color w:val="000000" w:themeColor="text1"/>
        </w:rPr>
      </w:pPr>
      <w:r w:rsidRPr="00FD6A4C">
        <w:rPr>
          <w:color w:val="000000" w:themeColor="text1"/>
        </w:rPr>
        <w:t>Şube Rehber Öğretmeni …………………, katılan velilere hoş geldiniz diyerek toplantıyı açtı; yeni dönemin öğrencilere hayırlı olmasını diledi ve yoklamanın yapıldığını belirtti.</w:t>
      </w:r>
    </w:p>
    <w:p w:rsidR="00D84D86" w:rsidRPr="00FD6A4C" w:rsidRDefault="00FD6A4C">
      <w:pPr>
        <w:keepNext/>
        <w:spacing w:before="120" w:after="40"/>
        <w:rPr>
          <w:color w:val="000000" w:themeColor="text1"/>
        </w:rPr>
      </w:pPr>
      <w:r w:rsidRPr="00FD6A4C">
        <w:rPr>
          <w:b/>
          <w:color w:val="000000" w:themeColor="text1"/>
        </w:rPr>
        <w:t>2. Toplantının amacı</w:t>
      </w:r>
      <w:r w:rsidRPr="00FD6A4C">
        <w:rPr>
          <w:b/>
          <w:color w:val="000000" w:themeColor="text1"/>
        </w:rPr>
        <w:t xml:space="preserve"> ve şube rehber öğretmeninin tanıtılması</w:t>
      </w:r>
    </w:p>
    <w:p w:rsidR="00D84D86" w:rsidRPr="00FD6A4C" w:rsidRDefault="00FD6A4C">
      <w:pPr>
        <w:spacing w:after="100"/>
        <w:ind w:firstLine="567"/>
        <w:jc w:val="both"/>
        <w:rPr>
          <w:color w:val="000000" w:themeColor="text1"/>
        </w:rPr>
      </w:pPr>
      <w:r w:rsidRPr="00FD6A4C">
        <w:rPr>
          <w:color w:val="000000" w:themeColor="text1"/>
        </w:rPr>
        <w:t>Şube Rehber Öğretmeni …………………, kendisini öğrencilerin ve velilerin okulla iletişiminde ilk başvuru kişisi olarak tanıttı. Toplantının amacının, okul ile aile arasındaki iş birliğini güçlendirmek ve dönem boyunca izl</w:t>
      </w:r>
      <w:r w:rsidRPr="00FD6A4C">
        <w:rPr>
          <w:color w:val="000000" w:themeColor="text1"/>
        </w:rPr>
        <w:t>enecek esasları velilerle paylaşmak olduğunu anlattı (2026/70 sayılı Genelge).</w:t>
      </w:r>
    </w:p>
    <w:p w:rsidR="00D84D86" w:rsidRPr="00FD6A4C" w:rsidRDefault="00FD6A4C">
      <w:pPr>
        <w:keepNext/>
        <w:spacing w:before="120" w:after="40"/>
        <w:rPr>
          <w:color w:val="000000" w:themeColor="text1"/>
        </w:rPr>
      </w:pPr>
      <w:r w:rsidRPr="00FD6A4C">
        <w:rPr>
          <w:b/>
          <w:color w:val="000000" w:themeColor="text1"/>
        </w:rPr>
        <w:t>3. Ortaokula uyum süreci ve 5. sınıf uyum eğitimi</w:t>
      </w:r>
    </w:p>
    <w:p w:rsidR="00D84D86" w:rsidRPr="00FD6A4C" w:rsidRDefault="00FD6A4C">
      <w:pPr>
        <w:spacing w:after="100"/>
        <w:ind w:firstLine="567"/>
        <w:jc w:val="both"/>
        <w:rPr>
          <w:color w:val="000000" w:themeColor="text1"/>
        </w:rPr>
      </w:pPr>
      <w:r w:rsidRPr="00FD6A4C">
        <w:rPr>
          <w:color w:val="000000" w:themeColor="text1"/>
        </w:rPr>
        <w:t>Şube Rehber Öğretmeni …………………, öğrencilerin ilkokuldan ortaokula geçişte yeni bir düzene alıştığını, bu nedenle ortaokul 5. sın</w:t>
      </w:r>
      <w:r w:rsidRPr="00FD6A4C">
        <w:rPr>
          <w:color w:val="000000" w:themeColor="text1"/>
        </w:rPr>
        <w:t>ıf uyum eğitimlerinin yürütüldüğünü açıkladı (2026/70 sayılı Genelge, md. 27). Uyum sürecinde çocukların okula, yeni arkadaş çevresine ve ders düzenine alışmasının desteklendiğini, velilerin sabırlı ve destekleyici tutumunun bu süreci kolaylaştırdığını dil</w:t>
      </w:r>
      <w:r w:rsidRPr="00FD6A4C">
        <w:rPr>
          <w:color w:val="000000" w:themeColor="text1"/>
        </w:rPr>
        <w:t>e getirdi.</w:t>
      </w:r>
    </w:p>
    <w:p w:rsidR="00D84D86" w:rsidRPr="00FD6A4C" w:rsidRDefault="00FD6A4C">
      <w:pPr>
        <w:keepNext/>
        <w:spacing w:before="120" w:after="40"/>
        <w:rPr>
          <w:color w:val="000000" w:themeColor="text1"/>
        </w:rPr>
      </w:pPr>
      <w:r w:rsidRPr="00FD6A4C">
        <w:rPr>
          <w:b/>
          <w:color w:val="000000" w:themeColor="text1"/>
        </w:rPr>
        <w:t>4. Branş öğretmeni sistemine geçiş ve ders çeşitliliği</w:t>
      </w:r>
    </w:p>
    <w:p w:rsidR="00D84D86" w:rsidRPr="00FD6A4C" w:rsidRDefault="00FD6A4C">
      <w:pPr>
        <w:spacing w:after="100"/>
        <w:ind w:firstLine="567"/>
        <w:jc w:val="both"/>
        <w:rPr>
          <w:color w:val="000000" w:themeColor="text1"/>
        </w:rPr>
      </w:pPr>
      <w:r w:rsidRPr="00FD6A4C">
        <w:rPr>
          <w:color w:val="000000" w:themeColor="text1"/>
        </w:rPr>
        <w:t xml:space="preserve">Şube Rehber Öğretmeni …………………, ortaokulda her dersin ayrı bir branş öğretmenince okutulduğunu, öğrencilerin gün içinde birden çok öğretmenle ve daha geniş bir ders çeşitliliğiyle </w:t>
      </w:r>
      <w:r w:rsidRPr="00FD6A4C">
        <w:rPr>
          <w:color w:val="000000" w:themeColor="text1"/>
        </w:rPr>
        <w:t>karşılaştığını aktardı. Bu geçişin başlangıçta öğrencilere yoğun gelebileceğini, ders programının ve öğretmenlerin tanınmasıyla kısa sürede alışıldığını ifade etti.</w:t>
      </w:r>
    </w:p>
    <w:p w:rsidR="00D84D86" w:rsidRPr="00FD6A4C" w:rsidRDefault="00FD6A4C">
      <w:pPr>
        <w:keepNext/>
        <w:spacing w:before="120" w:after="40"/>
        <w:rPr>
          <w:color w:val="000000" w:themeColor="text1"/>
        </w:rPr>
      </w:pPr>
      <w:r w:rsidRPr="00FD6A4C">
        <w:rPr>
          <w:b/>
          <w:color w:val="000000" w:themeColor="text1"/>
        </w:rPr>
        <w:lastRenderedPageBreak/>
        <w:t>5. Okul kuralları, kılık kıyafet, tertip ve düzen</w:t>
      </w:r>
    </w:p>
    <w:p w:rsidR="00D84D86" w:rsidRPr="00FD6A4C" w:rsidRDefault="00FD6A4C">
      <w:pPr>
        <w:spacing w:after="100"/>
        <w:ind w:firstLine="567"/>
        <w:jc w:val="both"/>
        <w:rPr>
          <w:color w:val="000000" w:themeColor="text1"/>
        </w:rPr>
      </w:pPr>
      <w:r w:rsidRPr="00FD6A4C">
        <w:rPr>
          <w:color w:val="000000" w:themeColor="text1"/>
        </w:rPr>
        <w:t>Şube Rehber Öğretmeni …………………, okulun işl</w:t>
      </w:r>
      <w:r w:rsidRPr="00FD6A4C">
        <w:rPr>
          <w:color w:val="000000" w:themeColor="text1"/>
        </w:rPr>
        <w:t>eyişine ilişkin kuralları, kılık kıyafet esaslarını ve sınıf içi tertip düzen beklentilerini velilerle paylaştı. Kurallara uyumun öğrencinin sorumluluk bilincini geliştirdiğini, bu konuda ev ile okulun tutarlı bir yaklaşım izlemesinin önemli olduğunu vurgu</w:t>
      </w:r>
      <w:r w:rsidRPr="00FD6A4C">
        <w:rPr>
          <w:color w:val="000000" w:themeColor="text1"/>
        </w:rPr>
        <w:t>ladı.</w:t>
      </w:r>
    </w:p>
    <w:p w:rsidR="00D84D86" w:rsidRPr="00FD6A4C" w:rsidRDefault="00FD6A4C">
      <w:pPr>
        <w:keepNext/>
        <w:spacing w:before="120" w:after="40"/>
        <w:rPr>
          <w:color w:val="000000" w:themeColor="text1"/>
        </w:rPr>
      </w:pPr>
      <w:r w:rsidRPr="00FD6A4C">
        <w:rPr>
          <w:b/>
          <w:color w:val="000000" w:themeColor="text1"/>
        </w:rPr>
        <w:t>6. Okula devam ve devamsızlığın takibi</w:t>
      </w:r>
    </w:p>
    <w:p w:rsidR="00D84D86" w:rsidRPr="00FD6A4C" w:rsidRDefault="00FD6A4C">
      <w:pPr>
        <w:spacing w:after="100"/>
        <w:ind w:firstLine="567"/>
        <w:jc w:val="both"/>
        <w:rPr>
          <w:color w:val="000000" w:themeColor="text1"/>
        </w:rPr>
      </w:pPr>
      <w:r w:rsidRPr="00FD6A4C">
        <w:rPr>
          <w:color w:val="000000" w:themeColor="text1"/>
        </w:rPr>
        <w:t>Şube Rehber Öğretmeni …………………, öğrencilerin okula düzenli devamının başarının temel koşulu olduğunu belirterek devamsızlıkların günü gününe izlendiğini anlattı. Sağlık ve zorunlu durumlarda okulun zamanında bilg</w:t>
      </w:r>
      <w:r w:rsidRPr="00FD6A4C">
        <w:rPr>
          <w:color w:val="000000" w:themeColor="text1"/>
        </w:rPr>
        <w:t>ilendirilmesinin sürecin sağlıklı yürümesi açısından önemli olduğunu, düzenli devamın çocuğun akademik ve sosyal gelişimini desteklediğini paylaştı.</w:t>
      </w:r>
    </w:p>
    <w:p w:rsidR="00D84D86" w:rsidRPr="00FD6A4C" w:rsidRDefault="00FD6A4C">
      <w:pPr>
        <w:keepNext/>
        <w:spacing w:before="120" w:after="40"/>
        <w:rPr>
          <w:color w:val="000000" w:themeColor="text1"/>
        </w:rPr>
      </w:pPr>
      <w:r w:rsidRPr="00FD6A4C">
        <w:rPr>
          <w:b/>
          <w:color w:val="000000" w:themeColor="text1"/>
        </w:rPr>
        <w:t>7. Okul güvenliği ve kontrollü giriş çıkış uygulaması</w:t>
      </w:r>
    </w:p>
    <w:p w:rsidR="00D84D86" w:rsidRPr="00FD6A4C" w:rsidRDefault="00FD6A4C">
      <w:pPr>
        <w:spacing w:after="100"/>
        <w:ind w:firstLine="567"/>
        <w:jc w:val="both"/>
        <w:rPr>
          <w:color w:val="000000" w:themeColor="text1"/>
        </w:rPr>
      </w:pPr>
      <w:r w:rsidRPr="00FD6A4C">
        <w:rPr>
          <w:color w:val="000000" w:themeColor="text1"/>
        </w:rPr>
        <w:t>Şube Rehber Öğretmeni …………………, okul ortamlarında kont</w:t>
      </w:r>
      <w:r w:rsidRPr="00FD6A4C">
        <w:rPr>
          <w:color w:val="000000" w:themeColor="text1"/>
        </w:rPr>
        <w:t>rollü giriş çıkışların sağlandığını, yaya ve araç trafiğinin birbirinden ayrıldığını aktardı (2026/70 sayılı Genelge, md. 6). Kör noktaların aydınlatıldığını, acil durumlarda hızlı ve güvenli tahliyeyi sağlayacak bakım ve onarımların yapıldığını, tüm bu te</w:t>
      </w:r>
      <w:r w:rsidRPr="00FD6A4C">
        <w:rPr>
          <w:color w:val="000000" w:themeColor="text1"/>
        </w:rPr>
        <w:t>dbirlerin öğrenci güvenliği gözetilerek titizlikle uygulandığını belirtti.</w:t>
      </w:r>
    </w:p>
    <w:p w:rsidR="00D84D86" w:rsidRPr="00FD6A4C" w:rsidRDefault="00FD6A4C">
      <w:pPr>
        <w:keepNext/>
        <w:spacing w:before="120" w:after="40"/>
        <w:rPr>
          <w:color w:val="000000" w:themeColor="text1"/>
        </w:rPr>
      </w:pPr>
      <w:r w:rsidRPr="00FD6A4C">
        <w:rPr>
          <w:b/>
          <w:color w:val="000000" w:themeColor="text1"/>
        </w:rPr>
        <w:t>8. Veli görüşmelerinin Okul Randevu Sistemi üzerinden planlanması</w:t>
      </w:r>
    </w:p>
    <w:p w:rsidR="00D84D86" w:rsidRPr="00FD6A4C" w:rsidRDefault="00FD6A4C">
      <w:pPr>
        <w:spacing w:after="100"/>
        <w:ind w:firstLine="567"/>
        <w:jc w:val="both"/>
        <w:rPr>
          <w:color w:val="000000" w:themeColor="text1"/>
        </w:rPr>
      </w:pPr>
      <w:r w:rsidRPr="00FD6A4C">
        <w:rPr>
          <w:color w:val="000000" w:themeColor="text1"/>
        </w:rPr>
        <w:t>Şube Rehber Öğretmeni …………………, veli görüşmelerinin ülke genelinde yalnızca Okul Randevu Sistemi üzerinden planlandı</w:t>
      </w:r>
      <w:r w:rsidRPr="00FD6A4C">
        <w:rPr>
          <w:color w:val="000000" w:themeColor="text1"/>
        </w:rPr>
        <w:t>ğını; randevusuz veli ziyaretine ve öğrencinin velisi ya da vasisi olmayan kişilerin okula girişine izin verilmediğini duyurdu (2026/70 sayılı Genelge, md. 30). Bu uygulamanın öğretmenlerin mesleki haklarının korunması ve güvenli eğitim ortamlarının sürdür</w:t>
      </w:r>
      <w:r w:rsidRPr="00FD6A4C">
        <w:rPr>
          <w:color w:val="000000" w:themeColor="text1"/>
        </w:rPr>
        <w:t>ülmesi amacını taşıdığını vurguladı.</w:t>
      </w:r>
    </w:p>
    <w:p w:rsidR="00D84D86" w:rsidRPr="00FD6A4C" w:rsidRDefault="00FD6A4C">
      <w:pPr>
        <w:spacing w:after="100"/>
        <w:ind w:firstLine="567"/>
        <w:jc w:val="both"/>
        <w:rPr>
          <w:color w:val="000000" w:themeColor="text1"/>
        </w:rPr>
      </w:pPr>
      <w:r w:rsidRPr="00FD6A4C">
        <w:rPr>
          <w:color w:val="000000" w:themeColor="text1"/>
        </w:rPr>
        <w:t>Randevunun okulrandevu.meb.gov.tr adresinden e-Devlet ile giriş yapılıp "Yeni Randevu" seçilerek, görüşülecek kişi ile uygun tarih ve saatin belirlenmesi ve talebin okul yönetimince onaylanması yoluyla alındığını anlatt</w:t>
      </w:r>
      <w:r w:rsidRPr="00FD6A4C">
        <w:rPr>
          <w:color w:val="000000" w:themeColor="text1"/>
        </w:rPr>
        <w:t>ı. Aynı sisteme okulun kendi internet sayfasındaki bağlantıdan da ulaşılabildiğini, randevu gün ve saatlerini her okulun kendisinin belirlediğini ekledi.</w:t>
      </w:r>
    </w:p>
    <w:p w:rsidR="00D84D86" w:rsidRPr="00FD6A4C" w:rsidRDefault="00FD6A4C">
      <w:pPr>
        <w:keepNext/>
        <w:spacing w:before="120" w:after="40"/>
        <w:rPr>
          <w:color w:val="000000" w:themeColor="text1"/>
        </w:rPr>
      </w:pPr>
      <w:r w:rsidRPr="00FD6A4C">
        <w:rPr>
          <w:b/>
          <w:color w:val="000000" w:themeColor="text1"/>
        </w:rPr>
        <w:t>9. Evde çalışma düzeni, ders tekrarı ve okuma alışkanlığı</w:t>
      </w:r>
    </w:p>
    <w:p w:rsidR="00D84D86" w:rsidRPr="00FD6A4C" w:rsidRDefault="00FD6A4C">
      <w:pPr>
        <w:spacing w:after="100"/>
        <w:ind w:firstLine="567"/>
        <w:jc w:val="both"/>
        <w:rPr>
          <w:color w:val="000000" w:themeColor="text1"/>
        </w:rPr>
      </w:pPr>
      <w:r w:rsidRPr="00FD6A4C">
        <w:rPr>
          <w:color w:val="000000" w:themeColor="text1"/>
        </w:rPr>
        <w:t>Şube Rehber Öğretmeni …………………, öğrencinin ev</w:t>
      </w:r>
      <w:r w:rsidRPr="00FD6A4C">
        <w:rPr>
          <w:color w:val="000000" w:themeColor="text1"/>
        </w:rPr>
        <w:t>de düzenli bir çalışma ortamına ve belirlenmiş bir çalışma saatine sahip olmasının önemini anlattı. Günlük ders tekrarının kalıcı öğrenmeyi desteklediğini, kitap okuma alışkanlığının hem derslere hem de dil gelişimine katkı sağladığını, velilerin bu alışka</w:t>
      </w:r>
      <w:r w:rsidRPr="00FD6A4C">
        <w:rPr>
          <w:color w:val="000000" w:themeColor="text1"/>
        </w:rPr>
        <w:t>nlığı örnek olarak pekiştirebileceğini söyledi.</w:t>
      </w:r>
    </w:p>
    <w:p w:rsidR="00D84D86" w:rsidRPr="00FD6A4C" w:rsidRDefault="00FD6A4C">
      <w:pPr>
        <w:keepNext/>
        <w:spacing w:before="120" w:after="40"/>
        <w:rPr>
          <w:color w:val="000000" w:themeColor="text1"/>
        </w:rPr>
      </w:pPr>
      <w:r w:rsidRPr="00FD6A4C">
        <w:rPr>
          <w:b/>
          <w:color w:val="000000" w:themeColor="text1"/>
        </w:rPr>
        <w:t>10. Ekran süresi ve sınıfta cep telefonu bulundurulmaması</w:t>
      </w:r>
    </w:p>
    <w:p w:rsidR="00D84D86" w:rsidRPr="00FD6A4C" w:rsidRDefault="00FD6A4C">
      <w:pPr>
        <w:spacing w:after="100"/>
        <w:ind w:firstLine="567"/>
        <w:jc w:val="both"/>
        <w:rPr>
          <w:color w:val="000000" w:themeColor="text1"/>
        </w:rPr>
      </w:pPr>
      <w:r w:rsidRPr="00FD6A4C">
        <w:rPr>
          <w:color w:val="000000" w:themeColor="text1"/>
        </w:rPr>
        <w:t>Şube Rehber Öğretmeni …………………, öğrencilerin ekran süresinin makul sınırlarda tutulmasının bedensel ve zihinsel gelişim açısından önemli olduğunu vurgu</w:t>
      </w:r>
      <w:r w:rsidRPr="00FD6A4C">
        <w:rPr>
          <w:color w:val="000000" w:themeColor="text1"/>
        </w:rPr>
        <w:t>ladı. Öğrencilerin cep telefonlarını okula getirmediğini, zorunlu bir durum olduğunda telefonun okul yönetimine teslim edildiğini ve sınıf ortamında telefon bulundurulmadığını; ödev ile bilgilendirmelerin yalnızca Bakanlığın belirlediği platformlar üzerind</w:t>
      </w:r>
      <w:r w:rsidRPr="00FD6A4C">
        <w:rPr>
          <w:color w:val="000000" w:themeColor="text1"/>
        </w:rPr>
        <w:t>en yapıldığını bildirdi (2026/70 sayılı Genelge, md. 37).</w:t>
      </w:r>
    </w:p>
    <w:p w:rsidR="00D84D86" w:rsidRPr="00FD6A4C" w:rsidRDefault="00FD6A4C">
      <w:pPr>
        <w:keepNext/>
        <w:spacing w:before="120" w:after="40"/>
        <w:rPr>
          <w:color w:val="000000" w:themeColor="text1"/>
        </w:rPr>
      </w:pPr>
      <w:r w:rsidRPr="00FD6A4C">
        <w:rPr>
          <w:b/>
          <w:color w:val="000000" w:themeColor="text1"/>
        </w:rPr>
        <w:t>11. Ölçme ve değerlendirme ile gelişim raporlarının paylaşılması</w:t>
      </w:r>
    </w:p>
    <w:p w:rsidR="00D84D86" w:rsidRPr="00FD6A4C" w:rsidRDefault="00FD6A4C">
      <w:pPr>
        <w:spacing w:after="100"/>
        <w:ind w:firstLine="567"/>
        <w:jc w:val="both"/>
        <w:rPr>
          <w:color w:val="000000" w:themeColor="text1"/>
        </w:rPr>
      </w:pPr>
      <w:r w:rsidRPr="00FD6A4C">
        <w:rPr>
          <w:color w:val="000000" w:themeColor="text1"/>
        </w:rPr>
        <w:t>Şube Rehber Öğretmeni …………………, ortaokul 5, 6 ve 7. sınıflarda e-Okul gelişim raporlarının doldurulduğunu ve bu raporların içeriği hak</w:t>
      </w:r>
      <w:r w:rsidRPr="00FD6A4C">
        <w:rPr>
          <w:color w:val="000000" w:themeColor="text1"/>
        </w:rPr>
        <w:t>kında velilerin bilgilendirildiğini iletti (2026/70 sayılı Genelge, md. 20). Ayrıca Bakanlık dışında hazırlanan sınav ve ölçme uygulamalarına izin verilmediğini, değerlendirmenin çocuğun gelişimini izlemeye dönük yürütüldüğünü ifade etti (2026/70 sayılı Ge</w:t>
      </w:r>
      <w:r w:rsidRPr="00FD6A4C">
        <w:rPr>
          <w:color w:val="000000" w:themeColor="text1"/>
        </w:rPr>
        <w:t>nelge, md. 21).</w:t>
      </w:r>
    </w:p>
    <w:p w:rsidR="00D84D86" w:rsidRPr="00FD6A4C" w:rsidRDefault="00FD6A4C">
      <w:pPr>
        <w:keepNext/>
        <w:spacing w:before="120" w:after="40"/>
        <w:rPr>
          <w:color w:val="000000" w:themeColor="text1"/>
        </w:rPr>
      </w:pPr>
      <w:r w:rsidRPr="00FD6A4C">
        <w:rPr>
          <w:b/>
          <w:color w:val="000000" w:themeColor="text1"/>
        </w:rPr>
        <w:t>12. Bakanlığın dijital platformlarının tanıtılması</w:t>
      </w:r>
    </w:p>
    <w:p w:rsidR="00D84D86" w:rsidRPr="00FD6A4C" w:rsidRDefault="00FD6A4C">
      <w:pPr>
        <w:spacing w:after="100"/>
        <w:ind w:firstLine="567"/>
        <w:jc w:val="both"/>
        <w:rPr>
          <w:color w:val="000000" w:themeColor="text1"/>
        </w:rPr>
      </w:pPr>
      <w:r w:rsidRPr="00FD6A4C">
        <w:rPr>
          <w:color w:val="000000" w:themeColor="text1"/>
        </w:rPr>
        <w:t>Şube Rehber Öğretmeni …………………, Bakanlığın dijital eğitim platformlarını velilere tanıttı. Yeni EBA, MEBİ Bireysel Öğrenme Platformu, OGM Materyal ve Velivizyon uygulamalarının öğrenmeyi des</w:t>
      </w:r>
      <w:r w:rsidRPr="00FD6A4C">
        <w:rPr>
          <w:color w:val="000000" w:themeColor="text1"/>
        </w:rPr>
        <w:t>tekleyen güvenilir kaynaklar olduğunu, velilerin bu platformları takip etmesinin yararlı olduğunu vurguladı (2026/70 sayılı Genelge, md. 8).</w:t>
      </w:r>
    </w:p>
    <w:p w:rsidR="00D84D86" w:rsidRPr="00FD6A4C" w:rsidRDefault="00FD6A4C">
      <w:pPr>
        <w:keepNext/>
        <w:spacing w:before="120" w:after="40"/>
        <w:rPr>
          <w:color w:val="000000" w:themeColor="text1"/>
        </w:rPr>
      </w:pPr>
      <w:r w:rsidRPr="00FD6A4C">
        <w:rPr>
          <w:b/>
          <w:color w:val="000000" w:themeColor="text1"/>
        </w:rPr>
        <w:lastRenderedPageBreak/>
        <w:t>13. Yılın teması kapsamında oyun ve sosyal etkinlikler</w:t>
      </w:r>
    </w:p>
    <w:p w:rsidR="00D84D86" w:rsidRPr="00FD6A4C" w:rsidRDefault="00FD6A4C">
      <w:pPr>
        <w:spacing w:after="100"/>
        <w:ind w:firstLine="567"/>
        <w:jc w:val="both"/>
        <w:rPr>
          <w:color w:val="000000" w:themeColor="text1"/>
        </w:rPr>
      </w:pPr>
      <w:r w:rsidRPr="00FD6A4C">
        <w:rPr>
          <w:color w:val="000000" w:themeColor="text1"/>
        </w:rPr>
        <w:t>Şube Rehber Öğretmeni …………………, yılın temasının "Maarifin Kal</w:t>
      </w:r>
      <w:r w:rsidRPr="00FD6A4C">
        <w:rPr>
          <w:color w:val="000000" w:themeColor="text1"/>
        </w:rPr>
        <w:t>binde Oyun" olduğunu paylaştı (2026/70 sayılı Genelge, md. 3). Bu tema kapsamında öğrencilerin oyun ve sosyal etkinliklerle desteklendiğini, oyunun çocuğun öğrenmesinde ve sosyalleşmesinde etkili bir yol olduğunu vurguladı.</w:t>
      </w:r>
    </w:p>
    <w:p w:rsidR="00D84D86" w:rsidRPr="00FD6A4C" w:rsidRDefault="00FD6A4C">
      <w:pPr>
        <w:keepNext/>
        <w:spacing w:before="120" w:after="40"/>
        <w:rPr>
          <w:color w:val="000000" w:themeColor="text1"/>
        </w:rPr>
      </w:pPr>
      <w:r w:rsidRPr="00FD6A4C">
        <w:rPr>
          <w:b/>
          <w:color w:val="000000" w:themeColor="text1"/>
        </w:rPr>
        <w:t>14. Okul aile iş birliği ve ilet</w:t>
      </w:r>
      <w:r w:rsidRPr="00FD6A4C">
        <w:rPr>
          <w:b/>
          <w:color w:val="000000" w:themeColor="text1"/>
        </w:rPr>
        <w:t>işim kanalları</w:t>
      </w:r>
    </w:p>
    <w:p w:rsidR="00D84D86" w:rsidRPr="00FD6A4C" w:rsidRDefault="00FD6A4C">
      <w:pPr>
        <w:spacing w:after="100"/>
        <w:ind w:firstLine="567"/>
        <w:jc w:val="both"/>
        <w:rPr>
          <w:color w:val="000000" w:themeColor="text1"/>
        </w:rPr>
      </w:pPr>
      <w:r w:rsidRPr="00FD6A4C">
        <w:rPr>
          <w:color w:val="000000" w:themeColor="text1"/>
        </w:rPr>
        <w:t>Şube Rehber Öğretmeni …………………, okul ile aile arasındaki sürekli ve sağlıklı iletişimin öğrencinin başarısını doğrudan etkilediğini anlattı. Velilerin okul yönetimi ve öğretmenlerle iletişimini Okul Randevu Sistemi ve okulun resmî iletişim ka</w:t>
      </w:r>
      <w:r w:rsidRPr="00FD6A4C">
        <w:rPr>
          <w:color w:val="000000" w:themeColor="text1"/>
        </w:rPr>
        <w:t>nalları üzerinden sürdürmesinin uygun olduğunu, her türlü görüş ve önerinin değerlendirileceğini söyledi. Gerektiğinde öğretmenin, önceden veliyle sözleşerek ev ziyareti yapabileceğini; bu ziyaretlerin öğrenciyi kendi ortamında daha iyi tanımak ve iş birli</w:t>
      </w:r>
      <w:r w:rsidRPr="00FD6A4C">
        <w:rPr>
          <w:color w:val="000000" w:themeColor="text1"/>
        </w:rPr>
        <w:t>ğini güçlendirmek amacı taşıdığını ekledi.</w:t>
      </w:r>
    </w:p>
    <w:p w:rsidR="00D84D86" w:rsidRPr="00FD6A4C" w:rsidRDefault="00FD6A4C">
      <w:pPr>
        <w:keepNext/>
        <w:spacing w:before="120" w:after="40"/>
        <w:rPr>
          <w:color w:val="000000" w:themeColor="text1"/>
        </w:rPr>
      </w:pPr>
      <w:r w:rsidRPr="00FD6A4C">
        <w:rPr>
          <w:b/>
          <w:color w:val="000000" w:themeColor="text1"/>
        </w:rPr>
        <w:t>15. Dilek, temenniler ve kapanış</w:t>
      </w:r>
    </w:p>
    <w:p w:rsidR="00D84D86" w:rsidRPr="00FD6A4C" w:rsidRDefault="00FD6A4C">
      <w:pPr>
        <w:spacing w:after="100"/>
        <w:ind w:firstLine="567"/>
        <w:jc w:val="both"/>
        <w:rPr>
          <w:color w:val="000000" w:themeColor="text1"/>
        </w:rPr>
      </w:pPr>
      <w:r w:rsidRPr="00FD6A4C">
        <w:rPr>
          <w:color w:val="000000" w:themeColor="text1"/>
        </w:rPr>
        <w:t>Şube Rehber Öğretmeni …………………, gündem maddelerinin görüşülmesinin tamamlandığını belirterek velilerin dilek ve temennilerini aldı. Katılım ve katkıları için teşekkür ederek verimli</w:t>
      </w:r>
      <w:r w:rsidRPr="00FD6A4C">
        <w:rPr>
          <w:color w:val="000000" w:themeColor="text1"/>
        </w:rPr>
        <w:t xml:space="preserve"> bir eğitim öğretim yılı dileğiyle toplantıyı kapattı.</w:t>
      </w:r>
    </w:p>
    <w:p w:rsidR="00D84D86" w:rsidRPr="00FD6A4C" w:rsidRDefault="00FD6A4C">
      <w:pPr>
        <w:keepNext/>
        <w:pBdr>
          <w:bottom w:val="single" w:sz="8" w:space="2" w:color="B08968"/>
        </w:pBdr>
        <w:spacing w:before="200" w:after="80"/>
        <w:rPr>
          <w:color w:val="000000" w:themeColor="text1"/>
        </w:rPr>
      </w:pPr>
      <w:r w:rsidRPr="00FD6A4C">
        <w:rPr>
          <w:b/>
          <w:color w:val="000000" w:themeColor="text1"/>
          <w:sz w:val="23"/>
        </w:rPr>
        <w:t>ALINAN KARARLAR</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w:t>
      </w:r>
      <w:r w:rsidRPr="00FD6A4C">
        <w:rPr>
          <w:b/>
          <w:color w:val="000000" w:themeColor="text1"/>
        </w:rPr>
        <w:tab/>
      </w:r>
      <w:r w:rsidRPr="00FD6A4C">
        <w:rPr>
          <w:color w:val="000000" w:themeColor="text1"/>
        </w:rPr>
        <w:t>Ortaokula ve branş öğretmeni sistemine uyum sürecinde öğrencilere sabırlı ve destekleyici bir yaklaşım gösterilmesine, uyum eğitimlerinin aksatılmadan sürdürülmesine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2.</w:t>
      </w:r>
      <w:r w:rsidRPr="00FD6A4C">
        <w:rPr>
          <w:b/>
          <w:color w:val="000000" w:themeColor="text1"/>
        </w:rPr>
        <w:tab/>
      </w:r>
      <w:r w:rsidRPr="00FD6A4C">
        <w:rPr>
          <w:color w:val="000000" w:themeColor="text1"/>
        </w:rPr>
        <w:t>Okul kurallarına, kılık kıyafet esaslarına ve sınıf düzenine uyum konusunda ev ile okul arasında tutarlı bir tutum izlenmesine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3.</w:t>
      </w:r>
      <w:r w:rsidRPr="00FD6A4C">
        <w:rPr>
          <w:b/>
          <w:color w:val="000000" w:themeColor="text1"/>
        </w:rPr>
        <w:tab/>
      </w:r>
      <w:r w:rsidRPr="00FD6A4C">
        <w:rPr>
          <w:color w:val="000000" w:themeColor="text1"/>
        </w:rPr>
        <w:t xml:space="preserve">Öğrenci devamının önemi konusunda okul ile ailenin iş birliği yapmasına, zorunlu durumların okula zamanında </w:t>
      </w:r>
      <w:r w:rsidRPr="00FD6A4C">
        <w:rPr>
          <w:color w:val="000000" w:themeColor="text1"/>
        </w:rPr>
        <w:t>iletilmesine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4.</w:t>
      </w:r>
      <w:r w:rsidRPr="00FD6A4C">
        <w:rPr>
          <w:b/>
          <w:color w:val="000000" w:themeColor="text1"/>
        </w:rPr>
        <w:tab/>
      </w:r>
      <w:r w:rsidRPr="00FD6A4C">
        <w:rPr>
          <w:color w:val="000000" w:themeColor="text1"/>
        </w:rPr>
        <w:t>Kontrollü giriş çıkış uygulamasına ve okul güvenliği tedbirlerine velilerin de özen göstermesine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5.</w:t>
      </w:r>
      <w:r w:rsidRPr="00FD6A4C">
        <w:rPr>
          <w:b/>
          <w:color w:val="000000" w:themeColor="text1"/>
        </w:rPr>
        <w:tab/>
      </w:r>
      <w:r w:rsidRPr="00FD6A4C">
        <w:rPr>
          <w:color w:val="000000" w:themeColor="text1"/>
        </w:rPr>
        <w:t>Veli görüşmelerinin yalnızca Okul Randevu Sistemi üzerinden yürütülmesine, randevusuz ziyaret yapılmamasına ka</w:t>
      </w:r>
      <w:r w:rsidRPr="00FD6A4C">
        <w:rPr>
          <w:color w:val="000000" w:themeColor="text1"/>
        </w:rPr>
        <w:t>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6.</w:t>
      </w:r>
      <w:r w:rsidRPr="00FD6A4C">
        <w:rPr>
          <w:b/>
          <w:color w:val="000000" w:themeColor="text1"/>
        </w:rPr>
        <w:tab/>
      </w:r>
      <w:r w:rsidRPr="00FD6A4C">
        <w:rPr>
          <w:color w:val="000000" w:themeColor="text1"/>
        </w:rPr>
        <w:t>Öğrencilere evde uygun bir çalışma ortamı hazırlanmasına, günlük ders tekrarı ve okuma alışkanlığının teşvik edilmesine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7.</w:t>
      </w:r>
      <w:r w:rsidRPr="00FD6A4C">
        <w:rPr>
          <w:b/>
          <w:color w:val="000000" w:themeColor="text1"/>
        </w:rPr>
        <w:tab/>
      </w:r>
      <w:r w:rsidRPr="00FD6A4C">
        <w:rPr>
          <w:color w:val="000000" w:themeColor="text1"/>
        </w:rPr>
        <w:t>Öğrencilerin ekran süresinin makul düzeyde tutulmasına ve sınıf içinde cep telefonu bulundurulmamasına</w:t>
      </w:r>
      <w:r w:rsidRPr="00FD6A4C">
        <w:rPr>
          <w:color w:val="000000" w:themeColor="text1"/>
        </w:rPr>
        <w:t xml:space="preserv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8.</w:t>
      </w:r>
      <w:r w:rsidRPr="00FD6A4C">
        <w:rPr>
          <w:b/>
          <w:color w:val="000000" w:themeColor="text1"/>
        </w:rPr>
        <w:tab/>
      </w:r>
      <w:r w:rsidRPr="00FD6A4C">
        <w:rPr>
          <w:color w:val="000000" w:themeColor="text1"/>
        </w:rPr>
        <w:t>Öğrencilerin gelişiminin e-Okul gelişim raporlarıyla izlenmesine ve bu konuda velilere düzenli bilgi verilmesine karar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9.</w:t>
      </w:r>
      <w:r w:rsidRPr="00FD6A4C">
        <w:rPr>
          <w:b/>
          <w:color w:val="000000" w:themeColor="text1"/>
        </w:rPr>
        <w:tab/>
      </w:r>
      <w:r w:rsidRPr="00FD6A4C">
        <w:rPr>
          <w:color w:val="000000" w:themeColor="text1"/>
        </w:rPr>
        <w:t>Bakanlığın dijital eğitim platformlarının velilerce takip edilerek öğrenmenin evde de desteklenmesine kara</w:t>
      </w:r>
      <w:r w:rsidRPr="00FD6A4C">
        <w:rPr>
          <w:color w:val="000000" w:themeColor="text1"/>
        </w:rPr>
        <w:t>r verildi.</w:t>
      </w:r>
    </w:p>
    <w:p w:rsidR="00D84D86" w:rsidRPr="00FD6A4C" w:rsidRDefault="00FD6A4C">
      <w:pPr>
        <w:tabs>
          <w:tab w:val="left" w:pos="510"/>
        </w:tabs>
        <w:spacing w:after="60" w:line="269" w:lineRule="auto"/>
        <w:ind w:left="510" w:hanging="340"/>
        <w:jc w:val="both"/>
        <w:rPr>
          <w:color w:val="000000" w:themeColor="text1"/>
        </w:rPr>
      </w:pPr>
      <w:r w:rsidRPr="00FD6A4C">
        <w:rPr>
          <w:b/>
          <w:color w:val="000000" w:themeColor="text1"/>
        </w:rPr>
        <w:t>10.</w:t>
      </w:r>
      <w:r w:rsidRPr="00FD6A4C">
        <w:rPr>
          <w:b/>
          <w:color w:val="000000" w:themeColor="text1"/>
        </w:rPr>
        <w:tab/>
      </w:r>
      <w:r w:rsidRPr="00FD6A4C">
        <w:rPr>
          <w:color w:val="000000" w:themeColor="text1"/>
        </w:rPr>
        <w:t>Yılın teması kapsamında oyun ve sosyal etkinliklere ağırlık verilmesine, okul ile aile iletişiminin resmî kanallardan sürekli kılınmasına karar verildi.</w:t>
      </w:r>
    </w:p>
    <w:p w:rsidR="00D84D86" w:rsidRPr="00FD6A4C" w:rsidRDefault="00D84D86">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FD6A4C" w:rsidRPr="00FD6A4C">
        <w:trPr>
          <w:cantSplit/>
          <w:jc w:val="center"/>
        </w:trPr>
        <w:tc>
          <w:tcPr>
            <w:tcW w:w="4876" w:type="dxa"/>
          </w:tcPr>
          <w:p w:rsidR="00D84D86" w:rsidRPr="00FD6A4C" w:rsidRDefault="00FD6A4C">
            <w:pPr>
              <w:jc w:val="center"/>
              <w:rPr>
                <w:color w:val="000000" w:themeColor="text1"/>
              </w:rPr>
            </w:pPr>
            <w:r w:rsidRPr="00FD6A4C">
              <w:rPr>
                <w:b/>
                <w:color w:val="000000" w:themeColor="text1"/>
                <w:sz w:val="21"/>
              </w:rPr>
              <w:br/>
              <w:t>…………………</w:t>
            </w:r>
            <w:r w:rsidRPr="00FD6A4C">
              <w:rPr>
                <w:b/>
                <w:color w:val="000000" w:themeColor="text1"/>
                <w:sz w:val="21"/>
              </w:rPr>
              <w:br/>
            </w:r>
            <w:r w:rsidRPr="00FD6A4C">
              <w:rPr>
                <w:b/>
                <w:color w:val="000000" w:themeColor="text1"/>
                <w:sz w:val="20"/>
              </w:rPr>
              <w:t>Şube Rehber Öğretmeni</w:t>
            </w:r>
          </w:p>
        </w:tc>
        <w:tc>
          <w:tcPr>
            <w:tcW w:w="4876" w:type="dxa"/>
          </w:tcPr>
          <w:p w:rsidR="00D84D86" w:rsidRPr="00FD6A4C" w:rsidRDefault="00FD6A4C">
            <w:pPr>
              <w:jc w:val="center"/>
              <w:rPr>
                <w:color w:val="000000" w:themeColor="text1"/>
              </w:rPr>
            </w:pPr>
            <w:r w:rsidRPr="00FD6A4C">
              <w:rPr>
                <w:b/>
                <w:color w:val="000000" w:themeColor="text1"/>
                <w:sz w:val="21"/>
              </w:rPr>
              <w:t xml:space="preserve">UYGUNDUR  </w:t>
            </w:r>
            <w:r w:rsidRPr="00FD6A4C">
              <w:rPr>
                <w:color w:val="000000" w:themeColor="text1"/>
                <w:sz w:val="21"/>
              </w:rPr>
              <w:t>…… / …… / 20……</w:t>
            </w:r>
            <w:r w:rsidRPr="00FD6A4C">
              <w:rPr>
                <w:color w:val="000000" w:themeColor="text1"/>
                <w:sz w:val="21"/>
              </w:rPr>
              <w:br/>
            </w:r>
            <w:r w:rsidRPr="00FD6A4C">
              <w:rPr>
                <w:b/>
                <w:color w:val="000000" w:themeColor="text1"/>
                <w:sz w:val="21"/>
              </w:rPr>
              <w:t>…………………</w:t>
            </w:r>
            <w:r w:rsidRPr="00FD6A4C">
              <w:rPr>
                <w:b/>
                <w:color w:val="000000" w:themeColor="text1"/>
                <w:sz w:val="21"/>
              </w:rPr>
              <w:br/>
            </w:r>
            <w:r w:rsidRPr="00FD6A4C">
              <w:rPr>
                <w:b/>
                <w:color w:val="000000" w:themeColor="text1"/>
                <w:sz w:val="20"/>
              </w:rPr>
              <w:t>Okul Müdürü</w:t>
            </w:r>
          </w:p>
        </w:tc>
      </w:tr>
    </w:tbl>
    <w:p w:rsidR="00D84D86" w:rsidRPr="00FD6A4C" w:rsidRDefault="00FD6A4C">
      <w:pPr>
        <w:spacing w:after="0"/>
        <w:rPr>
          <w:color w:val="000000" w:themeColor="text1"/>
        </w:rPr>
      </w:pPr>
      <w:r w:rsidRPr="00FD6A4C">
        <w:rPr>
          <w:color w:val="000000" w:themeColor="text1"/>
        </w:rPr>
        <w:br w:type="page"/>
      </w:r>
    </w:p>
    <w:tbl>
      <w:tblPr>
        <w:tblStyle w:val="DzTablo1"/>
        <w:tblW w:w="0" w:type="auto"/>
        <w:tblLook w:val="04A0" w:firstRow="1" w:lastRow="0" w:firstColumn="1" w:lastColumn="0" w:noHBand="0" w:noVBand="1"/>
      </w:tblPr>
      <w:tblGrid>
        <w:gridCol w:w="9752"/>
      </w:tblGrid>
      <w:tr w:rsidR="00FD6A4C" w:rsidRPr="00FD6A4C" w:rsidTr="00FD6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D84D86" w:rsidRPr="00FD6A4C" w:rsidRDefault="00FD6A4C">
            <w:pPr>
              <w:spacing w:before="100" w:after="20"/>
              <w:jc w:val="center"/>
              <w:rPr>
                <w:color w:val="000000" w:themeColor="text1"/>
              </w:rPr>
            </w:pPr>
            <w:r w:rsidRPr="00FD6A4C">
              <w:rPr>
                <w:b w:val="0"/>
                <w:color w:val="000000" w:themeColor="text1"/>
                <w:sz w:val="21"/>
              </w:rPr>
              <w:lastRenderedPageBreak/>
              <w:t>2026-2027 EĞİTİM-ÖĞRETİM YILI</w:t>
            </w:r>
          </w:p>
          <w:p w:rsidR="00D84D86" w:rsidRPr="00FD6A4C" w:rsidRDefault="00FD6A4C">
            <w:pPr>
              <w:spacing w:after="20"/>
              <w:jc w:val="center"/>
              <w:rPr>
                <w:color w:val="000000" w:themeColor="text1"/>
              </w:rPr>
            </w:pPr>
            <w:r w:rsidRPr="00FD6A4C">
              <w:rPr>
                <w:color w:val="000000" w:themeColor="text1"/>
                <w:sz w:val="26"/>
              </w:rPr>
              <w:t>…………………</w:t>
            </w:r>
          </w:p>
          <w:p w:rsidR="00D84D86" w:rsidRPr="00FD6A4C" w:rsidRDefault="00FD6A4C">
            <w:pPr>
              <w:spacing w:after="20"/>
              <w:jc w:val="center"/>
              <w:rPr>
                <w:color w:val="000000" w:themeColor="text1"/>
              </w:rPr>
            </w:pPr>
            <w:r w:rsidRPr="00FD6A4C">
              <w:rPr>
                <w:color w:val="000000" w:themeColor="text1"/>
                <w:sz w:val="30"/>
              </w:rPr>
              <w:t>5/… SINIFI</w:t>
            </w:r>
          </w:p>
          <w:p w:rsidR="00D84D86" w:rsidRPr="00FD6A4C" w:rsidRDefault="00FD6A4C">
            <w:pPr>
              <w:spacing w:after="100"/>
              <w:jc w:val="center"/>
              <w:rPr>
                <w:color w:val="000000" w:themeColor="text1"/>
              </w:rPr>
            </w:pPr>
            <w:r w:rsidRPr="00FD6A4C">
              <w:rPr>
                <w:color w:val="000000" w:themeColor="text1"/>
                <w:sz w:val="24"/>
              </w:rPr>
              <w:t>VELİ TOPLANTISI İMZA LİSTESİ</w:t>
            </w:r>
          </w:p>
        </w:tc>
      </w:tr>
    </w:tbl>
    <w:p w:rsidR="00D84D86" w:rsidRPr="00FD6A4C" w:rsidRDefault="00D84D86">
      <w:pPr>
        <w:spacing w:after="0"/>
        <w:rPr>
          <w:color w:val="000000" w:themeColor="text1"/>
        </w:rPr>
      </w:pPr>
    </w:p>
    <w:tbl>
      <w:tblPr>
        <w:tblStyle w:val="DzTablo1"/>
        <w:tblW w:w="0" w:type="auto"/>
        <w:tblLook w:val="04A0" w:firstRow="1" w:lastRow="0" w:firstColumn="1" w:lastColumn="0" w:noHBand="0" w:noVBand="1"/>
      </w:tblPr>
      <w:tblGrid>
        <w:gridCol w:w="737"/>
        <w:gridCol w:w="2608"/>
        <w:gridCol w:w="2608"/>
        <w:gridCol w:w="1928"/>
        <w:gridCol w:w="1871"/>
      </w:tblGrid>
      <w:tr w:rsidR="00FD6A4C" w:rsidRPr="00FD6A4C" w:rsidTr="00FD6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jc w:val="center"/>
              <w:rPr>
                <w:color w:val="000000" w:themeColor="text1"/>
              </w:rPr>
            </w:pPr>
            <w:r w:rsidRPr="00FD6A4C">
              <w:rPr>
                <w:color w:val="000000" w:themeColor="text1"/>
                <w:sz w:val="19"/>
              </w:rPr>
              <w:t>No</w:t>
            </w:r>
          </w:p>
        </w:tc>
        <w:tc>
          <w:tcPr>
            <w:tcW w:w="2608"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9"/>
              </w:rPr>
              <w:t>Öğrenci Adı</w:t>
            </w:r>
          </w:p>
        </w:tc>
        <w:tc>
          <w:tcPr>
            <w:tcW w:w="2608"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9"/>
              </w:rPr>
              <w:t>Veli Adı Soyadı</w:t>
            </w:r>
          </w:p>
        </w:tc>
        <w:tc>
          <w:tcPr>
            <w:tcW w:w="1928"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9"/>
              </w:rPr>
              <w:t>Yakınlık Durumu</w:t>
            </w:r>
          </w:p>
        </w:tc>
        <w:tc>
          <w:tcPr>
            <w:tcW w:w="1871" w:type="dxa"/>
          </w:tcPr>
          <w:p w:rsidR="00D84D86" w:rsidRPr="00FD6A4C" w:rsidRDefault="00FD6A4C">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D6A4C">
              <w:rPr>
                <w:color w:val="000000" w:themeColor="text1"/>
                <w:sz w:val="19"/>
              </w:rPr>
              <w:t>İmza</w:t>
            </w: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3</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4</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5</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6</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7</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8</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9</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10</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11</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12</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13</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14</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15</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16</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17</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18</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19</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20</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21</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22</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23</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24</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25</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26</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27</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28</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6A4C" w:rsidRPr="00FD6A4C" w:rsidTr="00FD6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29</w:t>
            </w: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D6A4C" w:rsidRPr="00FD6A4C" w:rsidTr="00FD6A4C">
        <w:tc>
          <w:tcPr>
            <w:cnfStyle w:val="001000000000" w:firstRow="0" w:lastRow="0" w:firstColumn="1" w:lastColumn="0" w:oddVBand="0" w:evenVBand="0" w:oddHBand="0" w:evenHBand="0" w:firstRowFirstColumn="0" w:firstRowLastColumn="0" w:lastRowFirstColumn="0" w:lastRowLastColumn="0"/>
            <w:tcW w:w="737" w:type="dxa"/>
          </w:tcPr>
          <w:p w:rsidR="00D84D86" w:rsidRPr="00FD6A4C" w:rsidRDefault="00FD6A4C">
            <w:pPr>
              <w:spacing w:after="20"/>
              <w:jc w:val="center"/>
              <w:rPr>
                <w:color w:val="000000" w:themeColor="text1"/>
              </w:rPr>
            </w:pPr>
            <w:r w:rsidRPr="00FD6A4C">
              <w:rPr>
                <w:b w:val="0"/>
                <w:color w:val="000000" w:themeColor="text1"/>
                <w:sz w:val="19"/>
              </w:rPr>
              <w:t>30</w:t>
            </w: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60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28"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871" w:type="dxa"/>
          </w:tcPr>
          <w:p w:rsidR="00D84D86" w:rsidRPr="00FD6A4C" w:rsidRDefault="00D84D86">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bl>
    <w:p w:rsidR="00D84D86" w:rsidRPr="00FD6A4C" w:rsidRDefault="00D84D86">
      <w:pPr>
        <w:spacing w:after="0"/>
        <w:rPr>
          <w:color w:val="000000" w:themeColor="text1"/>
        </w:rPr>
      </w:pPr>
    </w:p>
    <w:p w:rsidR="00D84D86" w:rsidRPr="00FD6A4C" w:rsidRDefault="00FD6A4C">
      <w:pPr>
        <w:spacing w:after="0"/>
        <w:rPr>
          <w:color w:val="000000" w:themeColor="text1"/>
        </w:rPr>
      </w:pPr>
      <w:r w:rsidRPr="00FD6A4C">
        <w:rPr>
          <w:color w:val="000000" w:themeColor="text1"/>
        </w:rPr>
        <w:br w:type="page"/>
      </w:r>
    </w:p>
    <w:tbl>
      <w:tblPr>
        <w:tblStyle w:val="DzTablo1"/>
        <w:tblW w:w="0" w:type="auto"/>
        <w:tblLook w:val="04A0" w:firstRow="1" w:lastRow="0" w:firstColumn="1" w:lastColumn="0" w:noHBand="0" w:noVBand="1"/>
      </w:tblPr>
      <w:tblGrid>
        <w:gridCol w:w="9752"/>
      </w:tblGrid>
      <w:tr w:rsidR="00FD6A4C" w:rsidRPr="00FD6A4C" w:rsidTr="00FD6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D84D86" w:rsidRPr="00FD6A4C" w:rsidRDefault="00FD6A4C">
            <w:pPr>
              <w:spacing w:before="120" w:after="120"/>
              <w:jc w:val="center"/>
              <w:rPr>
                <w:color w:val="000000" w:themeColor="text1"/>
              </w:rPr>
            </w:pPr>
            <w:r w:rsidRPr="00FD6A4C">
              <w:rPr>
                <w:color w:val="000000" w:themeColor="text1"/>
                <w:sz w:val="24"/>
              </w:rPr>
              <w:lastRenderedPageBreak/>
              <w:t>V</w:t>
            </w:r>
            <w:bookmarkStart w:id="0" w:name="_GoBack"/>
            <w:bookmarkEnd w:id="0"/>
            <w:r w:rsidRPr="00FD6A4C">
              <w:rPr>
                <w:color w:val="000000" w:themeColor="text1"/>
                <w:sz w:val="24"/>
              </w:rPr>
              <w:t>ELİ TOPLANTISI DAVET PUSULALARI</w:t>
            </w:r>
          </w:p>
        </w:tc>
      </w:tr>
    </w:tbl>
    <w:p w:rsidR="00D84D86" w:rsidRPr="00FD6A4C" w:rsidRDefault="00D84D86">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rPr>
                <w:color w:val="000000" w:themeColor="text1"/>
              </w:rPr>
            </w:pPr>
            <w:r w:rsidRPr="00FD6A4C">
              <w:rPr>
                <w:b/>
                <w:color w:val="000000" w:themeColor="text1"/>
              </w:rPr>
              <w:t>Sayın Velimiz,</w:t>
            </w:r>
          </w:p>
          <w:p w:rsidR="00D84D86" w:rsidRPr="00FD6A4C" w:rsidRDefault="00FD6A4C">
            <w:pPr>
              <w:jc w:val="both"/>
              <w:rPr>
                <w:color w:val="000000" w:themeColor="text1"/>
              </w:rPr>
            </w:pPr>
            <w:r w:rsidRPr="00FD6A4C">
              <w:rPr>
                <w:color w:val="000000" w:themeColor="text1"/>
                <w:sz w:val="21"/>
              </w:rPr>
              <w:t xml:space="preserve">2026-2027 Eğitim Öğretim Yılı I. Dönem 5/… sınıfı veli toplantımız …… / …… / 20…… tarihinde </w:t>
            </w:r>
            <w:r w:rsidRPr="00FD6A4C">
              <w:rPr>
                <w:color w:val="000000" w:themeColor="text1"/>
                <w:sz w:val="21"/>
              </w:rPr>
              <w:t>saat ……… itibarıyla yapılacaktır. Çocuğumuzun eğitimi için önemli olan bu toplantıya katılımınızı önemle rica ederiz.</w:t>
            </w:r>
          </w:p>
          <w:p w:rsidR="00D84D86" w:rsidRPr="00FD6A4C" w:rsidRDefault="00FD6A4C">
            <w:pPr>
              <w:jc w:val="right"/>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rPr>
                <w:color w:val="000000" w:themeColor="text1"/>
              </w:rPr>
            </w:pPr>
            <w:r w:rsidRPr="00FD6A4C">
              <w:rPr>
                <w:b/>
                <w:color w:val="000000" w:themeColor="text1"/>
              </w:rPr>
              <w:t>Sayın Velimiz,</w:t>
            </w:r>
          </w:p>
          <w:p w:rsidR="00D84D86" w:rsidRPr="00FD6A4C" w:rsidRDefault="00FD6A4C">
            <w:pPr>
              <w:jc w:val="both"/>
              <w:rPr>
                <w:color w:val="000000" w:themeColor="text1"/>
              </w:rPr>
            </w:pPr>
            <w:r w:rsidRPr="00FD6A4C">
              <w:rPr>
                <w:color w:val="000000" w:themeColor="text1"/>
                <w:sz w:val="21"/>
              </w:rPr>
              <w:t>2026-2027 Eğitim Öğretim Yılı I. Dönem 5/… sınıfı veli toplantımız …… / …… / 20…… tarihinde</w:t>
            </w:r>
            <w:r w:rsidRPr="00FD6A4C">
              <w:rPr>
                <w:color w:val="000000" w:themeColor="text1"/>
                <w:sz w:val="21"/>
              </w:rPr>
              <w:t xml:space="preserve"> saat ……… itibarıyla yapılacaktır. Çocuğumuzun eğitimi için önemli olan bu toplantıya katılımınızı önemle rica ederiz.</w:t>
            </w:r>
          </w:p>
          <w:p w:rsidR="00D84D86" w:rsidRPr="00FD6A4C" w:rsidRDefault="00FD6A4C">
            <w:pPr>
              <w:jc w:val="right"/>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rPr>
                <w:color w:val="000000" w:themeColor="text1"/>
              </w:rPr>
            </w:pPr>
            <w:r w:rsidRPr="00FD6A4C">
              <w:rPr>
                <w:b/>
                <w:color w:val="000000" w:themeColor="text1"/>
              </w:rPr>
              <w:t>Sayın Velimiz,</w:t>
            </w:r>
          </w:p>
          <w:p w:rsidR="00D84D86" w:rsidRPr="00FD6A4C" w:rsidRDefault="00FD6A4C">
            <w:pPr>
              <w:jc w:val="both"/>
              <w:rPr>
                <w:color w:val="000000" w:themeColor="text1"/>
              </w:rPr>
            </w:pPr>
            <w:r w:rsidRPr="00FD6A4C">
              <w:rPr>
                <w:color w:val="000000" w:themeColor="text1"/>
                <w:sz w:val="21"/>
              </w:rPr>
              <w:t>2026-2027 Eğitim Öğretim Yılı I. Dönem 5/… sınıfı veli toplantımız …… / …… / 20…… tarihind</w:t>
            </w:r>
            <w:r w:rsidRPr="00FD6A4C">
              <w:rPr>
                <w:color w:val="000000" w:themeColor="text1"/>
                <w:sz w:val="21"/>
              </w:rPr>
              <w:t>e saat ……… itibarıyla yapılacaktır. Çocuğumuzun eğitimi için önemli olan bu toplantıya katılımınızı önemle rica ederiz.</w:t>
            </w:r>
          </w:p>
          <w:p w:rsidR="00D84D86" w:rsidRPr="00FD6A4C" w:rsidRDefault="00FD6A4C">
            <w:pPr>
              <w:jc w:val="right"/>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rPr>
                <w:color w:val="000000" w:themeColor="text1"/>
              </w:rPr>
            </w:pPr>
            <w:r w:rsidRPr="00FD6A4C">
              <w:rPr>
                <w:b/>
                <w:color w:val="000000" w:themeColor="text1"/>
              </w:rPr>
              <w:t>Sayın Velimiz,</w:t>
            </w:r>
          </w:p>
          <w:p w:rsidR="00D84D86" w:rsidRPr="00FD6A4C" w:rsidRDefault="00FD6A4C">
            <w:pPr>
              <w:jc w:val="both"/>
              <w:rPr>
                <w:color w:val="000000" w:themeColor="text1"/>
              </w:rPr>
            </w:pPr>
            <w:r w:rsidRPr="00FD6A4C">
              <w:rPr>
                <w:color w:val="000000" w:themeColor="text1"/>
                <w:sz w:val="21"/>
              </w:rPr>
              <w:t>2026-2027 Eğitim Öğretim Yılı I. Dönem 5/… sınıfı veli toplantımız …… / …… / 20…… tarihin</w:t>
            </w:r>
            <w:r w:rsidRPr="00FD6A4C">
              <w:rPr>
                <w:color w:val="000000" w:themeColor="text1"/>
                <w:sz w:val="21"/>
              </w:rPr>
              <w:t>de saat ……… itibarıyla yapılacaktır. Çocuğumuzun eğitimi için önemli olan bu toplantıya katılımınızı önemle rica ederiz.</w:t>
            </w:r>
          </w:p>
          <w:p w:rsidR="00D84D86" w:rsidRPr="00FD6A4C" w:rsidRDefault="00FD6A4C">
            <w:pPr>
              <w:jc w:val="right"/>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rPr>
                <w:color w:val="000000" w:themeColor="text1"/>
              </w:rPr>
            </w:pPr>
            <w:r w:rsidRPr="00FD6A4C">
              <w:rPr>
                <w:b/>
                <w:color w:val="000000" w:themeColor="text1"/>
              </w:rPr>
              <w:t>Sayın Velimiz,</w:t>
            </w:r>
          </w:p>
          <w:p w:rsidR="00D84D86" w:rsidRPr="00FD6A4C" w:rsidRDefault="00FD6A4C">
            <w:pPr>
              <w:jc w:val="both"/>
              <w:rPr>
                <w:color w:val="000000" w:themeColor="text1"/>
              </w:rPr>
            </w:pPr>
            <w:r w:rsidRPr="00FD6A4C">
              <w:rPr>
                <w:color w:val="000000" w:themeColor="text1"/>
                <w:sz w:val="21"/>
              </w:rPr>
              <w:t xml:space="preserve">2026-2027 Eğitim Öğretim Yılı I. Dönem 5/… sınıfı veli toplantımız …… / …… / 20…… </w:t>
            </w:r>
            <w:r w:rsidRPr="00FD6A4C">
              <w:rPr>
                <w:color w:val="000000" w:themeColor="text1"/>
                <w:sz w:val="21"/>
              </w:rPr>
              <w:t>tarihinde saat ……… itibarıyla yapılacaktır. Çocuğumuzun eğitimi için önemli olan bu toplantıya katılımınızı önemle rica ederiz.</w:t>
            </w:r>
          </w:p>
          <w:p w:rsidR="00D84D86" w:rsidRPr="00FD6A4C" w:rsidRDefault="00FD6A4C">
            <w:pPr>
              <w:jc w:val="right"/>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tbl>
      <w:tblPr>
        <w:tblW w:w="0" w:type="auto"/>
        <w:jc w:val="center"/>
        <w:tblBorders>
          <w:top w:val="dashed" w:sz="8" w:space="0" w:color="4A2A14"/>
          <w:left w:val="dashed" w:sz="8" w:space="0" w:color="4A2A14"/>
          <w:bottom w:val="dashed" w:sz="8" w:space="0" w:color="4A2A14"/>
          <w:right w:val="dashed" w:sz="8" w:space="0" w:color="4A2A14"/>
        </w:tblBorders>
        <w:tblLook w:val="04A0" w:firstRow="1" w:lastRow="0" w:firstColumn="1" w:lastColumn="0" w:noHBand="0" w:noVBand="1"/>
      </w:tblPr>
      <w:tblGrid>
        <w:gridCol w:w="9752"/>
      </w:tblGrid>
      <w:tr w:rsidR="00D84D86" w:rsidRPr="00FD6A4C">
        <w:trPr>
          <w:cantSplit/>
          <w:jc w:val="center"/>
        </w:trPr>
        <w:tc>
          <w:tcPr>
            <w:tcW w:w="9752" w:type="dxa"/>
          </w:tcPr>
          <w:p w:rsidR="00D84D86" w:rsidRPr="00FD6A4C" w:rsidRDefault="00FD6A4C">
            <w:pPr>
              <w:rPr>
                <w:color w:val="000000" w:themeColor="text1"/>
              </w:rPr>
            </w:pPr>
            <w:r w:rsidRPr="00FD6A4C">
              <w:rPr>
                <w:b/>
                <w:color w:val="000000" w:themeColor="text1"/>
              </w:rPr>
              <w:t>Sayın Velimiz,</w:t>
            </w:r>
          </w:p>
          <w:p w:rsidR="00D84D86" w:rsidRPr="00FD6A4C" w:rsidRDefault="00FD6A4C">
            <w:pPr>
              <w:jc w:val="both"/>
              <w:rPr>
                <w:color w:val="000000" w:themeColor="text1"/>
              </w:rPr>
            </w:pPr>
            <w:r w:rsidRPr="00FD6A4C">
              <w:rPr>
                <w:color w:val="000000" w:themeColor="text1"/>
                <w:sz w:val="21"/>
              </w:rPr>
              <w:t>2026-2027 Eğitim Öğretim Yılı I. Dönem 5/… sınıfı veli toplantımız …… / …… / 20……</w:t>
            </w:r>
            <w:r w:rsidRPr="00FD6A4C">
              <w:rPr>
                <w:color w:val="000000" w:themeColor="text1"/>
                <w:sz w:val="21"/>
              </w:rPr>
              <w:t xml:space="preserve"> tarihinde saat ……… itibarıyla yapılacaktır. Çocuğumuzun eğitimi için önemli olan bu toplantıya katılımınızı önemle rica ederiz.</w:t>
            </w:r>
          </w:p>
          <w:p w:rsidR="00D84D86" w:rsidRPr="00FD6A4C" w:rsidRDefault="00FD6A4C">
            <w:pPr>
              <w:jc w:val="right"/>
              <w:rPr>
                <w:color w:val="000000" w:themeColor="text1"/>
              </w:rPr>
            </w:pPr>
            <w:r w:rsidRPr="00FD6A4C">
              <w:rPr>
                <w:b/>
                <w:color w:val="000000" w:themeColor="text1"/>
                <w:sz w:val="21"/>
              </w:rPr>
              <w:t>…………………</w:t>
            </w:r>
            <w:r w:rsidRPr="00FD6A4C">
              <w:rPr>
                <w:b/>
                <w:color w:val="000000" w:themeColor="text1"/>
                <w:sz w:val="21"/>
              </w:rPr>
              <w:br/>
            </w:r>
            <w:r w:rsidRPr="00FD6A4C">
              <w:rPr>
                <w:b/>
                <w:color w:val="000000" w:themeColor="text1"/>
                <w:sz w:val="20"/>
              </w:rPr>
              <w:t>Şube Rehber Öğretmeni</w:t>
            </w:r>
          </w:p>
        </w:tc>
      </w:tr>
    </w:tbl>
    <w:p w:rsidR="00D84D86" w:rsidRPr="00FD6A4C" w:rsidRDefault="00D84D86">
      <w:pPr>
        <w:spacing w:after="0"/>
        <w:rPr>
          <w:color w:val="000000" w:themeColor="text1"/>
        </w:rPr>
      </w:pPr>
    </w:p>
    <w:sectPr w:rsidR="00D84D86" w:rsidRPr="00FD6A4C"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D84D86"/>
    <w:rsid w:val="00FC693F"/>
    <w:rsid w:val="00FD6A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BA67C1A-63E8-43BC-A05F-04E0BEEBC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FD6A4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BD6E9-8644-43DD-B00D-68B5A9FD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I. Dönem Veli Toplantısı Tutanağı ve Evrakları 2026-2027</dc:title>
  <dc:subject>veli toplantısı tutanağı</dc:subject>
  <dc:creator>evrakburada</dc:creator>
  <cp:keywords>sosyal kulüp, veli toplantısı tutanağı</cp:keywords>
  <dc:description/>
  <cp:lastModifiedBy>HP</cp:lastModifiedBy>
  <cp:revision>2</cp:revision>
  <dcterms:created xsi:type="dcterms:W3CDTF">2013-12-23T23:15:00Z</dcterms:created>
  <dcterms:modified xsi:type="dcterms:W3CDTF">2026-10-15T13:20:00Z</dcterms:modified>
  <cp:category/>
</cp:coreProperties>
</file>