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 w:after="80"/>
              <w:jc w:val="center"/>
            </w:pPr>
            <w:r>
              <w:rPr>
                <w:color w:val="FFFFFF"/>
                <w:sz w:val="44"/>
              </w:rPr>
              <w:t>29 EKİM CUMHURİYET BAYRAMI</w:t>
            </w:r>
            <w:r>
              <w:rPr>
                <w:color w:val="FFFFFF"/>
                <w:sz w:val="44"/>
              </w:rPr>
              <w:br/>
              <w:t>PANO SETİ</w:t>
            </w:r>
          </w:p>
          <w:p w:rsidR="00FA4CEE" w:rsidRDefault="009C4886">
            <w:pPr>
              <w:jc w:val="center"/>
            </w:pPr>
            <w:r>
              <w:rPr>
                <w:b w:val="0"/>
                <w:color w:val="FFFFFF"/>
                <w:sz w:val="24"/>
              </w:rPr>
              <w:t xml:space="preserve"> </w:t>
            </w:r>
            <w:r w:rsidR="00ED3ECC">
              <w:rPr>
                <w:b w:val="0"/>
                <w:color w:val="FFFFFF"/>
                <w:sz w:val="24"/>
              </w:rPr>
              <w:t xml:space="preserve">  ·  Kesip yapıştır</w:t>
            </w:r>
            <w:bookmarkStart w:id="0" w:name="_GoBack"/>
            <w:bookmarkEnd w:id="0"/>
            <w:r w:rsidR="00ED3ECC">
              <w:rPr>
                <w:b w:val="0"/>
                <w:color w:val="FFFFFF"/>
                <w:sz w:val="24"/>
              </w:rPr>
              <w:t>maya hazır pano başlığı, kartlar ve sözler</w:t>
            </w:r>
          </w:p>
        </w:tc>
      </w:tr>
    </w:tbl>
    <w:p w:rsidR="00FA4CEE" w:rsidRDefault="00FA4CEE">
      <w:pPr>
        <w:spacing w:after="40"/>
      </w:pPr>
    </w:p>
    <w:p w:rsidR="00FA4CEE" w:rsidRDefault="00ED3ECC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FA4CEE" w:rsidRDefault="00ED3ECC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“29 EKİM / CUMHURİYET / BAYRAMI”</w:t>
      </w:r>
    </w:p>
    <w:p w:rsidR="00FA4CEE" w:rsidRDefault="00ED3ECC">
      <w:pPr>
        <w:pStyle w:val="ListeNumaras"/>
        <w:spacing w:after="60"/>
      </w:pPr>
      <w:r>
        <w:rPr>
          <w:b/>
        </w:rPr>
        <w:t>Cumhuriyet nedir?</w:t>
      </w:r>
      <w:r>
        <w:t xml:space="preserve"> — bilgi kartları</w:t>
      </w:r>
    </w:p>
    <w:p w:rsidR="00FA4CEE" w:rsidRDefault="00ED3ECC">
      <w:pPr>
        <w:pStyle w:val="ListeNumaras"/>
        <w:spacing w:after="60"/>
      </w:pPr>
      <w:r>
        <w:rPr>
          <w:b/>
        </w:rPr>
        <w:t xml:space="preserve">Cumhuriyet nasıl </w:t>
      </w:r>
      <w:r>
        <w:rPr>
          <w:b/>
        </w:rPr>
        <w:t>ilan edildi?</w:t>
      </w:r>
      <w:r>
        <w:t xml:space="preserve"> — 29 Ekim 1923 kartları</w:t>
      </w:r>
    </w:p>
    <w:p w:rsidR="00FA4CEE" w:rsidRDefault="00ED3ECC">
      <w:pPr>
        <w:pStyle w:val="ListeNumaras"/>
        <w:spacing w:after="60"/>
      </w:pPr>
      <w:r>
        <w:rPr>
          <w:b/>
        </w:rPr>
        <w:t>Atatürk’ün sözleri</w:t>
      </w:r>
      <w:r>
        <w:t xml:space="preserve"> — 8 söz kartı</w:t>
      </w:r>
    </w:p>
    <w:p w:rsidR="00FA4CEE" w:rsidRDefault="00ED3ECC">
      <w:pPr>
        <w:pStyle w:val="ListeNumaras"/>
        <w:spacing w:after="60"/>
      </w:pPr>
      <w:r>
        <w:rPr>
          <w:b/>
        </w:rPr>
        <w:t>Cumhuriyet bize ne getirdi?</w:t>
      </w:r>
      <w:r>
        <w:t xml:space="preserve"> — kartlar</w:t>
      </w:r>
    </w:p>
    <w:p w:rsidR="00FA4CEE" w:rsidRDefault="00ED3ECC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FA4CEE" w:rsidRDefault="00ED3ECC">
      <w:pPr>
        <w:pStyle w:val="ListeNumaras"/>
        <w:spacing w:after="60"/>
      </w:pPr>
      <w:r>
        <w:rPr>
          <w:b/>
        </w:rPr>
        <w:t>Şiir panosu</w:t>
      </w:r>
      <w:r>
        <w:t xml:space="preserve"> — “Cumhuriyet”</w:t>
      </w:r>
    </w:p>
    <w:p w:rsidR="00FA4CEE" w:rsidRDefault="00ED3ECC">
      <w:pPr>
        <w:pStyle w:val="ListeNumaras"/>
        <w:spacing w:after="60"/>
      </w:pPr>
      <w:r>
        <w:rPr>
          <w:b/>
        </w:rPr>
        <w:t>Cumhuriyete söz veriyorum</w:t>
      </w:r>
      <w:r>
        <w:t xml:space="preserve"> — öğrenci kartları</w:t>
      </w:r>
    </w:p>
    <w:p w:rsidR="00FA4CEE" w:rsidRDefault="00ED3ECC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FA4CEE" w:rsidRDefault="00ED3ECC">
      <w:pPr>
        <w:pStyle w:val="ListeMaddemi"/>
        <w:spacing w:after="60"/>
      </w:pPr>
      <w:r>
        <w:t xml:space="preserve">Sayfaları </w:t>
      </w:r>
      <w:r>
        <w:rPr>
          <w:b/>
        </w:rPr>
        <w:t>renkli yazıcı</w:t>
      </w:r>
      <w:r>
        <w:rPr>
          <w:b/>
        </w:rPr>
        <w:t>da A4</w:t>
      </w:r>
      <w:r>
        <w:t xml:space="preserve"> olarak yazdırın; kalın kâğıt ya da fon kartonu tercih edin.</w:t>
      </w:r>
    </w:p>
    <w:p w:rsidR="00FA4CEE" w:rsidRDefault="00ED3ECC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kırmızı, beyaz ya da sarı fon kartonuna yapıştırarak çerçeveleyin.</w:t>
      </w:r>
    </w:p>
    <w:p w:rsidR="00FA4CEE" w:rsidRDefault="00ED3ECC">
      <w:pPr>
        <w:pStyle w:val="ListeMaddemi"/>
        <w:spacing w:after="60"/>
      </w:pPr>
      <w:r>
        <w:t>Başlık şeritlerini panonun üstüne dizin; kartları altına konu konu gruplayın.</w:t>
      </w:r>
    </w:p>
    <w:p w:rsidR="00FA4CEE" w:rsidRDefault="00ED3ECC">
      <w:pPr>
        <w:pStyle w:val="ListeMaddemi"/>
        <w:spacing w:after="60"/>
      </w:pPr>
      <w:r>
        <w:t>“Cumhuriyete söz veriyorum” kartlarını öğrencilere dağıtın; doldurulan kartlar panonun en dikkat çeken bölümü olur.</w:t>
      </w:r>
    </w:p>
    <w:p w:rsidR="00FA4CEE" w:rsidRDefault="00ED3ECC">
      <w:pPr>
        <w:pStyle w:val="ListeMaddemi"/>
        <w:spacing w:after="60"/>
      </w:pPr>
      <w:r>
        <w:t>Panoyu Türk bayrakları, Atatürk köşesi ve öğrencilerin çizdiği resimlerle zenginleştirin.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r>
              <w:rPr>
                <w:color w:val="4A2A14"/>
              </w:rPr>
              <w:t>Bilgi</w:t>
            </w:r>
          </w:p>
          <w:p w:rsidR="00FA4CEE" w:rsidRDefault="00ED3ECC">
            <w:r>
              <w:rPr>
                <w:sz w:val="21"/>
              </w:rPr>
              <w:t>29 Ekim 1923</w:t>
            </w:r>
            <w:r>
              <w:rPr>
                <w:b w:val="0"/>
                <w:sz w:val="21"/>
              </w:rPr>
              <w:t>’te Türkiye Büyük Millet Meclisi</w:t>
            </w:r>
            <w:r>
              <w:rPr>
                <w:b w:val="0"/>
                <w:sz w:val="21"/>
              </w:rPr>
              <w:t xml:space="preserve">’nde </w:t>
            </w:r>
            <w:r>
              <w:rPr>
                <w:sz w:val="21"/>
              </w:rPr>
              <w:t>Cumhuriyet</w:t>
            </w:r>
            <w:r>
              <w:rPr>
                <w:b w:val="0"/>
                <w:sz w:val="21"/>
              </w:rPr>
              <w:t xml:space="preserve"> ilan edildi ve </w:t>
            </w:r>
            <w:r>
              <w:rPr>
                <w:sz w:val="21"/>
              </w:rPr>
              <w:t>Mustafa Kemal Atatürk</w:t>
            </w:r>
            <w:r>
              <w:rPr>
                <w:b w:val="0"/>
                <w:sz w:val="21"/>
              </w:rPr>
              <w:t xml:space="preserve"> ilk Cumhurbaşkanı seçildi. 29 Ekim, o günden beri her yıl </w:t>
            </w:r>
            <w:r>
              <w:rPr>
                <w:sz w:val="21"/>
              </w:rPr>
              <w:t>Cumhuriyet Bayramı</w:t>
            </w:r>
            <w:r>
              <w:rPr>
                <w:b w:val="0"/>
                <w:sz w:val="21"/>
              </w:rPr>
              <w:t xml:space="preserve"> olarak kutlanır.</w:t>
            </w:r>
          </w:p>
        </w:tc>
      </w:tr>
    </w:tbl>
    <w:p w:rsidR="00FA4CEE" w:rsidRDefault="00FA4CEE">
      <w:pPr>
        <w:spacing w:after="0"/>
      </w:pPr>
    </w:p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lastRenderedPageBreak/>
              <w:t>29 EKİM</w:t>
            </w:r>
          </w:p>
        </w:tc>
      </w:tr>
    </w:tbl>
    <w:p w:rsidR="00FA4CEE" w:rsidRDefault="00FA4CEE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CUMHURİYET</w:t>
            </w:r>
          </w:p>
        </w:tc>
      </w:tr>
    </w:tbl>
    <w:p w:rsidR="00FA4CEE" w:rsidRDefault="00FA4CEE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BAYRAMI</w:t>
            </w:r>
          </w:p>
        </w:tc>
      </w:tr>
    </w:tbl>
    <w:p w:rsidR="00FA4CEE" w:rsidRDefault="00FA4CEE">
      <w:pPr>
        <w:spacing w:after="80"/>
      </w:pPr>
    </w:p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>CUMHURİYET NEDİR?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30"/>
              </w:rPr>
              <w:t xml:space="preserve">Egemenliğin (yönetme hakkının) </w:t>
            </w:r>
            <w:r>
              <w:rPr>
                <w:color w:val="4A2A14"/>
                <w:sz w:val="30"/>
              </w:rPr>
              <w:t>millete</w:t>
            </w:r>
            <w:r>
              <w:rPr>
                <w:b w:val="0"/>
                <w:color w:val="4A2A14"/>
                <w:sz w:val="30"/>
              </w:rPr>
              <w:t xml:space="preserve"> ait olduğu yönetim biçimidir.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color w:val="4A2A14"/>
                <w:sz w:val="30"/>
              </w:rPr>
              <w:t xml:space="preserve">Yöneticiler </w:t>
            </w:r>
            <w:r>
              <w:rPr>
                <w:color w:val="4A2A14"/>
                <w:sz w:val="30"/>
              </w:rPr>
              <w:t>seçimle</w:t>
            </w:r>
            <w:r>
              <w:rPr>
                <w:b w:val="0"/>
                <w:color w:val="4A2A14"/>
                <w:sz w:val="30"/>
              </w:rPr>
              <w:t xml:space="preserve"> belirlenir.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30"/>
              </w:rPr>
              <w:t xml:space="preserve">Temel ilke: </w:t>
            </w:r>
            <w:r>
              <w:rPr>
                <w:color w:val="4A2A14"/>
                <w:sz w:val="30"/>
              </w:rPr>
              <w:t>“Egemenlik kayıtsız şartsız milletindir.”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4A2A14"/>
                <w:sz w:val="30"/>
              </w:rPr>
              <w:t xml:space="preserve">Cumhuriyet </w:t>
            </w:r>
            <w:r>
              <w:rPr>
                <w:b/>
                <w:color w:val="4A2A14"/>
                <w:sz w:val="30"/>
              </w:rPr>
              <w:t>eşitlik, özgürlük ve adalet</w:t>
            </w:r>
            <w:r>
              <w:rPr>
                <w:color w:val="4A2A14"/>
                <w:sz w:val="30"/>
              </w:rPr>
              <w:t xml:space="preserve"> getirir.</w:t>
            </w:r>
          </w:p>
        </w:tc>
      </w:tr>
      <w:tr w:rsidR="00FA4CEE" w:rsidTr="00BC4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30"/>
              </w:rPr>
              <w:t xml:space="preserve">Kadın-erkek </w:t>
            </w:r>
            <w:r>
              <w:rPr>
                <w:color w:val="4A2A14"/>
                <w:sz w:val="30"/>
              </w:rPr>
              <w:t>her vatandaşa söz hakkı</w:t>
            </w:r>
            <w:r>
              <w:rPr>
                <w:b w:val="0"/>
                <w:color w:val="4A2A14"/>
                <w:sz w:val="30"/>
              </w:rPr>
              <w:t xml:space="preserve"> tanır.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4A2A14"/>
                <w:sz w:val="30"/>
              </w:rPr>
              <w:t xml:space="preserve">Çağdaş ve </w:t>
            </w:r>
            <w:r>
              <w:rPr>
                <w:b/>
                <w:color w:val="4A2A14"/>
                <w:sz w:val="30"/>
              </w:rPr>
              <w:t>demokratik</w:t>
            </w:r>
            <w:r>
              <w:rPr>
                <w:color w:val="4A2A14"/>
                <w:sz w:val="30"/>
              </w:rPr>
              <w:t xml:space="preserve"> bir düzenin temelidir.</w:t>
            </w:r>
          </w:p>
        </w:tc>
      </w:tr>
    </w:tbl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CUMHURİYET NASIL İLAN EDİLDİ?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28"/>
              </w:rPr>
              <w:t xml:space="preserve">Kurtuluş Savaşı kazanıldı, vatan düşman işgalinden </w:t>
            </w:r>
            <w:r>
              <w:rPr>
                <w:color w:val="4A2A14"/>
                <w:sz w:val="28"/>
              </w:rPr>
              <w:t>kurtarıldı</w:t>
            </w:r>
            <w:r>
              <w:rPr>
                <w:b w:val="0"/>
                <w:color w:val="4A2A14"/>
                <w:sz w:val="28"/>
              </w:rPr>
              <w:t>.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color w:val="4A2A14"/>
                <w:sz w:val="28"/>
              </w:rPr>
              <w:t xml:space="preserve">Milletin kendi kaderini belirlediği </w:t>
            </w:r>
            <w:r>
              <w:rPr>
                <w:color w:val="4A2A14"/>
                <w:sz w:val="28"/>
              </w:rPr>
              <w:t>yeni bir yönetim</w:t>
            </w:r>
            <w:r>
              <w:rPr>
                <w:b w:val="0"/>
                <w:color w:val="4A2A14"/>
                <w:sz w:val="28"/>
              </w:rPr>
              <w:t xml:space="preserve"> gerekiyordu.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29 Ekim 1923</w:t>
            </w:r>
            <w:r>
              <w:rPr>
                <w:b w:val="0"/>
                <w:color w:val="4A2A14"/>
                <w:sz w:val="28"/>
              </w:rPr>
              <w:t xml:space="preserve"> günü TBMM’de </w:t>
            </w:r>
            <w:r>
              <w:rPr>
                <w:color w:val="4A2A14"/>
                <w:sz w:val="28"/>
              </w:rPr>
              <w:t>Cumhuriyet ilan edildi</w:t>
            </w:r>
            <w:r>
              <w:rPr>
                <w:b w:val="0"/>
                <w:color w:val="4A2A14"/>
                <w:sz w:val="28"/>
              </w:rPr>
              <w:t>.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4A2A14"/>
                <w:sz w:val="28"/>
              </w:rPr>
              <w:t xml:space="preserve">Anayasa’da “Egemenlik kayıtsız şartsız milletindir” </w:t>
            </w:r>
            <w:r>
              <w:rPr>
                <w:b/>
                <w:color w:val="4A2A14"/>
                <w:sz w:val="28"/>
              </w:rPr>
              <w:t>ilkesi</w:t>
            </w:r>
            <w:r>
              <w:rPr>
                <w:color w:val="4A2A14"/>
                <w:sz w:val="28"/>
              </w:rPr>
              <w:t xml:space="preserve"> kabul edildi.</w:t>
            </w:r>
          </w:p>
        </w:tc>
      </w:tr>
      <w:tr w:rsidR="00FA4CEE" w:rsidTr="00BC4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28"/>
              </w:rPr>
              <w:t xml:space="preserve">Aynı gün </w:t>
            </w:r>
            <w:r>
              <w:rPr>
                <w:color w:val="4A2A14"/>
                <w:sz w:val="28"/>
              </w:rPr>
              <w:t>Mustafa Kemal Atatürk</w:t>
            </w:r>
            <w:r>
              <w:rPr>
                <w:b w:val="0"/>
                <w:color w:val="4A2A14"/>
                <w:sz w:val="28"/>
              </w:rPr>
              <w:t xml:space="preserve"> ilk </w:t>
            </w:r>
            <w:r>
              <w:rPr>
                <w:color w:val="4A2A14"/>
                <w:sz w:val="28"/>
              </w:rPr>
              <w:t>Cumhurbaşkanı</w:t>
            </w:r>
            <w:r>
              <w:rPr>
                <w:b w:val="0"/>
                <w:color w:val="4A2A14"/>
                <w:sz w:val="28"/>
              </w:rPr>
              <w:t xml:space="preserve"> seçildi.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4A2A14"/>
                <w:sz w:val="28"/>
              </w:rPr>
              <w:t xml:space="preserve">O günden beri her yıl </w:t>
            </w:r>
            <w:r>
              <w:rPr>
                <w:b/>
                <w:color w:val="4A2A14"/>
                <w:sz w:val="28"/>
              </w:rPr>
              <w:t>Cumhuriyet Bayramı</w:t>
            </w:r>
            <w:r>
              <w:rPr>
                <w:color w:val="4A2A14"/>
                <w:sz w:val="28"/>
              </w:rPr>
              <w:t xml:space="preserve"> kutlanır.</w:t>
            </w:r>
          </w:p>
        </w:tc>
      </w:tr>
    </w:tbl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ATATÜRK’ÜN SÖZLERİ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28"/>
              </w:rPr>
              <w:t>“Egemenlik kayıtsız şartsız milletindir.”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color w:val="4A2A14"/>
                <w:sz w:val="28"/>
              </w:rPr>
              <w:t xml:space="preserve">“Ne </w:t>
            </w:r>
            <w:r>
              <w:rPr>
                <w:b w:val="0"/>
                <w:color w:val="4A2A14"/>
                <w:sz w:val="28"/>
              </w:rPr>
              <w:t>mutlu Türküm diyene!”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28"/>
              </w:rPr>
              <w:t>“Cumhuriyet, fazilettir.”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4A2A14"/>
                <w:sz w:val="28"/>
              </w:rPr>
              <w:t>“Yurtta sulh, cihanda sulh.”</w:t>
            </w:r>
          </w:p>
        </w:tc>
      </w:tr>
      <w:tr w:rsidR="00FA4CEE" w:rsidTr="00BC4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28"/>
              </w:rPr>
              <w:t>“Cumhuriyeti biz kurduk; onu yükseltecek ve yaşatacak sizlersiniz.”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4A2A14"/>
                <w:sz w:val="28"/>
              </w:rPr>
              <w:t>“Benim naçiz vücudum elbet bir gün toprak olacaktır; fakat Türkiye Cumhuriyeti ilelebet payidar kalacaktır.”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b w:val="0"/>
                <w:color w:val="4A2A14"/>
                <w:sz w:val="28"/>
              </w:rPr>
              <w:t>“Hayatta en hakiki mürşit ilimdir.”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4A2A14"/>
                <w:sz w:val="28"/>
              </w:rPr>
              <w:t>“Türk, öğün, çalış, güven.”</w:t>
            </w:r>
          </w:p>
        </w:tc>
      </w:tr>
    </w:tbl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CUMHURİYET BİZE NE GETİRDİ?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4A2A14"/>
                <w:sz w:val="30"/>
              </w:rPr>
              <w:t>Millet egemenliği</w:t>
            </w:r>
            <w:r>
              <w:rPr>
                <w:b w:val="0"/>
                <w:color w:val="4A2A14"/>
                <w:sz w:val="30"/>
              </w:rPr>
              <w:t xml:space="preserve"> ve seçme-seçilme hakkı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4A2A14"/>
                <w:sz w:val="30"/>
              </w:rPr>
              <w:t>Eşitlik:</w:t>
            </w:r>
            <w:r>
              <w:rPr>
                <w:b w:val="0"/>
                <w:color w:val="4A2A14"/>
                <w:sz w:val="30"/>
              </w:rPr>
              <w:t xml:space="preserve"> kadın-erkek herkese söz hakkı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4A2A14"/>
                <w:sz w:val="30"/>
              </w:rPr>
              <w:t>Eğitim ve okuma</w:t>
            </w:r>
            <w:r>
              <w:rPr>
                <w:b w:val="0"/>
                <w:color w:val="4A2A14"/>
                <w:sz w:val="30"/>
              </w:rPr>
              <w:t xml:space="preserve"> hakkı; yeni harflerle okuryazarlık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color w:val="4A2A14"/>
                <w:sz w:val="30"/>
              </w:rPr>
              <w:t>Çağdaş yaşam</w:t>
            </w:r>
            <w:r>
              <w:rPr>
                <w:color w:val="4A2A14"/>
                <w:sz w:val="30"/>
              </w:rPr>
              <w:t xml:space="preserve"> ve bilim yolunda ilerleme</w:t>
            </w:r>
          </w:p>
        </w:tc>
      </w:tr>
      <w:tr w:rsidR="00FA4CEE" w:rsidTr="00BC4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  <w:jc w:val="center"/>
            </w:pPr>
            <w:r>
              <w:rPr>
                <w:color w:val="4A2A14"/>
                <w:sz w:val="30"/>
              </w:rPr>
              <w:t>Hukuk</w:t>
            </w:r>
            <w:r>
              <w:rPr>
                <w:b w:val="0"/>
                <w:color w:val="4A2A14"/>
                <w:sz w:val="30"/>
              </w:rPr>
              <w:t xml:space="preserve"> önünde eşitlik ve adalet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color w:val="4A2A14"/>
                <w:sz w:val="30"/>
              </w:rPr>
              <w:t>Özgürlük</w:t>
            </w:r>
            <w:r>
              <w:rPr>
                <w:color w:val="4A2A14"/>
                <w:sz w:val="30"/>
              </w:rPr>
              <w:t xml:space="preserve"> ve bağımsız bir vatan</w:t>
            </w:r>
          </w:p>
        </w:tc>
      </w:tr>
    </w:tbl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</w:pPr>
            <w:r>
              <w:rPr>
                <w:b w:val="0"/>
                <w:color w:val="4A2A14"/>
                <w:sz w:val="28"/>
              </w:rPr>
              <w:t xml:space="preserve">Cumhuriyet </w:t>
            </w:r>
            <w:r>
              <w:rPr>
                <w:color w:val="4A2A14"/>
                <w:sz w:val="28"/>
              </w:rPr>
              <w:t>29 Ekim 1923</w:t>
            </w:r>
            <w:r>
              <w:rPr>
                <w:b w:val="0"/>
                <w:color w:val="4A2A14"/>
                <w:sz w:val="28"/>
              </w:rPr>
              <w:t>’te Türkiye Büyük Millet Meclisi’nde ilan edildi.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</w:pPr>
            <w:r>
              <w:rPr>
                <w:color w:val="4A2A14"/>
                <w:sz w:val="28"/>
              </w:rPr>
              <w:t>Mustafa Kemal Atatürk</w:t>
            </w:r>
            <w:r>
              <w:rPr>
                <w:b w:val="0"/>
                <w:color w:val="4A2A14"/>
                <w:sz w:val="28"/>
              </w:rPr>
              <w:t xml:space="preserve"> Türkiye Cumhuriyeti’nin </w:t>
            </w:r>
            <w:r>
              <w:rPr>
                <w:color w:val="4A2A14"/>
                <w:sz w:val="28"/>
              </w:rPr>
              <w:t>ilk Cumhurbaşkanı</w:t>
            </w:r>
            <w:r>
              <w:rPr>
                <w:b w:val="0"/>
                <w:color w:val="4A2A14"/>
                <w:sz w:val="28"/>
              </w:rPr>
              <w:t>dır.</w:t>
            </w:r>
          </w:p>
        </w:tc>
      </w:tr>
      <w:tr w:rsidR="00FA4CEE" w:rsidTr="00BC4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</w:pPr>
            <w:r>
              <w:rPr>
                <w:b w:val="0"/>
                <w:color w:val="4A2A14"/>
                <w:sz w:val="28"/>
              </w:rPr>
              <w:t>Türk kadınına seçme ve seçilme hakkı Cumhuriyet döneminde (</w:t>
            </w:r>
            <w:r>
              <w:rPr>
                <w:color w:val="4A2A14"/>
                <w:sz w:val="28"/>
              </w:rPr>
              <w:t>1930-1934</w:t>
            </w:r>
            <w:r>
              <w:rPr>
                <w:b w:val="0"/>
                <w:color w:val="4A2A14"/>
                <w:sz w:val="28"/>
              </w:rPr>
              <w:t>) verildi.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40" w:after="240"/>
            </w:pPr>
            <w:r>
              <w:rPr>
                <w:b w:val="0"/>
                <w:color w:val="4A2A14"/>
                <w:sz w:val="28"/>
              </w:rPr>
              <w:t xml:space="preserve">Cumhuriyetin ilanıyla ülkemiz çağdaş uygarlık yolunda pek çok </w:t>
            </w:r>
            <w:r>
              <w:rPr>
                <w:color w:val="4A2A14"/>
                <w:sz w:val="28"/>
              </w:rPr>
              <w:t>inkılap</w:t>
            </w:r>
            <w:r>
              <w:rPr>
                <w:b w:val="0"/>
                <w:color w:val="4A2A14"/>
                <w:sz w:val="28"/>
              </w:rPr>
              <w:t xml:space="preserve"> gerçekleştirdi.</w:t>
            </w:r>
          </w:p>
        </w:tc>
      </w:tr>
    </w:tbl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CUMHURİYET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80" w:after="280"/>
              <w:jc w:val="center"/>
            </w:pPr>
            <w:r>
              <w:rPr>
                <w:b w:val="0"/>
                <w:i/>
                <w:color w:val="4A2A14"/>
                <w:sz w:val="38"/>
              </w:rPr>
              <w:t>Bir meşale yandı yürekte,</w:t>
            </w:r>
            <w:r>
              <w:rPr>
                <w:b w:val="0"/>
                <w:i/>
                <w:color w:val="4A2A14"/>
                <w:sz w:val="38"/>
              </w:rPr>
              <w:br/>
              <w:t>Bin yıllık rüya oldu gerçek;</w:t>
            </w:r>
            <w:r>
              <w:rPr>
                <w:b w:val="0"/>
                <w:i/>
                <w:color w:val="4A2A14"/>
                <w:sz w:val="38"/>
              </w:rPr>
              <w:br/>
              <w:t xml:space="preserve">Millet dedi “söz </w:t>
            </w:r>
            <w:r>
              <w:rPr>
                <w:b w:val="0"/>
                <w:i/>
                <w:color w:val="4A2A14"/>
                <w:sz w:val="38"/>
              </w:rPr>
              <w:t>bizimdir”,</w:t>
            </w:r>
            <w:r>
              <w:rPr>
                <w:b w:val="0"/>
                <w:i/>
                <w:color w:val="4A2A14"/>
                <w:sz w:val="38"/>
              </w:rPr>
              <w:br/>
              <w:t>Doğdu Cumhuriyet, güneşçe.</w:t>
            </w:r>
          </w:p>
          <w:p w:rsidR="00FA4CEE" w:rsidRDefault="00ED3ECC">
            <w:pPr>
              <w:spacing w:before="80" w:after="280"/>
              <w:jc w:val="center"/>
            </w:pPr>
            <w:r>
              <w:rPr>
                <w:b w:val="0"/>
                <w:i/>
                <w:color w:val="4A2A14"/>
                <w:sz w:val="38"/>
              </w:rPr>
              <w:t>Özgürlük gülü açtı her yurtta,</w:t>
            </w:r>
            <w:r>
              <w:rPr>
                <w:b w:val="0"/>
                <w:i/>
                <w:color w:val="4A2A14"/>
                <w:sz w:val="38"/>
              </w:rPr>
              <w:br/>
              <w:t>Eşit oldu kardeş kardeşe;</w:t>
            </w:r>
            <w:r>
              <w:rPr>
                <w:b w:val="0"/>
                <w:i/>
                <w:color w:val="4A2A14"/>
                <w:sz w:val="38"/>
              </w:rPr>
              <w:br/>
              <w:t>Kadın erkek el ele verdi,</w:t>
            </w:r>
            <w:r>
              <w:rPr>
                <w:b w:val="0"/>
                <w:i/>
                <w:color w:val="4A2A14"/>
                <w:sz w:val="38"/>
              </w:rPr>
              <w:br/>
              <w:t>Aydınlık yola girdik beraberce.</w:t>
            </w:r>
          </w:p>
          <w:p w:rsidR="00FA4CEE" w:rsidRDefault="00ED3ECC">
            <w:pPr>
              <w:spacing w:before="80" w:after="280"/>
              <w:jc w:val="center"/>
            </w:pPr>
            <w:r>
              <w:rPr>
                <w:b w:val="0"/>
                <w:i/>
                <w:color w:val="4A2A14"/>
                <w:sz w:val="38"/>
              </w:rPr>
              <w:t>Emanettir bize bu bayrak,</w:t>
            </w:r>
            <w:r>
              <w:rPr>
                <w:b w:val="0"/>
                <w:i/>
                <w:color w:val="4A2A14"/>
                <w:sz w:val="38"/>
              </w:rPr>
              <w:br/>
              <w:t>Bu vatan, bu güzel cumhuriyet;</w:t>
            </w:r>
            <w:r>
              <w:rPr>
                <w:b w:val="0"/>
                <w:i/>
                <w:color w:val="4A2A14"/>
                <w:sz w:val="38"/>
              </w:rPr>
              <w:br/>
              <w:t>Çalışacak, koruyacağız,</w:t>
            </w:r>
            <w:r>
              <w:rPr>
                <w:b w:val="0"/>
                <w:i/>
                <w:color w:val="4A2A14"/>
                <w:sz w:val="38"/>
              </w:rPr>
              <w:br/>
              <w:t>Yaşasın sonsuza dek hü</w:t>
            </w:r>
            <w:r>
              <w:rPr>
                <w:b w:val="0"/>
                <w:i/>
                <w:color w:val="4A2A14"/>
                <w:sz w:val="38"/>
              </w:rPr>
              <w:t>rriyet.</w:t>
            </w:r>
          </w:p>
        </w:tc>
      </w:tr>
    </w:tbl>
    <w:p w:rsidR="00FA4CEE" w:rsidRDefault="00ED3ECC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FA4CEE" w:rsidRDefault="00ED3ECC">
            <w:pPr>
              <w:spacing w:before="200" w:after="80"/>
              <w:jc w:val="center"/>
            </w:pPr>
            <w:r>
              <w:rPr>
                <w:color w:val="FFFFFF"/>
                <w:sz w:val="44"/>
              </w:rPr>
              <w:lastRenderedPageBreak/>
              <w:t>CUMHURİYETE SÖZ VERİYORUM</w:t>
            </w:r>
          </w:p>
          <w:p w:rsidR="00FA4CEE" w:rsidRDefault="00ED3ECC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FA4CEE" w:rsidRDefault="00FA4CEE">
      <w:pPr>
        <w:spacing w:after="40"/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FA4CEE" w:rsidTr="00BC4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</w:pPr>
            <w:r>
              <w:rPr>
                <w:color w:val="4A2A14"/>
                <w:sz w:val="24"/>
              </w:rPr>
              <w:t>Cumhuriyete söz veriyorum: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Çok çalışacak, Atatürk’ün izinde yürüyecek ve Cumhuriyetimi koruyacağım.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b w:val="0"/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4A2A14"/>
                <w:sz w:val="24"/>
              </w:rPr>
              <w:t>Cumhuriyete söz veriyorum: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Çok çalışacak, Atatürk’ün izinde yürüyecek ve Cumhuriyetimi koruyacağım.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b w:val="0"/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  <w:tr w:rsidR="00FA4CEE" w:rsidTr="00BC4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</w:tcPr>
          <w:p w:rsidR="00FA4CEE" w:rsidRDefault="00ED3ECC">
            <w:pPr>
              <w:spacing w:before="240" w:after="240"/>
            </w:pPr>
            <w:r>
              <w:rPr>
                <w:color w:val="4A2A14"/>
                <w:sz w:val="24"/>
              </w:rPr>
              <w:t>Cumhuriyete söz veriyorum: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 xml:space="preserve">Çok çalışacak, Atatürk’ün izinde yürüyecek ve </w:t>
            </w:r>
            <w:r>
              <w:rPr>
                <w:b w:val="0"/>
                <w:color w:val="4A2A14"/>
                <w:sz w:val="24"/>
              </w:rPr>
              <w:t>Cumhuriyetimi koruyacağım.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b w:val="0"/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b w:val="0"/>
                <w:color w:val="4A2A14"/>
                <w:sz w:val="24"/>
              </w:rPr>
              <w:br/>
            </w:r>
            <w:r>
              <w:rPr>
                <w:b w:val="0"/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</w:tcPr>
          <w:p w:rsidR="00FA4CEE" w:rsidRDefault="00ED3ECC">
            <w:pPr>
              <w:spacing w:before="240"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color w:val="4A2A14"/>
                <w:sz w:val="24"/>
              </w:rPr>
              <w:t>Cumhuriyete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Çok çalışacak, Atatürk’ün izinde yürüyecek ve Cumhuriyetimi koruyacağım.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t>Adım: ……………………………   Sınıfım: ……</w:t>
            </w:r>
          </w:p>
        </w:tc>
      </w:tr>
    </w:tbl>
    <w:p w:rsidR="00ED3ECC" w:rsidRDefault="00ED3ECC"/>
    <w:sectPr w:rsidR="00ED3ECC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C4886"/>
    <w:rsid w:val="00AA1D8D"/>
    <w:rsid w:val="00B47730"/>
    <w:rsid w:val="00BC4B73"/>
    <w:rsid w:val="00CB0664"/>
    <w:rsid w:val="00ED3ECC"/>
    <w:rsid w:val="00FA4C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0F39C"/>
  <w14:defaultImageDpi w14:val="300"/>
  <w15:docId w15:val="{08B30079-DB3C-4EA0-BE2E-A198B4C1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BC4B73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DzTablo1">
    <w:name w:val="Plain Table 1"/>
    <w:basedOn w:val="NormalTablo"/>
    <w:uiPriority w:val="99"/>
    <w:rsid w:val="00BC4B7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1EE607-621D-4823-8D20-B96F3C129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 Ekim Cumhuriyet Bayramı Pano Seti (2026-2027)</dc:title>
  <dc:subject>Belirli Günler ve Haftalar — 29 Ekim Cumhuriyet Bayramı pano</dc:subject>
  <dc:creator>evrakburada</dc:creator>
  <cp:keywords>29 ekim cumhuriyet bayramı panosu, cumhuriyet pano, cumhuriyet nedir, atatürk sözleri, cumhuriyet nasıl ilan edildi, güzel sözler, belirli günler ve haftalar</cp:keywords>
  <dc:description/>
  <cp:lastModifiedBy>HP</cp:lastModifiedBy>
  <cp:revision>3</cp:revision>
  <dcterms:created xsi:type="dcterms:W3CDTF">2013-12-23T23:15:00Z</dcterms:created>
  <dcterms:modified xsi:type="dcterms:W3CDTF">2026-10-15T14:02:00Z</dcterms:modified>
  <cp:category/>
</cp:coreProperties>
</file>