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213"/>
        <w:gridCol w:w="3213"/>
        <w:gridCol w:w="3213"/>
      </w:tblGrid>
      <w:tr w:rsidR="00FF2273" w:rsidRPr="00FF2273" w:rsidTr="00FF22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8" w:type="dxa"/>
            <w:gridSpan w:val="3"/>
          </w:tcPr>
          <w:p w:rsidR="007311FF" w:rsidRPr="00FF2273" w:rsidRDefault="00FF2273">
            <w:pPr>
              <w:spacing w:after="40"/>
              <w:jc w:val="center"/>
              <w:rPr>
                <w:color w:val="000000" w:themeColor="text1"/>
              </w:rPr>
            </w:pPr>
            <w:r w:rsidRPr="00FF2273">
              <w:rPr>
                <w:color w:val="000000" w:themeColor="text1"/>
                <w:sz w:val="24"/>
              </w:rPr>
              <w:t xml:space="preserve">                       </w:t>
            </w:r>
            <w:proofErr w:type="spellStart"/>
            <w:r w:rsidRPr="00FF2273">
              <w:rPr>
                <w:b w:val="0"/>
                <w:color w:val="000000" w:themeColor="text1"/>
                <w:sz w:val="24"/>
              </w:rPr>
              <w:t>ORTAOKULU</w:t>
            </w:r>
            <w:proofErr w:type="spellEnd"/>
            <w:r w:rsidRPr="00FF2273">
              <w:rPr>
                <w:b w:val="0"/>
                <w:color w:val="000000" w:themeColor="text1"/>
                <w:sz w:val="24"/>
              </w:rPr>
              <w:t xml:space="preserve"> </w:t>
            </w:r>
            <w:proofErr w:type="spellStart"/>
            <w:r w:rsidRPr="00FF2273">
              <w:rPr>
                <w:b w:val="0"/>
                <w:color w:val="000000" w:themeColor="text1"/>
                <w:sz w:val="24"/>
              </w:rPr>
              <w:t>MÜDÜRLÜĞÜ</w:t>
            </w:r>
            <w:proofErr w:type="spellEnd"/>
          </w:p>
          <w:p w:rsidR="007311FF" w:rsidRPr="00FF2273" w:rsidRDefault="00FF2273">
            <w:pPr>
              <w:spacing w:after="40"/>
              <w:jc w:val="center"/>
              <w:rPr>
                <w:color w:val="000000" w:themeColor="text1"/>
              </w:rPr>
            </w:pPr>
            <w:r w:rsidRPr="00FF2273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7311FF" w:rsidRPr="00FF2273" w:rsidRDefault="00FF2273">
            <w:pPr>
              <w:spacing w:after="40"/>
              <w:jc w:val="center"/>
              <w:rPr>
                <w:color w:val="000000" w:themeColor="text1"/>
              </w:rPr>
            </w:pPr>
            <w:r w:rsidRPr="00FF2273">
              <w:rPr>
                <w:color w:val="000000" w:themeColor="text1"/>
                <w:sz w:val="42"/>
              </w:rPr>
              <w:t>29 EKİM CUMHURİYET BAYRAMI</w:t>
            </w:r>
          </w:p>
          <w:p w:rsidR="007311FF" w:rsidRPr="00FF2273" w:rsidRDefault="00FF2273">
            <w:pPr>
              <w:spacing w:after="40"/>
              <w:jc w:val="center"/>
              <w:rPr>
                <w:color w:val="000000" w:themeColor="text1"/>
              </w:rPr>
            </w:pPr>
            <w:r w:rsidRPr="00FF2273">
              <w:rPr>
                <w:color w:val="000000" w:themeColor="text1"/>
                <w:sz w:val="28"/>
              </w:rPr>
              <w:t>KUTLAMA PROGRAMI</w:t>
            </w:r>
          </w:p>
          <w:p w:rsidR="007311FF" w:rsidRPr="00FF2273" w:rsidRDefault="00FF2273">
            <w:pPr>
              <w:spacing w:after="40"/>
              <w:jc w:val="center"/>
              <w:rPr>
                <w:color w:val="000000" w:themeColor="text1"/>
              </w:rPr>
            </w:pPr>
            <w:r w:rsidRPr="00FF2273">
              <w:rPr>
                <w:b w:val="0"/>
                <w:color w:val="000000" w:themeColor="text1"/>
                <w:sz w:val="21"/>
              </w:rPr>
              <w:t>29 Ekim 2026 Perşembe  ·  Cumhuriyetimizin 103. yılı</w:t>
            </w:r>
          </w:p>
        </w:tc>
      </w:tr>
      <w:tr w:rsidR="00FF2273" w:rsidRPr="00FF2273" w:rsidTr="00FF2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13" w:type="dxa"/>
          </w:tcPr>
          <w:p w:rsidR="007311FF" w:rsidRPr="00FF2273" w:rsidRDefault="00FF2273">
            <w:pPr>
              <w:rPr>
                <w:color w:val="000000" w:themeColor="text1"/>
              </w:rPr>
            </w:pPr>
            <w:proofErr w:type="spellStart"/>
            <w:r w:rsidRPr="00FF2273">
              <w:rPr>
                <w:color w:val="000000" w:themeColor="text1"/>
                <w:sz w:val="17"/>
              </w:rPr>
              <w:t>Tarih</w:t>
            </w:r>
            <w:proofErr w:type="spellEnd"/>
            <w:r w:rsidRPr="00FF2273">
              <w:rPr>
                <w:color w:val="000000" w:themeColor="text1"/>
                <w:sz w:val="17"/>
              </w:rPr>
              <w:br/>
            </w:r>
            <w:r w:rsidRPr="00FF2273">
              <w:rPr>
                <w:b w:val="0"/>
                <w:color w:val="000000" w:themeColor="text1"/>
                <w:sz w:val="19"/>
              </w:rPr>
              <w:t xml:space="preserve">29 </w:t>
            </w:r>
            <w:proofErr w:type="spellStart"/>
            <w:r w:rsidRPr="00FF2273">
              <w:rPr>
                <w:b w:val="0"/>
                <w:color w:val="000000" w:themeColor="text1"/>
                <w:sz w:val="19"/>
              </w:rPr>
              <w:t>Ekim</w:t>
            </w:r>
            <w:proofErr w:type="spellEnd"/>
            <w:r w:rsidRPr="00FF2273">
              <w:rPr>
                <w:b w:val="0"/>
                <w:color w:val="000000" w:themeColor="text1"/>
                <w:sz w:val="19"/>
              </w:rPr>
              <w:t xml:space="preserve"> 2026 Perşembe</w:t>
            </w:r>
          </w:p>
        </w:tc>
        <w:tc>
          <w:tcPr>
            <w:tcW w:w="3213" w:type="dxa"/>
          </w:tcPr>
          <w:p w:rsidR="007311FF" w:rsidRPr="00FF2273" w:rsidRDefault="00FF22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F2273">
              <w:rPr>
                <w:b/>
                <w:color w:val="000000" w:themeColor="text1"/>
                <w:sz w:val="17"/>
              </w:rPr>
              <w:t>Yer</w:t>
            </w:r>
            <w:r w:rsidRPr="00FF2273">
              <w:rPr>
                <w:b/>
                <w:color w:val="000000" w:themeColor="text1"/>
                <w:sz w:val="17"/>
              </w:rPr>
              <w:br/>
            </w:r>
            <w:r w:rsidRPr="00FF2273">
              <w:rPr>
                <w:color w:val="000000" w:themeColor="text1"/>
                <w:sz w:val="19"/>
              </w:rPr>
              <w:t>Okul bahçesi / konferans salonu</w:t>
            </w:r>
          </w:p>
        </w:tc>
        <w:tc>
          <w:tcPr>
            <w:tcW w:w="3213" w:type="dxa"/>
          </w:tcPr>
          <w:p w:rsidR="007311FF" w:rsidRPr="00FF2273" w:rsidRDefault="00FF22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F2273">
              <w:rPr>
                <w:b/>
                <w:color w:val="000000" w:themeColor="text1"/>
                <w:sz w:val="17"/>
              </w:rPr>
              <w:t>Hazırlayan</w:t>
            </w:r>
            <w:r w:rsidRPr="00FF2273">
              <w:rPr>
                <w:b/>
                <w:color w:val="000000" w:themeColor="text1"/>
                <w:sz w:val="17"/>
              </w:rPr>
              <w:br/>
            </w:r>
            <w:r w:rsidRPr="00FF2273">
              <w:rPr>
                <w:color w:val="000000" w:themeColor="text1"/>
                <w:sz w:val="19"/>
              </w:rPr>
              <w:t xml:space="preserve">Mehmet Ali Yıldız — </w:t>
            </w:r>
            <w:r w:rsidRPr="00FF2273">
              <w:rPr>
                <w:color w:val="000000" w:themeColor="text1"/>
                <w:sz w:val="19"/>
              </w:rPr>
              <w:t>Türkçe Öğretmeni</w:t>
            </w:r>
          </w:p>
        </w:tc>
      </w:tr>
    </w:tbl>
    <w:p w:rsidR="007311FF" w:rsidRPr="00FF2273" w:rsidRDefault="00FF227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FF2273">
        <w:rPr>
          <w:b/>
          <w:color w:val="000000" w:themeColor="text1"/>
          <w:sz w:val="26"/>
        </w:rPr>
        <w:t xml:space="preserve">PROGRAM </w:t>
      </w:r>
      <w:proofErr w:type="spellStart"/>
      <w:r w:rsidRPr="00FF2273">
        <w:rPr>
          <w:b/>
          <w:color w:val="000000" w:themeColor="text1"/>
          <w:sz w:val="26"/>
        </w:rPr>
        <w:t>AKIŞI</w:t>
      </w:r>
      <w:proofErr w:type="spellEnd"/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737"/>
        <w:gridCol w:w="4762"/>
        <w:gridCol w:w="2835"/>
        <w:gridCol w:w="1304"/>
      </w:tblGrid>
      <w:tr w:rsidR="00FF2273" w:rsidRPr="00FF2273" w:rsidTr="00FF22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7311FF" w:rsidRPr="00FF2273" w:rsidRDefault="00FF2273">
            <w:pPr>
              <w:rPr>
                <w:color w:val="000000" w:themeColor="text1"/>
              </w:rPr>
            </w:pPr>
            <w:r w:rsidRPr="00FF2273">
              <w:rPr>
                <w:color w:val="000000" w:themeColor="text1"/>
                <w:sz w:val="20"/>
              </w:rPr>
              <w:t>Sıra</w:t>
            </w:r>
          </w:p>
        </w:tc>
        <w:tc>
          <w:tcPr>
            <w:tcW w:w="4762" w:type="dxa"/>
          </w:tcPr>
          <w:p w:rsidR="007311FF" w:rsidRPr="00FF2273" w:rsidRDefault="00FF22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F2273">
              <w:rPr>
                <w:color w:val="000000" w:themeColor="text1"/>
                <w:sz w:val="20"/>
              </w:rPr>
              <w:t>Etkinlik</w:t>
            </w:r>
          </w:p>
        </w:tc>
        <w:tc>
          <w:tcPr>
            <w:tcW w:w="2835" w:type="dxa"/>
          </w:tcPr>
          <w:p w:rsidR="007311FF" w:rsidRPr="00FF2273" w:rsidRDefault="00FF22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F2273">
              <w:rPr>
                <w:color w:val="000000" w:themeColor="text1"/>
                <w:sz w:val="20"/>
              </w:rPr>
              <w:t>Görevli</w:t>
            </w:r>
          </w:p>
        </w:tc>
        <w:tc>
          <w:tcPr>
            <w:tcW w:w="1304" w:type="dxa"/>
          </w:tcPr>
          <w:p w:rsidR="007311FF" w:rsidRPr="00FF2273" w:rsidRDefault="00FF22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F2273">
              <w:rPr>
                <w:color w:val="000000" w:themeColor="text1"/>
                <w:sz w:val="20"/>
              </w:rPr>
              <w:t>Sınıfı</w:t>
            </w:r>
          </w:p>
        </w:tc>
      </w:tr>
      <w:tr w:rsidR="00FF2273" w:rsidRPr="00FF2273" w:rsidTr="00FF2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7311FF" w:rsidRPr="00FF2273" w:rsidRDefault="00FF2273">
            <w:pPr>
              <w:rPr>
                <w:color w:val="000000" w:themeColor="text1"/>
              </w:rPr>
            </w:pPr>
            <w:r w:rsidRPr="00FF2273">
              <w:rPr>
                <w:b w:val="0"/>
                <w:color w:val="000000" w:themeColor="text1"/>
                <w:sz w:val="20"/>
              </w:rPr>
              <w:t>1</w:t>
            </w:r>
          </w:p>
        </w:tc>
        <w:tc>
          <w:tcPr>
            <w:tcW w:w="4762" w:type="dxa"/>
          </w:tcPr>
          <w:p w:rsidR="007311FF" w:rsidRPr="00FF2273" w:rsidRDefault="00FF22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F2273">
              <w:rPr>
                <w:color w:val="000000" w:themeColor="text1"/>
                <w:sz w:val="20"/>
              </w:rPr>
              <w:t>Saygı duruşu ve İstiklâl Marşı</w:t>
            </w:r>
          </w:p>
        </w:tc>
        <w:tc>
          <w:tcPr>
            <w:tcW w:w="2835" w:type="dxa"/>
          </w:tcPr>
          <w:p w:rsidR="007311FF" w:rsidRPr="00FF2273" w:rsidRDefault="007311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304" w:type="dxa"/>
          </w:tcPr>
          <w:p w:rsidR="007311FF" w:rsidRPr="00FF2273" w:rsidRDefault="007311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F2273" w:rsidRPr="00FF2273" w:rsidTr="00FF2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7311FF" w:rsidRPr="00FF2273" w:rsidRDefault="00FF2273">
            <w:pPr>
              <w:rPr>
                <w:color w:val="000000" w:themeColor="text1"/>
              </w:rPr>
            </w:pPr>
            <w:r w:rsidRPr="00FF2273">
              <w:rPr>
                <w:b w:val="0"/>
                <w:color w:val="000000" w:themeColor="text1"/>
                <w:sz w:val="20"/>
              </w:rPr>
              <w:t>2</w:t>
            </w:r>
          </w:p>
        </w:tc>
        <w:tc>
          <w:tcPr>
            <w:tcW w:w="4762" w:type="dxa"/>
          </w:tcPr>
          <w:p w:rsidR="007311FF" w:rsidRPr="00FF2273" w:rsidRDefault="00FF2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F2273">
              <w:rPr>
                <w:color w:val="000000" w:themeColor="text1"/>
                <w:sz w:val="20"/>
              </w:rPr>
              <w:t>Açılış ve sunum</w:t>
            </w:r>
          </w:p>
        </w:tc>
        <w:tc>
          <w:tcPr>
            <w:tcW w:w="2835" w:type="dxa"/>
          </w:tcPr>
          <w:p w:rsidR="007311FF" w:rsidRPr="00FF2273" w:rsidRDefault="007311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304" w:type="dxa"/>
          </w:tcPr>
          <w:p w:rsidR="007311FF" w:rsidRPr="00FF2273" w:rsidRDefault="007311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F2273" w:rsidRPr="00FF2273" w:rsidTr="00FF2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7311FF" w:rsidRPr="00FF2273" w:rsidRDefault="00FF2273">
            <w:pPr>
              <w:rPr>
                <w:color w:val="000000" w:themeColor="text1"/>
              </w:rPr>
            </w:pPr>
            <w:r w:rsidRPr="00FF2273">
              <w:rPr>
                <w:b w:val="0"/>
                <w:color w:val="000000" w:themeColor="text1"/>
                <w:sz w:val="20"/>
              </w:rPr>
              <w:t>3</w:t>
            </w:r>
          </w:p>
        </w:tc>
        <w:tc>
          <w:tcPr>
            <w:tcW w:w="4762" w:type="dxa"/>
          </w:tcPr>
          <w:p w:rsidR="007311FF" w:rsidRPr="00FF2273" w:rsidRDefault="00FF22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F2273">
              <w:rPr>
                <w:color w:val="000000" w:themeColor="text1"/>
                <w:sz w:val="20"/>
              </w:rPr>
              <w:t>Günün anlam ve önemi konuşması</w:t>
            </w:r>
          </w:p>
        </w:tc>
        <w:tc>
          <w:tcPr>
            <w:tcW w:w="2835" w:type="dxa"/>
          </w:tcPr>
          <w:p w:rsidR="007311FF" w:rsidRPr="00FF2273" w:rsidRDefault="007311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304" w:type="dxa"/>
          </w:tcPr>
          <w:p w:rsidR="007311FF" w:rsidRPr="00FF2273" w:rsidRDefault="007311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F2273" w:rsidRPr="00FF2273" w:rsidTr="00FF2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7311FF" w:rsidRPr="00FF2273" w:rsidRDefault="00FF2273">
            <w:pPr>
              <w:rPr>
                <w:color w:val="000000" w:themeColor="text1"/>
              </w:rPr>
            </w:pPr>
            <w:r w:rsidRPr="00FF2273">
              <w:rPr>
                <w:b w:val="0"/>
                <w:color w:val="000000" w:themeColor="text1"/>
                <w:sz w:val="20"/>
              </w:rPr>
              <w:t>4</w:t>
            </w:r>
          </w:p>
        </w:tc>
        <w:tc>
          <w:tcPr>
            <w:tcW w:w="4762" w:type="dxa"/>
          </w:tcPr>
          <w:p w:rsidR="007311FF" w:rsidRPr="00FF2273" w:rsidRDefault="00FF2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F2273">
              <w:rPr>
                <w:color w:val="000000" w:themeColor="text1"/>
                <w:sz w:val="20"/>
              </w:rPr>
              <w:t>“Cumhuriyet” şiiri</w:t>
            </w:r>
          </w:p>
        </w:tc>
        <w:tc>
          <w:tcPr>
            <w:tcW w:w="2835" w:type="dxa"/>
          </w:tcPr>
          <w:p w:rsidR="007311FF" w:rsidRPr="00FF2273" w:rsidRDefault="007311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304" w:type="dxa"/>
          </w:tcPr>
          <w:p w:rsidR="007311FF" w:rsidRPr="00FF2273" w:rsidRDefault="007311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F2273" w:rsidRPr="00FF2273" w:rsidTr="00FF2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7311FF" w:rsidRPr="00FF2273" w:rsidRDefault="00FF2273">
            <w:pPr>
              <w:rPr>
                <w:color w:val="000000" w:themeColor="text1"/>
              </w:rPr>
            </w:pPr>
            <w:r w:rsidRPr="00FF2273">
              <w:rPr>
                <w:b w:val="0"/>
                <w:color w:val="000000" w:themeColor="text1"/>
                <w:sz w:val="20"/>
              </w:rPr>
              <w:t>5</w:t>
            </w:r>
          </w:p>
        </w:tc>
        <w:tc>
          <w:tcPr>
            <w:tcW w:w="4762" w:type="dxa"/>
          </w:tcPr>
          <w:p w:rsidR="007311FF" w:rsidRPr="00FF2273" w:rsidRDefault="00FF22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F2273">
              <w:rPr>
                <w:color w:val="000000" w:themeColor="text1"/>
                <w:sz w:val="20"/>
              </w:rPr>
              <w:t>Cumhuriyet nasıl ilan edildi? (sunum)</w:t>
            </w:r>
          </w:p>
        </w:tc>
        <w:tc>
          <w:tcPr>
            <w:tcW w:w="2835" w:type="dxa"/>
          </w:tcPr>
          <w:p w:rsidR="007311FF" w:rsidRPr="00FF2273" w:rsidRDefault="007311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304" w:type="dxa"/>
          </w:tcPr>
          <w:p w:rsidR="007311FF" w:rsidRPr="00FF2273" w:rsidRDefault="007311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F2273" w:rsidRPr="00FF2273" w:rsidTr="00FF2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7311FF" w:rsidRPr="00FF2273" w:rsidRDefault="00FF2273">
            <w:pPr>
              <w:rPr>
                <w:color w:val="000000" w:themeColor="text1"/>
              </w:rPr>
            </w:pPr>
            <w:r w:rsidRPr="00FF2273">
              <w:rPr>
                <w:b w:val="0"/>
                <w:color w:val="000000" w:themeColor="text1"/>
                <w:sz w:val="20"/>
              </w:rPr>
              <w:t>6</w:t>
            </w:r>
          </w:p>
        </w:tc>
        <w:tc>
          <w:tcPr>
            <w:tcW w:w="4762" w:type="dxa"/>
          </w:tcPr>
          <w:p w:rsidR="007311FF" w:rsidRPr="00FF2273" w:rsidRDefault="00FF2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F2273">
              <w:rPr>
                <w:color w:val="000000" w:themeColor="text1"/>
                <w:sz w:val="20"/>
              </w:rPr>
              <w:t>“29 Ekim” şiiri</w:t>
            </w:r>
          </w:p>
        </w:tc>
        <w:tc>
          <w:tcPr>
            <w:tcW w:w="2835" w:type="dxa"/>
          </w:tcPr>
          <w:p w:rsidR="007311FF" w:rsidRPr="00FF2273" w:rsidRDefault="007311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304" w:type="dxa"/>
          </w:tcPr>
          <w:p w:rsidR="007311FF" w:rsidRPr="00FF2273" w:rsidRDefault="007311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F2273" w:rsidRPr="00FF2273" w:rsidTr="00FF2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7311FF" w:rsidRPr="00FF2273" w:rsidRDefault="00FF2273">
            <w:pPr>
              <w:rPr>
                <w:color w:val="000000" w:themeColor="text1"/>
              </w:rPr>
            </w:pPr>
            <w:r w:rsidRPr="00FF2273">
              <w:rPr>
                <w:b w:val="0"/>
                <w:color w:val="000000" w:themeColor="text1"/>
                <w:sz w:val="20"/>
              </w:rPr>
              <w:t>7</w:t>
            </w:r>
          </w:p>
        </w:tc>
        <w:tc>
          <w:tcPr>
            <w:tcW w:w="4762" w:type="dxa"/>
          </w:tcPr>
          <w:p w:rsidR="007311FF" w:rsidRPr="00FF2273" w:rsidRDefault="00FF22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F2273">
              <w:rPr>
                <w:color w:val="000000" w:themeColor="text1"/>
                <w:sz w:val="20"/>
              </w:rPr>
              <w:t>Atatürk ve Cumhuriyet (sunum)</w:t>
            </w:r>
          </w:p>
        </w:tc>
        <w:tc>
          <w:tcPr>
            <w:tcW w:w="2835" w:type="dxa"/>
          </w:tcPr>
          <w:p w:rsidR="007311FF" w:rsidRPr="00FF2273" w:rsidRDefault="007311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304" w:type="dxa"/>
          </w:tcPr>
          <w:p w:rsidR="007311FF" w:rsidRPr="00FF2273" w:rsidRDefault="007311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F2273" w:rsidRPr="00FF2273" w:rsidTr="00FF2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7311FF" w:rsidRPr="00FF2273" w:rsidRDefault="00FF2273">
            <w:pPr>
              <w:rPr>
                <w:color w:val="000000" w:themeColor="text1"/>
              </w:rPr>
            </w:pPr>
            <w:r w:rsidRPr="00FF2273">
              <w:rPr>
                <w:b w:val="0"/>
                <w:color w:val="000000" w:themeColor="text1"/>
                <w:sz w:val="20"/>
              </w:rPr>
              <w:t>8</w:t>
            </w:r>
          </w:p>
        </w:tc>
        <w:tc>
          <w:tcPr>
            <w:tcW w:w="4762" w:type="dxa"/>
          </w:tcPr>
          <w:p w:rsidR="007311FF" w:rsidRPr="00FF2273" w:rsidRDefault="00FF2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F2273">
              <w:rPr>
                <w:color w:val="000000" w:themeColor="text1"/>
                <w:sz w:val="20"/>
              </w:rPr>
              <w:t>“Ata’ya” şiiri</w:t>
            </w:r>
          </w:p>
        </w:tc>
        <w:tc>
          <w:tcPr>
            <w:tcW w:w="2835" w:type="dxa"/>
          </w:tcPr>
          <w:p w:rsidR="007311FF" w:rsidRPr="00FF2273" w:rsidRDefault="007311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304" w:type="dxa"/>
          </w:tcPr>
          <w:p w:rsidR="007311FF" w:rsidRPr="00FF2273" w:rsidRDefault="007311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F2273" w:rsidRPr="00FF2273" w:rsidTr="00FF22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7311FF" w:rsidRPr="00FF2273" w:rsidRDefault="00FF2273">
            <w:pPr>
              <w:rPr>
                <w:color w:val="000000" w:themeColor="text1"/>
              </w:rPr>
            </w:pPr>
            <w:r w:rsidRPr="00FF2273">
              <w:rPr>
                <w:b w:val="0"/>
                <w:color w:val="000000" w:themeColor="text1"/>
                <w:sz w:val="20"/>
              </w:rPr>
              <w:t>9</w:t>
            </w:r>
          </w:p>
        </w:tc>
        <w:tc>
          <w:tcPr>
            <w:tcW w:w="4762" w:type="dxa"/>
          </w:tcPr>
          <w:p w:rsidR="007311FF" w:rsidRPr="00FF2273" w:rsidRDefault="00FF22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F2273">
              <w:rPr>
                <w:color w:val="000000" w:themeColor="text1"/>
                <w:sz w:val="20"/>
              </w:rPr>
              <w:t>Atatürk’ün gençliğe ve cumhuriyete dair sözleri</w:t>
            </w:r>
          </w:p>
        </w:tc>
        <w:tc>
          <w:tcPr>
            <w:tcW w:w="2835" w:type="dxa"/>
          </w:tcPr>
          <w:p w:rsidR="007311FF" w:rsidRPr="00FF2273" w:rsidRDefault="007311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304" w:type="dxa"/>
          </w:tcPr>
          <w:p w:rsidR="007311FF" w:rsidRPr="00FF2273" w:rsidRDefault="007311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FF2273" w:rsidRPr="00FF2273" w:rsidTr="00FF22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37" w:type="dxa"/>
          </w:tcPr>
          <w:p w:rsidR="007311FF" w:rsidRPr="00FF2273" w:rsidRDefault="00FF2273">
            <w:pPr>
              <w:rPr>
                <w:color w:val="000000" w:themeColor="text1"/>
              </w:rPr>
            </w:pPr>
            <w:r w:rsidRPr="00FF2273">
              <w:rPr>
                <w:b w:val="0"/>
                <w:color w:val="000000" w:themeColor="text1"/>
                <w:sz w:val="20"/>
              </w:rPr>
              <w:t>10</w:t>
            </w:r>
          </w:p>
        </w:tc>
        <w:tc>
          <w:tcPr>
            <w:tcW w:w="4762" w:type="dxa"/>
          </w:tcPr>
          <w:p w:rsidR="007311FF" w:rsidRPr="00FF2273" w:rsidRDefault="00FF22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FF2273">
              <w:rPr>
                <w:color w:val="000000" w:themeColor="text1"/>
                <w:sz w:val="20"/>
              </w:rPr>
              <w:t xml:space="preserve">Onuncu Yıl Marşı </w:t>
            </w:r>
            <w:r w:rsidRPr="00FF2273">
              <w:rPr>
                <w:color w:val="000000" w:themeColor="text1"/>
                <w:sz w:val="20"/>
              </w:rPr>
              <w:t>(hep birlikte) ve kapanış</w:t>
            </w:r>
          </w:p>
        </w:tc>
        <w:tc>
          <w:tcPr>
            <w:tcW w:w="2835" w:type="dxa"/>
          </w:tcPr>
          <w:p w:rsidR="007311FF" w:rsidRPr="00FF2273" w:rsidRDefault="007311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304" w:type="dxa"/>
          </w:tcPr>
          <w:p w:rsidR="007311FF" w:rsidRPr="00FF2273" w:rsidRDefault="007311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</w:tbl>
    <w:p w:rsidR="007311FF" w:rsidRPr="00FF2273" w:rsidRDefault="00FF227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FF2273">
        <w:rPr>
          <w:b/>
          <w:color w:val="000000" w:themeColor="text1"/>
          <w:sz w:val="26"/>
        </w:rPr>
        <w:t>SUNUCU</w:t>
      </w:r>
      <w:proofErr w:type="spellEnd"/>
      <w:r w:rsidRPr="00FF2273">
        <w:rPr>
          <w:b/>
          <w:color w:val="000000" w:themeColor="text1"/>
          <w:sz w:val="26"/>
        </w:rPr>
        <w:t xml:space="preserve"> </w:t>
      </w:r>
      <w:proofErr w:type="spellStart"/>
      <w:r w:rsidRPr="00FF2273">
        <w:rPr>
          <w:b/>
          <w:color w:val="000000" w:themeColor="text1"/>
          <w:sz w:val="26"/>
        </w:rPr>
        <w:t>METNI</w:t>
      </w:r>
      <w:proofErr w:type="spellEnd"/>
    </w:p>
    <w:p w:rsidR="007311FF" w:rsidRPr="00FF2273" w:rsidRDefault="00FF2273">
      <w:pPr>
        <w:spacing w:after="120"/>
        <w:jc w:val="both"/>
        <w:rPr>
          <w:color w:val="000000" w:themeColor="text1"/>
        </w:rPr>
      </w:pPr>
      <w:r w:rsidRPr="00FF2273">
        <w:rPr>
          <w:b/>
          <w:color w:val="000000" w:themeColor="text1"/>
        </w:rPr>
        <w:t>1. Sunucu:</w:t>
      </w:r>
      <w:r w:rsidRPr="00FF2273">
        <w:rPr>
          <w:color w:val="000000" w:themeColor="text1"/>
        </w:rPr>
        <w:t xml:space="preserve"> Sayın Müdürüm, Değerli Öğretmenlerim, Sevgili Arkadaşlar;</w:t>
      </w:r>
    </w:p>
    <w:p w:rsidR="007311FF" w:rsidRPr="00FF2273" w:rsidRDefault="00FF2273">
      <w:pPr>
        <w:spacing w:after="120"/>
        <w:jc w:val="both"/>
        <w:rPr>
          <w:color w:val="000000" w:themeColor="text1"/>
        </w:rPr>
      </w:pPr>
      <w:r w:rsidRPr="00FF2273">
        <w:rPr>
          <w:b/>
          <w:color w:val="000000" w:themeColor="text1"/>
        </w:rPr>
        <w:t>2. Sunucu:</w:t>
      </w:r>
      <w:r w:rsidRPr="00FF2273">
        <w:rPr>
          <w:color w:val="000000" w:themeColor="text1"/>
        </w:rPr>
        <w:t xml:space="preserve"> Cumhuriyetimizin ilanının coşkuyla kutlandığı 29 Ekim Cumhuriyet Bayramı programımıza hoş geldiniz. Programımıza saygı duruşu ve İstiklâl Marşımızla başlıyoruz.</w:t>
      </w:r>
    </w:p>
    <w:p w:rsidR="007311FF" w:rsidRPr="00FF2273" w:rsidRDefault="00FF2273">
      <w:pPr>
        <w:keepNext/>
        <w:spacing w:after="20"/>
        <w:rPr>
          <w:color w:val="000000" w:themeColor="text1"/>
        </w:rPr>
      </w:pPr>
      <w:r w:rsidRPr="00FF2273">
        <w:rPr>
          <w:b/>
          <w:color w:val="000000" w:themeColor="text1"/>
        </w:rPr>
        <w:t xml:space="preserve">1. Sunucu: </w:t>
      </w:r>
      <w:r w:rsidRPr="00FF2273">
        <w:rPr>
          <w:i/>
          <w:color w:val="000000" w:themeColor="text1"/>
        </w:rPr>
        <w:t>“Egemenlik kayıtsız şartsız milletindir.” (Mustafa Kemal Atatürk)</w:t>
      </w:r>
    </w:p>
    <w:p w:rsidR="007311FF" w:rsidRPr="00FF2273" w:rsidRDefault="00FF2273">
      <w:pPr>
        <w:spacing w:after="140"/>
        <w:rPr>
          <w:color w:val="000000" w:themeColor="text1"/>
        </w:rPr>
      </w:pPr>
      <w:r w:rsidRPr="00FF2273">
        <w:rPr>
          <w:color w:val="000000" w:themeColor="text1"/>
        </w:rPr>
        <w:t>Günün anlam ve ön</w:t>
      </w:r>
      <w:r w:rsidRPr="00FF2273">
        <w:rPr>
          <w:color w:val="000000" w:themeColor="text1"/>
        </w:rPr>
        <w:t xml:space="preserve">emini anlatmak </w:t>
      </w:r>
      <w:proofErr w:type="spellStart"/>
      <w:r w:rsidRPr="00FF2273">
        <w:rPr>
          <w:color w:val="000000" w:themeColor="text1"/>
        </w:rPr>
        <w:t>üzere</w:t>
      </w:r>
      <w:proofErr w:type="spellEnd"/>
      <w:r w:rsidRPr="00FF2273">
        <w:rPr>
          <w:color w:val="000000" w:themeColor="text1"/>
        </w:rPr>
        <w:t xml:space="preserve"> 7/A </w:t>
      </w:r>
      <w:proofErr w:type="spellStart"/>
      <w:r w:rsidRPr="00FF2273">
        <w:rPr>
          <w:color w:val="000000" w:themeColor="text1"/>
        </w:rPr>
        <w:t>sınıfından</w:t>
      </w:r>
      <w:proofErr w:type="spellEnd"/>
      <w:r w:rsidRPr="00FF2273">
        <w:rPr>
          <w:color w:val="000000" w:themeColor="text1"/>
        </w:rPr>
        <w:t xml:space="preserve"> </w:t>
      </w:r>
      <w:r>
        <w:rPr>
          <w:b/>
          <w:color w:val="000000" w:themeColor="text1"/>
        </w:rPr>
        <w:t>………………………………</w:t>
      </w:r>
      <w:r w:rsidRPr="00FF2273">
        <w:rPr>
          <w:color w:val="000000" w:themeColor="text1"/>
        </w:rPr>
        <w:t xml:space="preserve"> </w:t>
      </w:r>
      <w:proofErr w:type="spellStart"/>
      <w:r w:rsidRPr="00FF2273">
        <w:rPr>
          <w:color w:val="000000" w:themeColor="text1"/>
        </w:rPr>
        <w:t>kürsüye</w:t>
      </w:r>
      <w:proofErr w:type="spellEnd"/>
      <w:r w:rsidRPr="00FF2273">
        <w:rPr>
          <w:color w:val="000000" w:themeColor="text1"/>
        </w:rPr>
        <w:t xml:space="preserve"> </w:t>
      </w:r>
      <w:proofErr w:type="spellStart"/>
      <w:r w:rsidRPr="00FF2273">
        <w:rPr>
          <w:color w:val="000000" w:themeColor="text1"/>
        </w:rPr>
        <w:t>geliyor</w:t>
      </w:r>
      <w:proofErr w:type="spellEnd"/>
      <w:r w:rsidRPr="00FF2273">
        <w:rPr>
          <w:color w:val="000000" w:themeColor="text1"/>
        </w:rPr>
        <w:t>.</w:t>
      </w:r>
    </w:p>
    <w:p w:rsidR="007311FF" w:rsidRPr="00FF2273" w:rsidRDefault="00FF2273">
      <w:pPr>
        <w:keepNext/>
        <w:spacing w:after="20"/>
        <w:rPr>
          <w:color w:val="000000" w:themeColor="text1"/>
        </w:rPr>
      </w:pPr>
      <w:r w:rsidRPr="00FF2273">
        <w:rPr>
          <w:b/>
          <w:color w:val="000000" w:themeColor="text1"/>
        </w:rPr>
        <w:t xml:space="preserve">2. Sunucu: </w:t>
      </w:r>
      <w:r w:rsidRPr="00FF2273">
        <w:rPr>
          <w:i/>
          <w:color w:val="000000" w:themeColor="text1"/>
        </w:rPr>
        <w:t>“Cumhuriyet, fazilettir.” (Mustafa Kemal Atatürk)</w:t>
      </w:r>
    </w:p>
    <w:p w:rsidR="007311FF" w:rsidRPr="00FF2273" w:rsidRDefault="00FF2273">
      <w:pPr>
        <w:spacing w:after="140"/>
        <w:rPr>
          <w:color w:val="000000" w:themeColor="text1"/>
        </w:rPr>
      </w:pPr>
      <w:r w:rsidRPr="00FF2273">
        <w:rPr>
          <w:color w:val="000000" w:themeColor="text1"/>
        </w:rPr>
        <w:t xml:space="preserve">“Cumhuriyet” şiirini okumak </w:t>
      </w:r>
      <w:proofErr w:type="spellStart"/>
      <w:r w:rsidRPr="00FF2273">
        <w:rPr>
          <w:color w:val="000000" w:themeColor="text1"/>
        </w:rPr>
        <w:t>üzere</w:t>
      </w:r>
      <w:proofErr w:type="spellEnd"/>
      <w:r w:rsidRPr="00FF2273">
        <w:rPr>
          <w:color w:val="000000" w:themeColor="text1"/>
        </w:rPr>
        <w:t xml:space="preserve"> 5/A </w:t>
      </w:r>
      <w:proofErr w:type="spellStart"/>
      <w:r w:rsidRPr="00FF2273">
        <w:rPr>
          <w:color w:val="000000" w:themeColor="text1"/>
        </w:rPr>
        <w:t>sınıfından</w:t>
      </w:r>
      <w:proofErr w:type="spellEnd"/>
      <w:r w:rsidRPr="00FF2273">
        <w:rPr>
          <w:color w:val="000000" w:themeColor="text1"/>
        </w:rPr>
        <w:t xml:space="preserve"> </w:t>
      </w:r>
      <w:r>
        <w:rPr>
          <w:b/>
          <w:color w:val="000000" w:themeColor="text1"/>
        </w:rPr>
        <w:t>………………………………</w:t>
      </w:r>
      <w:r w:rsidRPr="00FF2273">
        <w:rPr>
          <w:color w:val="000000" w:themeColor="text1"/>
        </w:rPr>
        <w:t xml:space="preserve"> </w:t>
      </w:r>
      <w:proofErr w:type="spellStart"/>
      <w:r w:rsidRPr="00FF2273">
        <w:rPr>
          <w:color w:val="000000" w:themeColor="text1"/>
        </w:rPr>
        <w:t>kürsüye</w:t>
      </w:r>
      <w:proofErr w:type="spellEnd"/>
      <w:r w:rsidRPr="00FF2273">
        <w:rPr>
          <w:color w:val="000000" w:themeColor="text1"/>
        </w:rPr>
        <w:t xml:space="preserve"> </w:t>
      </w:r>
      <w:proofErr w:type="spellStart"/>
      <w:r w:rsidRPr="00FF2273">
        <w:rPr>
          <w:color w:val="000000" w:themeColor="text1"/>
        </w:rPr>
        <w:t>geliyor</w:t>
      </w:r>
      <w:proofErr w:type="spellEnd"/>
      <w:r w:rsidRPr="00FF2273">
        <w:rPr>
          <w:color w:val="000000" w:themeColor="text1"/>
        </w:rPr>
        <w:t>.</w:t>
      </w:r>
    </w:p>
    <w:p w:rsidR="007311FF" w:rsidRPr="00FF2273" w:rsidRDefault="00FF2273">
      <w:pPr>
        <w:keepNext/>
        <w:spacing w:after="20"/>
        <w:rPr>
          <w:color w:val="000000" w:themeColor="text1"/>
        </w:rPr>
      </w:pPr>
      <w:r w:rsidRPr="00FF2273">
        <w:rPr>
          <w:b/>
          <w:color w:val="000000" w:themeColor="text1"/>
        </w:rPr>
        <w:t xml:space="preserve">1. Sunucu: </w:t>
      </w:r>
      <w:r w:rsidRPr="00FF2273">
        <w:rPr>
          <w:i/>
          <w:color w:val="000000" w:themeColor="text1"/>
        </w:rPr>
        <w:t>“Türkiye Cumhuriyeti’ni kuran Türk halkına T</w:t>
      </w:r>
      <w:r w:rsidRPr="00FF2273">
        <w:rPr>
          <w:i/>
          <w:color w:val="000000" w:themeColor="text1"/>
        </w:rPr>
        <w:t>ürk milleti denir.”</w:t>
      </w:r>
    </w:p>
    <w:p w:rsidR="007311FF" w:rsidRPr="00FF2273" w:rsidRDefault="00FF2273">
      <w:pPr>
        <w:spacing w:after="140"/>
        <w:rPr>
          <w:color w:val="000000" w:themeColor="text1"/>
        </w:rPr>
      </w:pPr>
      <w:r w:rsidRPr="00FF2273">
        <w:rPr>
          <w:color w:val="000000" w:themeColor="text1"/>
        </w:rPr>
        <w:t xml:space="preserve">Cumhuriyetin nasıl ilan edildiğini anlatan sunumu </w:t>
      </w:r>
      <w:proofErr w:type="spellStart"/>
      <w:r w:rsidRPr="00FF2273">
        <w:rPr>
          <w:color w:val="000000" w:themeColor="text1"/>
        </w:rPr>
        <w:t>için</w:t>
      </w:r>
      <w:proofErr w:type="spellEnd"/>
      <w:r w:rsidRPr="00FF2273">
        <w:rPr>
          <w:color w:val="000000" w:themeColor="text1"/>
        </w:rPr>
        <w:t xml:space="preserve"> 6/B </w:t>
      </w:r>
      <w:proofErr w:type="spellStart"/>
      <w:r w:rsidRPr="00FF2273">
        <w:rPr>
          <w:color w:val="000000" w:themeColor="text1"/>
        </w:rPr>
        <w:t>sınıfından</w:t>
      </w:r>
      <w:proofErr w:type="spellEnd"/>
      <w:r w:rsidRPr="00FF2273">
        <w:rPr>
          <w:color w:val="000000" w:themeColor="text1"/>
        </w:rPr>
        <w:t xml:space="preserve"> </w:t>
      </w:r>
      <w:r>
        <w:rPr>
          <w:b/>
          <w:color w:val="000000" w:themeColor="text1"/>
        </w:rPr>
        <w:t>…………………</w:t>
      </w:r>
      <w:r w:rsidRPr="00FF2273">
        <w:rPr>
          <w:color w:val="000000" w:themeColor="text1"/>
        </w:rPr>
        <w:t xml:space="preserve"> </w:t>
      </w:r>
      <w:proofErr w:type="spellStart"/>
      <w:r w:rsidRPr="00FF2273">
        <w:rPr>
          <w:color w:val="000000" w:themeColor="text1"/>
        </w:rPr>
        <w:t>kürsüye</w:t>
      </w:r>
      <w:proofErr w:type="spellEnd"/>
      <w:r w:rsidRPr="00FF2273">
        <w:rPr>
          <w:color w:val="000000" w:themeColor="text1"/>
        </w:rPr>
        <w:t xml:space="preserve"> </w:t>
      </w:r>
      <w:proofErr w:type="spellStart"/>
      <w:r w:rsidRPr="00FF2273">
        <w:rPr>
          <w:color w:val="000000" w:themeColor="text1"/>
        </w:rPr>
        <w:t>geliyor</w:t>
      </w:r>
      <w:proofErr w:type="spellEnd"/>
      <w:r w:rsidRPr="00FF2273">
        <w:rPr>
          <w:color w:val="000000" w:themeColor="text1"/>
        </w:rPr>
        <w:t>.</w:t>
      </w:r>
    </w:p>
    <w:p w:rsidR="007311FF" w:rsidRPr="00FF2273" w:rsidRDefault="00FF2273">
      <w:pPr>
        <w:keepNext/>
        <w:spacing w:after="20"/>
        <w:rPr>
          <w:color w:val="000000" w:themeColor="text1"/>
        </w:rPr>
      </w:pPr>
      <w:r w:rsidRPr="00FF2273">
        <w:rPr>
          <w:b/>
          <w:color w:val="000000" w:themeColor="text1"/>
        </w:rPr>
        <w:t xml:space="preserve">2. Sunucu: </w:t>
      </w:r>
      <w:r w:rsidRPr="00FF2273">
        <w:rPr>
          <w:i/>
          <w:color w:val="000000" w:themeColor="text1"/>
        </w:rPr>
        <w:t>“Ne mutlu Türküm diyene!” (Mustafa Kemal Atatürk)</w:t>
      </w:r>
    </w:p>
    <w:p w:rsidR="007311FF" w:rsidRPr="00FF2273" w:rsidRDefault="00FF2273">
      <w:pPr>
        <w:spacing w:after="140"/>
        <w:rPr>
          <w:color w:val="000000" w:themeColor="text1"/>
        </w:rPr>
      </w:pPr>
      <w:r w:rsidRPr="00FF2273">
        <w:rPr>
          <w:color w:val="000000" w:themeColor="text1"/>
        </w:rPr>
        <w:t xml:space="preserve">“29 Ekim” şiirini okumak </w:t>
      </w:r>
      <w:proofErr w:type="spellStart"/>
      <w:r w:rsidRPr="00FF2273">
        <w:rPr>
          <w:color w:val="000000" w:themeColor="text1"/>
        </w:rPr>
        <w:t>üzere</w:t>
      </w:r>
      <w:proofErr w:type="spellEnd"/>
      <w:r w:rsidRPr="00FF2273">
        <w:rPr>
          <w:color w:val="000000" w:themeColor="text1"/>
        </w:rPr>
        <w:t xml:space="preserve"> 6/A </w:t>
      </w:r>
      <w:proofErr w:type="spellStart"/>
      <w:r w:rsidRPr="00FF2273">
        <w:rPr>
          <w:color w:val="000000" w:themeColor="text1"/>
        </w:rPr>
        <w:t>sınıfından</w:t>
      </w:r>
      <w:proofErr w:type="spellEnd"/>
      <w:r w:rsidRPr="00FF2273">
        <w:rPr>
          <w:color w:val="000000" w:themeColor="text1"/>
        </w:rPr>
        <w:t xml:space="preserve"> </w:t>
      </w:r>
      <w:r>
        <w:rPr>
          <w:b/>
          <w:color w:val="000000" w:themeColor="text1"/>
        </w:rPr>
        <w:t>………………………………</w:t>
      </w:r>
      <w:r w:rsidRPr="00FF2273">
        <w:rPr>
          <w:color w:val="000000" w:themeColor="text1"/>
        </w:rPr>
        <w:t xml:space="preserve"> </w:t>
      </w:r>
      <w:proofErr w:type="spellStart"/>
      <w:r w:rsidRPr="00FF2273">
        <w:rPr>
          <w:color w:val="000000" w:themeColor="text1"/>
        </w:rPr>
        <w:t>kürsüye</w:t>
      </w:r>
      <w:proofErr w:type="spellEnd"/>
      <w:r w:rsidRPr="00FF2273">
        <w:rPr>
          <w:color w:val="000000" w:themeColor="text1"/>
        </w:rPr>
        <w:t xml:space="preserve"> </w:t>
      </w:r>
      <w:proofErr w:type="spellStart"/>
      <w:r w:rsidRPr="00FF2273">
        <w:rPr>
          <w:color w:val="000000" w:themeColor="text1"/>
        </w:rPr>
        <w:t>geliyor</w:t>
      </w:r>
      <w:proofErr w:type="spellEnd"/>
      <w:r w:rsidRPr="00FF2273">
        <w:rPr>
          <w:color w:val="000000" w:themeColor="text1"/>
        </w:rPr>
        <w:t>.</w:t>
      </w:r>
    </w:p>
    <w:p w:rsidR="007311FF" w:rsidRPr="00FF2273" w:rsidRDefault="00FF2273">
      <w:pPr>
        <w:keepNext/>
        <w:spacing w:after="20"/>
        <w:rPr>
          <w:color w:val="000000" w:themeColor="text1"/>
        </w:rPr>
      </w:pPr>
      <w:r w:rsidRPr="00FF2273">
        <w:rPr>
          <w:b/>
          <w:color w:val="000000" w:themeColor="text1"/>
        </w:rPr>
        <w:t xml:space="preserve">1. </w:t>
      </w:r>
      <w:r w:rsidRPr="00FF2273">
        <w:rPr>
          <w:b/>
          <w:color w:val="000000" w:themeColor="text1"/>
        </w:rPr>
        <w:t xml:space="preserve">Sunucu: </w:t>
      </w:r>
      <w:r w:rsidRPr="00FF2273">
        <w:rPr>
          <w:i/>
          <w:color w:val="000000" w:themeColor="text1"/>
        </w:rPr>
        <w:t>“Benim naçiz vücudum elbet bir gün toprak olacaktır; fakat Türkiye Cumhuriyeti ilelebet payidar kalacaktır.”</w:t>
      </w:r>
    </w:p>
    <w:p w:rsidR="007311FF" w:rsidRPr="00FF2273" w:rsidRDefault="00FF2273">
      <w:pPr>
        <w:spacing w:after="140"/>
        <w:rPr>
          <w:color w:val="000000" w:themeColor="text1"/>
        </w:rPr>
      </w:pPr>
      <w:r w:rsidRPr="00FF2273">
        <w:rPr>
          <w:color w:val="000000" w:themeColor="text1"/>
        </w:rPr>
        <w:t xml:space="preserve">Atatürk ve Cumhuriyet konulu sunumu </w:t>
      </w:r>
      <w:proofErr w:type="spellStart"/>
      <w:r w:rsidRPr="00FF2273">
        <w:rPr>
          <w:color w:val="000000" w:themeColor="text1"/>
        </w:rPr>
        <w:t>için</w:t>
      </w:r>
      <w:proofErr w:type="spellEnd"/>
      <w:r w:rsidRPr="00FF2273">
        <w:rPr>
          <w:color w:val="000000" w:themeColor="text1"/>
        </w:rPr>
        <w:t xml:space="preserve"> 7/B </w:t>
      </w:r>
      <w:proofErr w:type="spellStart"/>
      <w:r w:rsidRPr="00FF2273">
        <w:rPr>
          <w:color w:val="000000" w:themeColor="text1"/>
        </w:rPr>
        <w:t>sınıfından</w:t>
      </w:r>
      <w:proofErr w:type="spellEnd"/>
      <w:r w:rsidRPr="00FF2273">
        <w:rPr>
          <w:color w:val="000000" w:themeColor="text1"/>
        </w:rPr>
        <w:t xml:space="preserve"> </w:t>
      </w:r>
      <w:r>
        <w:rPr>
          <w:b/>
          <w:color w:val="000000" w:themeColor="text1"/>
        </w:rPr>
        <w:t>………………………………</w:t>
      </w:r>
      <w:r w:rsidRPr="00FF2273">
        <w:rPr>
          <w:color w:val="000000" w:themeColor="text1"/>
        </w:rPr>
        <w:t xml:space="preserve"> </w:t>
      </w:r>
      <w:proofErr w:type="spellStart"/>
      <w:r w:rsidRPr="00FF2273">
        <w:rPr>
          <w:color w:val="000000" w:themeColor="text1"/>
        </w:rPr>
        <w:t>kürsüye</w:t>
      </w:r>
      <w:proofErr w:type="spellEnd"/>
      <w:r w:rsidRPr="00FF2273">
        <w:rPr>
          <w:color w:val="000000" w:themeColor="text1"/>
        </w:rPr>
        <w:t xml:space="preserve"> </w:t>
      </w:r>
      <w:proofErr w:type="spellStart"/>
      <w:r w:rsidRPr="00FF2273">
        <w:rPr>
          <w:color w:val="000000" w:themeColor="text1"/>
        </w:rPr>
        <w:t>geliyor</w:t>
      </w:r>
      <w:proofErr w:type="spellEnd"/>
      <w:r w:rsidRPr="00FF2273">
        <w:rPr>
          <w:color w:val="000000" w:themeColor="text1"/>
        </w:rPr>
        <w:t>.</w:t>
      </w:r>
    </w:p>
    <w:p w:rsidR="007311FF" w:rsidRPr="00FF2273" w:rsidRDefault="00FF2273">
      <w:pPr>
        <w:keepNext/>
        <w:spacing w:after="20"/>
        <w:rPr>
          <w:color w:val="000000" w:themeColor="text1"/>
        </w:rPr>
      </w:pPr>
      <w:r w:rsidRPr="00FF2273">
        <w:rPr>
          <w:b/>
          <w:color w:val="000000" w:themeColor="text1"/>
        </w:rPr>
        <w:t xml:space="preserve">2. Sunucu: </w:t>
      </w:r>
      <w:r w:rsidRPr="00FF2273">
        <w:rPr>
          <w:i/>
          <w:color w:val="000000" w:themeColor="text1"/>
        </w:rPr>
        <w:t xml:space="preserve">“Yurtta sulh, cihanda sulh.” (Mustafa </w:t>
      </w:r>
      <w:r w:rsidRPr="00FF2273">
        <w:rPr>
          <w:i/>
          <w:color w:val="000000" w:themeColor="text1"/>
        </w:rPr>
        <w:t>Kemal Atatürk)</w:t>
      </w:r>
    </w:p>
    <w:p w:rsidR="007311FF" w:rsidRPr="00FF2273" w:rsidRDefault="00FF2273">
      <w:pPr>
        <w:spacing w:after="140"/>
        <w:rPr>
          <w:color w:val="000000" w:themeColor="text1"/>
        </w:rPr>
      </w:pPr>
      <w:r w:rsidRPr="00FF2273">
        <w:rPr>
          <w:color w:val="000000" w:themeColor="text1"/>
        </w:rPr>
        <w:t xml:space="preserve">“Ata’ya” şiirini okumak </w:t>
      </w:r>
      <w:proofErr w:type="spellStart"/>
      <w:r w:rsidRPr="00FF2273">
        <w:rPr>
          <w:color w:val="000000" w:themeColor="text1"/>
        </w:rPr>
        <w:t>üzere</w:t>
      </w:r>
      <w:proofErr w:type="spellEnd"/>
      <w:r w:rsidRPr="00FF2273">
        <w:rPr>
          <w:color w:val="000000" w:themeColor="text1"/>
        </w:rPr>
        <w:t xml:space="preserve"> 5/C </w:t>
      </w:r>
      <w:proofErr w:type="spellStart"/>
      <w:r w:rsidRPr="00FF2273">
        <w:rPr>
          <w:color w:val="000000" w:themeColor="text1"/>
        </w:rPr>
        <w:t>sınıfından</w:t>
      </w:r>
      <w:proofErr w:type="spellEnd"/>
      <w:r w:rsidRPr="00FF2273">
        <w:rPr>
          <w:color w:val="000000" w:themeColor="text1"/>
        </w:rPr>
        <w:t xml:space="preserve"> </w:t>
      </w:r>
      <w:r>
        <w:rPr>
          <w:b/>
          <w:color w:val="000000" w:themeColor="text1"/>
        </w:rPr>
        <w:t>………………………………</w:t>
      </w:r>
      <w:r w:rsidRPr="00FF2273">
        <w:rPr>
          <w:color w:val="000000" w:themeColor="text1"/>
        </w:rPr>
        <w:t xml:space="preserve"> </w:t>
      </w:r>
      <w:proofErr w:type="spellStart"/>
      <w:r w:rsidRPr="00FF2273">
        <w:rPr>
          <w:color w:val="000000" w:themeColor="text1"/>
        </w:rPr>
        <w:t>kürsüye</w:t>
      </w:r>
      <w:proofErr w:type="spellEnd"/>
      <w:r w:rsidRPr="00FF2273">
        <w:rPr>
          <w:color w:val="000000" w:themeColor="text1"/>
        </w:rPr>
        <w:t xml:space="preserve"> </w:t>
      </w:r>
      <w:proofErr w:type="spellStart"/>
      <w:r w:rsidRPr="00FF2273">
        <w:rPr>
          <w:color w:val="000000" w:themeColor="text1"/>
        </w:rPr>
        <w:t>geliyor</w:t>
      </w:r>
      <w:proofErr w:type="spellEnd"/>
      <w:r w:rsidRPr="00FF2273">
        <w:rPr>
          <w:color w:val="000000" w:themeColor="text1"/>
        </w:rPr>
        <w:t>.</w:t>
      </w:r>
    </w:p>
    <w:p w:rsidR="007311FF" w:rsidRPr="00FF2273" w:rsidRDefault="00FF2273">
      <w:pPr>
        <w:keepNext/>
        <w:spacing w:after="20"/>
        <w:rPr>
          <w:color w:val="000000" w:themeColor="text1"/>
        </w:rPr>
      </w:pPr>
      <w:r w:rsidRPr="00FF2273">
        <w:rPr>
          <w:b/>
          <w:color w:val="000000" w:themeColor="text1"/>
        </w:rPr>
        <w:t xml:space="preserve">1. Sunucu: </w:t>
      </w:r>
      <w:r w:rsidRPr="00FF2273">
        <w:rPr>
          <w:i/>
          <w:color w:val="000000" w:themeColor="text1"/>
        </w:rPr>
        <w:t>“Cumhuriyeti biz kurduk; onu yükseltecek ve yaşatacak sizlersiniz.” (Mustafa Kemal Atatürk)</w:t>
      </w:r>
    </w:p>
    <w:p w:rsidR="007311FF" w:rsidRPr="00FF2273" w:rsidRDefault="00FF2273">
      <w:pPr>
        <w:spacing w:after="140"/>
        <w:rPr>
          <w:color w:val="000000" w:themeColor="text1"/>
        </w:rPr>
      </w:pPr>
      <w:r w:rsidRPr="00FF2273">
        <w:rPr>
          <w:color w:val="000000" w:themeColor="text1"/>
        </w:rPr>
        <w:t xml:space="preserve">Atatürk’ün gençliğe ve cumhuriyete dair sözlerini okumak </w:t>
      </w:r>
      <w:proofErr w:type="spellStart"/>
      <w:r w:rsidRPr="00FF2273">
        <w:rPr>
          <w:color w:val="000000" w:themeColor="text1"/>
        </w:rPr>
        <w:t>üzere</w:t>
      </w:r>
      <w:proofErr w:type="spellEnd"/>
      <w:r w:rsidRPr="00FF2273">
        <w:rPr>
          <w:color w:val="000000" w:themeColor="text1"/>
        </w:rPr>
        <w:t xml:space="preserve"> 5/B</w:t>
      </w:r>
      <w:r w:rsidRPr="00FF2273">
        <w:rPr>
          <w:color w:val="000000" w:themeColor="text1"/>
        </w:rPr>
        <w:t xml:space="preserve"> </w:t>
      </w:r>
      <w:proofErr w:type="spellStart"/>
      <w:r w:rsidRPr="00FF2273">
        <w:rPr>
          <w:color w:val="000000" w:themeColor="text1"/>
        </w:rPr>
        <w:t>sınıfından</w:t>
      </w:r>
      <w:proofErr w:type="spellEnd"/>
      <w:r w:rsidRPr="00FF2273">
        <w:rPr>
          <w:color w:val="000000" w:themeColor="text1"/>
        </w:rPr>
        <w:t xml:space="preserve"> </w:t>
      </w:r>
      <w:r>
        <w:rPr>
          <w:b/>
          <w:color w:val="000000" w:themeColor="text1"/>
        </w:rPr>
        <w:t>………………………………</w:t>
      </w:r>
      <w:r w:rsidRPr="00FF2273">
        <w:rPr>
          <w:color w:val="000000" w:themeColor="text1"/>
        </w:rPr>
        <w:t xml:space="preserve"> </w:t>
      </w:r>
      <w:proofErr w:type="spellStart"/>
      <w:r w:rsidRPr="00FF2273">
        <w:rPr>
          <w:color w:val="000000" w:themeColor="text1"/>
        </w:rPr>
        <w:t>kürsüye</w:t>
      </w:r>
      <w:proofErr w:type="spellEnd"/>
      <w:r w:rsidRPr="00FF2273">
        <w:rPr>
          <w:color w:val="000000" w:themeColor="text1"/>
        </w:rPr>
        <w:t xml:space="preserve"> </w:t>
      </w:r>
      <w:proofErr w:type="spellStart"/>
      <w:r w:rsidRPr="00FF2273">
        <w:rPr>
          <w:color w:val="000000" w:themeColor="text1"/>
        </w:rPr>
        <w:t>geliyor</w:t>
      </w:r>
      <w:proofErr w:type="spellEnd"/>
      <w:r w:rsidRPr="00FF2273">
        <w:rPr>
          <w:color w:val="000000" w:themeColor="text1"/>
        </w:rPr>
        <w:t>.</w:t>
      </w:r>
    </w:p>
    <w:p w:rsidR="007311FF" w:rsidRPr="00FF2273" w:rsidRDefault="00FF2273">
      <w:pPr>
        <w:spacing w:after="120"/>
        <w:jc w:val="both"/>
        <w:rPr>
          <w:color w:val="000000" w:themeColor="text1"/>
        </w:rPr>
      </w:pPr>
      <w:r w:rsidRPr="00FF2273">
        <w:rPr>
          <w:b/>
          <w:color w:val="000000" w:themeColor="text1"/>
        </w:rPr>
        <w:t>2. Sunucu:</w:t>
      </w:r>
      <w:r w:rsidRPr="00FF2273">
        <w:rPr>
          <w:color w:val="000000" w:themeColor="text1"/>
        </w:rPr>
        <w:t xml:space="preserve"> Şimdi hep birlikte </w:t>
      </w:r>
      <w:r w:rsidRPr="00FF2273">
        <w:rPr>
          <w:b/>
          <w:color w:val="000000" w:themeColor="text1"/>
        </w:rPr>
        <w:t>Onuncu Yıl Marşı</w:t>
      </w:r>
      <w:r w:rsidRPr="00FF2273">
        <w:rPr>
          <w:color w:val="000000" w:themeColor="text1"/>
        </w:rPr>
        <w:t>’nı söylüyoruz.</w:t>
      </w:r>
    </w:p>
    <w:p w:rsidR="007311FF" w:rsidRPr="00FF2273" w:rsidRDefault="00FF2273">
      <w:pPr>
        <w:spacing w:after="120"/>
        <w:jc w:val="both"/>
        <w:rPr>
          <w:color w:val="000000" w:themeColor="text1"/>
        </w:rPr>
      </w:pPr>
      <w:r w:rsidRPr="00FF2273">
        <w:rPr>
          <w:b/>
          <w:color w:val="000000" w:themeColor="text1"/>
        </w:rPr>
        <w:t>1. Sunucu:</w:t>
      </w:r>
      <w:r w:rsidRPr="00FF2273">
        <w:rPr>
          <w:color w:val="000000" w:themeColor="text1"/>
        </w:rPr>
        <w:t xml:space="preserve"> 29 Ekim Cumhuriyet Bayramı kutlama programımız burada sona ermiştir. Cumhuriyetimiz ilelebet yaşasın! Bizi ilgiyle dinlediğiniz için teşekkür ed</w:t>
      </w:r>
      <w:r w:rsidRPr="00FF2273">
        <w:rPr>
          <w:color w:val="000000" w:themeColor="text1"/>
        </w:rPr>
        <w:t>eriz.</w:t>
      </w:r>
    </w:p>
    <w:p w:rsidR="007311FF" w:rsidRPr="00FF2273" w:rsidRDefault="00FF227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FF2273">
        <w:rPr>
          <w:b/>
          <w:color w:val="000000" w:themeColor="text1"/>
          <w:sz w:val="26"/>
        </w:rPr>
        <w:lastRenderedPageBreak/>
        <w:t>GÜNÜN ANLAM VE ÖNEMI (KONUŞMA METNI)</w:t>
      </w:r>
    </w:p>
    <w:p w:rsidR="007311FF" w:rsidRPr="00FF2273" w:rsidRDefault="00FF2273">
      <w:pPr>
        <w:spacing w:after="120"/>
        <w:jc w:val="both"/>
        <w:rPr>
          <w:color w:val="000000" w:themeColor="text1"/>
        </w:rPr>
      </w:pPr>
      <w:r w:rsidRPr="00FF2273">
        <w:rPr>
          <w:color w:val="000000" w:themeColor="text1"/>
        </w:rPr>
        <w:t>Sayın Müdürüm, değerli öğretmenlerim, sevgili arkadaşlar;</w:t>
      </w:r>
    </w:p>
    <w:p w:rsidR="007311FF" w:rsidRPr="00FF2273" w:rsidRDefault="00FF2273">
      <w:pPr>
        <w:spacing w:after="120"/>
        <w:jc w:val="both"/>
        <w:rPr>
          <w:color w:val="000000" w:themeColor="text1"/>
        </w:rPr>
      </w:pPr>
      <w:r w:rsidRPr="00FF2273">
        <w:rPr>
          <w:color w:val="000000" w:themeColor="text1"/>
        </w:rPr>
        <w:t xml:space="preserve">Bundan yüz yılı aşkın süre önce, milletimiz Kurtuluş Savaşı’nı büyük fedakârlıklarla kazanmış, vatanımızı düşman işgalinden kurtarmıştı. Ancak bağımsızlık </w:t>
      </w:r>
      <w:r w:rsidRPr="00FF2273">
        <w:rPr>
          <w:color w:val="000000" w:themeColor="text1"/>
        </w:rPr>
        <w:t xml:space="preserve">tek başına yeterli değildi; milletimizin kendi kaderini kendi eline aldığı yeni bir yönetim biçimi kurulmalıydı. İşte </w:t>
      </w:r>
      <w:r w:rsidRPr="00FF2273">
        <w:rPr>
          <w:b/>
          <w:color w:val="000000" w:themeColor="text1"/>
        </w:rPr>
        <w:t>29 Ekim 1923</w:t>
      </w:r>
      <w:r w:rsidRPr="00FF2273">
        <w:rPr>
          <w:color w:val="000000" w:themeColor="text1"/>
        </w:rPr>
        <w:t xml:space="preserve"> günü, </w:t>
      </w:r>
      <w:r w:rsidRPr="00FF2273">
        <w:rPr>
          <w:b/>
          <w:color w:val="000000" w:themeColor="text1"/>
        </w:rPr>
        <w:t>Türkiye Büyük Millet Meclisi</w:t>
      </w:r>
      <w:r w:rsidRPr="00FF2273">
        <w:rPr>
          <w:color w:val="000000" w:themeColor="text1"/>
        </w:rPr>
        <w:t xml:space="preserve">’nde </w:t>
      </w:r>
      <w:r w:rsidRPr="00FF2273">
        <w:rPr>
          <w:b/>
          <w:color w:val="000000" w:themeColor="text1"/>
        </w:rPr>
        <w:t>Cumhuriyet</w:t>
      </w:r>
      <w:r w:rsidRPr="00FF2273">
        <w:rPr>
          <w:color w:val="000000" w:themeColor="text1"/>
        </w:rPr>
        <w:t xml:space="preserve"> ilan edildi.</w:t>
      </w:r>
    </w:p>
    <w:p w:rsidR="007311FF" w:rsidRPr="00FF2273" w:rsidRDefault="00FF2273">
      <w:pPr>
        <w:spacing w:after="120"/>
        <w:jc w:val="both"/>
        <w:rPr>
          <w:color w:val="000000" w:themeColor="text1"/>
        </w:rPr>
      </w:pPr>
      <w:r w:rsidRPr="00FF2273">
        <w:rPr>
          <w:color w:val="000000" w:themeColor="text1"/>
        </w:rPr>
        <w:t xml:space="preserve">Cumhuriyet; egemenliğin, yani yönetme hakkının </w:t>
      </w:r>
      <w:r w:rsidRPr="00FF2273">
        <w:rPr>
          <w:b/>
          <w:color w:val="000000" w:themeColor="text1"/>
        </w:rPr>
        <w:t>millete</w:t>
      </w:r>
      <w:r w:rsidRPr="00FF2273">
        <w:rPr>
          <w:color w:val="000000" w:themeColor="text1"/>
        </w:rPr>
        <w:t xml:space="preserve"> ait old</w:t>
      </w:r>
      <w:r w:rsidRPr="00FF2273">
        <w:rPr>
          <w:color w:val="000000" w:themeColor="text1"/>
        </w:rPr>
        <w:t>uğu yönetim biçimidir. O gün Anayasamızda yapılan değişiklikle “</w:t>
      </w:r>
      <w:r w:rsidRPr="00FF2273">
        <w:rPr>
          <w:b/>
          <w:color w:val="000000" w:themeColor="text1"/>
        </w:rPr>
        <w:t>Egemenlik kayıtsız şartsız milletindir</w:t>
      </w:r>
      <w:r w:rsidRPr="00FF2273">
        <w:rPr>
          <w:color w:val="000000" w:themeColor="text1"/>
        </w:rPr>
        <w:t xml:space="preserve">” ilkesi yönetim biçimimizin temeli oldu. Aynı gün </w:t>
      </w:r>
      <w:r w:rsidRPr="00FF2273">
        <w:rPr>
          <w:b/>
          <w:color w:val="000000" w:themeColor="text1"/>
        </w:rPr>
        <w:t>Mustafa Kemal Atatürk</w:t>
      </w:r>
      <w:r w:rsidRPr="00FF2273">
        <w:rPr>
          <w:color w:val="000000" w:themeColor="text1"/>
        </w:rPr>
        <w:t xml:space="preserve">, Türkiye Cumhuriyeti’nin </w:t>
      </w:r>
      <w:r w:rsidRPr="00FF2273">
        <w:rPr>
          <w:b/>
          <w:color w:val="000000" w:themeColor="text1"/>
        </w:rPr>
        <w:t>ilk Cumhurbaşkanı</w:t>
      </w:r>
      <w:r w:rsidRPr="00FF2273">
        <w:rPr>
          <w:color w:val="000000" w:themeColor="text1"/>
        </w:rPr>
        <w:t xml:space="preserve"> seçildi.</w:t>
      </w:r>
    </w:p>
    <w:p w:rsidR="007311FF" w:rsidRPr="00FF2273" w:rsidRDefault="00FF2273">
      <w:pPr>
        <w:spacing w:after="120"/>
        <w:jc w:val="both"/>
        <w:rPr>
          <w:color w:val="000000" w:themeColor="text1"/>
        </w:rPr>
      </w:pPr>
      <w:r w:rsidRPr="00FF2273">
        <w:rPr>
          <w:color w:val="000000" w:themeColor="text1"/>
        </w:rPr>
        <w:t xml:space="preserve">Cumhuriyet bize yalnızca bir </w:t>
      </w:r>
      <w:r w:rsidRPr="00FF2273">
        <w:rPr>
          <w:color w:val="000000" w:themeColor="text1"/>
        </w:rPr>
        <w:t xml:space="preserve">yönetim biçimi değil; </w:t>
      </w:r>
      <w:r w:rsidRPr="00FF2273">
        <w:rPr>
          <w:b/>
          <w:color w:val="000000" w:themeColor="text1"/>
        </w:rPr>
        <w:t>eşitlik, özgürlük, adalet ve çağdaş yaşam</w:t>
      </w:r>
      <w:r w:rsidRPr="00FF2273">
        <w:rPr>
          <w:color w:val="000000" w:themeColor="text1"/>
        </w:rPr>
        <w:t xml:space="preserve"> getirmiştir. Kadın-erkek her vatandaşın söz sahibi olduğu, herkesin eğitim ve çalışma hakkına sahip olduğu bir düzenin kapısını açmıştır. Atatürk’ün gerçekleştirdiği inkılaplarla ülkemiz çağda</w:t>
      </w:r>
      <w:r w:rsidRPr="00FF2273">
        <w:rPr>
          <w:color w:val="000000" w:themeColor="text1"/>
        </w:rPr>
        <w:t>ş uygarlık yolunda büyük adımlar atmıştır.</w:t>
      </w:r>
    </w:p>
    <w:p w:rsidR="007311FF" w:rsidRPr="00FF2273" w:rsidRDefault="00FF2273">
      <w:pPr>
        <w:spacing w:after="120"/>
        <w:jc w:val="both"/>
        <w:rPr>
          <w:color w:val="000000" w:themeColor="text1"/>
        </w:rPr>
      </w:pPr>
      <w:r w:rsidRPr="00FF2273">
        <w:rPr>
          <w:color w:val="000000" w:themeColor="text1"/>
        </w:rPr>
        <w:t xml:space="preserve">Atatürk, Cumhuriyeti en değerli emanet olarak </w:t>
      </w:r>
      <w:r w:rsidRPr="00FF2273">
        <w:rPr>
          <w:b/>
          <w:color w:val="000000" w:themeColor="text1"/>
        </w:rPr>
        <w:t>Türk gençliğine</w:t>
      </w:r>
      <w:r w:rsidRPr="00FF2273">
        <w:rPr>
          <w:color w:val="000000" w:themeColor="text1"/>
        </w:rPr>
        <w:t xml:space="preserve"> bırakmıştır. Bize düşen görev; bu emaneti korumak, çok çalışmak, iyi insanlar ve bilinçli yurttaşlar olmaktır. Cumhuriyetimizi sonsuza dek yaşatacağımı</w:t>
      </w:r>
      <w:r w:rsidRPr="00FF2273">
        <w:rPr>
          <w:color w:val="000000" w:themeColor="text1"/>
        </w:rPr>
        <w:t xml:space="preserve">za söz veriyor, bu mutlu günde başta </w:t>
      </w:r>
      <w:r w:rsidRPr="00FF2273">
        <w:rPr>
          <w:b/>
          <w:color w:val="000000" w:themeColor="text1"/>
        </w:rPr>
        <w:t>Gazi Mustafa Kemal Atatürk</w:t>
      </w:r>
      <w:r w:rsidRPr="00FF2273">
        <w:rPr>
          <w:color w:val="000000" w:themeColor="text1"/>
        </w:rPr>
        <w:t xml:space="preserve"> olmak üzere tüm kahramanlarımızı saygı ve minnetle anıyoruz.</w:t>
      </w:r>
    </w:p>
    <w:p w:rsidR="007311FF" w:rsidRPr="00FF2273" w:rsidRDefault="00FF227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FF2273">
        <w:rPr>
          <w:b/>
          <w:color w:val="000000" w:themeColor="text1"/>
          <w:sz w:val="26"/>
        </w:rPr>
        <w:t>CUMHURIYET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FF2273" w:rsidRPr="00FF2273">
        <w:trPr>
          <w:jc w:val="center"/>
        </w:trPr>
        <w:tc>
          <w:tcPr>
            <w:tcW w:w="4819" w:type="dxa"/>
          </w:tcPr>
          <w:p w:rsidR="007311FF" w:rsidRPr="00FF2273" w:rsidRDefault="00FF2273">
            <w:pPr>
              <w:spacing w:after="160"/>
              <w:rPr>
                <w:color w:val="000000" w:themeColor="text1"/>
              </w:rPr>
            </w:pPr>
            <w:r w:rsidRPr="00FF2273">
              <w:rPr>
                <w:i/>
                <w:color w:val="000000" w:themeColor="text1"/>
                <w:sz w:val="21"/>
              </w:rPr>
              <w:t>Bir meşale yandı yürekte,</w:t>
            </w:r>
            <w:r w:rsidRPr="00FF2273">
              <w:rPr>
                <w:i/>
                <w:color w:val="000000" w:themeColor="text1"/>
                <w:sz w:val="21"/>
              </w:rPr>
              <w:br/>
              <w:t>Bin yıllık rüya oldu gerçek;</w:t>
            </w:r>
            <w:r w:rsidRPr="00FF2273">
              <w:rPr>
                <w:i/>
                <w:color w:val="000000" w:themeColor="text1"/>
                <w:sz w:val="21"/>
              </w:rPr>
              <w:br/>
              <w:t>Millet dedi “söz bizimdir”,</w:t>
            </w:r>
            <w:r w:rsidRPr="00FF2273">
              <w:rPr>
                <w:i/>
                <w:color w:val="000000" w:themeColor="text1"/>
                <w:sz w:val="21"/>
              </w:rPr>
              <w:br/>
              <w:t>Doğdu Cumhuriyet, güneşçe.</w:t>
            </w:r>
          </w:p>
          <w:p w:rsidR="007311FF" w:rsidRPr="00FF2273" w:rsidRDefault="00FF2273">
            <w:pPr>
              <w:spacing w:after="160"/>
              <w:rPr>
                <w:color w:val="000000" w:themeColor="text1"/>
              </w:rPr>
            </w:pPr>
            <w:r w:rsidRPr="00FF2273">
              <w:rPr>
                <w:i/>
                <w:color w:val="000000" w:themeColor="text1"/>
                <w:sz w:val="21"/>
              </w:rPr>
              <w:t xml:space="preserve">Emanettir </w:t>
            </w:r>
            <w:r w:rsidRPr="00FF2273">
              <w:rPr>
                <w:i/>
                <w:color w:val="000000" w:themeColor="text1"/>
                <w:sz w:val="21"/>
              </w:rPr>
              <w:t>bize bu bayrak,</w:t>
            </w:r>
            <w:r w:rsidRPr="00FF2273">
              <w:rPr>
                <w:i/>
                <w:color w:val="000000" w:themeColor="text1"/>
                <w:sz w:val="21"/>
              </w:rPr>
              <w:br/>
              <w:t>Bu vatan, bu güzel cumhuriyet;</w:t>
            </w:r>
            <w:r w:rsidRPr="00FF2273">
              <w:rPr>
                <w:i/>
                <w:color w:val="000000" w:themeColor="text1"/>
                <w:sz w:val="21"/>
              </w:rPr>
              <w:br/>
              <w:t>Çalışacak, koruyacağız,</w:t>
            </w:r>
            <w:r w:rsidRPr="00FF2273">
              <w:rPr>
                <w:i/>
                <w:color w:val="000000" w:themeColor="text1"/>
                <w:sz w:val="21"/>
              </w:rPr>
              <w:br/>
              <w:t>Yaşasın sonsuza dek hürriyet.</w:t>
            </w:r>
          </w:p>
        </w:tc>
        <w:tc>
          <w:tcPr>
            <w:tcW w:w="4819" w:type="dxa"/>
          </w:tcPr>
          <w:p w:rsidR="007311FF" w:rsidRPr="00FF2273" w:rsidRDefault="00FF2273">
            <w:pPr>
              <w:spacing w:after="160"/>
              <w:rPr>
                <w:color w:val="000000" w:themeColor="text1"/>
              </w:rPr>
            </w:pPr>
            <w:r w:rsidRPr="00FF2273">
              <w:rPr>
                <w:i/>
                <w:color w:val="000000" w:themeColor="text1"/>
                <w:sz w:val="21"/>
              </w:rPr>
              <w:t>Özgürlük gülü açtı her yurtta,</w:t>
            </w:r>
            <w:r w:rsidRPr="00FF2273">
              <w:rPr>
                <w:i/>
                <w:color w:val="000000" w:themeColor="text1"/>
                <w:sz w:val="21"/>
              </w:rPr>
              <w:br/>
              <w:t>Eşit oldu kardeş kardeşe;</w:t>
            </w:r>
            <w:r w:rsidRPr="00FF2273">
              <w:rPr>
                <w:i/>
                <w:color w:val="000000" w:themeColor="text1"/>
                <w:sz w:val="21"/>
              </w:rPr>
              <w:br/>
              <w:t>Kadın erkek el ele verdi,</w:t>
            </w:r>
            <w:r w:rsidRPr="00FF2273">
              <w:rPr>
                <w:i/>
                <w:color w:val="000000" w:themeColor="text1"/>
                <w:sz w:val="21"/>
              </w:rPr>
              <w:br/>
              <w:t>Aydınlık bir yola girdik hep beraber.</w:t>
            </w:r>
          </w:p>
        </w:tc>
      </w:tr>
    </w:tbl>
    <w:p w:rsidR="007311FF" w:rsidRPr="00FF2273" w:rsidRDefault="00FF227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FF2273">
        <w:rPr>
          <w:b/>
          <w:color w:val="000000" w:themeColor="text1"/>
          <w:sz w:val="26"/>
        </w:rPr>
        <w:t xml:space="preserve">29 </w:t>
      </w:r>
      <w:proofErr w:type="spellStart"/>
      <w:r w:rsidRPr="00FF2273">
        <w:rPr>
          <w:b/>
          <w:color w:val="000000" w:themeColor="text1"/>
          <w:sz w:val="26"/>
        </w:rPr>
        <w:t>EKIM</w:t>
      </w:r>
      <w:proofErr w:type="spell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FF2273" w:rsidRPr="00FF2273">
        <w:trPr>
          <w:jc w:val="center"/>
        </w:trPr>
        <w:tc>
          <w:tcPr>
            <w:tcW w:w="4819" w:type="dxa"/>
          </w:tcPr>
          <w:p w:rsidR="007311FF" w:rsidRPr="00FF2273" w:rsidRDefault="00FF2273">
            <w:pPr>
              <w:spacing w:after="160"/>
              <w:rPr>
                <w:color w:val="000000" w:themeColor="text1"/>
              </w:rPr>
            </w:pPr>
            <w:r w:rsidRPr="00FF2273">
              <w:rPr>
                <w:i/>
                <w:color w:val="000000" w:themeColor="text1"/>
                <w:sz w:val="21"/>
              </w:rPr>
              <w:t>Takvim yaprağı yirmi doku</w:t>
            </w:r>
            <w:r w:rsidRPr="00FF2273">
              <w:rPr>
                <w:i/>
                <w:color w:val="000000" w:themeColor="text1"/>
                <w:sz w:val="21"/>
              </w:rPr>
              <w:t>z Ekim,</w:t>
            </w:r>
            <w:r w:rsidRPr="00FF2273">
              <w:rPr>
                <w:i/>
                <w:color w:val="000000" w:themeColor="text1"/>
                <w:sz w:val="21"/>
              </w:rPr>
              <w:br/>
              <w:t>Bayram sevinci her sokakta;</w:t>
            </w:r>
            <w:r w:rsidRPr="00FF2273">
              <w:rPr>
                <w:i/>
                <w:color w:val="000000" w:themeColor="text1"/>
                <w:sz w:val="21"/>
              </w:rPr>
              <w:br/>
              <w:t>Dalgalanır al bayrağımız,</w:t>
            </w:r>
            <w:r w:rsidRPr="00FF2273">
              <w:rPr>
                <w:i/>
                <w:color w:val="000000" w:themeColor="text1"/>
                <w:sz w:val="21"/>
              </w:rPr>
              <w:br/>
              <w:t>Gurur dolar küçük yürekte.</w:t>
            </w:r>
          </w:p>
          <w:p w:rsidR="007311FF" w:rsidRPr="00FF2273" w:rsidRDefault="00FF2273">
            <w:pPr>
              <w:spacing w:after="160"/>
              <w:rPr>
                <w:color w:val="000000" w:themeColor="text1"/>
              </w:rPr>
            </w:pPr>
            <w:r w:rsidRPr="00FF2273">
              <w:rPr>
                <w:i/>
                <w:color w:val="000000" w:themeColor="text1"/>
                <w:sz w:val="21"/>
              </w:rPr>
              <w:t>Ata’mızın armağanıdır bu gün,</w:t>
            </w:r>
            <w:r w:rsidRPr="00FF2273">
              <w:rPr>
                <w:i/>
                <w:color w:val="000000" w:themeColor="text1"/>
                <w:sz w:val="21"/>
              </w:rPr>
              <w:br/>
              <w:t>Milletçe kutlarız coşkuyla;</w:t>
            </w:r>
            <w:r w:rsidRPr="00FF2273">
              <w:rPr>
                <w:i/>
                <w:color w:val="000000" w:themeColor="text1"/>
                <w:sz w:val="21"/>
              </w:rPr>
              <w:br/>
              <w:t>Yüz yıl geçse de hiç solmaz,</w:t>
            </w:r>
            <w:r w:rsidRPr="00FF2273">
              <w:rPr>
                <w:i/>
                <w:color w:val="000000" w:themeColor="text1"/>
                <w:sz w:val="21"/>
              </w:rPr>
              <w:br/>
              <w:t>Bu bayram kalbimizde hep yaşar.</w:t>
            </w:r>
          </w:p>
        </w:tc>
        <w:tc>
          <w:tcPr>
            <w:tcW w:w="4819" w:type="dxa"/>
          </w:tcPr>
          <w:p w:rsidR="007311FF" w:rsidRPr="00FF2273" w:rsidRDefault="00FF2273">
            <w:pPr>
              <w:spacing w:after="160"/>
              <w:rPr>
                <w:color w:val="000000" w:themeColor="text1"/>
              </w:rPr>
            </w:pPr>
            <w:r w:rsidRPr="00FF2273">
              <w:rPr>
                <w:i/>
                <w:color w:val="000000" w:themeColor="text1"/>
                <w:sz w:val="21"/>
              </w:rPr>
              <w:t>Fenerler yanar, davullar çalar,</w:t>
            </w:r>
            <w:r w:rsidRPr="00FF2273">
              <w:rPr>
                <w:i/>
                <w:color w:val="000000" w:themeColor="text1"/>
                <w:sz w:val="21"/>
              </w:rPr>
              <w:br/>
              <w:t xml:space="preserve">Çocuklar söyler </w:t>
            </w:r>
            <w:r w:rsidRPr="00FF2273">
              <w:rPr>
                <w:i/>
                <w:color w:val="000000" w:themeColor="text1"/>
                <w:sz w:val="21"/>
              </w:rPr>
              <w:t>bir ağızdan;</w:t>
            </w:r>
            <w:r w:rsidRPr="00FF2273">
              <w:rPr>
                <w:i/>
                <w:color w:val="000000" w:themeColor="text1"/>
                <w:sz w:val="21"/>
              </w:rPr>
              <w:br/>
              <w:t>“Yaşasın Cumhuriyet” diye,</w:t>
            </w:r>
            <w:r w:rsidRPr="00FF2273">
              <w:rPr>
                <w:i/>
                <w:color w:val="000000" w:themeColor="text1"/>
                <w:sz w:val="21"/>
              </w:rPr>
              <w:br/>
              <w:t>Sevinç taşar her bir candan.</w:t>
            </w:r>
          </w:p>
        </w:tc>
      </w:tr>
    </w:tbl>
    <w:p w:rsidR="007311FF" w:rsidRPr="00FF2273" w:rsidRDefault="00FF227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FF2273">
        <w:rPr>
          <w:b/>
          <w:color w:val="000000" w:themeColor="text1"/>
          <w:sz w:val="26"/>
        </w:rPr>
        <w:t>ATA’YA</w:t>
      </w:r>
      <w:proofErr w:type="spell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FF2273" w:rsidRPr="00FF2273">
        <w:trPr>
          <w:jc w:val="center"/>
        </w:trPr>
        <w:tc>
          <w:tcPr>
            <w:tcW w:w="4819" w:type="dxa"/>
          </w:tcPr>
          <w:p w:rsidR="007311FF" w:rsidRPr="00FF2273" w:rsidRDefault="00FF2273">
            <w:pPr>
              <w:spacing w:after="160"/>
              <w:rPr>
                <w:color w:val="000000" w:themeColor="text1"/>
              </w:rPr>
            </w:pPr>
            <w:r w:rsidRPr="00FF2273">
              <w:rPr>
                <w:i/>
                <w:color w:val="000000" w:themeColor="text1"/>
                <w:sz w:val="21"/>
              </w:rPr>
              <w:t>Sen bir güneş gibi doğdun,</w:t>
            </w:r>
            <w:r w:rsidRPr="00FF2273">
              <w:rPr>
                <w:i/>
                <w:color w:val="000000" w:themeColor="text1"/>
                <w:sz w:val="21"/>
              </w:rPr>
              <w:br/>
              <w:t>Karanlık gecemize, ey Ata;</w:t>
            </w:r>
            <w:r w:rsidRPr="00FF2273">
              <w:rPr>
                <w:i/>
                <w:color w:val="000000" w:themeColor="text1"/>
                <w:sz w:val="21"/>
              </w:rPr>
              <w:br/>
              <w:t>Yolunu açtın milletinin,</w:t>
            </w:r>
            <w:r w:rsidRPr="00FF2273">
              <w:rPr>
                <w:i/>
                <w:color w:val="000000" w:themeColor="text1"/>
                <w:sz w:val="21"/>
              </w:rPr>
              <w:br/>
              <w:t>Önderlik ettin her savaşta.</w:t>
            </w:r>
          </w:p>
          <w:p w:rsidR="007311FF" w:rsidRPr="00FF2273" w:rsidRDefault="00FF2273">
            <w:pPr>
              <w:spacing w:after="160"/>
              <w:rPr>
                <w:color w:val="000000" w:themeColor="text1"/>
              </w:rPr>
            </w:pPr>
            <w:r w:rsidRPr="00FF2273">
              <w:rPr>
                <w:i/>
                <w:color w:val="000000" w:themeColor="text1"/>
                <w:sz w:val="21"/>
              </w:rPr>
              <w:lastRenderedPageBreak/>
              <w:t>Rahat uyu, güzel Ata,</w:t>
            </w:r>
            <w:r w:rsidRPr="00FF2273">
              <w:rPr>
                <w:i/>
                <w:color w:val="000000" w:themeColor="text1"/>
                <w:sz w:val="21"/>
              </w:rPr>
              <w:br/>
              <w:t>Emanetin emin ellerde;</w:t>
            </w:r>
            <w:r w:rsidRPr="00FF2273">
              <w:rPr>
                <w:i/>
                <w:color w:val="000000" w:themeColor="text1"/>
                <w:sz w:val="21"/>
              </w:rPr>
              <w:br/>
              <w:t>Vatan sağ olsun diyoruz,</w:t>
            </w:r>
            <w:r w:rsidRPr="00FF2273">
              <w:rPr>
                <w:i/>
                <w:color w:val="000000" w:themeColor="text1"/>
                <w:sz w:val="21"/>
              </w:rPr>
              <w:br/>
              <w:t>Cu</w:t>
            </w:r>
            <w:r w:rsidRPr="00FF2273">
              <w:rPr>
                <w:i/>
                <w:color w:val="000000" w:themeColor="text1"/>
                <w:sz w:val="21"/>
              </w:rPr>
              <w:t>mhuriyet yaşasın ilelebet.</w:t>
            </w:r>
          </w:p>
        </w:tc>
        <w:tc>
          <w:tcPr>
            <w:tcW w:w="4819" w:type="dxa"/>
          </w:tcPr>
          <w:p w:rsidR="007311FF" w:rsidRPr="00FF2273" w:rsidRDefault="00FF2273">
            <w:pPr>
              <w:spacing w:after="160"/>
              <w:rPr>
                <w:color w:val="000000" w:themeColor="text1"/>
              </w:rPr>
            </w:pPr>
            <w:r w:rsidRPr="00FF2273">
              <w:rPr>
                <w:i/>
                <w:color w:val="000000" w:themeColor="text1"/>
                <w:sz w:val="21"/>
              </w:rPr>
              <w:lastRenderedPageBreak/>
              <w:t>Cumhuriyeti kurdun bize,</w:t>
            </w:r>
            <w:r w:rsidRPr="00FF2273">
              <w:rPr>
                <w:i/>
                <w:color w:val="000000" w:themeColor="text1"/>
                <w:sz w:val="21"/>
              </w:rPr>
              <w:br/>
              <w:t>En güzel armağan, en değerli;</w:t>
            </w:r>
            <w:r w:rsidRPr="00FF2273">
              <w:rPr>
                <w:i/>
                <w:color w:val="000000" w:themeColor="text1"/>
                <w:sz w:val="21"/>
              </w:rPr>
              <w:br/>
              <w:t>İzinde yürüyeceğiz hep,</w:t>
            </w:r>
            <w:r w:rsidRPr="00FF2273">
              <w:rPr>
                <w:i/>
                <w:color w:val="000000" w:themeColor="text1"/>
                <w:sz w:val="21"/>
              </w:rPr>
              <w:br/>
              <w:t>Unutmayız seni ey sevgili.</w:t>
            </w:r>
          </w:p>
        </w:tc>
      </w:tr>
    </w:tbl>
    <w:p w:rsidR="007311FF" w:rsidRPr="00FF2273" w:rsidRDefault="00FF227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FF2273">
        <w:rPr>
          <w:b/>
          <w:color w:val="000000" w:themeColor="text1"/>
          <w:sz w:val="26"/>
        </w:rPr>
        <w:lastRenderedPageBreak/>
        <w:t>CUMHURIYET</w:t>
      </w:r>
      <w:proofErr w:type="spellEnd"/>
      <w:r w:rsidRPr="00FF2273">
        <w:rPr>
          <w:b/>
          <w:color w:val="000000" w:themeColor="text1"/>
          <w:sz w:val="26"/>
        </w:rPr>
        <w:t xml:space="preserve"> </w:t>
      </w:r>
      <w:proofErr w:type="spellStart"/>
      <w:r w:rsidRPr="00FF2273">
        <w:rPr>
          <w:b/>
          <w:color w:val="000000" w:themeColor="text1"/>
          <w:sz w:val="26"/>
        </w:rPr>
        <w:t>NEDIR</w:t>
      </w:r>
      <w:proofErr w:type="spellEnd"/>
      <w:r w:rsidRPr="00FF2273">
        <w:rPr>
          <w:b/>
          <w:color w:val="000000" w:themeColor="text1"/>
          <w:sz w:val="26"/>
        </w:rPr>
        <w:t>? NASIL İLAN EDILDI? (SUNUM METNI)</w:t>
      </w:r>
    </w:p>
    <w:p w:rsidR="007311FF" w:rsidRPr="00FF2273" w:rsidRDefault="00FF2273">
      <w:pPr>
        <w:pStyle w:val="ListeMaddemi"/>
        <w:spacing w:after="60"/>
        <w:rPr>
          <w:color w:val="000000" w:themeColor="text1"/>
        </w:rPr>
      </w:pPr>
      <w:r w:rsidRPr="00FF2273">
        <w:rPr>
          <w:b/>
          <w:color w:val="000000" w:themeColor="text1"/>
        </w:rPr>
        <w:t>Cumhuriyet</w:t>
      </w:r>
      <w:r w:rsidRPr="00FF2273">
        <w:rPr>
          <w:color w:val="000000" w:themeColor="text1"/>
        </w:rPr>
        <w:t xml:space="preserve">, egemenliğin (yönetme hakkının) </w:t>
      </w:r>
      <w:r w:rsidRPr="00FF2273">
        <w:rPr>
          <w:b/>
          <w:color w:val="000000" w:themeColor="text1"/>
        </w:rPr>
        <w:t>millete</w:t>
      </w:r>
      <w:r w:rsidRPr="00FF2273">
        <w:rPr>
          <w:color w:val="000000" w:themeColor="text1"/>
        </w:rPr>
        <w:t xml:space="preserve"> ait olduğu; yöneticilerin seçimle belirlendiği yönetim biçimidir.</w:t>
      </w:r>
    </w:p>
    <w:p w:rsidR="007311FF" w:rsidRPr="00FF2273" w:rsidRDefault="00FF2273">
      <w:pPr>
        <w:pStyle w:val="ListeMaddemi"/>
        <w:spacing w:after="60"/>
        <w:rPr>
          <w:color w:val="000000" w:themeColor="text1"/>
        </w:rPr>
      </w:pPr>
      <w:r w:rsidRPr="00FF2273">
        <w:rPr>
          <w:color w:val="000000" w:themeColor="text1"/>
        </w:rPr>
        <w:t>Kurtuluş Savaşı’nın kazanılmasının ardından, milletin kendi kaderini belirlediği yeni bir yönetime ihtiyaç duyuldu.</w:t>
      </w:r>
    </w:p>
    <w:p w:rsidR="007311FF" w:rsidRPr="00FF2273" w:rsidRDefault="00FF2273">
      <w:pPr>
        <w:pStyle w:val="ListeMaddemi"/>
        <w:spacing w:after="60"/>
        <w:rPr>
          <w:color w:val="000000" w:themeColor="text1"/>
        </w:rPr>
      </w:pPr>
      <w:r w:rsidRPr="00FF2273">
        <w:rPr>
          <w:b/>
          <w:color w:val="000000" w:themeColor="text1"/>
        </w:rPr>
        <w:t>29 Ekim 1923</w:t>
      </w:r>
      <w:r w:rsidRPr="00FF2273">
        <w:rPr>
          <w:color w:val="000000" w:themeColor="text1"/>
        </w:rPr>
        <w:t xml:space="preserve"> günü </w:t>
      </w:r>
      <w:r w:rsidRPr="00FF2273">
        <w:rPr>
          <w:b/>
          <w:color w:val="000000" w:themeColor="text1"/>
        </w:rPr>
        <w:t>Türkiye Büyük Millet Meclisi</w:t>
      </w:r>
      <w:r w:rsidRPr="00FF2273">
        <w:rPr>
          <w:color w:val="000000" w:themeColor="text1"/>
        </w:rPr>
        <w:t>’nde Cumhuriyet ilan edildi</w:t>
      </w:r>
      <w:r w:rsidRPr="00FF2273">
        <w:rPr>
          <w:color w:val="000000" w:themeColor="text1"/>
        </w:rPr>
        <w:t>; Anayasa’da “</w:t>
      </w:r>
      <w:r w:rsidRPr="00FF2273">
        <w:rPr>
          <w:b/>
          <w:color w:val="000000" w:themeColor="text1"/>
        </w:rPr>
        <w:t>Egemenlik kayıtsız şartsız milletindir</w:t>
      </w:r>
      <w:r w:rsidRPr="00FF2273">
        <w:rPr>
          <w:color w:val="000000" w:themeColor="text1"/>
        </w:rPr>
        <w:t>” ilkesi kabul edildi.</w:t>
      </w:r>
    </w:p>
    <w:p w:rsidR="007311FF" w:rsidRPr="00FF2273" w:rsidRDefault="00FF2273">
      <w:pPr>
        <w:pStyle w:val="ListeMaddemi"/>
        <w:spacing w:after="60"/>
        <w:rPr>
          <w:color w:val="000000" w:themeColor="text1"/>
        </w:rPr>
      </w:pPr>
      <w:r w:rsidRPr="00FF2273">
        <w:rPr>
          <w:color w:val="000000" w:themeColor="text1"/>
        </w:rPr>
        <w:t xml:space="preserve">Aynı gün </w:t>
      </w:r>
      <w:r w:rsidRPr="00FF2273">
        <w:rPr>
          <w:b/>
          <w:color w:val="000000" w:themeColor="text1"/>
        </w:rPr>
        <w:t>Mustafa Kemal Atatürk</w:t>
      </w:r>
      <w:r w:rsidRPr="00FF2273">
        <w:rPr>
          <w:color w:val="000000" w:themeColor="text1"/>
        </w:rPr>
        <w:t xml:space="preserve">, Türkiye Cumhuriyeti’nin </w:t>
      </w:r>
      <w:r w:rsidRPr="00FF2273">
        <w:rPr>
          <w:b/>
          <w:color w:val="000000" w:themeColor="text1"/>
        </w:rPr>
        <w:t>ilk Cumhurbaşkanı</w:t>
      </w:r>
      <w:r w:rsidRPr="00FF2273">
        <w:rPr>
          <w:color w:val="000000" w:themeColor="text1"/>
        </w:rPr>
        <w:t xml:space="preserve"> seçildi.</w:t>
      </w:r>
    </w:p>
    <w:p w:rsidR="007311FF" w:rsidRPr="00FF2273" w:rsidRDefault="00FF2273">
      <w:pPr>
        <w:pStyle w:val="ListeMaddemi"/>
        <w:spacing w:after="60"/>
        <w:rPr>
          <w:color w:val="000000" w:themeColor="text1"/>
        </w:rPr>
      </w:pPr>
      <w:r w:rsidRPr="00FF2273">
        <w:rPr>
          <w:color w:val="000000" w:themeColor="text1"/>
        </w:rPr>
        <w:t xml:space="preserve">Cumhuriyet; eşitlik, özgürlük, adalet ve </w:t>
      </w:r>
      <w:r w:rsidRPr="00FF2273">
        <w:rPr>
          <w:b/>
          <w:color w:val="000000" w:themeColor="text1"/>
        </w:rPr>
        <w:t>çağdaş yaşamı</w:t>
      </w:r>
      <w:r w:rsidRPr="00FF2273">
        <w:rPr>
          <w:color w:val="000000" w:themeColor="text1"/>
        </w:rPr>
        <w:t xml:space="preserve"> getirmiş; kadın-erkek her vatandaşa söz hak</w:t>
      </w:r>
      <w:r w:rsidRPr="00FF2273">
        <w:rPr>
          <w:color w:val="000000" w:themeColor="text1"/>
        </w:rPr>
        <w:t>kı tanımıştır.</w:t>
      </w:r>
    </w:p>
    <w:p w:rsidR="007311FF" w:rsidRPr="00FF2273" w:rsidRDefault="00FF2273">
      <w:pPr>
        <w:pStyle w:val="ListeMaddemi"/>
        <w:spacing w:after="60"/>
        <w:rPr>
          <w:color w:val="000000" w:themeColor="text1"/>
        </w:rPr>
      </w:pPr>
      <w:r w:rsidRPr="00FF2273">
        <w:rPr>
          <w:color w:val="000000" w:themeColor="text1"/>
        </w:rPr>
        <w:t xml:space="preserve">29 Ekim, o günden beri her yıl </w:t>
      </w:r>
      <w:r w:rsidRPr="00FF2273">
        <w:rPr>
          <w:b/>
          <w:color w:val="000000" w:themeColor="text1"/>
        </w:rPr>
        <w:t>Cumhuriyet Bayramı</w:t>
      </w:r>
      <w:r w:rsidRPr="00FF2273">
        <w:rPr>
          <w:color w:val="000000" w:themeColor="text1"/>
        </w:rPr>
        <w:t xml:space="preserve"> olarak kutlanır.</w:t>
      </w:r>
    </w:p>
    <w:p w:rsidR="007311FF" w:rsidRPr="00FF2273" w:rsidRDefault="00FF227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FF2273">
        <w:rPr>
          <w:b/>
          <w:color w:val="000000" w:themeColor="text1"/>
          <w:sz w:val="26"/>
        </w:rPr>
        <w:t>ATATÜRK’ÜN CUMHURIYETE VE GENÇLIĞE DAIR SÖZLERI</w:t>
      </w:r>
    </w:p>
    <w:p w:rsidR="007311FF" w:rsidRPr="00FF2273" w:rsidRDefault="00FF2273">
      <w:pPr>
        <w:pStyle w:val="ListeMaddemi"/>
        <w:spacing w:after="60"/>
        <w:rPr>
          <w:color w:val="000000" w:themeColor="text1"/>
        </w:rPr>
      </w:pPr>
      <w:r w:rsidRPr="00FF2273">
        <w:rPr>
          <w:color w:val="000000" w:themeColor="text1"/>
        </w:rPr>
        <w:t>“Egemenlik kayıtsız şartsız milletindir.”</w:t>
      </w:r>
    </w:p>
    <w:p w:rsidR="007311FF" w:rsidRPr="00FF2273" w:rsidRDefault="00FF2273">
      <w:pPr>
        <w:pStyle w:val="ListeMaddemi"/>
        <w:spacing w:after="60"/>
        <w:rPr>
          <w:color w:val="000000" w:themeColor="text1"/>
        </w:rPr>
      </w:pPr>
      <w:r w:rsidRPr="00FF2273">
        <w:rPr>
          <w:color w:val="000000" w:themeColor="text1"/>
        </w:rPr>
        <w:t>“Cumhuriyet, fazilettir.”</w:t>
      </w:r>
    </w:p>
    <w:p w:rsidR="007311FF" w:rsidRPr="00FF2273" w:rsidRDefault="00FF2273">
      <w:pPr>
        <w:pStyle w:val="ListeMaddemi"/>
        <w:spacing w:after="60"/>
        <w:rPr>
          <w:color w:val="000000" w:themeColor="text1"/>
        </w:rPr>
      </w:pPr>
      <w:r w:rsidRPr="00FF2273">
        <w:rPr>
          <w:color w:val="000000" w:themeColor="text1"/>
        </w:rPr>
        <w:t xml:space="preserve">“Cumhuriyeti biz kurduk; onu yükseltecek ve yaşatacak </w:t>
      </w:r>
      <w:r w:rsidRPr="00FF2273">
        <w:rPr>
          <w:color w:val="000000" w:themeColor="text1"/>
        </w:rPr>
        <w:t>sizlersiniz.”</w:t>
      </w:r>
    </w:p>
    <w:p w:rsidR="007311FF" w:rsidRPr="00FF2273" w:rsidRDefault="00FF2273">
      <w:pPr>
        <w:pStyle w:val="ListeMaddemi"/>
        <w:spacing w:after="60"/>
        <w:rPr>
          <w:color w:val="000000" w:themeColor="text1"/>
        </w:rPr>
      </w:pPr>
      <w:r w:rsidRPr="00FF2273">
        <w:rPr>
          <w:color w:val="000000" w:themeColor="text1"/>
        </w:rPr>
        <w:t>“Ne mutlu Türküm diyene!”</w:t>
      </w:r>
    </w:p>
    <w:p w:rsidR="007311FF" w:rsidRPr="00FF2273" w:rsidRDefault="00FF2273">
      <w:pPr>
        <w:pStyle w:val="ListeMaddemi"/>
        <w:spacing w:after="60"/>
        <w:rPr>
          <w:color w:val="000000" w:themeColor="text1"/>
        </w:rPr>
      </w:pPr>
      <w:r w:rsidRPr="00FF2273">
        <w:rPr>
          <w:color w:val="000000" w:themeColor="text1"/>
        </w:rPr>
        <w:t>“Benim naçiz vücudum elbet bir gün toprak olacaktır; fakat Türkiye Cumhuriyeti ilelebet payidar kalacaktır.”</w:t>
      </w:r>
    </w:p>
    <w:p w:rsidR="007311FF" w:rsidRPr="00FF2273" w:rsidRDefault="00FF2273">
      <w:pPr>
        <w:pStyle w:val="ListeMaddemi"/>
        <w:spacing w:after="60"/>
        <w:rPr>
          <w:color w:val="000000" w:themeColor="text1"/>
        </w:rPr>
      </w:pPr>
      <w:r w:rsidRPr="00FF2273">
        <w:rPr>
          <w:color w:val="000000" w:themeColor="text1"/>
        </w:rPr>
        <w:t>“Yurtta sulh, cihanda sulh.”</w:t>
      </w:r>
    </w:p>
    <w:p w:rsidR="007311FF" w:rsidRPr="00FF2273" w:rsidRDefault="00FF227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r w:rsidRPr="00FF2273">
        <w:rPr>
          <w:b/>
          <w:color w:val="000000" w:themeColor="text1"/>
          <w:sz w:val="26"/>
        </w:rPr>
        <w:t>OKULDA YAPILABILECEK ETKINLIKLER</w:t>
      </w:r>
    </w:p>
    <w:p w:rsidR="007311FF" w:rsidRPr="00FF2273" w:rsidRDefault="00FF2273">
      <w:pPr>
        <w:pStyle w:val="ListeMaddemi"/>
        <w:spacing w:after="60"/>
        <w:rPr>
          <w:color w:val="000000" w:themeColor="text1"/>
        </w:rPr>
      </w:pPr>
      <w:r w:rsidRPr="00FF2273">
        <w:rPr>
          <w:color w:val="000000" w:themeColor="text1"/>
        </w:rPr>
        <w:t xml:space="preserve">Bayrak ve fenerlerle </w:t>
      </w:r>
      <w:r w:rsidRPr="00FF2273">
        <w:rPr>
          <w:b/>
          <w:color w:val="000000" w:themeColor="text1"/>
        </w:rPr>
        <w:t>okul süsleme</w:t>
      </w:r>
      <w:r w:rsidRPr="00FF2273">
        <w:rPr>
          <w:color w:val="000000" w:themeColor="text1"/>
        </w:rPr>
        <w:t>; sınıf pano</w:t>
      </w:r>
      <w:r w:rsidRPr="00FF2273">
        <w:rPr>
          <w:color w:val="000000" w:themeColor="text1"/>
        </w:rPr>
        <w:t>larında Cumhuriyet köşesi</w:t>
      </w:r>
    </w:p>
    <w:p w:rsidR="007311FF" w:rsidRPr="00FF2273" w:rsidRDefault="00FF2273">
      <w:pPr>
        <w:pStyle w:val="ListeMaddemi"/>
        <w:spacing w:after="60"/>
        <w:rPr>
          <w:color w:val="000000" w:themeColor="text1"/>
        </w:rPr>
      </w:pPr>
      <w:r w:rsidRPr="00FF2273">
        <w:rPr>
          <w:b/>
          <w:color w:val="000000" w:themeColor="text1"/>
        </w:rPr>
        <w:t>Şiir ve kompozisyon</w:t>
      </w:r>
      <w:r w:rsidRPr="00FF2273">
        <w:rPr>
          <w:color w:val="000000" w:themeColor="text1"/>
        </w:rPr>
        <w:t xml:space="preserve"> yarışması: “Benim Cumhuriyetim”</w:t>
      </w:r>
    </w:p>
    <w:p w:rsidR="007311FF" w:rsidRPr="00FF2273" w:rsidRDefault="00FF2273">
      <w:pPr>
        <w:pStyle w:val="ListeMaddemi"/>
        <w:spacing w:after="60"/>
        <w:rPr>
          <w:color w:val="000000" w:themeColor="text1"/>
        </w:rPr>
      </w:pPr>
      <w:r w:rsidRPr="00FF2273">
        <w:rPr>
          <w:color w:val="000000" w:themeColor="text1"/>
        </w:rPr>
        <w:t xml:space="preserve">Atatürk ve Cumhuriyet temalı </w:t>
      </w:r>
      <w:r w:rsidRPr="00FF2273">
        <w:rPr>
          <w:b/>
          <w:color w:val="000000" w:themeColor="text1"/>
        </w:rPr>
        <w:t>resim ve afiş</w:t>
      </w:r>
      <w:r w:rsidRPr="00FF2273">
        <w:rPr>
          <w:color w:val="000000" w:themeColor="text1"/>
        </w:rPr>
        <w:t xml:space="preserve"> sergisi</w:t>
      </w:r>
    </w:p>
    <w:p w:rsidR="007311FF" w:rsidRPr="00FF2273" w:rsidRDefault="00FF2273">
      <w:pPr>
        <w:pStyle w:val="ListeMaddemi"/>
        <w:spacing w:after="60"/>
        <w:rPr>
          <w:color w:val="000000" w:themeColor="text1"/>
        </w:rPr>
      </w:pPr>
      <w:r w:rsidRPr="00FF2273">
        <w:rPr>
          <w:color w:val="000000" w:themeColor="text1"/>
        </w:rPr>
        <w:t xml:space="preserve">Onuncu Yıl Marşı ve kurtuluş-cumhuriyet temalı </w:t>
      </w:r>
      <w:r w:rsidRPr="00FF2273">
        <w:rPr>
          <w:b/>
          <w:color w:val="000000" w:themeColor="text1"/>
        </w:rPr>
        <w:t>koro</w:t>
      </w:r>
      <w:r w:rsidRPr="00FF2273">
        <w:rPr>
          <w:color w:val="000000" w:themeColor="text1"/>
        </w:rPr>
        <w:t xml:space="preserve"> çalışması</w:t>
      </w:r>
    </w:p>
    <w:p w:rsidR="007311FF" w:rsidRPr="00FF2273" w:rsidRDefault="00FF2273">
      <w:pPr>
        <w:pStyle w:val="ListeMaddemi"/>
        <w:spacing w:after="60"/>
        <w:rPr>
          <w:color w:val="000000" w:themeColor="text1"/>
        </w:rPr>
      </w:pPr>
      <w:r w:rsidRPr="00FF2273">
        <w:rPr>
          <w:color w:val="000000" w:themeColor="text1"/>
        </w:rPr>
        <w:t xml:space="preserve">Atatürk’ün hayatını ve inkılaplarını anlatan </w:t>
      </w:r>
      <w:r w:rsidRPr="00FF2273">
        <w:rPr>
          <w:b/>
          <w:color w:val="000000" w:themeColor="text1"/>
        </w:rPr>
        <w:t>kısa canlandırma</w:t>
      </w:r>
      <w:r w:rsidRPr="00FF2273">
        <w:rPr>
          <w:color w:val="000000" w:themeColor="text1"/>
        </w:rPr>
        <w:t xml:space="preserve"> ya </w:t>
      </w:r>
      <w:r w:rsidRPr="00FF2273">
        <w:rPr>
          <w:color w:val="000000" w:themeColor="text1"/>
        </w:rPr>
        <w:t>da sunum</w:t>
      </w:r>
    </w:p>
    <w:p w:rsidR="007311FF" w:rsidRPr="00FF2273" w:rsidRDefault="00FF2273">
      <w:pPr>
        <w:pStyle w:val="ListeMaddemi"/>
        <w:spacing w:after="60"/>
        <w:rPr>
          <w:color w:val="000000" w:themeColor="text1"/>
        </w:rPr>
      </w:pPr>
      <w:r w:rsidRPr="00FF2273">
        <w:rPr>
          <w:color w:val="000000" w:themeColor="text1"/>
        </w:rPr>
        <w:t xml:space="preserve">Okul korteji ve </w:t>
      </w:r>
      <w:r w:rsidRPr="00FF2273">
        <w:rPr>
          <w:b/>
          <w:color w:val="000000" w:themeColor="text1"/>
        </w:rPr>
        <w:t>bayrak töreni</w:t>
      </w:r>
      <w:r w:rsidRPr="00FF2273">
        <w:rPr>
          <w:color w:val="000000" w:themeColor="text1"/>
        </w:rPr>
        <w:t>; “Cumhuriyete söz veriyorum” kartları</w:t>
      </w:r>
    </w:p>
    <w:p w:rsidR="007311FF" w:rsidRPr="00FF2273" w:rsidRDefault="007311FF">
      <w:pPr>
        <w:rPr>
          <w:color w:val="000000" w:themeColor="text1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FF2273" w:rsidRPr="00FF2273">
        <w:trPr>
          <w:cantSplit/>
          <w:jc w:val="center"/>
        </w:trPr>
        <w:tc>
          <w:tcPr>
            <w:tcW w:w="4819" w:type="dxa"/>
          </w:tcPr>
          <w:p w:rsidR="007311FF" w:rsidRPr="00FF2273" w:rsidRDefault="00FF2273">
            <w:pPr>
              <w:jc w:val="center"/>
              <w:rPr>
                <w:color w:val="000000" w:themeColor="text1"/>
              </w:rPr>
            </w:pPr>
            <w:r>
              <w:rPr>
                <w:b/>
                <w:color w:val="000000" w:themeColor="text1"/>
                <w:sz w:val="21"/>
              </w:rPr>
              <w:t xml:space="preserve"> </w:t>
            </w:r>
            <w:bookmarkStart w:id="0" w:name="_GoBack"/>
            <w:bookmarkEnd w:id="0"/>
            <w:r w:rsidRPr="00FF2273">
              <w:rPr>
                <w:b/>
                <w:color w:val="000000" w:themeColor="text1"/>
                <w:sz w:val="21"/>
              </w:rPr>
              <w:br/>
            </w:r>
            <w:r w:rsidRPr="00FF2273">
              <w:rPr>
                <w:color w:val="000000" w:themeColor="text1"/>
                <w:sz w:val="20"/>
              </w:rPr>
              <w:t>Türkçe Öğretmeni</w:t>
            </w:r>
            <w:r w:rsidRPr="00FF2273">
              <w:rPr>
                <w:color w:val="000000" w:themeColor="text1"/>
                <w:sz w:val="20"/>
              </w:rPr>
              <w:br/>
            </w:r>
            <w:r w:rsidRPr="00FF2273">
              <w:rPr>
                <w:color w:val="000000" w:themeColor="text1"/>
                <w:sz w:val="19"/>
              </w:rPr>
              <w:t>Hazırlayan</w:t>
            </w:r>
          </w:p>
        </w:tc>
        <w:tc>
          <w:tcPr>
            <w:tcW w:w="4819" w:type="dxa"/>
          </w:tcPr>
          <w:p w:rsidR="007311FF" w:rsidRPr="00FF2273" w:rsidRDefault="00FF2273">
            <w:pPr>
              <w:jc w:val="center"/>
              <w:rPr>
                <w:color w:val="000000" w:themeColor="text1"/>
              </w:rPr>
            </w:pPr>
            <w:r w:rsidRPr="00FF2273">
              <w:rPr>
                <w:b/>
                <w:color w:val="000000" w:themeColor="text1"/>
                <w:sz w:val="21"/>
              </w:rPr>
              <w:t>UYGUNDUR</w:t>
            </w:r>
            <w:r w:rsidRPr="00FF2273">
              <w:rPr>
                <w:b/>
                <w:color w:val="000000" w:themeColor="text1"/>
                <w:sz w:val="21"/>
              </w:rPr>
              <w:br/>
            </w:r>
            <w:r w:rsidRPr="00FF2273">
              <w:rPr>
                <w:b/>
                <w:color w:val="000000" w:themeColor="text1"/>
                <w:sz w:val="21"/>
              </w:rPr>
              <w:t>…… / …… / 2026</w:t>
            </w:r>
            <w:r w:rsidRPr="00FF2273">
              <w:rPr>
                <w:b/>
                <w:color w:val="000000" w:themeColor="text1"/>
                <w:sz w:val="21"/>
              </w:rPr>
              <w:br/>
            </w:r>
            <w:r w:rsidRPr="00FF2273">
              <w:rPr>
                <w:color w:val="000000" w:themeColor="text1"/>
                <w:sz w:val="20"/>
              </w:rPr>
              <w:t>……………………………</w:t>
            </w:r>
            <w:r w:rsidRPr="00FF2273">
              <w:rPr>
                <w:color w:val="000000" w:themeColor="text1"/>
                <w:sz w:val="20"/>
              </w:rPr>
              <w:br/>
            </w:r>
            <w:r w:rsidRPr="00FF2273">
              <w:rPr>
                <w:color w:val="000000" w:themeColor="text1"/>
                <w:sz w:val="19"/>
              </w:rPr>
              <w:t>Okul Müdürü</w:t>
            </w:r>
          </w:p>
        </w:tc>
      </w:tr>
    </w:tbl>
    <w:p w:rsidR="007311FF" w:rsidRPr="00FF2273" w:rsidRDefault="00FF2273">
      <w:pPr>
        <w:keepNext/>
        <w:pBdr>
          <w:bottom w:val="single" w:sz="8" w:space="2" w:color="8B5E3C"/>
        </w:pBdr>
        <w:spacing w:before="280" w:after="80"/>
        <w:rPr>
          <w:color w:val="000000" w:themeColor="text1"/>
        </w:rPr>
      </w:pPr>
      <w:proofErr w:type="spellStart"/>
      <w:r w:rsidRPr="00FF2273">
        <w:rPr>
          <w:b/>
          <w:color w:val="000000" w:themeColor="text1"/>
          <w:sz w:val="26"/>
        </w:rPr>
        <w:t>KAYNAKÇA</w:t>
      </w:r>
      <w:proofErr w:type="spellEnd"/>
    </w:p>
    <w:p w:rsidR="007311FF" w:rsidRPr="00FF2273" w:rsidRDefault="00FF2273">
      <w:pPr>
        <w:pStyle w:val="ListeNumaras"/>
        <w:spacing w:after="40"/>
        <w:rPr>
          <w:color w:val="000000" w:themeColor="text1"/>
        </w:rPr>
      </w:pPr>
      <w:r w:rsidRPr="00FF2273">
        <w:rPr>
          <w:color w:val="000000" w:themeColor="text1"/>
          <w:sz w:val="18"/>
        </w:rPr>
        <w:t xml:space="preserve">29 Ekim 1923 — Türkiye Büyük Millet Meclisi’nde Cumhuriyetin ilanı ve </w:t>
      </w:r>
      <w:r w:rsidRPr="00FF2273">
        <w:rPr>
          <w:color w:val="000000" w:themeColor="text1"/>
          <w:sz w:val="18"/>
        </w:rPr>
        <w:t>Teşkilât-ı Esasiye Kanunu’nda değişiklik.</w:t>
      </w:r>
    </w:p>
    <w:p w:rsidR="007311FF" w:rsidRPr="00FF2273" w:rsidRDefault="00FF2273">
      <w:pPr>
        <w:pStyle w:val="ListeNumaras"/>
        <w:spacing w:after="40"/>
        <w:rPr>
          <w:color w:val="000000" w:themeColor="text1"/>
        </w:rPr>
      </w:pPr>
      <w:r w:rsidRPr="00FF2273">
        <w:rPr>
          <w:color w:val="000000" w:themeColor="text1"/>
          <w:sz w:val="18"/>
        </w:rPr>
        <w:t>Atatürk Araştırma Merkezi — Cumhuriyetin ilanı ve Atatürk ilke ve inkılapları (atam.gov.tr).</w:t>
      </w:r>
    </w:p>
    <w:p w:rsidR="007311FF" w:rsidRPr="00FF2273" w:rsidRDefault="00FF2273">
      <w:pPr>
        <w:pStyle w:val="ListeNumaras"/>
        <w:spacing w:after="40"/>
        <w:rPr>
          <w:color w:val="000000" w:themeColor="text1"/>
        </w:rPr>
      </w:pPr>
      <w:r w:rsidRPr="00FF2273">
        <w:rPr>
          <w:color w:val="000000" w:themeColor="text1"/>
          <w:sz w:val="18"/>
        </w:rPr>
        <w:t>Türkiye Büyük Millet Meclisi — tarihçe (tbmm.gov.tr).</w:t>
      </w:r>
    </w:p>
    <w:sectPr w:rsidR="007311FF" w:rsidRPr="00FF2273" w:rsidSect="00034616">
      <w:pgSz w:w="11906" w:h="16838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311FF"/>
    <w:rsid w:val="00AA1D8D"/>
    <w:rsid w:val="00B47730"/>
    <w:rsid w:val="00CB0664"/>
    <w:rsid w:val="00FC693F"/>
    <w:rsid w:val="00FF2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2D1C4A"/>
  <w14:defaultImageDpi w14:val="300"/>
  <w15:docId w15:val="{4A01FB32-B2E2-494D-80B7-D6F6E04EB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FF227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2054C51-18E0-4E06-B76F-0C4688BD4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6527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 Ekim Cumhuriyet Bayramı Kutlama Programı (2026-2027)</dc:title>
  <dc:subject>Belirli Günler ve Haftalar — 29 Ekim Cumhuriyet Bayramı</dc:subject>
  <dc:creator>evrakburada</dc:creator>
  <cp:keywords>29 ekim cumhuriyet bayramı kutlama programı, cumhuriyet nedir nasıl ilan edildi, atatürk sözleri, cumhuriyet şiirleri, sunucu metni, günün anlam ve önemi, belirli günler ve haftalar</cp:keywords>
  <dc:description/>
  <cp:lastModifiedBy>HP</cp:lastModifiedBy>
  <cp:revision>2</cp:revision>
  <dcterms:created xsi:type="dcterms:W3CDTF">2013-12-23T23:15:00Z</dcterms:created>
  <dcterms:modified xsi:type="dcterms:W3CDTF">2026-10-15T13:59:00Z</dcterms:modified>
  <cp:category/>
</cp:coreProperties>
</file>