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213"/>
        <w:gridCol w:w="3213"/>
        <w:gridCol w:w="3213"/>
      </w:tblGrid>
      <w:tr w:rsidR="007F100B" w:rsidRPr="007F100B" w:rsidTr="007F100B">
        <w:tc>
          <w:tcPr>
            <w:tcW w:w="9638" w:type="dxa"/>
            <w:gridSpan w:val="3"/>
          </w:tcPr>
          <w:p w:rsidR="003D5932" w:rsidRPr="007F100B" w:rsidRDefault="007F100B">
            <w:pPr>
              <w:spacing w:after="40"/>
              <w:jc w:val="center"/>
              <w:rPr>
                <w:color w:val="000000" w:themeColor="text1"/>
              </w:rPr>
            </w:pPr>
            <w:r w:rsidRPr="007F100B">
              <w:rPr>
                <w:color w:val="000000" w:themeColor="text1"/>
                <w:sz w:val="24"/>
              </w:rPr>
              <w:t xml:space="preserve">…………………………………. </w:t>
            </w:r>
            <w:proofErr w:type="spellStart"/>
            <w:r w:rsidRPr="007F100B">
              <w:rPr>
                <w:color w:val="000000" w:themeColor="text1"/>
                <w:sz w:val="24"/>
              </w:rPr>
              <w:t>ORTAOKULU</w:t>
            </w:r>
            <w:proofErr w:type="spellEnd"/>
            <w:r w:rsidRPr="007F100B">
              <w:rPr>
                <w:color w:val="000000" w:themeColor="text1"/>
                <w:sz w:val="24"/>
              </w:rPr>
              <w:t xml:space="preserve"> </w:t>
            </w:r>
            <w:proofErr w:type="spellStart"/>
            <w:r w:rsidRPr="007F100B">
              <w:rPr>
                <w:color w:val="000000" w:themeColor="text1"/>
                <w:sz w:val="24"/>
              </w:rPr>
              <w:t>MÜDÜRLÜĞÜ</w:t>
            </w:r>
            <w:proofErr w:type="spellEnd"/>
          </w:p>
          <w:p w:rsidR="003D5932" w:rsidRPr="007F100B" w:rsidRDefault="007F100B">
            <w:pPr>
              <w:spacing w:after="40"/>
              <w:jc w:val="center"/>
              <w:rPr>
                <w:color w:val="000000" w:themeColor="text1"/>
              </w:rPr>
            </w:pPr>
            <w:r w:rsidRPr="007F100B">
              <w:rPr>
                <w:color w:val="000000" w:themeColor="text1"/>
                <w:sz w:val="21"/>
              </w:rPr>
              <w:t>2026-2027 EĞİTİM-ÖĞRETİM YILI</w:t>
            </w:r>
          </w:p>
          <w:p w:rsidR="003D5932" w:rsidRPr="007F100B" w:rsidRDefault="007F100B">
            <w:pPr>
              <w:spacing w:after="40"/>
              <w:jc w:val="center"/>
              <w:rPr>
                <w:color w:val="000000" w:themeColor="text1"/>
              </w:rPr>
            </w:pPr>
            <w:r w:rsidRPr="007F100B">
              <w:rPr>
                <w:b/>
                <w:color w:val="000000" w:themeColor="text1"/>
                <w:sz w:val="42"/>
              </w:rPr>
              <w:t>24 KASIM ÖĞRETMENLER GÜNÜ</w:t>
            </w:r>
          </w:p>
          <w:p w:rsidR="003D5932" w:rsidRPr="007F100B" w:rsidRDefault="007F100B">
            <w:pPr>
              <w:spacing w:after="40"/>
              <w:jc w:val="center"/>
              <w:rPr>
                <w:color w:val="000000" w:themeColor="text1"/>
              </w:rPr>
            </w:pPr>
            <w:r w:rsidRPr="007F100B">
              <w:rPr>
                <w:b/>
                <w:color w:val="000000" w:themeColor="text1"/>
                <w:sz w:val="28"/>
              </w:rPr>
              <w:t>KUTLAMA PROGRAMI</w:t>
            </w:r>
          </w:p>
          <w:p w:rsidR="003D5932" w:rsidRPr="007F100B" w:rsidRDefault="007F100B">
            <w:pPr>
              <w:spacing w:after="40"/>
              <w:jc w:val="center"/>
              <w:rPr>
                <w:color w:val="000000" w:themeColor="text1"/>
              </w:rPr>
            </w:pPr>
            <w:r w:rsidRPr="007F100B">
              <w:rPr>
                <w:color w:val="000000" w:themeColor="text1"/>
                <w:sz w:val="21"/>
              </w:rPr>
              <w:t>24 Kasım 2026 Salı</w:t>
            </w:r>
          </w:p>
        </w:tc>
      </w:tr>
      <w:tr w:rsidR="007F100B" w:rsidRPr="007F100B" w:rsidTr="007F100B">
        <w:tc>
          <w:tcPr>
            <w:tcW w:w="3213" w:type="dxa"/>
          </w:tcPr>
          <w:p w:rsidR="003D5932" w:rsidRPr="007F100B" w:rsidRDefault="007F100B">
            <w:pPr>
              <w:rPr>
                <w:color w:val="000000" w:themeColor="text1"/>
              </w:rPr>
            </w:pPr>
            <w:proofErr w:type="spellStart"/>
            <w:r w:rsidRPr="007F100B">
              <w:rPr>
                <w:b/>
                <w:color w:val="000000" w:themeColor="text1"/>
                <w:sz w:val="17"/>
              </w:rPr>
              <w:t>Tarih</w:t>
            </w:r>
            <w:proofErr w:type="spellEnd"/>
            <w:r w:rsidRPr="007F100B">
              <w:rPr>
                <w:b/>
                <w:color w:val="000000" w:themeColor="text1"/>
                <w:sz w:val="17"/>
              </w:rPr>
              <w:br/>
            </w:r>
            <w:r w:rsidRPr="007F100B">
              <w:rPr>
                <w:color w:val="000000" w:themeColor="text1"/>
                <w:sz w:val="19"/>
              </w:rPr>
              <w:t xml:space="preserve">24 </w:t>
            </w:r>
            <w:proofErr w:type="spellStart"/>
            <w:r w:rsidRPr="007F100B">
              <w:rPr>
                <w:color w:val="000000" w:themeColor="text1"/>
                <w:sz w:val="19"/>
              </w:rPr>
              <w:t>Kasım</w:t>
            </w:r>
            <w:proofErr w:type="spellEnd"/>
            <w:r w:rsidRPr="007F100B">
              <w:rPr>
                <w:color w:val="000000" w:themeColor="text1"/>
                <w:sz w:val="19"/>
              </w:rPr>
              <w:t xml:space="preserve"> 2026 Salı</w:t>
            </w:r>
          </w:p>
        </w:tc>
        <w:tc>
          <w:tcPr>
            <w:tcW w:w="3213" w:type="dxa"/>
          </w:tcPr>
          <w:p w:rsidR="003D5932" w:rsidRPr="007F100B" w:rsidRDefault="007F100B">
            <w:pPr>
              <w:rPr>
                <w:color w:val="000000" w:themeColor="text1"/>
              </w:rPr>
            </w:pPr>
            <w:r w:rsidRPr="007F100B">
              <w:rPr>
                <w:b/>
                <w:color w:val="000000" w:themeColor="text1"/>
                <w:sz w:val="17"/>
              </w:rPr>
              <w:t>Yer</w:t>
            </w:r>
            <w:r w:rsidRPr="007F100B">
              <w:rPr>
                <w:b/>
                <w:color w:val="000000" w:themeColor="text1"/>
                <w:sz w:val="17"/>
              </w:rPr>
              <w:br/>
            </w:r>
            <w:r w:rsidRPr="007F100B">
              <w:rPr>
                <w:color w:val="000000" w:themeColor="text1"/>
                <w:sz w:val="19"/>
              </w:rPr>
              <w:t>Okul bahçesi / konferans salonu</w:t>
            </w:r>
          </w:p>
        </w:tc>
        <w:tc>
          <w:tcPr>
            <w:tcW w:w="3213" w:type="dxa"/>
          </w:tcPr>
          <w:p w:rsidR="003D5932" w:rsidRPr="007F100B" w:rsidRDefault="007F100B">
            <w:pPr>
              <w:rPr>
                <w:color w:val="000000" w:themeColor="text1"/>
              </w:rPr>
            </w:pPr>
            <w:r w:rsidRPr="007F100B">
              <w:rPr>
                <w:b/>
                <w:color w:val="000000" w:themeColor="text1"/>
                <w:sz w:val="17"/>
              </w:rPr>
              <w:t>Hazırlayan</w:t>
            </w:r>
            <w:r w:rsidRPr="007F100B">
              <w:rPr>
                <w:b/>
                <w:color w:val="000000" w:themeColor="text1"/>
                <w:sz w:val="17"/>
              </w:rPr>
              <w:br/>
            </w:r>
            <w:r w:rsidRPr="007F100B">
              <w:rPr>
                <w:color w:val="000000" w:themeColor="text1"/>
                <w:sz w:val="19"/>
              </w:rPr>
              <w:t>Okul Öğrenci Meclisi</w:t>
            </w:r>
          </w:p>
        </w:tc>
      </w:tr>
    </w:tbl>
    <w:p w:rsidR="003D5932" w:rsidRPr="007F100B" w:rsidRDefault="007F100B">
      <w:pPr>
        <w:keepNext/>
        <w:pBdr>
          <w:bottom w:val="single" w:sz="8" w:space="2" w:color="8B5E3C"/>
        </w:pBdr>
        <w:spacing w:before="280" w:after="80"/>
        <w:rPr>
          <w:color w:val="000000" w:themeColor="text1"/>
        </w:rPr>
      </w:pPr>
      <w:r w:rsidRPr="007F100B">
        <w:rPr>
          <w:b/>
          <w:color w:val="000000" w:themeColor="text1"/>
          <w:sz w:val="26"/>
        </w:rPr>
        <w:t xml:space="preserve">PROGRAM </w:t>
      </w:r>
      <w:proofErr w:type="spellStart"/>
      <w:r w:rsidRPr="007F100B">
        <w:rPr>
          <w:b/>
          <w:color w:val="000000" w:themeColor="text1"/>
          <w:sz w:val="26"/>
        </w:rPr>
        <w:t>AKIŞI</w:t>
      </w:r>
      <w:proofErr w:type="spell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737"/>
        <w:gridCol w:w="4762"/>
        <w:gridCol w:w="2835"/>
        <w:gridCol w:w="1304"/>
      </w:tblGrid>
      <w:tr w:rsidR="007F100B" w:rsidRPr="007F100B" w:rsidTr="007F100B">
        <w:tc>
          <w:tcPr>
            <w:tcW w:w="737" w:type="dxa"/>
          </w:tcPr>
          <w:p w:rsidR="003D5932" w:rsidRPr="007F100B" w:rsidRDefault="007F100B">
            <w:pPr>
              <w:rPr>
                <w:color w:val="000000" w:themeColor="text1"/>
              </w:rPr>
            </w:pPr>
            <w:r w:rsidRPr="007F100B">
              <w:rPr>
                <w:b/>
                <w:color w:val="000000" w:themeColor="text1"/>
                <w:sz w:val="20"/>
              </w:rPr>
              <w:t>Sıra</w:t>
            </w:r>
          </w:p>
        </w:tc>
        <w:tc>
          <w:tcPr>
            <w:tcW w:w="4762" w:type="dxa"/>
          </w:tcPr>
          <w:p w:rsidR="003D5932" w:rsidRPr="007F100B" w:rsidRDefault="007F100B">
            <w:pPr>
              <w:rPr>
                <w:color w:val="000000" w:themeColor="text1"/>
              </w:rPr>
            </w:pPr>
            <w:proofErr w:type="spellStart"/>
            <w:r w:rsidRPr="007F100B">
              <w:rPr>
                <w:b/>
                <w:color w:val="000000" w:themeColor="text1"/>
                <w:sz w:val="20"/>
              </w:rPr>
              <w:t>Etkinlika</w:t>
            </w:r>
            <w:proofErr w:type="spellEnd"/>
          </w:p>
        </w:tc>
        <w:tc>
          <w:tcPr>
            <w:tcW w:w="2835" w:type="dxa"/>
          </w:tcPr>
          <w:p w:rsidR="003D5932" w:rsidRPr="007F100B" w:rsidRDefault="007F100B">
            <w:pPr>
              <w:rPr>
                <w:color w:val="000000" w:themeColor="text1"/>
              </w:rPr>
            </w:pPr>
            <w:r w:rsidRPr="007F100B">
              <w:rPr>
                <w:b/>
                <w:color w:val="000000" w:themeColor="text1"/>
                <w:sz w:val="20"/>
              </w:rPr>
              <w:t>Görevli</w:t>
            </w:r>
          </w:p>
        </w:tc>
        <w:tc>
          <w:tcPr>
            <w:tcW w:w="1304" w:type="dxa"/>
          </w:tcPr>
          <w:p w:rsidR="003D5932" w:rsidRPr="007F100B" w:rsidRDefault="007F100B">
            <w:pPr>
              <w:rPr>
                <w:color w:val="000000" w:themeColor="text1"/>
              </w:rPr>
            </w:pPr>
            <w:r w:rsidRPr="007F100B">
              <w:rPr>
                <w:b/>
                <w:color w:val="000000" w:themeColor="text1"/>
                <w:sz w:val="20"/>
              </w:rPr>
              <w:t>Sınıfı</w:t>
            </w:r>
          </w:p>
        </w:tc>
      </w:tr>
      <w:tr w:rsidR="007F100B" w:rsidRPr="007F100B" w:rsidTr="007F100B">
        <w:tc>
          <w:tcPr>
            <w:tcW w:w="737" w:type="dxa"/>
          </w:tcPr>
          <w:p w:rsidR="003D5932" w:rsidRPr="007F100B" w:rsidRDefault="007F100B">
            <w:pPr>
              <w:rPr>
                <w:color w:val="000000" w:themeColor="text1"/>
              </w:rPr>
            </w:pPr>
            <w:r w:rsidRPr="007F100B">
              <w:rPr>
                <w:color w:val="000000" w:themeColor="text1"/>
                <w:sz w:val="20"/>
              </w:rPr>
              <w:t>1</w:t>
            </w:r>
          </w:p>
        </w:tc>
        <w:tc>
          <w:tcPr>
            <w:tcW w:w="4762" w:type="dxa"/>
          </w:tcPr>
          <w:p w:rsidR="003D5932" w:rsidRPr="007F100B" w:rsidRDefault="007F100B">
            <w:pPr>
              <w:rPr>
                <w:color w:val="000000" w:themeColor="text1"/>
              </w:rPr>
            </w:pPr>
            <w:r w:rsidRPr="007F100B">
              <w:rPr>
                <w:color w:val="000000" w:themeColor="text1"/>
                <w:sz w:val="20"/>
              </w:rPr>
              <w:t>Saygı duruşu ve İstiklâl Marşı</w:t>
            </w:r>
          </w:p>
        </w:tc>
        <w:tc>
          <w:tcPr>
            <w:tcW w:w="2835" w:type="dxa"/>
          </w:tcPr>
          <w:p w:rsidR="003D5932" w:rsidRPr="007F100B" w:rsidRDefault="007F100B">
            <w:pPr>
              <w:rPr>
                <w:color w:val="000000" w:themeColor="text1"/>
              </w:rPr>
            </w:pPr>
            <w:r w:rsidRPr="007F100B">
              <w:rPr>
                <w:color w:val="000000" w:themeColor="text1"/>
                <w:sz w:val="20"/>
              </w:rPr>
              <w:t>Tüm okul</w:t>
            </w:r>
          </w:p>
        </w:tc>
        <w:tc>
          <w:tcPr>
            <w:tcW w:w="1304" w:type="dxa"/>
          </w:tcPr>
          <w:p w:rsidR="003D5932" w:rsidRPr="007F100B" w:rsidRDefault="003D5932">
            <w:pPr>
              <w:rPr>
                <w:color w:val="000000" w:themeColor="text1"/>
              </w:rPr>
            </w:pPr>
          </w:p>
        </w:tc>
      </w:tr>
      <w:tr w:rsidR="007F100B" w:rsidRPr="007F100B" w:rsidTr="007F100B">
        <w:tc>
          <w:tcPr>
            <w:tcW w:w="737" w:type="dxa"/>
          </w:tcPr>
          <w:p w:rsidR="003D5932" w:rsidRPr="007F100B" w:rsidRDefault="007F100B">
            <w:pPr>
              <w:rPr>
                <w:color w:val="000000" w:themeColor="text1"/>
              </w:rPr>
            </w:pPr>
            <w:r w:rsidRPr="007F100B">
              <w:rPr>
                <w:color w:val="000000" w:themeColor="text1"/>
                <w:sz w:val="20"/>
              </w:rPr>
              <w:t>2</w:t>
            </w:r>
          </w:p>
        </w:tc>
        <w:tc>
          <w:tcPr>
            <w:tcW w:w="4762" w:type="dxa"/>
          </w:tcPr>
          <w:p w:rsidR="003D5932" w:rsidRPr="007F100B" w:rsidRDefault="007F100B">
            <w:pPr>
              <w:rPr>
                <w:color w:val="000000" w:themeColor="text1"/>
              </w:rPr>
            </w:pPr>
            <w:r w:rsidRPr="007F100B">
              <w:rPr>
                <w:color w:val="000000" w:themeColor="text1"/>
                <w:sz w:val="20"/>
              </w:rPr>
              <w:t>Açılış ve sunum</w:t>
            </w:r>
          </w:p>
        </w:tc>
        <w:tc>
          <w:tcPr>
            <w:tcW w:w="2835" w:type="dxa"/>
          </w:tcPr>
          <w:p w:rsidR="003D5932" w:rsidRPr="007F100B" w:rsidRDefault="007F100B">
            <w:pPr>
              <w:rPr>
                <w:color w:val="000000" w:themeColor="text1"/>
              </w:rPr>
            </w:pPr>
            <w:r w:rsidRPr="007F100B">
              <w:rPr>
                <w:color w:val="000000" w:themeColor="text1"/>
                <w:sz w:val="20"/>
              </w:rPr>
              <w:t>İrem Yılmaz – Yusuf Demir</w:t>
            </w:r>
          </w:p>
        </w:tc>
        <w:tc>
          <w:tcPr>
            <w:tcW w:w="1304" w:type="dxa"/>
          </w:tcPr>
          <w:p w:rsidR="003D5932" w:rsidRPr="007F100B" w:rsidRDefault="007F100B">
            <w:pPr>
              <w:rPr>
                <w:color w:val="000000" w:themeColor="text1"/>
              </w:rPr>
            </w:pPr>
            <w:r w:rsidRPr="007F100B">
              <w:rPr>
                <w:color w:val="000000" w:themeColor="text1"/>
                <w:sz w:val="20"/>
              </w:rPr>
              <w:t>8/A – 8/B</w:t>
            </w:r>
          </w:p>
        </w:tc>
      </w:tr>
      <w:tr w:rsidR="007F100B" w:rsidRPr="007F100B" w:rsidTr="007F100B">
        <w:tc>
          <w:tcPr>
            <w:tcW w:w="737" w:type="dxa"/>
          </w:tcPr>
          <w:p w:rsidR="003D5932" w:rsidRPr="007F100B" w:rsidRDefault="007F100B">
            <w:pPr>
              <w:rPr>
                <w:color w:val="000000" w:themeColor="text1"/>
              </w:rPr>
            </w:pPr>
            <w:r w:rsidRPr="007F100B">
              <w:rPr>
                <w:color w:val="000000" w:themeColor="text1"/>
                <w:sz w:val="20"/>
              </w:rPr>
              <w:t>3</w:t>
            </w:r>
          </w:p>
        </w:tc>
        <w:tc>
          <w:tcPr>
            <w:tcW w:w="4762" w:type="dxa"/>
          </w:tcPr>
          <w:p w:rsidR="003D5932" w:rsidRPr="007F100B" w:rsidRDefault="007F100B">
            <w:pPr>
              <w:rPr>
                <w:color w:val="000000" w:themeColor="text1"/>
              </w:rPr>
            </w:pPr>
            <w:r w:rsidRPr="007F100B">
              <w:rPr>
                <w:color w:val="000000" w:themeColor="text1"/>
                <w:sz w:val="20"/>
              </w:rPr>
              <w:t>Günün anlam ve önemi konuşması</w:t>
            </w:r>
          </w:p>
        </w:tc>
        <w:tc>
          <w:tcPr>
            <w:tcW w:w="2835" w:type="dxa"/>
          </w:tcPr>
          <w:p w:rsidR="003D5932" w:rsidRPr="007F100B" w:rsidRDefault="007F100B">
            <w:pPr>
              <w:rPr>
                <w:color w:val="000000" w:themeColor="text1"/>
              </w:rPr>
            </w:pPr>
            <w:r w:rsidRPr="007F100B">
              <w:rPr>
                <w:color w:val="000000" w:themeColor="text1"/>
                <w:sz w:val="20"/>
              </w:rPr>
              <w:t>Elif Kaya</w:t>
            </w:r>
          </w:p>
        </w:tc>
        <w:tc>
          <w:tcPr>
            <w:tcW w:w="1304" w:type="dxa"/>
          </w:tcPr>
          <w:p w:rsidR="003D5932" w:rsidRPr="007F100B" w:rsidRDefault="007F100B">
            <w:pPr>
              <w:rPr>
                <w:color w:val="000000" w:themeColor="text1"/>
              </w:rPr>
            </w:pPr>
            <w:r w:rsidRPr="007F100B">
              <w:rPr>
                <w:color w:val="000000" w:themeColor="text1"/>
                <w:sz w:val="20"/>
              </w:rPr>
              <w:t>7/A</w:t>
            </w:r>
          </w:p>
        </w:tc>
      </w:tr>
      <w:tr w:rsidR="007F100B" w:rsidRPr="007F100B" w:rsidTr="007F100B">
        <w:tc>
          <w:tcPr>
            <w:tcW w:w="737" w:type="dxa"/>
          </w:tcPr>
          <w:p w:rsidR="003D5932" w:rsidRPr="007F100B" w:rsidRDefault="007F100B">
            <w:pPr>
              <w:rPr>
                <w:color w:val="000000" w:themeColor="text1"/>
              </w:rPr>
            </w:pPr>
            <w:r w:rsidRPr="007F100B">
              <w:rPr>
                <w:color w:val="000000" w:themeColor="text1"/>
                <w:sz w:val="20"/>
              </w:rPr>
              <w:t>4</w:t>
            </w:r>
          </w:p>
        </w:tc>
        <w:tc>
          <w:tcPr>
            <w:tcW w:w="4762" w:type="dxa"/>
          </w:tcPr>
          <w:p w:rsidR="003D5932" w:rsidRPr="007F100B" w:rsidRDefault="007F100B">
            <w:pPr>
              <w:rPr>
                <w:color w:val="000000" w:themeColor="text1"/>
              </w:rPr>
            </w:pPr>
            <w:r w:rsidRPr="007F100B">
              <w:rPr>
                <w:color w:val="000000" w:themeColor="text1"/>
                <w:sz w:val="20"/>
              </w:rPr>
              <w:t>“Öğretmenim” şiiri</w:t>
            </w:r>
          </w:p>
        </w:tc>
        <w:tc>
          <w:tcPr>
            <w:tcW w:w="2835" w:type="dxa"/>
          </w:tcPr>
          <w:p w:rsidR="003D5932" w:rsidRPr="007F100B" w:rsidRDefault="007F100B">
            <w:pPr>
              <w:rPr>
                <w:color w:val="000000" w:themeColor="text1"/>
              </w:rPr>
            </w:pPr>
            <w:r w:rsidRPr="007F100B">
              <w:rPr>
                <w:color w:val="000000" w:themeColor="text1"/>
                <w:sz w:val="20"/>
              </w:rPr>
              <w:t>Ali Demir</w:t>
            </w:r>
          </w:p>
        </w:tc>
        <w:tc>
          <w:tcPr>
            <w:tcW w:w="1304" w:type="dxa"/>
          </w:tcPr>
          <w:p w:rsidR="003D5932" w:rsidRPr="007F100B" w:rsidRDefault="007F100B">
            <w:pPr>
              <w:rPr>
                <w:color w:val="000000" w:themeColor="text1"/>
              </w:rPr>
            </w:pPr>
            <w:r w:rsidRPr="007F100B">
              <w:rPr>
                <w:color w:val="000000" w:themeColor="text1"/>
                <w:sz w:val="20"/>
              </w:rPr>
              <w:t>5/A</w:t>
            </w:r>
          </w:p>
        </w:tc>
      </w:tr>
      <w:tr w:rsidR="007F100B" w:rsidRPr="007F100B" w:rsidTr="007F100B">
        <w:tc>
          <w:tcPr>
            <w:tcW w:w="737" w:type="dxa"/>
          </w:tcPr>
          <w:p w:rsidR="003D5932" w:rsidRPr="007F100B" w:rsidRDefault="007F100B">
            <w:pPr>
              <w:rPr>
                <w:color w:val="000000" w:themeColor="text1"/>
              </w:rPr>
            </w:pPr>
            <w:r w:rsidRPr="007F100B">
              <w:rPr>
                <w:color w:val="000000" w:themeColor="text1"/>
                <w:sz w:val="20"/>
              </w:rPr>
              <w:t>5</w:t>
            </w:r>
          </w:p>
        </w:tc>
        <w:tc>
          <w:tcPr>
            <w:tcW w:w="4762" w:type="dxa"/>
          </w:tcPr>
          <w:p w:rsidR="003D5932" w:rsidRPr="007F100B" w:rsidRDefault="007F100B">
            <w:pPr>
              <w:rPr>
                <w:color w:val="000000" w:themeColor="text1"/>
              </w:rPr>
            </w:pPr>
            <w:r w:rsidRPr="007F100B">
              <w:rPr>
                <w:color w:val="000000" w:themeColor="text1"/>
                <w:sz w:val="20"/>
              </w:rPr>
              <w:t xml:space="preserve">Öğretmenler Günü nasıl ortaya çıktı? Başöğretmen Atatürk </w:t>
            </w:r>
            <w:r w:rsidRPr="007F100B">
              <w:rPr>
                <w:color w:val="000000" w:themeColor="text1"/>
                <w:sz w:val="20"/>
              </w:rPr>
              <w:t>(sunum)</w:t>
            </w:r>
          </w:p>
        </w:tc>
        <w:tc>
          <w:tcPr>
            <w:tcW w:w="2835" w:type="dxa"/>
          </w:tcPr>
          <w:p w:rsidR="003D5932" w:rsidRPr="007F100B" w:rsidRDefault="007F100B">
            <w:pPr>
              <w:rPr>
                <w:color w:val="000000" w:themeColor="text1"/>
              </w:rPr>
            </w:pPr>
            <w:r w:rsidRPr="007F100B">
              <w:rPr>
                <w:color w:val="000000" w:themeColor="text1"/>
                <w:sz w:val="20"/>
              </w:rPr>
              <w:t>Nehir Çelik</w:t>
            </w:r>
          </w:p>
        </w:tc>
        <w:tc>
          <w:tcPr>
            <w:tcW w:w="1304" w:type="dxa"/>
          </w:tcPr>
          <w:p w:rsidR="003D5932" w:rsidRPr="007F100B" w:rsidRDefault="007F100B">
            <w:pPr>
              <w:rPr>
                <w:color w:val="000000" w:themeColor="text1"/>
              </w:rPr>
            </w:pPr>
            <w:r w:rsidRPr="007F100B">
              <w:rPr>
                <w:color w:val="000000" w:themeColor="text1"/>
                <w:sz w:val="20"/>
              </w:rPr>
              <w:t>6/B</w:t>
            </w:r>
          </w:p>
        </w:tc>
      </w:tr>
      <w:tr w:rsidR="007F100B" w:rsidRPr="007F100B" w:rsidTr="007F100B">
        <w:tc>
          <w:tcPr>
            <w:tcW w:w="737" w:type="dxa"/>
          </w:tcPr>
          <w:p w:rsidR="003D5932" w:rsidRPr="007F100B" w:rsidRDefault="007F100B">
            <w:pPr>
              <w:rPr>
                <w:color w:val="000000" w:themeColor="text1"/>
              </w:rPr>
            </w:pPr>
            <w:r w:rsidRPr="007F100B">
              <w:rPr>
                <w:color w:val="000000" w:themeColor="text1"/>
                <w:sz w:val="20"/>
              </w:rPr>
              <w:t>6</w:t>
            </w:r>
          </w:p>
        </w:tc>
        <w:tc>
          <w:tcPr>
            <w:tcW w:w="4762" w:type="dxa"/>
          </w:tcPr>
          <w:p w:rsidR="003D5932" w:rsidRPr="007F100B" w:rsidRDefault="007F100B">
            <w:pPr>
              <w:rPr>
                <w:color w:val="000000" w:themeColor="text1"/>
              </w:rPr>
            </w:pPr>
            <w:r w:rsidRPr="007F100B">
              <w:rPr>
                <w:color w:val="000000" w:themeColor="text1"/>
                <w:sz w:val="20"/>
              </w:rPr>
              <w:t>“Işık Olan Eller” şiiri</w:t>
            </w:r>
          </w:p>
        </w:tc>
        <w:tc>
          <w:tcPr>
            <w:tcW w:w="2835" w:type="dxa"/>
          </w:tcPr>
          <w:p w:rsidR="003D5932" w:rsidRPr="007F100B" w:rsidRDefault="007F100B">
            <w:pPr>
              <w:rPr>
                <w:color w:val="000000" w:themeColor="text1"/>
              </w:rPr>
            </w:pPr>
            <w:r w:rsidRPr="007F100B">
              <w:rPr>
                <w:color w:val="000000" w:themeColor="text1"/>
                <w:sz w:val="20"/>
              </w:rPr>
              <w:t>Mert Şahin</w:t>
            </w:r>
          </w:p>
        </w:tc>
        <w:tc>
          <w:tcPr>
            <w:tcW w:w="1304" w:type="dxa"/>
          </w:tcPr>
          <w:p w:rsidR="003D5932" w:rsidRPr="007F100B" w:rsidRDefault="007F100B">
            <w:pPr>
              <w:rPr>
                <w:color w:val="000000" w:themeColor="text1"/>
              </w:rPr>
            </w:pPr>
            <w:r w:rsidRPr="007F100B">
              <w:rPr>
                <w:color w:val="000000" w:themeColor="text1"/>
                <w:sz w:val="20"/>
              </w:rPr>
              <w:t>6/A</w:t>
            </w:r>
          </w:p>
        </w:tc>
      </w:tr>
      <w:tr w:rsidR="007F100B" w:rsidRPr="007F100B" w:rsidTr="007F100B">
        <w:tc>
          <w:tcPr>
            <w:tcW w:w="737" w:type="dxa"/>
          </w:tcPr>
          <w:p w:rsidR="003D5932" w:rsidRPr="007F100B" w:rsidRDefault="007F100B">
            <w:pPr>
              <w:rPr>
                <w:color w:val="000000" w:themeColor="text1"/>
              </w:rPr>
            </w:pPr>
            <w:r w:rsidRPr="007F100B">
              <w:rPr>
                <w:color w:val="000000" w:themeColor="text1"/>
                <w:sz w:val="20"/>
              </w:rPr>
              <w:t>7</w:t>
            </w:r>
          </w:p>
        </w:tc>
        <w:tc>
          <w:tcPr>
            <w:tcW w:w="4762" w:type="dxa"/>
          </w:tcPr>
          <w:p w:rsidR="003D5932" w:rsidRPr="007F100B" w:rsidRDefault="007F100B">
            <w:pPr>
              <w:rPr>
                <w:color w:val="000000" w:themeColor="text1"/>
              </w:rPr>
            </w:pPr>
            <w:r w:rsidRPr="007F100B">
              <w:rPr>
                <w:color w:val="000000" w:themeColor="text1"/>
                <w:sz w:val="20"/>
              </w:rPr>
              <w:t>Öğretmenin toplumdaki yeri (sunum)</w:t>
            </w:r>
          </w:p>
        </w:tc>
        <w:tc>
          <w:tcPr>
            <w:tcW w:w="2835" w:type="dxa"/>
          </w:tcPr>
          <w:p w:rsidR="003D5932" w:rsidRPr="007F100B" w:rsidRDefault="007F100B">
            <w:pPr>
              <w:rPr>
                <w:color w:val="000000" w:themeColor="text1"/>
              </w:rPr>
            </w:pPr>
            <w:r w:rsidRPr="007F100B">
              <w:rPr>
                <w:color w:val="000000" w:themeColor="text1"/>
                <w:sz w:val="20"/>
              </w:rPr>
              <w:t>Sude Öztürk</w:t>
            </w:r>
          </w:p>
        </w:tc>
        <w:tc>
          <w:tcPr>
            <w:tcW w:w="1304" w:type="dxa"/>
          </w:tcPr>
          <w:p w:rsidR="003D5932" w:rsidRPr="007F100B" w:rsidRDefault="007F100B">
            <w:pPr>
              <w:rPr>
                <w:color w:val="000000" w:themeColor="text1"/>
              </w:rPr>
            </w:pPr>
            <w:r w:rsidRPr="007F100B">
              <w:rPr>
                <w:color w:val="000000" w:themeColor="text1"/>
                <w:sz w:val="20"/>
              </w:rPr>
              <w:t>7/B</w:t>
            </w:r>
          </w:p>
        </w:tc>
      </w:tr>
      <w:tr w:rsidR="007F100B" w:rsidRPr="007F100B" w:rsidTr="007F100B">
        <w:tc>
          <w:tcPr>
            <w:tcW w:w="737" w:type="dxa"/>
          </w:tcPr>
          <w:p w:rsidR="003D5932" w:rsidRPr="007F100B" w:rsidRDefault="007F100B">
            <w:pPr>
              <w:rPr>
                <w:color w:val="000000" w:themeColor="text1"/>
              </w:rPr>
            </w:pPr>
            <w:r w:rsidRPr="007F100B">
              <w:rPr>
                <w:color w:val="000000" w:themeColor="text1"/>
                <w:sz w:val="20"/>
              </w:rPr>
              <w:t>8</w:t>
            </w:r>
          </w:p>
        </w:tc>
        <w:tc>
          <w:tcPr>
            <w:tcW w:w="4762" w:type="dxa"/>
          </w:tcPr>
          <w:p w:rsidR="003D5932" w:rsidRPr="007F100B" w:rsidRDefault="007F100B">
            <w:pPr>
              <w:rPr>
                <w:color w:val="000000" w:themeColor="text1"/>
              </w:rPr>
            </w:pPr>
            <w:r w:rsidRPr="007F100B">
              <w:rPr>
                <w:color w:val="000000" w:themeColor="text1"/>
                <w:sz w:val="20"/>
              </w:rPr>
              <w:t>“Teşekkürler Öğretmenim” şiiri</w:t>
            </w:r>
          </w:p>
        </w:tc>
        <w:tc>
          <w:tcPr>
            <w:tcW w:w="2835" w:type="dxa"/>
          </w:tcPr>
          <w:p w:rsidR="003D5932" w:rsidRPr="007F100B" w:rsidRDefault="007F100B">
            <w:pPr>
              <w:rPr>
                <w:color w:val="000000" w:themeColor="text1"/>
              </w:rPr>
            </w:pPr>
            <w:r w:rsidRPr="007F100B">
              <w:rPr>
                <w:color w:val="000000" w:themeColor="text1"/>
                <w:sz w:val="20"/>
              </w:rPr>
              <w:t>Deniz Koç</w:t>
            </w:r>
          </w:p>
        </w:tc>
        <w:tc>
          <w:tcPr>
            <w:tcW w:w="1304" w:type="dxa"/>
          </w:tcPr>
          <w:p w:rsidR="003D5932" w:rsidRPr="007F100B" w:rsidRDefault="007F100B">
            <w:pPr>
              <w:rPr>
                <w:color w:val="000000" w:themeColor="text1"/>
              </w:rPr>
            </w:pPr>
            <w:r w:rsidRPr="007F100B">
              <w:rPr>
                <w:color w:val="000000" w:themeColor="text1"/>
                <w:sz w:val="20"/>
              </w:rPr>
              <w:t>5/C</w:t>
            </w:r>
          </w:p>
        </w:tc>
      </w:tr>
      <w:tr w:rsidR="007F100B" w:rsidRPr="007F100B" w:rsidTr="007F100B">
        <w:tc>
          <w:tcPr>
            <w:tcW w:w="737" w:type="dxa"/>
          </w:tcPr>
          <w:p w:rsidR="003D5932" w:rsidRPr="007F100B" w:rsidRDefault="007F100B">
            <w:pPr>
              <w:rPr>
                <w:color w:val="000000" w:themeColor="text1"/>
              </w:rPr>
            </w:pPr>
            <w:r w:rsidRPr="007F100B">
              <w:rPr>
                <w:color w:val="000000" w:themeColor="text1"/>
                <w:sz w:val="20"/>
              </w:rPr>
              <w:t>9</w:t>
            </w:r>
          </w:p>
        </w:tc>
        <w:tc>
          <w:tcPr>
            <w:tcW w:w="4762" w:type="dxa"/>
          </w:tcPr>
          <w:p w:rsidR="003D5932" w:rsidRPr="007F100B" w:rsidRDefault="007F100B">
            <w:pPr>
              <w:rPr>
                <w:color w:val="000000" w:themeColor="text1"/>
              </w:rPr>
            </w:pPr>
            <w:r w:rsidRPr="007F100B">
              <w:rPr>
                <w:color w:val="000000" w:themeColor="text1"/>
                <w:sz w:val="20"/>
              </w:rPr>
              <w:t>Öğretmenlik üzerine güzel sözler</w:t>
            </w:r>
          </w:p>
        </w:tc>
        <w:tc>
          <w:tcPr>
            <w:tcW w:w="2835" w:type="dxa"/>
          </w:tcPr>
          <w:p w:rsidR="003D5932" w:rsidRPr="007F100B" w:rsidRDefault="007F100B">
            <w:pPr>
              <w:rPr>
                <w:color w:val="000000" w:themeColor="text1"/>
              </w:rPr>
            </w:pPr>
            <w:r w:rsidRPr="007F100B">
              <w:rPr>
                <w:color w:val="000000" w:themeColor="text1"/>
                <w:sz w:val="20"/>
              </w:rPr>
              <w:t>Zeynep Arslan</w:t>
            </w:r>
          </w:p>
        </w:tc>
        <w:tc>
          <w:tcPr>
            <w:tcW w:w="1304" w:type="dxa"/>
          </w:tcPr>
          <w:p w:rsidR="003D5932" w:rsidRPr="007F100B" w:rsidRDefault="007F100B">
            <w:pPr>
              <w:rPr>
                <w:color w:val="000000" w:themeColor="text1"/>
              </w:rPr>
            </w:pPr>
            <w:r w:rsidRPr="007F100B">
              <w:rPr>
                <w:color w:val="000000" w:themeColor="text1"/>
                <w:sz w:val="20"/>
              </w:rPr>
              <w:t>5/B</w:t>
            </w:r>
          </w:p>
        </w:tc>
      </w:tr>
      <w:tr w:rsidR="007F100B" w:rsidRPr="007F100B" w:rsidTr="007F100B">
        <w:tc>
          <w:tcPr>
            <w:tcW w:w="737" w:type="dxa"/>
          </w:tcPr>
          <w:p w:rsidR="003D5932" w:rsidRPr="007F100B" w:rsidRDefault="007F100B">
            <w:pPr>
              <w:rPr>
                <w:color w:val="000000" w:themeColor="text1"/>
              </w:rPr>
            </w:pPr>
            <w:r w:rsidRPr="007F100B">
              <w:rPr>
                <w:color w:val="000000" w:themeColor="text1"/>
                <w:sz w:val="20"/>
              </w:rPr>
              <w:t>10</w:t>
            </w:r>
          </w:p>
        </w:tc>
        <w:tc>
          <w:tcPr>
            <w:tcW w:w="4762" w:type="dxa"/>
          </w:tcPr>
          <w:p w:rsidR="003D5932" w:rsidRPr="007F100B" w:rsidRDefault="007F100B">
            <w:pPr>
              <w:rPr>
                <w:color w:val="000000" w:themeColor="text1"/>
              </w:rPr>
            </w:pPr>
            <w:r w:rsidRPr="007F100B">
              <w:rPr>
                <w:color w:val="000000" w:themeColor="text1"/>
                <w:sz w:val="20"/>
              </w:rPr>
              <w:t xml:space="preserve">Kapanış ve öğretmenlerimize </w:t>
            </w:r>
            <w:r w:rsidRPr="007F100B">
              <w:rPr>
                <w:color w:val="000000" w:themeColor="text1"/>
                <w:sz w:val="20"/>
              </w:rPr>
              <w:t>teşekkür</w:t>
            </w:r>
          </w:p>
        </w:tc>
        <w:tc>
          <w:tcPr>
            <w:tcW w:w="2835" w:type="dxa"/>
          </w:tcPr>
          <w:p w:rsidR="003D5932" w:rsidRPr="007F100B" w:rsidRDefault="007F100B">
            <w:pPr>
              <w:rPr>
                <w:color w:val="000000" w:themeColor="text1"/>
              </w:rPr>
            </w:pPr>
            <w:r w:rsidRPr="007F100B">
              <w:rPr>
                <w:color w:val="000000" w:themeColor="text1"/>
                <w:sz w:val="20"/>
              </w:rPr>
              <w:t>İrem Yılmaz – Yusuf Demir</w:t>
            </w:r>
          </w:p>
        </w:tc>
        <w:tc>
          <w:tcPr>
            <w:tcW w:w="1304" w:type="dxa"/>
          </w:tcPr>
          <w:p w:rsidR="003D5932" w:rsidRPr="007F100B" w:rsidRDefault="007F100B">
            <w:pPr>
              <w:rPr>
                <w:color w:val="000000" w:themeColor="text1"/>
              </w:rPr>
            </w:pPr>
            <w:r w:rsidRPr="007F100B">
              <w:rPr>
                <w:color w:val="000000" w:themeColor="text1"/>
                <w:sz w:val="20"/>
              </w:rPr>
              <w:t>8/A – 8/B</w:t>
            </w:r>
          </w:p>
        </w:tc>
      </w:tr>
    </w:tbl>
    <w:p w:rsidR="003D5932" w:rsidRPr="007F100B" w:rsidRDefault="007F100B">
      <w:pPr>
        <w:keepNext/>
        <w:pBdr>
          <w:bottom w:val="single" w:sz="8" w:space="2" w:color="8B5E3C"/>
        </w:pBdr>
        <w:spacing w:before="280" w:after="80"/>
        <w:rPr>
          <w:color w:val="000000" w:themeColor="text1"/>
        </w:rPr>
      </w:pPr>
      <w:proofErr w:type="spellStart"/>
      <w:r w:rsidRPr="007F100B">
        <w:rPr>
          <w:b/>
          <w:color w:val="000000" w:themeColor="text1"/>
          <w:sz w:val="26"/>
        </w:rPr>
        <w:t>SUNUCU</w:t>
      </w:r>
      <w:proofErr w:type="spellEnd"/>
      <w:r w:rsidRPr="007F100B">
        <w:rPr>
          <w:b/>
          <w:color w:val="000000" w:themeColor="text1"/>
          <w:sz w:val="26"/>
        </w:rPr>
        <w:t xml:space="preserve"> </w:t>
      </w:r>
      <w:proofErr w:type="spellStart"/>
      <w:r w:rsidRPr="007F100B">
        <w:rPr>
          <w:b/>
          <w:color w:val="000000" w:themeColor="text1"/>
          <w:sz w:val="26"/>
        </w:rPr>
        <w:t>METNI</w:t>
      </w:r>
      <w:proofErr w:type="spellEnd"/>
    </w:p>
    <w:p w:rsidR="003D5932" w:rsidRPr="007F100B" w:rsidRDefault="007F100B">
      <w:pPr>
        <w:spacing w:after="120"/>
        <w:jc w:val="both"/>
        <w:rPr>
          <w:color w:val="000000" w:themeColor="text1"/>
        </w:rPr>
      </w:pPr>
      <w:r w:rsidRPr="007F100B">
        <w:rPr>
          <w:b/>
          <w:color w:val="000000" w:themeColor="text1"/>
        </w:rPr>
        <w:t>1. Sunucu:</w:t>
      </w:r>
      <w:r w:rsidRPr="007F100B">
        <w:rPr>
          <w:color w:val="000000" w:themeColor="text1"/>
        </w:rPr>
        <w:t xml:space="preserve"> Sayın Müdürüm, Değerli Öğretmenlerim, Sevgili Arkadaşlar;</w:t>
      </w:r>
    </w:p>
    <w:p w:rsidR="003D5932" w:rsidRPr="007F100B" w:rsidRDefault="007F100B">
      <w:pPr>
        <w:spacing w:after="120"/>
        <w:jc w:val="both"/>
        <w:rPr>
          <w:color w:val="000000" w:themeColor="text1"/>
        </w:rPr>
      </w:pPr>
      <w:r w:rsidRPr="007F100B">
        <w:rPr>
          <w:b/>
          <w:color w:val="000000" w:themeColor="text1"/>
        </w:rPr>
        <w:t>2. Sunucu:</w:t>
      </w:r>
      <w:r w:rsidRPr="007F100B">
        <w:rPr>
          <w:color w:val="000000" w:themeColor="text1"/>
        </w:rPr>
        <w:t xml:space="preserve"> Bizleri yetiştiren, yolumuzu aydınlatan değerli öğretmenlerimizin gününü kutlamak için düzenlediğimiz 24 Kasım Öğretmenler Günü programımıza hoş geldiniz. Programımıza saygı duruşu ve İstiklâl Marşımızla başlıyoruz.</w:t>
      </w:r>
    </w:p>
    <w:p w:rsidR="003D5932" w:rsidRPr="007F100B" w:rsidRDefault="007F100B">
      <w:pPr>
        <w:keepNext/>
        <w:spacing w:after="20"/>
        <w:rPr>
          <w:color w:val="000000" w:themeColor="text1"/>
        </w:rPr>
      </w:pPr>
      <w:r w:rsidRPr="007F100B">
        <w:rPr>
          <w:b/>
          <w:color w:val="000000" w:themeColor="text1"/>
        </w:rPr>
        <w:t xml:space="preserve">1. Sunucu: </w:t>
      </w:r>
      <w:r w:rsidRPr="007F100B">
        <w:rPr>
          <w:i/>
          <w:color w:val="000000" w:themeColor="text1"/>
        </w:rPr>
        <w:t>“Öğretmenler! Yeni nesil siz</w:t>
      </w:r>
      <w:r w:rsidRPr="007F100B">
        <w:rPr>
          <w:i/>
          <w:color w:val="000000" w:themeColor="text1"/>
        </w:rPr>
        <w:t>in eseriniz olacaktır.” (Mustafa Kemal Atatürk)</w:t>
      </w:r>
    </w:p>
    <w:p w:rsidR="003D5932" w:rsidRPr="007F100B" w:rsidRDefault="007F100B">
      <w:pPr>
        <w:spacing w:after="140"/>
        <w:rPr>
          <w:color w:val="000000" w:themeColor="text1"/>
        </w:rPr>
      </w:pPr>
      <w:r w:rsidRPr="007F100B">
        <w:rPr>
          <w:color w:val="000000" w:themeColor="text1"/>
        </w:rPr>
        <w:t xml:space="preserve">Günün anlam ve önemini anlatmak üzere 7/A sınıfından </w:t>
      </w:r>
      <w:r w:rsidRPr="007F100B">
        <w:rPr>
          <w:b/>
          <w:color w:val="000000" w:themeColor="text1"/>
        </w:rPr>
        <w:t>Elif Kaya</w:t>
      </w:r>
      <w:r w:rsidRPr="007F100B">
        <w:rPr>
          <w:color w:val="000000" w:themeColor="text1"/>
        </w:rPr>
        <w:t xml:space="preserve"> kürsüye geliyor.</w:t>
      </w:r>
    </w:p>
    <w:p w:rsidR="003D5932" w:rsidRPr="007F100B" w:rsidRDefault="007F100B">
      <w:pPr>
        <w:keepNext/>
        <w:spacing w:after="20"/>
        <w:rPr>
          <w:color w:val="000000" w:themeColor="text1"/>
        </w:rPr>
      </w:pPr>
      <w:r w:rsidRPr="007F100B">
        <w:rPr>
          <w:b/>
          <w:color w:val="000000" w:themeColor="text1"/>
        </w:rPr>
        <w:t xml:space="preserve">2. Sunucu: </w:t>
      </w:r>
      <w:r w:rsidRPr="007F100B">
        <w:rPr>
          <w:i/>
          <w:color w:val="000000" w:themeColor="text1"/>
        </w:rPr>
        <w:t>“Bir öğretmen, bir ışık yakar; o ışık hiç sönmez.”</w:t>
      </w:r>
    </w:p>
    <w:p w:rsidR="003D5932" w:rsidRPr="007F100B" w:rsidRDefault="007F100B">
      <w:pPr>
        <w:spacing w:after="140"/>
        <w:rPr>
          <w:color w:val="000000" w:themeColor="text1"/>
        </w:rPr>
      </w:pPr>
      <w:r w:rsidRPr="007F100B">
        <w:rPr>
          <w:color w:val="000000" w:themeColor="text1"/>
        </w:rPr>
        <w:t xml:space="preserve">“Öğretmenim” şiirini okumak üzere 5/A sınıfından </w:t>
      </w:r>
      <w:r w:rsidRPr="007F100B">
        <w:rPr>
          <w:b/>
          <w:color w:val="000000" w:themeColor="text1"/>
        </w:rPr>
        <w:t>Ali Demir</w:t>
      </w:r>
      <w:r w:rsidRPr="007F100B">
        <w:rPr>
          <w:color w:val="000000" w:themeColor="text1"/>
        </w:rPr>
        <w:t xml:space="preserve"> kürsüye</w:t>
      </w:r>
      <w:r w:rsidRPr="007F100B">
        <w:rPr>
          <w:color w:val="000000" w:themeColor="text1"/>
        </w:rPr>
        <w:t xml:space="preserve"> geliyor.</w:t>
      </w:r>
    </w:p>
    <w:p w:rsidR="003D5932" w:rsidRPr="007F100B" w:rsidRDefault="007F100B">
      <w:pPr>
        <w:keepNext/>
        <w:spacing w:after="20"/>
        <w:rPr>
          <w:color w:val="000000" w:themeColor="text1"/>
        </w:rPr>
      </w:pPr>
      <w:r w:rsidRPr="007F100B">
        <w:rPr>
          <w:b/>
          <w:color w:val="000000" w:themeColor="text1"/>
        </w:rPr>
        <w:t xml:space="preserve">1. Sunucu: </w:t>
      </w:r>
      <w:r w:rsidRPr="007F100B">
        <w:rPr>
          <w:i/>
          <w:color w:val="000000" w:themeColor="text1"/>
        </w:rPr>
        <w:t>“Milletleri kurtaranlar yalnız ve ancak öğretmenlerdir.” (Mustafa Kemal Atatürk)</w:t>
      </w:r>
    </w:p>
    <w:p w:rsidR="003D5932" w:rsidRPr="007F100B" w:rsidRDefault="007F100B">
      <w:pPr>
        <w:spacing w:after="140"/>
        <w:rPr>
          <w:color w:val="000000" w:themeColor="text1"/>
        </w:rPr>
      </w:pPr>
      <w:r w:rsidRPr="007F100B">
        <w:rPr>
          <w:color w:val="000000" w:themeColor="text1"/>
        </w:rPr>
        <w:t>Öğretmenler Günü’nün nasıl ortaya çıktığını ve Başöğr</w:t>
      </w:r>
      <w:bookmarkStart w:id="0" w:name="_GoBack"/>
      <w:bookmarkEnd w:id="0"/>
      <w:r w:rsidRPr="007F100B">
        <w:rPr>
          <w:color w:val="000000" w:themeColor="text1"/>
        </w:rPr>
        <w:t xml:space="preserve">etmen Atatürk’ü anlatan sunumu için 6/B sınıfından </w:t>
      </w:r>
      <w:r w:rsidRPr="007F100B">
        <w:rPr>
          <w:b/>
          <w:color w:val="000000" w:themeColor="text1"/>
        </w:rPr>
        <w:t>Nehir Çelik</w:t>
      </w:r>
      <w:r w:rsidRPr="007F100B">
        <w:rPr>
          <w:color w:val="000000" w:themeColor="text1"/>
        </w:rPr>
        <w:t xml:space="preserve"> kürsüye geliyor.</w:t>
      </w:r>
    </w:p>
    <w:p w:rsidR="003D5932" w:rsidRPr="007F100B" w:rsidRDefault="007F100B">
      <w:pPr>
        <w:keepNext/>
        <w:spacing w:after="20"/>
        <w:rPr>
          <w:color w:val="000000" w:themeColor="text1"/>
        </w:rPr>
      </w:pPr>
      <w:r w:rsidRPr="007F100B">
        <w:rPr>
          <w:b/>
          <w:color w:val="000000" w:themeColor="text1"/>
        </w:rPr>
        <w:t xml:space="preserve">2. Sunucu: </w:t>
      </w:r>
      <w:r w:rsidRPr="007F100B">
        <w:rPr>
          <w:i/>
          <w:color w:val="000000" w:themeColor="text1"/>
        </w:rPr>
        <w:t xml:space="preserve">“Öğretmen </w:t>
      </w:r>
      <w:r w:rsidRPr="007F100B">
        <w:rPr>
          <w:i/>
          <w:color w:val="000000" w:themeColor="text1"/>
        </w:rPr>
        <w:t>bir kandile benzer; kendini tüketerek başkalarına ışık verir.”</w:t>
      </w:r>
    </w:p>
    <w:p w:rsidR="003D5932" w:rsidRPr="007F100B" w:rsidRDefault="007F100B">
      <w:pPr>
        <w:spacing w:after="140"/>
        <w:rPr>
          <w:color w:val="000000" w:themeColor="text1"/>
        </w:rPr>
      </w:pPr>
      <w:r w:rsidRPr="007F100B">
        <w:rPr>
          <w:color w:val="000000" w:themeColor="text1"/>
        </w:rPr>
        <w:t xml:space="preserve">“Işık Olan Eller” şiirini okumak üzere 6/A sınıfından </w:t>
      </w:r>
      <w:r w:rsidRPr="007F100B">
        <w:rPr>
          <w:b/>
          <w:color w:val="000000" w:themeColor="text1"/>
        </w:rPr>
        <w:t>Mert Şahin</w:t>
      </w:r>
      <w:r w:rsidRPr="007F100B">
        <w:rPr>
          <w:color w:val="000000" w:themeColor="text1"/>
        </w:rPr>
        <w:t xml:space="preserve"> kürsüye geliyor.</w:t>
      </w:r>
    </w:p>
    <w:p w:rsidR="003D5932" w:rsidRPr="007F100B" w:rsidRDefault="007F100B">
      <w:pPr>
        <w:keepNext/>
        <w:spacing w:after="20"/>
        <w:rPr>
          <w:color w:val="000000" w:themeColor="text1"/>
        </w:rPr>
      </w:pPr>
      <w:r w:rsidRPr="007F100B">
        <w:rPr>
          <w:b/>
          <w:color w:val="000000" w:themeColor="text1"/>
        </w:rPr>
        <w:t xml:space="preserve">1. Sunucu: </w:t>
      </w:r>
      <w:r w:rsidRPr="007F100B">
        <w:rPr>
          <w:i/>
          <w:color w:val="000000" w:themeColor="text1"/>
        </w:rPr>
        <w:t>“Bir çocuğu eğitmek, bir geleceği inşa etmektir.”</w:t>
      </w:r>
    </w:p>
    <w:p w:rsidR="003D5932" w:rsidRPr="007F100B" w:rsidRDefault="007F100B">
      <w:pPr>
        <w:spacing w:after="140"/>
        <w:rPr>
          <w:color w:val="000000" w:themeColor="text1"/>
        </w:rPr>
      </w:pPr>
      <w:r w:rsidRPr="007F100B">
        <w:rPr>
          <w:color w:val="000000" w:themeColor="text1"/>
        </w:rPr>
        <w:t xml:space="preserve">Öğretmenin toplumdaki yerini anlatmak üzere 7/B sınıfından </w:t>
      </w:r>
      <w:r w:rsidRPr="007F100B">
        <w:rPr>
          <w:b/>
          <w:color w:val="000000" w:themeColor="text1"/>
        </w:rPr>
        <w:t>Sude Öztürk</w:t>
      </w:r>
      <w:r w:rsidRPr="007F100B">
        <w:rPr>
          <w:color w:val="000000" w:themeColor="text1"/>
        </w:rPr>
        <w:t xml:space="preserve"> kürsüye geliyor.</w:t>
      </w:r>
    </w:p>
    <w:p w:rsidR="003D5932" w:rsidRPr="007F100B" w:rsidRDefault="007F100B">
      <w:pPr>
        <w:keepNext/>
        <w:spacing w:after="20"/>
        <w:rPr>
          <w:color w:val="000000" w:themeColor="text1"/>
        </w:rPr>
      </w:pPr>
      <w:r w:rsidRPr="007F100B">
        <w:rPr>
          <w:b/>
          <w:color w:val="000000" w:themeColor="text1"/>
        </w:rPr>
        <w:t xml:space="preserve">2. Sunucu: </w:t>
      </w:r>
      <w:r w:rsidRPr="007F100B">
        <w:rPr>
          <w:i/>
          <w:color w:val="000000" w:themeColor="text1"/>
        </w:rPr>
        <w:t>“Öğretmenimiz, hayatımızın en güzel izini bırakır.”</w:t>
      </w:r>
    </w:p>
    <w:p w:rsidR="003D5932" w:rsidRPr="007F100B" w:rsidRDefault="007F100B">
      <w:pPr>
        <w:spacing w:after="140"/>
        <w:rPr>
          <w:color w:val="000000" w:themeColor="text1"/>
        </w:rPr>
      </w:pPr>
      <w:r w:rsidRPr="007F100B">
        <w:rPr>
          <w:color w:val="000000" w:themeColor="text1"/>
        </w:rPr>
        <w:t xml:space="preserve">“Teşekkürler Öğretmenim” şiirini okumak üzere 5/C sınıfından </w:t>
      </w:r>
      <w:r w:rsidRPr="007F100B">
        <w:rPr>
          <w:b/>
          <w:color w:val="000000" w:themeColor="text1"/>
        </w:rPr>
        <w:t>Deniz Koç</w:t>
      </w:r>
      <w:r w:rsidRPr="007F100B">
        <w:rPr>
          <w:color w:val="000000" w:themeColor="text1"/>
        </w:rPr>
        <w:t xml:space="preserve"> kürsüye geliyor.</w:t>
      </w:r>
    </w:p>
    <w:p w:rsidR="003D5932" w:rsidRPr="007F100B" w:rsidRDefault="007F100B">
      <w:pPr>
        <w:keepNext/>
        <w:spacing w:after="20"/>
        <w:rPr>
          <w:color w:val="000000" w:themeColor="text1"/>
        </w:rPr>
      </w:pPr>
      <w:r w:rsidRPr="007F100B">
        <w:rPr>
          <w:b/>
          <w:color w:val="000000" w:themeColor="text1"/>
        </w:rPr>
        <w:t xml:space="preserve">1. Sunucu: </w:t>
      </w:r>
      <w:r w:rsidRPr="007F100B">
        <w:rPr>
          <w:i/>
          <w:color w:val="000000" w:themeColor="text1"/>
        </w:rPr>
        <w:t>“İyi b</w:t>
      </w:r>
      <w:r w:rsidRPr="007F100B">
        <w:rPr>
          <w:i/>
          <w:color w:val="000000" w:themeColor="text1"/>
        </w:rPr>
        <w:t>ir öğretmen, bir mum gibi yolumuzu aydınlatır.”</w:t>
      </w:r>
    </w:p>
    <w:p w:rsidR="003D5932" w:rsidRPr="007F100B" w:rsidRDefault="007F100B">
      <w:pPr>
        <w:spacing w:after="140"/>
        <w:rPr>
          <w:color w:val="000000" w:themeColor="text1"/>
        </w:rPr>
      </w:pPr>
      <w:r w:rsidRPr="007F100B">
        <w:rPr>
          <w:color w:val="000000" w:themeColor="text1"/>
        </w:rPr>
        <w:t xml:space="preserve">Öğretmenlik üzerine güzel sözleri okumak üzere 5/B sınıfından </w:t>
      </w:r>
      <w:r w:rsidRPr="007F100B">
        <w:rPr>
          <w:b/>
          <w:color w:val="000000" w:themeColor="text1"/>
        </w:rPr>
        <w:t>Zeynep Arslan</w:t>
      </w:r>
      <w:r w:rsidRPr="007F100B">
        <w:rPr>
          <w:color w:val="000000" w:themeColor="text1"/>
        </w:rPr>
        <w:t xml:space="preserve"> kürsüye geliyor.</w:t>
      </w:r>
    </w:p>
    <w:p w:rsidR="003D5932" w:rsidRPr="007F100B" w:rsidRDefault="007F100B">
      <w:pPr>
        <w:spacing w:after="120"/>
        <w:jc w:val="both"/>
        <w:rPr>
          <w:color w:val="000000" w:themeColor="text1"/>
        </w:rPr>
      </w:pPr>
      <w:r w:rsidRPr="007F100B">
        <w:rPr>
          <w:b/>
          <w:color w:val="000000" w:themeColor="text1"/>
        </w:rPr>
        <w:t>2. Sunucu:</w:t>
      </w:r>
      <w:r w:rsidRPr="007F100B">
        <w:rPr>
          <w:color w:val="000000" w:themeColor="text1"/>
        </w:rPr>
        <w:t xml:space="preserve"> Programımızın sonunda, emeklerine küçük bir teşekkür olarak değerli öğretmenlerimize sınıflarımızın hazı</w:t>
      </w:r>
      <w:r w:rsidRPr="007F100B">
        <w:rPr>
          <w:color w:val="000000" w:themeColor="text1"/>
        </w:rPr>
        <w:t>rladığı kartları ve çiçekleri sunuyoruz.</w:t>
      </w:r>
    </w:p>
    <w:p w:rsidR="003D5932" w:rsidRPr="007F100B" w:rsidRDefault="007F100B">
      <w:pPr>
        <w:spacing w:after="120"/>
        <w:jc w:val="both"/>
        <w:rPr>
          <w:color w:val="000000" w:themeColor="text1"/>
        </w:rPr>
      </w:pPr>
      <w:r w:rsidRPr="007F100B">
        <w:rPr>
          <w:b/>
          <w:color w:val="000000" w:themeColor="text1"/>
        </w:rPr>
        <w:lastRenderedPageBreak/>
        <w:t>1. Sunucu:</w:t>
      </w:r>
      <w:r w:rsidRPr="007F100B">
        <w:rPr>
          <w:color w:val="000000" w:themeColor="text1"/>
        </w:rPr>
        <w:t xml:space="preserve"> 24 Kasım Öğretmenler Günü kutlama programımız burada sona ermiştir. Başta Başöğretmen Gazi Mustafa Kemal Atatürk olmak üzere bütün öğretmenlerimizin günü kutlu olsun! Bizi ilgiyle dinlediğiniz için teşekk</w:t>
      </w:r>
      <w:r w:rsidRPr="007F100B">
        <w:rPr>
          <w:color w:val="000000" w:themeColor="text1"/>
        </w:rPr>
        <w:t>ür ederiz.</w:t>
      </w:r>
    </w:p>
    <w:p w:rsidR="003D5932" w:rsidRPr="007F100B" w:rsidRDefault="007F100B">
      <w:pPr>
        <w:keepNext/>
        <w:pBdr>
          <w:bottom w:val="single" w:sz="8" w:space="2" w:color="8B5E3C"/>
        </w:pBdr>
        <w:spacing w:before="280" w:after="80"/>
        <w:rPr>
          <w:color w:val="000000" w:themeColor="text1"/>
        </w:rPr>
      </w:pPr>
      <w:r w:rsidRPr="007F100B">
        <w:rPr>
          <w:b/>
          <w:color w:val="000000" w:themeColor="text1"/>
          <w:sz w:val="26"/>
        </w:rPr>
        <w:t>GÜNÜN ANLAM VE ÖNEMI (KONUŞMA METNI)</w:t>
      </w:r>
    </w:p>
    <w:p w:rsidR="003D5932" w:rsidRPr="007F100B" w:rsidRDefault="007F100B">
      <w:pPr>
        <w:spacing w:after="120"/>
        <w:jc w:val="both"/>
        <w:rPr>
          <w:color w:val="000000" w:themeColor="text1"/>
        </w:rPr>
      </w:pPr>
      <w:r w:rsidRPr="007F100B">
        <w:rPr>
          <w:color w:val="000000" w:themeColor="text1"/>
        </w:rPr>
        <w:t>Sayın Müdürüm, değerli öğretmenlerim, sevgili arkadaşlar;</w:t>
      </w:r>
    </w:p>
    <w:p w:rsidR="003D5932" w:rsidRPr="007F100B" w:rsidRDefault="007F100B">
      <w:pPr>
        <w:spacing w:after="120"/>
        <w:jc w:val="both"/>
        <w:rPr>
          <w:color w:val="000000" w:themeColor="text1"/>
        </w:rPr>
      </w:pPr>
      <w:r w:rsidRPr="007F100B">
        <w:rPr>
          <w:color w:val="000000" w:themeColor="text1"/>
        </w:rPr>
        <w:t xml:space="preserve">Bir milletin geleceği, o milletin çocuklarını yetiştiren </w:t>
      </w:r>
      <w:r w:rsidRPr="007F100B">
        <w:rPr>
          <w:b/>
          <w:color w:val="000000" w:themeColor="text1"/>
        </w:rPr>
        <w:t>öğretmenlerin</w:t>
      </w:r>
      <w:r w:rsidRPr="007F100B">
        <w:rPr>
          <w:color w:val="000000" w:themeColor="text1"/>
        </w:rPr>
        <w:t xml:space="preserve"> ellerindedir. Öğretmenler; bize okuma yazmayı, bilgiyi, güzel ahlakı ve hayatı </w:t>
      </w:r>
      <w:r w:rsidRPr="007F100B">
        <w:rPr>
          <w:color w:val="000000" w:themeColor="text1"/>
        </w:rPr>
        <w:t xml:space="preserve">öğreten; karanlığı aydınlatan birer ışıktır. İşte bu değerli insanlara duyduğumuz sevgi ve saygıyı göstermek için her yıl </w:t>
      </w:r>
      <w:r w:rsidRPr="007F100B">
        <w:rPr>
          <w:b/>
          <w:color w:val="000000" w:themeColor="text1"/>
        </w:rPr>
        <w:t>24 Kasım</w:t>
      </w:r>
      <w:r w:rsidRPr="007F100B">
        <w:rPr>
          <w:color w:val="000000" w:themeColor="text1"/>
        </w:rPr>
        <w:t>’ı Öğretmenler Günü olarak kutluyoruz.</w:t>
      </w:r>
    </w:p>
    <w:p w:rsidR="003D5932" w:rsidRPr="007F100B" w:rsidRDefault="007F100B">
      <w:pPr>
        <w:spacing w:after="120"/>
        <w:jc w:val="both"/>
        <w:rPr>
          <w:color w:val="000000" w:themeColor="text1"/>
        </w:rPr>
      </w:pPr>
      <w:r w:rsidRPr="007F100B">
        <w:rPr>
          <w:color w:val="000000" w:themeColor="text1"/>
        </w:rPr>
        <w:t xml:space="preserve">Peki neden 24 Kasım? Çünkü </w:t>
      </w:r>
      <w:r w:rsidRPr="007F100B">
        <w:rPr>
          <w:b/>
          <w:color w:val="000000" w:themeColor="text1"/>
        </w:rPr>
        <w:t>24 Kasım 1928</w:t>
      </w:r>
      <w:r w:rsidRPr="007F100B">
        <w:rPr>
          <w:color w:val="000000" w:themeColor="text1"/>
        </w:rPr>
        <w:t xml:space="preserve">’de, yeni Türk harflerinin öğretildiği </w:t>
      </w:r>
      <w:r w:rsidRPr="007F100B">
        <w:rPr>
          <w:b/>
          <w:color w:val="000000" w:themeColor="text1"/>
        </w:rPr>
        <w:t>Millet M</w:t>
      </w:r>
      <w:r w:rsidRPr="007F100B">
        <w:rPr>
          <w:b/>
          <w:color w:val="000000" w:themeColor="text1"/>
        </w:rPr>
        <w:t>ektepleri</w:t>
      </w:r>
      <w:r w:rsidRPr="007F100B">
        <w:rPr>
          <w:color w:val="000000" w:themeColor="text1"/>
        </w:rPr>
        <w:t xml:space="preserve">’nin açılışıyla birlikte, Ulu Önder </w:t>
      </w:r>
      <w:r w:rsidRPr="007F100B">
        <w:rPr>
          <w:b/>
          <w:color w:val="000000" w:themeColor="text1"/>
        </w:rPr>
        <w:t>Mustafa Kemal Atatürk</w:t>
      </w:r>
      <w:r w:rsidRPr="007F100B">
        <w:rPr>
          <w:color w:val="000000" w:themeColor="text1"/>
        </w:rPr>
        <w:t xml:space="preserve">’e </w:t>
      </w:r>
      <w:r w:rsidRPr="007F100B">
        <w:rPr>
          <w:b/>
          <w:color w:val="000000" w:themeColor="text1"/>
        </w:rPr>
        <w:t>“Başöğretmen”</w:t>
      </w:r>
      <w:r w:rsidRPr="007F100B">
        <w:rPr>
          <w:color w:val="000000" w:themeColor="text1"/>
        </w:rPr>
        <w:t xml:space="preserve"> unvanı verilmiştir. Atatürk, kara tahta başına geçerek bizzat ders vermiş; öğretmenliğe ve eğitime verdiği değeri bütün dünyaya göstermiştir. Öğretmenler Günü, ülkemizde </w:t>
      </w:r>
      <w:r w:rsidRPr="007F100B">
        <w:rPr>
          <w:b/>
          <w:color w:val="000000" w:themeColor="text1"/>
        </w:rPr>
        <w:t>198</w:t>
      </w:r>
      <w:r w:rsidRPr="007F100B">
        <w:rPr>
          <w:b/>
          <w:color w:val="000000" w:themeColor="text1"/>
        </w:rPr>
        <w:t>1 yılından</w:t>
      </w:r>
      <w:r w:rsidRPr="007F100B">
        <w:rPr>
          <w:color w:val="000000" w:themeColor="text1"/>
        </w:rPr>
        <w:t xml:space="preserve"> itibaren bu tarihte kutlanmaya başlanmıştır.</w:t>
      </w:r>
    </w:p>
    <w:p w:rsidR="003D5932" w:rsidRPr="007F100B" w:rsidRDefault="007F100B">
      <w:pPr>
        <w:spacing w:after="120"/>
        <w:jc w:val="both"/>
        <w:rPr>
          <w:color w:val="000000" w:themeColor="text1"/>
        </w:rPr>
      </w:pPr>
      <w:r w:rsidRPr="007F100B">
        <w:rPr>
          <w:color w:val="000000" w:themeColor="text1"/>
        </w:rPr>
        <w:t>Atatürk, “</w:t>
      </w:r>
      <w:r w:rsidRPr="007F100B">
        <w:rPr>
          <w:b/>
          <w:color w:val="000000" w:themeColor="text1"/>
        </w:rPr>
        <w:t>Öğretmenler! Yeni nesil sizin eseriniz olacaktır.</w:t>
      </w:r>
      <w:r w:rsidRPr="007F100B">
        <w:rPr>
          <w:color w:val="000000" w:themeColor="text1"/>
        </w:rPr>
        <w:t>” ve “</w:t>
      </w:r>
      <w:r w:rsidRPr="007F100B">
        <w:rPr>
          <w:b/>
          <w:color w:val="000000" w:themeColor="text1"/>
        </w:rPr>
        <w:t>Milletleri kurtaranlar yalnız ve ancak öğretmenlerdir.</w:t>
      </w:r>
      <w:r w:rsidRPr="007F100B">
        <w:rPr>
          <w:color w:val="000000" w:themeColor="text1"/>
        </w:rPr>
        <w:t>” sözleriyle öğretmenliğin ne kadar kutsal bir meslek olduğunu anlatmıştır. Gerçe</w:t>
      </w:r>
      <w:r w:rsidRPr="007F100B">
        <w:rPr>
          <w:color w:val="000000" w:themeColor="text1"/>
        </w:rPr>
        <w:t>kten de bir doktoru, bir mühendisi, bir sanatçıyı ve bir lideri yetiştiren, hep bir öğretmendir.</w:t>
      </w:r>
    </w:p>
    <w:p w:rsidR="003D5932" w:rsidRPr="007F100B" w:rsidRDefault="007F100B">
      <w:pPr>
        <w:spacing w:after="120"/>
        <w:jc w:val="both"/>
        <w:rPr>
          <w:color w:val="000000" w:themeColor="text1"/>
        </w:rPr>
      </w:pPr>
      <w:r w:rsidRPr="007F100B">
        <w:rPr>
          <w:color w:val="000000" w:themeColor="text1"/>
        </w:rPr>
        <w:t>Sevgili öğretmenlerimiz; sabrınız, emeğiniz ve sevginiz için size minnettarız. Bize gösterdiğiniz yolda azimle yürüyeceğimize, çok çalışıp iyi insanlar olacağı</w:t>
      </w:r>
      <w:r w:rsidRPr="007F100B">
        <w:rPr>
          <w:color w:val="000000" w:themeColor="text1"/>
        </w:rPr>
        <w:t>mıza söz veriyoruz. Hepinizin Öğretmenler Günü’nü en içten dileklerimizle kutluyoruz.</w:t>
      </w:r>
    </w:p>
    <w:p w:rsidR="003D5932" w:rsidRPr="007F100B" w:rsidRDefault="007F100B">
      <w:pPr>
        <w:keepNext/>
        <w:pBdr>
          <w:bottom w:val="single" w:sz="8" w:space="2" w:color="8B5E3C"/>
        </w:pBdr>
        <w:spacing w:before="280" w:after="80"/>
        <w:rPr>
          <w:color w:val="000000" w:themeColor="text1"/>
        </w:rPr>
      </w:pPr>
      <w:r w:rsidRPr="007F100B">
        <w:rPr>
          <w:b/>
          <w:color w:val="000000" w:themeColor="text1"/>
          <w:sz w:val="26"/>
        </w:rPr>
        <w:t>ÖĞRETMENIM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819"/>
        <w:gridCol w:w="4819"/>
      </w:tblGrid>
      <w:tr w:rsidR="007F100B" w:rsidRPr="007F100B">
        <w:trPr>
          <w:jc w:val="center"/>
        </w:trPr>
        <w:tc>
          <w:tcPr>
            <w:tcW w:w="4819" w:type="dxa"/>
          </w:tcPr>
          <w:p w:rsidR="003D5932" w:rsidRPr="007F100B" w:rsidRDefault="007F100B">
            <w:pPr>
              <w:spacing w:after="160"/>
              <w:rPr>
                <w:color w:val="000000" w:themeColor="text1"/>
              </w:rPr>
            </w:pPr>
            <w:r w:rsidRPr="007F100B">
              <w:rPr>
                <w:i/>
                <w:color w:val="000000" w:themeColor="text1"/>
                <w:sz w:val="21"/>
              </w:rPr>
              <w:t>Bir ışık yakarsın içimde,</w:t>
            </w:r>
            <w:r w:rsidRPr="007F100B">
              <w:rPr>
                <w:i/>
                <w:color w:val="000000" w:themeColor="text1"/>
                <w:sz w:val="21"/>
              </w:rPr>
              <w:br/>
              <w:t>Karanlığı aydınlatan;</w:t>
            </w:r>
            <w:r w:rsidRPr="007F100B">
              <w:rPr>
                <w:i/>
                <w:color w:val="000000" w:themeColor="text1"/>
                <w:sz w:val="21"/>
              </w:rPr>
              <w:br/>
              <w:t>Her harfi, her sayıyı</w:t>
            </w:r>
            <w:r w:rsidRPr="007F100B">
              <w:rPr>
                <w:i/>
                <w:color w:val="000000" w:themeColor="text1"/>
                <w:sz w:val="21"/>
              </w:rPr>
              <w:br/>
              <w:t>Sabırla, sevgiyle anlatan.</w:t>
            </w:r>
          </w:p>
          <w:p w:rsidR="003D5932" w:rsidRPr="007F100B" w:rsidRDefault="007F100B">
            <w:pPr>
              <w:spacing w:after="160"/>
              <w:rPr>
                <w:color w:val="000000" w:themeColor="text1"/>
              </w:rPr>
            </w:pPr>
            <w:r w:rsidRPr="007F100B">
              <w:rPr>
                <w:i/>
                <w:color w:val="000000" w:themeColor="text1"/>
                <w:sz w:val="21"/>
              </w:rPr>
              <w:t>Öğretmenim, en güzel rehber,</w:t>
            </w:r>
            <w:r w:rsidRPr="007F100B">
              <w:rPr>
                <w:i/>
                <w:color w:val="000000" w:themeColor="text1"/>
                <w:sz w:val="21"/>
              </w:rPr>
              <w:br/>
              <w:t>Emeğin ödenmez asla;</w:t>
            </w:r>
            <w:r w:rsidRPr="007F100B">
              <w:rPr>
                <w:i/>
                <w:color w:val="000000" w:themeColor="text1"/>
                <w:sz w:val="21"/>
              </w:rPr>
              <w:br/>
              <w:t>Kalbimde hep</w:t>
            </w:r>
            <w:r w:rsidRPr="007F100B">
              <w:rPr>
                <w:i/>
                <w:color w:val="000000" w:themeColor="text1"/>
                <w:sz w:val="21"/>
              </w:rPr>
              <w:t xml:space="preserve"> yaşarsın sen,</w:t>
            </w:r>
            <w:r w:rsidRPr="007F100B">
              <w:rPr>
                <w:i/>
                <w:color w:val="000000" w:themeColor="text1"/>
                <w:sz w:val="21"/>
              </w:rPr>
              <w:br/>
              <w:t>Seni unutmam ben hayatta.</w:t>
            </w:r>
          </w:p>
        </w:tc>
        <w:tc>
          <w:tcPr>
            <w:tcW w:w="4819" w:type="dxa"/>
          </w:tcPr>
          <w:p w:rsidR="003D5932" w:rsidRPr="007F100B" w:rsidRDefault="007F100B">
            <w:pPr>
              <w:spacing w:after="160"/>
              <w:rPr>
                <w:color w:val="000000" w:themeColor="text1"/>
              </w:rPr>
            </w:pPr>
            <w:r w:rsidRPr="007F100B">
              <w:rPr>
                <w:i/>
                <w:color w:val="000000" w:themeColor="text1"/>
                <w:sz w:val="21"/>
              </w:rPr>
              <w:t>Elimden tutar yürütürsün,</w:t>
            </w:r>
            <w:r w:rsidRPr="007F100B">
              <w:rPr>
                <w:i/>
                <w:color w:val="000000" w:themeColor="text1"/>
                <w:sz w:val="21"/>
              </w:rPr>
              <w:br/>
              <w:t>Düşsem kaldırırsın yine;</w:t>
            </w:r>
            <w:r w:rsidRPr="007F100B">
              <w:rPr>
                <w:i/>
                <w:color w:val="000000" w:themeColor="text1"/>
                <w:sz w:val="21"/>
              </w:rPr>
              <w:br/>
              <w:t>Bir yıldız gösterirsin bana,</w:t>
            </w:r>
            <w:r w:rsidRPr="007F100B">
              <w:rPr>
                <w:i/>
                <w:color w:val="000000" w:themeColor="text1"/>
                <w:sz w:val="21"/>
              </w:rPr>
              <w:br/>
              <w:t>“Yürü” dersin, “eriş hedefine”.</w:t>
            </w:r>
          </w:p>
        </w:tc>
      </w:tr>
    </w:tbl>
    <w:p w:rsidR="003D5932" w:rsidRPr="007F100B" w:rsidRDefault="007F100B">
      <w:pPr>
        <w:keepNext/>
        <w:pBdr>
          <w:bottom w:val="single" w:sz="8" w:space="2" w:color="8B5E3C"/>
        </w:pBdr>
        <w:spacing w:before="280" w:after="80"/>
        <w:rPr>
          <w:color w:val="000000" w:themeColor="text1"/>
        </w:rPr>
      </w:pPr>
      <w:proofErr w:type="spellStart"/>
      <w:r w:rsidRPr="007F100B">
        <w:rPr>
          <w:b/>
          <w:color w:val="000000" w:themeColor="text1"/>
          <w:sz w:val="26"/>
        </w:rPr>
        <w:t>IŞIK</w:t>
      </w:r>
      <w:proofErr w:type="spellEnd"/>
      <w:r w:rsidRPr="007F100B">
        <w:rPr>
          <w:b/>
          <w:color w:val="000000" w:themeColor="text1"/>
          <w:sz w:val="26"/>
        </w:rPr>
        <w:t xml:space="preserve"> OLAN ELLER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819"/>
        <w:gridCol w:w="4819"/>
      </w:tblGrid>
      <w:tr w:rsidR="007F100B" w:rsidRPr="007F100B">
        <w:trPr>
          <w:jc w:val="center"/>
        </w:trPr>
        <w:tc>
          <w:tcPr>
            <w:tcW w:w="4819" w:type="dxa"/>
          </w:tcPr>
          <w:p w:rsidR="003D5932" w:rsidRPr="007F100B" w:rsidRDefault="007F100B">
            <w:pPr>
              <w:spacing w:after="160"/>
              <w:rPr>
                <w:color w:val="000000" w:themeColor="text1"/>
              </w:rPr>
            </w:pPr>
            <w:r w:rsidRPr="007F100B">
              <w:rPr>
                <w:i/>
                <w:color w:val="000000" w:themeColor="text1"/>
                <w:sz w:val="21"/>
              </w:rPr>
              <w:t>Bir kandil gibi yanarsın,</w:t>
            </w:r>
            <w:r w:rsidRPr="007F100B">
              <w:rPr>
                <w:i/>
                <w:color w:val="000000" w:themeColor="text1"/>
                <w:sz w:val="21"/>
              </w:rPr>
              <w:br/>
              <w:t>Işığın düşer yolumuza;</w:t>
            </w:r>
            <w:r w:rsidRPr="007F100B">
              <w:rPr>
                <w:i/>
                <w:color w:val="000000" w:themeColor="text1"/>
                <w:sz w:val="21"/>
              </w:rPr>
              <w:br/>
              <w:t>Kendini tüketir verirsin,</w:t>
            </w:r>
            <w:r w:rsidRPr="007F100B">
              <w:rPr>
                <w:i/>
                <w:color w:val="000000" w:themeColor="text1"/>
                <w:sz w:val="21"/>
              </w:rPr>
              <w:br/>
              <w:t>Umut katars</w:t>
            </w:r>
            <w:r w:rsidRPr="007F100B">
              <w:rPr>
                <w:i/>
                <w:color w:val="000000" w:themeColor="text1"/>
                <w:sz w:val="21"/>
              </w:rPr>
              <w:t>ın soluğumuza.</w:t>
            </w:r>
          </w:p>
          <w:p w:rsidR="003D5932" w:rsidRPr="007F100B" w:rsidRDefault="007F100B">
            <w:pPr>
              <w:spacing w:after="160"/>
              <w:rPr>
                <w:color w:val="000000" w:themeColor="text1"/>
              </w:rPr>
            </w:pPr>
            <w:r w:rsidRPr="007F100B">
              <w:rPr>
                <w:i/>
                <w:color w:val="000000" w:themeColor="text1"/>
                <w:sz w:val="21"/>
              </w:rPr>
              <w:t>Işık olan eller sizin,</w:t>
            </w:r>
            <w:r w:rsidRPr="007F100B">
              <w:rPr>
                <w:i/>
                <w:color w:val="000000" w:themeColor="text1"/>
                <w:sz w:val="21"/>
              </w:rPr>
              <w:br/>
              <w:t>Yolumuzu aydınlatan;</w:t>
            </w:r>
            <w:r w:rsidRPr="007F100B">
              <w:rPr>
                <w:i/>
                <w:color w:val="000000" w:themeColor="text1"/>
                <w:sz w:val="21"/>
              </w:rPr>
              <w:br/>
              <w:t>Minnetle öpüyoruz sizi,</w:t>
            </w:r>
            <w:r w:rsidRPr="007F100B">
              <w:rPr>
                <w:i/>
                <w:color w:val="000000" w:themeColor="text1"/>
                <w:sz w:val="21"/>
              </w:rPr>
              <w:br/>
              <w:t>Ey bizi hayata hazırlayan.</w:t>
            </w:r>
          </w:p>
        </w:tc>
        <w:tc>
          <w:tcPr>
            <w:tcW w:w="4819" w:type="dxa"/>
          </w:tcPr>
          <w:p w:rsidR="003D5932" w:rsidRPr="007F100B" w:rsidRDefault="007F100B">
            <w:pPr>
              <w:spacing w:after="160"/>
              <w:rPr>
                <w:color w:val="000000" w:themeColor="text1"/>
              </w:rPr>
            </w:pPr>
            <w:r w:rsidRPr="007F100B">
              <w:rPr>
                <w:i/>
                <w:color w:val="000000" w:themeColor="text1"/>
                <w:sz w:val="21"/>
              </w:rPr>
              <w:t>O eller tebeşir tozlu,</w:t>
            </w:r>
            <w:r w:rsidRPr="007F100B">
              <w:rPr>
                <w:i/>
                <w:color w:val="000000" w:themeColor="text1"/>
                <w:sz w:val="21"/>
              </w:rPr>
              <w:br/>
              <w:t>Ama en temiz, en güzel;</w:t>
            </w:r>
            <w:r w:rsidRPr="007F100B">
              <w:rPr>
                <w:i/>
                <w:color w:val="000000" w:themeColor="text1"/>
                <w:sz w:val="21"/>
              </w:rPr>
              <w:br/>
              <w:t>Yazdıkça geleceğimizi</w:t>
            </w:r>
            <w:r w:rsidRPr="007F100B">
              <w:rPr>
                <w:i/>
                <w:color w:val="000000" w:themeColor="text1"/>
                <w:sz w:val="21"/>
              </w:rPr>
              <w:br/>
              <w:t>Bir eser bırakır her bir el.</w:t>
            </w:r>
          </w:p>
        </w:tc>
      </w:tr>
    </w:tbl>
    <w:p w:rsidR="003D5932" w:rsidRPr="007F100B" w:rsidRDefault="007F100B">
      <w:pPr>
        <w:keepNext/>
        <w:pBdr>
          <w:bottom w:val="single" w:sz="8" w:space="2" w:color="8B5E3C"/>
        </w:pBdr>
        <w:spacing w:before="280" w:after="80"/>
        <w:rPr>
          <w:color w:val="000000" w:themeColor="text1"/>
        </w:rPr>
      </w:pPr>
      <w:proofErr w:type="spellStart"/>
      <w:r w:rsidRPr="007F100B">
        <w:rPr>
          <w:b/>
          <w:color w:val="000000" w:themeColor="text1"/>
          <w:sz w:val="26"/>
        </w:rPr>
        <w:t>TEŞEKKÜRLER</w:t>
      </w:r>
      <w:proofErr w:type="spellEnd"/>
      <w:r w:rsidRPr="007F100B">
        <w:rPr>
          <w:b/>
          <w:color w:val="000000" w:themeColor="text1"/>
          <w:sz w:val="26"/>
        </w:rPr>
        <w:t xml:space="preserve"> </w:t>
      </w:r>
      <w:proofErr w:type="spellStart"/>
      <w:r w:rsidRPr="007F100B">
        <w:rPr>
          <w:b/>
          <w:color w:val="000000" w:themeColor="text1"/>
          <w:sz w:val="26"/>
        </w:rPr>
        <w:t>ÖĞRETMENIM</w:t>
      </w:r>
      <w:proofErr w:type="spellEnd"/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819"/>
        <w:gridCol w:w="4819"/>
      </w:tblGrid>
      <w:tr w:rsidR="007F100B" w:rsidRPr="007F100B">
        <w:trPr>
          <w:jc w:val="center"/>
        </w:trPr>
        <w:tc>
          <w:tcPr>
            <w:tcW w:w="4819" w:type="dxa"/>
          </w:tcPr>
          <w:p w:rsidR="003D5932" w:rsidRPr="007F100B" w:rsidRDefault="007F100B">
            <w:pPr>
              <w:spacing w:after="160"/>
              <w:rPr>
                <w:color w:val="000000" w:themeColor="text1"/>
              </w:rPr>
            </w:pPr>
            <w:r w:rsidRPr="007F100B">
              <w:rPr>
                <w:i/>
                <w:color w:val="000000" w:themeColor="text1"/>
                <w:sz w:val="21"/>
              </w:rPr>
              <w:t>Her sabah güler yüzünle</w:t>
            </w:r>
            <w:r w:rsidRPr="007F100B">
              <w:rPr>
                <w:i/>
                <w:color w:val="000000" w:themeColor="text1"/>
                <w:sz w:val="21"/>
              </w:rPr>
              <w:br/>
            </w:r>
            <w:r w:rsidRPr="007F100B">
              <w:rPr>
                <w:i/>
                <w:color w:val="000000" w:themeColor="text1"/>
                <w:sz w:val="21"/>
              </w:rPr>
              <w:t>Karşıladın bizi sınıfta;</w:t>
            </w:r>
            <w:r w:rsidRPr="007F100B">
              <w:rPr>
                <w:i/>
                <w:color w:val="000000" w:themeColor="text1"/>
                <w:sz w:val="21"/>
              </w:rPr>
              <w:br/>
            </w:r>
            <w:r w:rsidRPr="007F100B">
              <w:rPr>
                <w:i/>
                <w:color w:val="000000" w:themeColor="text1"/>
                <w:sz w:val="21"/>
              </w:rPr>
              <w:lastRenderedPageBreak/>
              <w:t>Sabrınla, sevginle büyüttün,</w:t>
            </w:r>
            <w:r w:rsidRPr="007F100B">
              <w:rPr>
                <w:i/>
                <w:color w:val="000000" w:themeColor="text1"/>
                <w:sz w:val="21"/>
              </w:rPr>
              <w:br/>
              <w:t>Yer ettin kalbimizde, canda.</w:t>
            </w:r>
          </w:p>
          <w:p w:rsidR="003D5932" w:rsidRPr="007F100B" w:rsidRDefault="007F100B">
            <w:pPr>
              <w:spacing w:after="160"/>
              <w:rPr>
                <w:color w:val="000000" w:themeColor="text1"/>
              </w:rPr>
            </w:pPr>
            <w:r w:rsidRPr="007F100B">
              <w:rPr>
                <w:i/>
                <w:color w:val="000000" w:themeColor="text1"/>
                <w:sz w:val="21"/>
              </w:rPr>
              <w:t>Teşekkürler öğretmenim,</w:t>
            </w:r>
            <w:r w:rsidRPr="007F100B">
              <w:rPr>
                <w:i/>
                <w:color w:val="000000" w:themeColor="text1"/>
                <w:sz w:val="21"/>
              </w:rPr>
              <w:br/>
              <w:t>Verdiğin her şey için;</w:t>
            </w:r>
            <w:r w:rsidRPr="007F100B">
              <w:rPr>
                <w:i/>
                <w:color w:val="000000" w:themeColor="text1"/>
                <w:sz w:val="21"/>
              </w:rPr>
              <w:br/>
              <w:t>Sen bir ömür ışığısın,</w:t>
            </w:r>
            <w:r w:rsidRPr="007F100B">
              <w:rPr>
                <w:i/>
                <w:color w:val="000000" w:themeColor="text1"/>
                <w:sz w:val="21"/>
              </w:rPr>
              <w:br/>
              <w:t>Aydınlık geleceğimizin.</w:t>
            </w:r>
          </w:p>
        </w:tc>
        <w:tc>
          <w:tcPr>
            <w:tcW w:w="4819" w:type="dxa"/>
          </w:tcPr>
          <w:p w:rsidR="003D5932" w:rsidRPr="007F100B" w:rsidRDefault="007F100B">
            <w:pPr>
              <w:spacing w:after="160"/>
              <w:rPr>
                <w:color w:val="000000" w:themeColor="text1"/>
              </w:rPr>
            </w:pPr>
            <w:r w:rsidRPr="007F100B">
              <w:rPr>
                <w:i/>
                <w:color w:val="000000" w:themeColor="text1"/>
                <w:sz w:val="21"/>
              </w:rPr>
              <w:lastRenderedPageBreak/>
              <w:t>Bir soru sorduğumuzda</w:t>
            </w:r>
            <w:r w:rsidRPr="007F100B">
              <w:rPr>
                <w:i/>
                <w:color w:val="000000" w:themeColor="text1"/>
                <w:sz w:val="21"/>
              </w:rPr>
              <w:br/>
              <w:t>Usanmadın anlatmaktan;</w:t>
            </w:r>
            <w:r w:rsidRPr="007F100B">
              <w:rPr>
                <w:i/>
                <w:color w:val="000000" w:themeColor="text1"/>
                <w:sz w:val="21"/>
              </w:rPr>
              <w:br/>
            </w:r>
            <w:r w:rsidRPr="007F100B">
              <w:rPr>
                <w:i/>
                <w:color w:val="000000" w:themeColor="text1"/>
                <w:sz w:val="21"/>
              </w:rPr>
              <w:lastRenderedPageBreak/>
              <w:t>Yanlış yaptığımızda bile</w:t>
            </w:r>
            <w:r w:rsidRPr="007F100B">
              <w:rPr>
                <w:i/>
                <w:color w:val="000000" w:themeColor="text1"/>
                <w:sz w:val="21"/>
              </w:rPr>
              <w:br/>
              <w:t>Vazgeçmed</w:t>
            </w:r>
            <w:r w:rsidRPr="007F100B">
              <w:rPr>
                <w:i/>
                <w:color w:val="000000" w:themeColor="text1"/>
                <w:sz w:val="21"/>
              </w:rPr>
              <w:t>in el tutmaktan.</w:t>
            </w:r>
          </w:p>
        </w:tc>
      </w:tr>
    </w:tbl>
    <w:p w:rsidR="003D5932" w:rsidRPr="007F100B" w:rsidRDefault="007F100B">
      <w:pPr>
        <w:keepNext/>
        <w:pBdr>
          <w:bottom w:val="single" w:sz="8" w:space="2" w:color="8B5E3C"/>
        </w:pBdr>
        <w:spacing w:before="280" w:after="80"/>
        <w:rPr>
          <w:color w:val="000000" w:themeColor="text1"/>
        </w:rPr>
      </w:pPr>
      <w:proofErr w:type="spellStart"/>
      <w:r w:rsidRPr="007F100B">
        <w:rPr>
          <w:b/>
          <w:color w:val="000000" w:themeColor="text1"/>
          <w:sz w:val="26"/>
        </w:rPr>
        <w:lastRenderedPageBreak/>
        <w:t>ÖĞRETMENLER</w:t>
      </w:r>
      <w:proofErr w:type="spellEnd"/>
      <w:r w:rsidRPr="007F100B">
        <w:rPr>
          <w:b/>
          <w:color w:val="000000" w:themeColor="text1"/>
          <w:sz w:val="26"/>
        </w:rPr>
        <w:t xml:space="preserve"> </w:t>
      </w:r>
      <w:proofErr w:type="spellStart"/>
      <w:r w:rsidRPr="007F100B">
        <w:rPr>
          <w:b/>
          <w:color w:val="000000" w:themeColor="text1"/>
          <w:sz w:val="26"/>
        </w:rPr>
        <w:t>GÜNÜ</w:t>
      </w:r>
      <w:proofErr w:type="spellEnd"/>
      <w:r w:rsidRPr="007F100B">
        <w:rPr>
          <w:b/>
          <w:color w:val="000000" w:themeColor="text1"/>
          <w:sz w:val="26"/>
        </w:rPr>
        <w:t xml:space="preserve"> </w:t>
      </w:r>
      <w:proofErr w:type="spellStart"/>
      <w:r w:rsidRPr="007F100B">
        <w:rPr>
          <w:b/>
          <w:color w:val="000000" w:themeColor="text1"/>
          <w:sz w:val="26"/>
        </w:rPr>
        <w:t>NASIL</w:t>
      </w:r>
      <w:proofErr w:type="spellEnd"/>
      <w:r w:rsidRPr="007F100B">
        <w:rPr>
          <w:b/>
          <w:color w:val="000000" w:themeColor="text1"/>
          <w:sz w:val="26"/>
        </w:rPr>
        <w:t xml:space="preserve"> </w:t>
      </w:r>
      <w:proofErr w:type="spellStart"/>
      <w:r w:rsidRPr="007F100B">
        <w:rPr>
          <w:b/>
          <w:color w:val="000000" w:themeColor="text1"/>
          <w:sz w:val="26"/>
        </w:rPr>
        <w:t>ORTAYA</w:t>
      </w:r>
      <w:proofErr w:type="spellEnd"/>
      <w:r w:rsidRPr="007F100B">
        <w:rPr>
          <w:b/>
          <w:color w:val="000000" w:themeColor="text1"/>
          <w:sz w:val="26"/>
        </w:rPr>
        <w:t xml:space="preserve"> ÇIKTI? (SUNUM METNI)</w:t>
      </w:r>
    </w:p>
    <w:p w:rsidR="003D5932" w:rsidRPr="007F100B" w:rsidRDefault="007F100B">
      <w:pPr>
        <w:pStyle w:val="ListeMaddemi"/>
        <w:spacing w:after="60"/>
        <w:rPr>
          <w:color w:val="000000" w:themeColor="text1"/>
        </w:rPr>
      </w:pPr>
      <w:r w:rsidRPr="007F100B">
        <w:rPr>
          <w:color w:val="000000" w:themeColor="text1"/>
        </w:rPr>
        <w:t xml:space="preserve">Her yıl </w:t>
      </w:r>
      <w:r w:rsidRPr="007F100B">
        <w:rPr>
          <w:b/>
          <w:color w:val="000000" w:themeColor="text1"/>
        </w:rPr>
        <w:t>24 Kasım</w:t>
      </w:r>
      <w:r w:rsidRPr="007F100B">
        <w:rPr>
          <w:color w:val="000000" w:themeColor="text1"/>
        </w:rPr>
        <w:t>, ülkemizde Öğretmenler Günü olarak kutlanır.</w:t>
      </w:r>
    </w:p>
    <w:p w:rsidR="003D5932" w:rsidRPr="007F100B" w:rsidRDefault="007F100B">
      <w:pPr>
        <w:pStyle w:val="ListeMaddemi"/>
        <w:spacing w:after="60"/>
        <w:rPr>
          <w:color w:val="000000" w:themeColor="text1"/>
        </w:rPr>
      </w:pPr>
      <w:r w:rsidRPr="007F100B">
        <w:rPr>
          <w:b/>
          <w:color w:val="000000" w:themeColor="text1"/>
        </w:rPr>
        <w:t>24 Kasım 1928</w:t>
      </w:r>
      <w:r w:rsidRPr="007F100B">
        <w:rPr>
          <w:color w:val="000000" w:themeColor="text1"/>
        </w:rPr>
        <w:t xml:space="preserve">’de, yeni Türk harflerinin öğretildiği </w:t>
      </w:r>
      <w:r w:rsidRPr="007F100B">
        <w:rPr>
          <w:b/>
          <w:color w:val="000000" w:themeColor="text1"/>
        </w:rPr>
        <w:t>Millet Mektepleri</w:t>
      </w:r>
      <w:r w:rsidRPr="007F100B">
        <w:rPr>
          <w:color w:val="000000" w:themeColor="text1"/>
        </w:rPr>
        <w:t xml:space="preserve">’nin açılışıyla Mustafa Kemal Atatürk’e </w:t>
      </w:r>
      <w:r w:rsidRPr="007F100B">
        <w:rPr>
          <w:b/>
          <w:color w:val="000000" w:themeColor="text1"/>
        </w:rPr>
        <w:t>“Başöğretmen”</w:t>
      </w:r>
      <w:r w:rsidRPr="007F100B">
        <w:rPr>
          <w:color w:val="000000" w:themeColor="text1"/>
        </w:rPr>
        <w:t xml:space="preserve"> unvanı verilmiştir.</w:t>
      </w:r>
    </w:p>
    <w:p w:rsidR="003D5932" w:rsidRPr="007F100B" w:rsidRDefault="007F100B">
      <w:pPr>
        <w:pStyle w:val="ListeMaddemi"/>
        <w:spacing w:after="60"/>
        <w:rPr>
          <w:color w:val="000000" w:themeColor="text1"/>
        </w:rPr>
      </w:pPr>
      <w:r w:rsidRPr="007F100B">
        <w:rPr>
          <w:color w:val="000000" w:themeColor="text1"/>
        </w:rPr>
        <w:t xml:space="preserve">Atatürk, kara tahta başına geçerek </w:t>
      </w:r>
      <w:r w:rsidRPr="007F100B">
        <w:rPr>
          <w:b/>
          <w:color w:val="000000" w:themeColor="text1"/>
        </w:rPr>
        <w:t>bizzat ders vermiş</w:t>
      </w:r>
      <w:r w:rsidRPr="007F100B">
        <w:rPr>
          <w:color w:val="000000" w:themeColor="text1"/>
        </w:rPr>
        <w:t>, eğitime ve öğretmenliğe verdiği değeri göstermiştir.</w:t>
      </w:r>
    </w:p>
    <w:p w:rsidR="003D5932" w:rsidRPr="007F100B" w:rsidRDefault="007F100B">
      <w:pPr>
        <w:pStyle w:val="ListeMaddemi"/>
        <w:spacing w:after="60"/>
        <w:rPr>
          <w:color w:val="000000" w:themeColor="text1"/>
        </w:rPr>
      </w:pPr>
      <w:r w:rsidRPr="007F100B">
        <w:rPr>
          <w:color w:val="000000" w:themeColor="text1"/>
        </w:rPr>
        <w:t xml:space="preserve">Öğretmenler Günü ülkemizde </w:t>
      </w:r>
      <w:r w:rsidRPr="007F100B">
        <w:rPr>
          <w:b/>
          <w:color w:val="000000" w:themeColor="text1"/>
        </w:rPr>
        <w:t>1981 yılından</w:t>
      </w:r>
      <w:r w:rsidRPr="007F100B">
        <w:rPr>
          <w:color w:val="000000" w:themeColor="text1"/>
        </w:rPr>
        <w:t xml:space="preserve"> (Atatürk’ün doğumunun 100. yılı) itibaren bu tarihte kutlanmaktadır.</w:t>
      </w:r>
    </w:p>
    <w:p w:rsidR="003D5932" w:rsidRPr="007F100B" w:rsidRDefault="007F100B">
      <w:pPr>
        <w:pStyle w:val="ListeMaddemi"/>
        <w:spacing w:after="60"/>
        <w:rPr>
          <w:color w:val="000000" w:themeColor="text1"/>
        </w:rPr>
      </w:pPr>
      <w:r w:rsidRPr="007F100B">
        <w:rPr>
          <w:color w:val="000000" w:themeColor="text1"/>
        </w:rPr>
        <w:t>Öğretmenler; bilg</w:t>
      </w:r>
      <w:r w:rsidRPr="007F100B">
        <w:rPr>
          <w:color w:val="000000" w:themeColor="text1"/>
        </w:rPr>
        <w:t>iyi, güzel ahlakı ve hayatı öğreten, toplumun geleceğini şekillendiren kişilerdir.</w:t>
      </w:r>
    </w:p>
    <w:p w:rsidR="003D5932" w:rsidRPr="007F100B" w:rsidRDefault="007F100B">
      <w:pPr>
        <w:pStyle w:val="ListeMaddemi"/>
        <w:spacing w:after="60"/>
        <w:rPr>
          <w:color w:val="000000" w:themeColor="text1"/>
        </w:rPr>
      </w:pPr>
      <w:r w:rsidRPr="007F100B">
        <w:rPr>
          <w:color w:val="000000" w:themeColor="text1"/>
        </w:rPr>
        <w:t xml:space="preserve">Her meslek sahibini yetiştiren, hep bir </w:t>
      </w:r>
      <w:r w:rsidRPr="007F100B">
        <w:rPr>
          <w:b/>
          <w:color w:val="000000" w:themeColor="text1"/>
        </w:rPr>
        <w:t>öğretmendir</w:t>
      </w:r>
      <w:r w:rsidRPr="007F100B">
        <w:rPr>
          <w:color w:val="000000" w:themeColor="text1"/>
        </w:rPr>
        <w:t>.</w:t>
      </w:r>
    </w:p>
    <w:p w:rsidR="003D5932" w:rsidRPr="007F100B" w:rsidRDefault="007F100B">
      <w:pPr>
        <w:keepNext/>
        <w:pBdr>
          <w:bottom w:val="single" w:sz="8" w:space="2" w:color="8B5E3C"/>
        </w:pBdr>
        <w:spacing w:before="280" w:after="80"/>
        <w:rPr>
          <w:color w:val="000000" w:themeColor="text1"/>
        </w:rPr>
      </w:pPr>
      <w:r w:rsidRPr="007F100B">
        <w:rPr>
          <w:b/>
          <w:color w:val="000000" w:themeColor="text1"/>
          <w:sz w:val="26"/>
        </w:rPr>
        <w:t>ÖĞRETMENIN TOPLUMDAKI YERI</w:t>
      </w:r>
    </w:p>
    <w:p w:rsidR="003D5932" w:rsidRPr="007F100B" w:rsidRDefault="007F100B">
      <w:pPr>
        <w:pStyle w:val="ListeMaddemi"/>
        <w:spacing w:after="60"/>
        <w:rPr>
          <w:color w:val="000000" w:themeColor="text1"/>
        </w:rPr>
      </w:pPr>
      <w:r w:rsidRPr="007F100B">
        <w:rPr>
          <w:color w:val="000000" w:themeColor="text1"/>
        </w:rPr>
        <w:t xml:space="preserve">Öğretmen, bir milletin </w:t>
      </w:r>
      <w:r w:rsidRPr="007F100B">
        <w:rPr>
          <w:b/>
          <w:color w:val="000000" w:themeColor="text1"/>
        </w:rPr>
        <w:t>geleceğini</w:t>
      </w:r>
      <w:r w:rsidRPr="007F100B">
        <w:rPr>
          <w:color w:val="000000" w:themeColor="text1"/>
        </w:rPr>
        <w:t xml:space="preserve"> yetiştirir; her nesil onun emeğiyle şekillenir.</w:t>
      </w:r>
    </w:p>
    <w:p w:rsidR="003D5932" w:rsidRPr="007F100B" w:rsidRDefault="007F100B">
      <w:pPr>
        <w:pStyle w:val="ListeMaddemi"/>
        <w:spacing w:after="60"/>
        <w:rPr>
          <w:color w:val="000000" w:themeColor="text1"/>
        </w:rPr>
      </w:pPr>
      <w:r w:rsidRPr="007F100B">
        <w:rPr>
          <w:color w:val="000000" w:themeColor="text1"/>
        </w:rPr>
        <w:t xml:space="preserve">Öğretmen yalnız bilgi değil; </w:t>
      </w:r>
      <w:r w:rsidRPr="007F100B">
        <w:rPr>
          <w:b/>
          <w:color w:val="000000" w:themeColor="text1"/>
        </w:rPr>
        <w:t>değer, ahlak ve hayat</w:t>
      </w:r>
      <w:r w:rsidRPr="007F100B">
        <w:rPr>
          <w:color w:val="000000" w:themeColor="text1"/>
        </w:rPr>
        <w:t xml:space="preserve"> öğretir.</w:t>
      </w:r>
    </w:p>
    <w:p w:rsidR="003D5932" w:rsidRPr="007F100B" w:rsidRDefault="007F100B">
      <w:pPr>
        <w:pStyle w:val="ListeMaddemi"/>
        <w:spacing w:after="60"/>
        <w:rPr>
          <w:color w:val="000000" w:themeColor="text1"/>
        </w:rPr>
      </w:pPr>
      <w:r w:rsidRPr="007F100B">
        <w:rPr>
          <w:color w:val="000000" w:themeColor="text1"/>
        </w:rPr>
        <w:t xml:space="preserve">İyi bir öğretmen, öğrencisinin </w:t>
      </w:r>
      <w:r w:rsidRPr="007F100B">
        <w:rPr>
          <w:b/>
          <w:color w:val="000000" w:themeColor="text1"/>
        </w:rPr>
        <w:t>güçlü yanlarını</w:t>
      </w:r>
      <w:r w:rsidRPr="007F100B">
        <w:rPr>
          <w:color w:val="000000" w:themeColor="text1"/>
        </w:rPr>
        <w:t xml:space="preserve"> keşfeder ve onu cesaretlendirir.</w:t>
      </w:r>
    </w:p>
    <w:p w:rsidR="003D5932" w:rsidRPr="007F100B" w:rsidRDefault="007F100B">
      <w:pPr>
        <w:pStyle w:val="ListeMaddemi"/>
        <w:spacing w:after="60"/>
        <w:rPr>
          <w:color w:val="000000" w:themeColor="text1"/>
        </w:rPr>
      </w:pPr>
      <w:r w:rsidRPr="007F100B">
        <w:rPr>
          <w:color w:val="000000" w:themeColor="text1"/>
        </w:rPr>
        <w:t xml:space="preserve">Öğretmenin bıraktığı iz, bir </w:t>
      </w:r>
      <w:r w:rsidRPr="007F100B">
        <w:rPr>
          <w:b/>
          <w:color w:val="000000" w:themeColor="text1"/>
        </w:rPr>
        <w:t>ömür boyu</w:t>
      </w:r>
      <w:r w:rsidRPr="007F100B">
        <w:rPr>
          <w:color w:val="000000" w:themeColor="text1"/>
        </w:rPr>
        <w:t xml:space="preserve"> sürer.</w:t>
      </w:r>
    </w:p>
    <w:p w:rsidR="003D5932" w:rsidRPr="007F100B" w:rsidRDefault="007F100B">
      <w:pPr>
        <w:pStyle w:val="ListeMaddemi"/>
        <w:spacing w:after="60"/>
        <w:rPr>
          <w:color w:val="000000" w:themeColor="text1"/>
        </w:rPr>
      </w:pPr>
      <w:r w:rsidRPr="007F100B">
        <w:rPr>
          <w:color w:val="000000" w:themeColor="text1"/>
        </w:rPr>
        <w:t xml:space="preserve">Öğretmene </w:t>
      </w:r>
      <w:r w:rsidRPr="007F100B">
        <w:rPr>
          <w:b/>
          <w:color w:val="000000" w:themeColor="text1"/>
        </w:rPr>
        <w:t>saygı ve minnet</w:t>
      </w:r>
      <w:r w:rsidRPr="007F100B">
        <w:rPr>
          <w:color w:val="000000" w:themeColor="text1"/>
        </w:rPr>
        <w:t xml:space="preserve"> göstermek, en güzel vefa borcudur.</w:t>
      </w:r>
    </w:p>
    <w:p w:rsidR="003D5932" w:rsidRPr="007F100B" w:rsidRDefault="007F100B">
      <w:pPr>
        <w:pStyle w:val="ListeMaddemi"/>
        <w:spacing w:after="60"/>
        <w:rPr>
          <w:color w:val="000000" w:themeColor="text1"/>
        </w:rPr>
      </w:pPr>
      <w:r w:rsidRPr="007F100B">
        <w:rPr>
          <w:color w:val="000000" w:themeColor="text1"/>
        </w:rPr>
        <w:t>Bize düşe</w:t>
      </w:r>
      <w:r w:rsidRPr="007F100B">
        <w:rPr>
          <w:color w:val="000000" w:themeColor="text1"/>
        </w:rPr>
        <w:t>n görev; öğrendiklerimizle çok çalışmak ve iyi insanlar olmaktır.</w:t>
      </w:r>
    </w:p>
    <w:p w:rsidR="003D5932" w:rsidRPr="007F100B" w:rsidRDefault="007F100B">
      <w:pPr>
        <w:keepNext/>
        <w:pBdr>
          <w:bottom w:val="single" w:sz="8" w:space="2" w:color="8B5E3C"/>
        </w:pBdr>
        <w:spacing w:before="280" w:after="80"/>
        <w:rPr>
          <w:color w:val="000000" w:themeColor="text1"/>
        </w:rPr>
      </w:pPr>
      <w:r w:rsidRPr="007F100B">
        <w:rPr>
          <w:b/>
          <w:color w:val="000000" w:themeColor="text1"/>
          <w:sz w:val="26"/>
        </w:rPr>
        <w:t>ÖĞRETMENLIK ÜZERINE GÜZEL SÖZLER</w:t>
      </w:r>
    </w:p>
    <w:p w:rsidR="003D5932" w:rsidRPr="007F100B" w:rsidRDefault="007F100B">
      <w:pPr>
        <w:pStyle w:val="ListeMaddemi"/>
        <w:spacing w:after="60"/>
        <w:rPr>
          <w:color w:val="000000" w:themeColor="text1"/>
        </w:rPr>
      </w:pPr>
      <w:r w:rsidRPr="007F100B">
        <w:rPr>
          <w:color w:val="000000" w:themeColor="text1"/>
        </w:rPr>
        <w:t>“Öğretmenler! Yeni nesil sizin eseriniz olacaktır.” (Mustafa Kemal Atatürk)</w:t>
      </w:r>
    </w:p>
    <w:p w:rsidR="003D5932" w:rsidRPr="007F100B" w:rsidRDefault="007F100B">
      <w:pPr>
        <w:pStyle w:val="ListeMaddemi"/>
        <w:spacing w:after="60"/>
        <w:rPr>
          <w:color w:val="000000" w:themeColor="text1"/>
        </w:rPr>
      </w:pPr>
      <w:r w:rsidRPr="007F100B">
        <w:rPr>
          <w:color w:val="000000" w:themeColor="text1"/>
        </w:rPr>
        <w:t>“Milletleri kurtaranlar yalnız ve ancak öğretmenlerdir.” (Mustafa Kemal Atatürk)</w:t>
      </w:r>
    </w:p>
    <w:p w:rsidR="003D5932" w:rsidRPr="007F100B" w:rsidRDefault="007F100B">
      <w:pPr>
        <w:pStyle w:val="ListeMaddemi"/>
        <w:spacing w:after="60"/>
        <w:rPr>
          <w:color w:val="000000" w:themeColor="text1"/>
        </w:rPr>
      </w:pPr>
      <w:r w:rsidRPr="007F100B">
        <w:rPr>
          <w:color w:val="000000" w:themeColor="text1"/>
        </w:rPr>
        <w:t>“Bir öğretmen bir kandile benzer; kendini tüketerek başkalarına ışık verir.”</w:t>
      </w:r>
    </w:p>
    <w:p w:rsidR="003D5932" w:rsidRPr="007F100B" w:rsidRDefault="007F100B">
      <w:pPr>
        <w:pStyle w:val="ListeMaddemi"/>
        <w:spacing w:after="60"/>
        <w:rPr>
          <w:color w:val="000000" w:themeColor="text1"/>
        </w:rPr>
      </w:pPr>
      <w:r w:rsidRPr="007F100B">
        <w:rPr>
          <w:color w:val="000000" w:themeColor="text1"/>
        </w:rPr>
        <w:t>“İyi bir öğretmen, bir mum gibi yolumuzu aydınlatır.”</w:t>
      </w:r>
    </w:p>
    <w:p w:rsidR="003D5932" w:rsidRPr="007F100B" w:rsidRDefault="007F100B">
      <w:pPr>
        <w:pStyle w:val="ListeMaddemi"/>
        <w:spacing w:after="60"/>
        <w:rPr>
          <w:color w:val="000000" w:themeColor="text1"/>
        </w:rPr>
      </w:pPr>
      <w:r w:rsidRPr="007F100B">
        <w:rPr>
          <w:color w:val="000000" w:themeColor="text1"/>
        </w:rPr>
        <w:t>“Bir çocuğu eğitmek, bir geleceği inşa etmektir.”</w:t>
      </w:r>
    </w:p>
    <w:p w:rsidR="003D5932" w:rsidRPr="007F100B" w:rsidRDefault="007F100B">
      <w:pPr>
        <w:pStyle w:val="ListeMaddemi"/>
        <w:spacing w:after="60"/>
        <w:rPr>
          <w:color w:val="000000" w:themeColor="text1"/>
        </w:rPr>
      </w:pPr>
      <w:r w:rsidRPr="007F100B">
        <w:rPr>
          <w:color w:val="000000" w:themeColor="text1"/>
        </w:rPr>
        <w:t>“Öğretmen, geleceğe atılan en sağlam imzadır.”</w:t>
      </w:r>
    </w:p>
    <w:p w:rsidR="003D5932" w:rsidRPr="007F100B" w:rsidRDefault="007F100B">
      <w:pPr>
        <w:keepNext/>
        <w:pBdr>
          <w:bottom w:val="single" w:sz="8" w:space="2" w:color="8B5E3C"/>
        </w:pBdr>
        <w:spacing w:before="280" w:after="80"/>
        <w:rPr>
          <w:color w:val="000000" w:themeColor="text1"/>
        </w:rPr>
      </w:pPr>
      <w:r w:rsidRPr="007F100B">
        <w:rPr>
          <w:b/>
          <w:color w:val="000000" w:themeColor="text1"/>
          <w:sz w:val="26"/>
        </w:rPr>
        <w:t>OKULDA YAPILABILECEK ETKINLI</w:t>
      </w:r>
      <w:r w:rsidRPr="007F100B">
        <w:rPr>
          <w:b/>
          <w:color w:val="000000" w:themeColor="text1"/>
          <w:sz w:val="26"/>
        </w:rPr>
        <w:t>KLER</w:t>
      </w:r>
    </w:p>
    <w:p w:rsidR="003D5932" w:rsidRPr="007F100B" w:rsidRDefault="007F100B">
      <w:pPr>
        <w:pStyle w:val="ListeMaddemi"/>
        <w:spacing w:after="60"/>
        <w:rPr>
          <w:color w:val="000000" w:themeColor="text1"/>
        </w:rPr>
      </w:pPr>
      <w:r w:rsidRPr="007F100B">
        <w:rPr>
          <w:color w:val="000000" w:themeColor="text1"/>
        </w:rPr>
        <w:t xml:space="preserve">Öğretmenlere </w:t>
      </w:r>
      <w:r w:rsidRPr="007F100B">
        <w:rPr>
          <w:b/>
          <w:color w:val="000000" w:themeColor="text1"/>
        </w:rPr>
        <w:t>teşekkür kartları</w:t>
      </w:r>
      <w:r w:rsidRPr="007F100B">
        <w:rPr>
          <w:color w:val="000000" w:themeColor="text1"/>
        </w:rPr>
        <w:t>, mektup ve çiçek hazırlama</w:t>
      </w:r>
    </w:p>
    <w:p w:rsidR="003D5932" w:rsidRPr="007F100B" w:rsidRDefault="007F100B">
      <w:pPr>
        <w:pStyle w:val="ListeMaddemi"/>
        <w:spacing w:after="60"/>
        <w:rPr>
          <w:color w:val="000000" w:themeColor="text1"/>
        </w:rPr>
      </w:pPr>
      <w:r w:rsidRPr="007F100B">
        <w:rPr>
          <w:color w:val="000000" w:themeColor="text1"/>
        </w:rPr>
        <w:t xml:space="preserve">“Öğretmenim” temalı </w:t>
      </w:r>
      <w:r w:rsidRPr="007F100B">
        <w:rPr>
          <w:b/>
          <w:color w:val="000000" w:themeColor="text1"/>
        </w:rPr>
        <w:t>şiir, resim ve kompozisyon</w:t>
      </w:r>
      <w:r w:rsidRPr="007F100B">
        <w:rPr>
          <w:color w:val="000000" w:themeColor="text1"/>
        </w:rPr>
        <w:t xml:space="preserve"> yarışması</w:t>
      </w:r>
    </w:p>
    <w:p w:rsidR="003D5932" w:rsidRPr="007F100B" w:rsidRDefault="007F100B">
      <w:pPr>
        <w:pStyle w:val="ListeMaddemi"/>
        <w:spacing w:after="60"/>
        <w:rPr>
          <w:color w:val="000000" w:themeColor="text1"/>
        </w:rPr>
      </w:pPr>
      <w:r w:rsidRPr="007F100B">
        <w:rPr>
          <w:color w:val="000000" w:themeColor="text1"/>
        </w:rPr>
        <w:t xml:space="preserve">Başöğretmen Atatürk ve eğitim inkılaplarını anlatan </w:t>
      </w:r>
      <w:r w:rsidRPr="007F100B">
        <w:rPr>
          <w:b/>
          <w:color w:val="000000" w:themeColor="text1"/>
        </w:rPr>
        <w:t>sunum ve pano</w:t>
      </w:r>
    </w:p>
    <w:p w:rsidR="003D5932" w:rsidRPr="007F100B" w:rsidRDefault="007F100B">
      <w:pPr>
        <w:pStyle w:val="ListeMaddemi"/>
        <w:spacing w:after="60"/>
        <w:rPr>
          <w:color w:val="000000" w:themeColor="text1"/>
        </w:rPr>
      </w:pPr>
      <w:r w:rsidRPr="007F100B">
        <w:rPr>
          <w:color w:val="000000" w:themeColor="text1"/>
        </w:rPr>
        <w:t>“En sevdiğim öğretmen anısı” paylaşımları</w:t>
      </w:r>
    </w:p>
    <w:p w:rsidR="003D5932" w:rsidRPr="007F100B" w:rsidRDefault="007F100B">
      <w:pPr>
        <w:pStyle w:val="ListeMaddemi"/>
        <w:spacing w:after="60"/>
        <w:rPr>
          <w:color w:val="000000" w:themeColor="text1"/>
        </w:rPr>
      </w:pPr>
      <w:r w:rsidRPr="007F100B">
        <w:rPr>
          <w:color w:val="000000" w:themeColor="text1"/>
        </w:rPr>
        <w:t xml:space="preserve">Öğretmenler için küçük bir </w:t>
      </w:r>
      <w:r w:rsidRPr="007F100B">
        <w:rPr>
          <w:b/>
          <w:color w:val="000000" w:themeColor="text1"/>
        </w:rPr>
        <w:t>d</w:t>
      </w:r>
      <w:r w:rsidRPr="007F100B">
        <w:rPr>
          <w:b/>
          <w:color w:val="000000" w:themeColor="text1"/>
        </w:rPr>
        <w:t>inleti</w:t>
      </w:r>
      <w:r w:rsidRPr="007F100B">
        <w:rPr>
          <w:color w:val="000000" w:themeColor="text1"/>
        </w:rPr>
        <w:t xml:space="preserve"> ya da sınıf kutlaması</w:t>
      </w:r>
    </w:p>
    <w:p w:rsidR="003D5932" w:rsidRPr="007F100B" w:rsidRDefault="007F100B">
      <w:pPr>
        <w:pStyle w:val="ListeMaddemi"/>
        <w:spacing w:after="60"/>
        <w:rPr>
          <w:color w:val="000000" w:themeColor="text1"/>
        </w:rPr>
      </w:pPr>
      <w:r w:rsidRPr="007F100B">
        <w:rPr>
          <w:color w:val="000000" w:themeColor="text1"/>
        </w:rPr>
        <w:t>“Gelecekte ben de öğretmen olsam” köşesi</w:t>
      </w:r>
    </w:p>
    <w:p w:rsidR="003D5932" w:rsidRPr="007F100B" w:rsidRDefault="003D5932">
      <w:pPr>
        <w:rPr>
          <w:color w:val="000000" w:themeColor="text1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819"/>
        <w:gridCol w:w="4819"/>
      </w:tblGrid>
      <w:tr w:rsidR="007F100B" w:rsidRPr="007F100B">
        <w:trPr>
          <w:cantSplit/>
          <w:jc w:val="center"/>
        </w:trPr>
        <w:tc>
          <w:tcPr>
            <w:tcW w:w="4819" w:type="dxa"/>
          </w:tcPr>
          <w:p w:rsidR="003D5932" w:rsidRPr="007F100B" w:rsidRDefault="007F100B">
            <w:pPr>
              <w:jc w:val="center"/>
              <w:rPr>
                <w:color w:val="000000" w:themeColor="text1"/>
              </w:rPr>
            </w:pPr>
            <w:r w:rsidRPr="007F100B">
              <w:rPr>
                <w:b/>
                <w:color w:val="000000" w:themeColor="text1"/>
                <w:sz w:val="21"/>
              </w:rPr>
              <w:lastRenderedPageBreak/>
              <w:t>Okul Öğrenci Meclisi</w:t>
            </w:r>
            <w:r w:rsidRPr="007F100B">
              <w:rPr>
                <w:b/>
                <w:color w:val="000000" w:themeColor="text1"/>
                <w:sz w:val="21"/>
              </w:rPr>
              <w:br/>
            </w:r>
            <w:r w:rsidRPr="007F100B">
              <w:rPr>
                <w:color w:val="000000" w:themeColor="text1"/>
                <w:sz w:val="20"/>
              </w:rPr>
              <w:t>Hazırlayan</w:t>
            </w:r>
            <w:r w:rsidRPr="007F100B">
              <w:rPr>
                <w:color w:val="000000" w:themeColor="text1"/>
                <w:sz w:val="20"/>
              </w:rPr>
              <w:br/>
            </w:r>
            <w:r w:rsidRPr="007F100B">
              <w:rPr>
                <w:color w:val="000000" w:themeColor="text1"/>
                <w:sz w:val="19"/>
              </w:rPr>
              <w:t>Hazırlayan</w:t>
            </w:r>
          </w:p>
        </w:tc>
        <w:tc>
          <w:tcPr>
            <w:tcW w:w="4819" w:type="dxa"/>
          </w:tcPr>
          <w:p w:rsidR="003D5932" w:rsidRPr="007F100B" w:rsidRDefault="007F100B">
            <w:pPr>
              <w:jc w:val="center"/>
              <w:rPr>
                <w:color w:val="000000" w:themeColor="text1"/>
              </w:rPr>
            </w:pPr>
            <w:r w:rsidRPr="007F100B">
              <w:rPr>
                <w:b/>
                <w:color w:val="000000" w:themeColor="text1"/>
                <w:sz w:val="21"/>
              </w:rPr>
              <w:t>UYGUNDUR</w:t>
            </w:r>
            <w:r w:rsidRPr="007F100B">
              <w:rPr>
                <w:b/>
                <w:color w:val="000000" w:themeColor="text1"/>
                <w:sz w:val="21"/>
              </w:rPr>
              <w:br/>
            </w:r>
            <w:r w:rsidRPr="007F100B">
              <w:rPr>
                <w:b/>
                <w:color w:val="000000" w:themeColor="text1"/>
                <w:sz w:val="21"/>
              </w:rPr>
              <w:t>…… / …… / 2026</w:t>
            </w:r>
            <w:r w:rsidRPr="007F100B">
              <w:rPr>
                <w:b/>
                <w:color w:val="000000" w:themeColor="text1"/>
                <w:sz w:val="21"/>
              </w:rPr>
              <w:br/>
            </w:r>
            <w:r w:rsidRPr="007F100B">
              <w:rPr>
                <w:color w:val="000000" w:themeColor="text1"/>
                <w:sz w:val="20"/>
              </w:rPr>
              <w:t>……………………………</w:t>
            </w:r>
            <w:r w:rsidRPr="007F100B">
              <w:rPr>
                <w:color w:val="000000" w:themeColor="text1"/>
                <w:sz w:val="20"/>
              </w:rPr>
              <w:br/>
            </w:r>
            <w:r w:rsidRPr="007F100B">
              <w:rPr>
                <w:color w:val="000000" w:themeColor="text1"/>
                <w:sz w:val="19"/>
              </w:rPr>
              <w:t>Okul Müdürü</w:t>
            </w:r>
          </w:p>
        </w:tc>
      </w:tr>
    </w:tbl>
    <w:p w:rsidR="003D5932" w:rsidRPr="007F100B" w:rsidRDefault="007F100B">
      <w:pPr>
        <w:keepNext/>
        <w:pBdr>
          <w:bottom w:val="single" w:sz="8" w:space="2" w:color="8B5E3C"/>
        </w:pBdr>
        <w:spacing w:before="280" w:after="80"/>
        <w:rPr>
          <w:color w:val="000000" w:themeColor="text1"/>
        </w:rPr>
      </w:pPr>
      <w:proofErr w:type="spellStart"/>
      <w:r w:rsidRPr="007F100B">
        <w:rPr>
          <w:b/>
          <w:color w:val="000000" w:themeColor="text1"/>
          <w:sz w:val="26"/>
        </w:rPr>
        <w:t>KAYNAKÇA</w:t>
      </w:r>
      <w:proofErr w:type="spellEnd"/>
    </w:p>
    <w:p w:rsidR="003D5932" w:rsidRPr="007F100B" w:rsidRDefault="007F100B">
      <w:pPr>
        <w:pStyle w:val="ListeNumaras"/>
        <w:spacing w:after="40"/>
        <w:rPr>
          <w:color w:val="000000" w:themeColor="text1"/>
        </w:rPr>
      </w:pPr>
      <w:r w:rsidRPr="007F100B">
        <w:rPr>
          <w:color w:val="000000" w:themeColor="text1"/>
          <w:sz w:val="18"/>
        </w:rPr>
        <w:t>MEB — 24 Kasım Öğretmenler Günü ve tarihçesi (meb.gov.tr).</w:t>
      </w:r>
    </w:p>
    <w:p w:rsidR="003D5932" w:rsidRPr="007F100B" w:rsidRDefault="007F100B">
      <w:pPr>
        <w:pStyle w:val="ListeNumaras"/>
        <w:spacing w:after="40"/>
        <w:rPr>
          <w:color w:val="000000" w:themeColor="text1"/>
        </w:rPr>
      </w:pPr>
      <w:r w:rsidRPr="007F100B">
        <w:rPr>
          <w:color w:val="000000" w:themeColor="text1"/>
          <w:sz w:val="18"/>
        </w:rPr>
        <w:t xml:space="preserve">24 Kasım 1928 — Mustafa </w:t>
      </w:r>
      <w:r w:rsidRPr="007F100B">
        <w:rPr>
          <w:color w:val="000000" w:themeColor="text1"/>
          <w:sz w:val="18"/>
        </w:rPr>
        <w:t>Kemal Atatürk’e “Başöğretmen” unvanının verilmesi; Millet Mektepleri.</w:t>
      </w:r>
    </w:p>
    <w:p w:rsidR="003D5932" w:rsidRPr="007F100B" w:rsidRDefault="007F100B">
      <w:pPr>
        <w:pStyle w:val="ListeNumaras"/>
        <w:spacing w:after="40"/>
        <w:rPr>
          <w:color w:val="000000" w:themeColor="text1"/>
        </w:rPr>
      </w:pPr>
      <w:r w:rsidRPr="007F100B">
        <w:rPr>
          <w:color w:val="000000" w:themeColor="text1"/>
          <w:sz w:val="18"/>
        </w:rPr>
        <w:t>Atatürk Araştırma Merkezi — Atatürk ve eğitim (atam.gov.tr).</w:t>
      </w:r>
    </w:p>
    <w:sectPr w:rsidR="003D5932" w:rsidRPr="007F100B" w:rsidSect="00034616">
      <w:pgSz w:w="11906" w:h="16838"/>
      <w:pgMar w:top="907" w:right="1134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3D5932"/>
    <w:rsid w:val="007F100B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8A2FB4D"/>
  <w14:defaultImageDpi w14:val="300"/>
  <w15:docId w15:val="{DB1A8C23-829B-478A-B1EA-FAB68884D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Cambria" w:eastAsia="Cambria" w:hAnsi="Cambria"/>
      <w:color w:val="2E1E12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8EC73C2-FBBE-4164-A8B7-CBF14831CE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1061</Words>
  <Characters>6050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7097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 Kasım Öğretmenler Günü Kutlama Programı (2026-2027)</dc:title>
  <dc:subject>Belirli Günler ve Haftalar — 24 Kasım Öğretmenler Günü</dc:subject>
  <dc:creator>evrakburada</dc:creator>
  <cp:keywords>24 kasım öğretmenler günü kutlama programı, öğretmenler günü nasıl ortaya çıktı başöğretmen atatürk 1928, öğretmen şiirleri, atatürkün öğretmen sözleri, sunucu metni, belirli günler ve haftalar</cp:keywords>
  <dc:description/>
  <cp:lastModifiedBy>HP</cp:lastModifiedBy>
  <cp:revision>2</cp:revision>
  <dcterms:created xsi:type="dcterms:W3CDTF">2013-12-23T23:15:00Z</dcterms:created>
  <dcterms:modified xsi:type="dcterms:W3CDTF">2026-10-17T13:59:00Z</dcterms:modified>
  <cp:category/>
</cp:coreProperties>
</file>