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 w:after="8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40"/>
              </w:rPr>
              <w:t xml:space="preserve">24 </w:t>
            </w:r>
            <w:proofErr w:type="spellStart"/>
            <w:r w:rsidRPr="00287928">
              <w:rPr>
                <w:color w:val="000000" w:themeColor="text1"/>
                <w:sz w:val="40"/>
              </w:rPr>
              <w:t>EKİM</w:t>
            </w:r>
            <w:proofErr w:type="spellEnd"/>
            <w:r w:rsidRPr="00287928">
              <w:rPr>
                <w:color w:val="000000" w:themeColor="text1"/>
                <w:sz w:val="40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40"/>
              </w:rPr>
              <w:t>BİRLEŞMİŞ</w:t>
            </w:r>
            <w:proofErr w:type="spellEnd"/>
            <w:r w:rsidRPr="00287928">
              <w:rPr>
                <w:color w:val="000000" w:themeColor="text1"/>
                <w:sz w:val="40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40"/>
              </w:rPr>
              <w:t>MİLLETLER</w:t>
            </w:r>
            <w:proofErr w:type="spellEnd"/>
            <w:r w:rsidRPr="00287928">
              <w:rPr>
                <w:color w:val="000000" w:themeColor="text1"/>
                <w:sz w:val="40"/>
              </w:rPr>
              <w:t xml:space="preserve"> GÜNÜ</w:t>
            </w:r>
            <w:r w:rsidRPr="00287928">
              <w:rPr>
                <w:color w:val="000000" w:themeColor="text1"/>
                <w:sz w:val="40"/>
              </w:rPr>
              <w:br/>
              <w:t>PANO SETİ</w:t>
            </w:r>
          </w:p>
          <w:p w:rsidR="000E3572" w:rsidRPr="00287928" w:rsidRDefault="000E3572" w:rsidP="00287928">
            <w:pPr>
              <w:rPr>
                <w:color w:val="000000" w:themeColor="text1"/>
              </w:rPr>
            </w:pP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p w:rsidR="000E3572" w:rsidRPr="00287928" w:rsidRDefault="0075276A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287928">
        <w:rPr>
          <w:b/>
          <w:color w:val="000000" w:themeColor="text1"/>
          <w:sz w:val="26"/>
        </w:rPr>
        <w:t>BU SETTE NELER VAR?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>Pano başlığı</w:t>
      </w:r>
      <w:r w:rsidRPr="00287928">
        <w:rPr>
          <w:color w:val="000000" w:themeColor="text1"/>
        </w:rPr>
        <w:t xml:space="preserve"> — şeritler: “BİRLEŞMİŞ / MİLLETLER / GÜNÜ”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>Birleşmiş Milletler nedir?</w:t>
      </w:r>
      <w:r w:rsidRPr="00287928">
        <w:rPr>
          <w:color w:val="000000" w:themeColor="text1"/>
        </w:rPr>
        <w:t xml:space="preserve"> — bilgi kartları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 xml:space="preserve">BM’nin </w:t>
      </w:r>
      <w:r w:rsidRPr="00287928">
        <w:rPr>
          <w:b/>
          <w:color w:val="000000" w:themeColor="text1"/>
        </w:rPr>
        <w:t>amaçları</w:t>
      </w:r>
      <w:r w:rsidRPr="00287928">
        <w:rPr>
          <w:color w:val="000000" w:themeColor="text1"/>
        </w:rPr>
        <w:t xml:space="preserve"> — 4 kart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>Başlıca BM kuruluşları</w:t>
      </w:r>
      <w:r w:rsidRPr="00287928">
        <w:rPr>
          <w:color w:val="000000" w:themeColor="text1"/>
        </w:rPr>
        <w:t xml:space="preserve"> — UNICEF, UNESCO, WHO, FAO kartları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>Barış ve kardeşlik — güzel sözler</w:t>
      </w:r>
      <w:r w:rsidRPr="00287928">
        <w:rPr>
          <w:color w:val="000000" w:themeColor="text1"/>
        </w:rPr>
        <w:t xml:space="preserve"> — 8 söz kartı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>Biliyor muydunuz?</w:t>
      </w:r>
      <w:r w:rsidRPr="00287928">
        <w:rPr>
          <w:color w:val="000000" w:themeColor="text1"/>
        </w:rPr>
        <w:t xml:space="preserve"> — bilgi kartları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>Şiir panosu</w:t>
      </w:r>
      <w:r w:rsidRPr="00287928">
        <w:rPr>
          <w:color w:val="000000" w:themeColor="text1"/>
        </w:rPr>
        <w:t xml:space="preserve"> — “Barış”</w:t>
      </w:r>
    </w:p>
    <w:p w:rsidR="000E3572" w:rsidRPr="00287928" w:rsidRDefault="0075276A">
      <w:pPr>
        <w:pStyle w:val="ListeNumaras"/>
        <w:spacing w:after="60"/>
        <w:rPr>
          <w:color w:val="000000" w:themeColor="text1"/>
        </w:rPr>
      </w:pPr>
      <w:r w:rsidRPr="00287928">
        <w:rPr>
          <w:b/>
          <w:color w:val="000000" w:themeColor="text1"/>
        </w:rPr>
        <w:t>Barış sözüm</w:t>
      </w:r>
      <w:r w:rsidRPr="00287928">
        <w:rPr>
          <w:color w:val="000000" w:themeColor="text1"/>
        </w:rPr>
        <w:t xml:space="preserve"> — öğrencilerin dolduracağı 4 kart</w:t>
      </w:r>
    </w:p>
    <w:p w:rsidR="000E3572" w:rsidRPr="00287928" w:rsidRDefault="0075276A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287928">
        <w:rPr>
          <w:b/>
          <w:color w:val="000000" w:themeColor="text1"/>
          <w:sz w:val="26"/>
        </w:rPr>
        <w:t>NASIL KULLANILIR?</w:t>
      </w:r>
    </w:p>
    <w:p w:rsidR="000E3572" w:rsidRPr="00287928" w:rsidRDefault="0075276A">
      <w:pPr>
        <w:pStyle w:val="ListeMaddemi"/>
        <w:spacing w:after="60"/>
        <w:rPr>
          <w:color w:val="000000" w:themeColor="text1"/>
        </w:rPr>
      </w:pPr>
      <w:r w:rsidRPr="00287928">
        <w:rPr>
          <w:color w:val="000000" w:themeColor="text1"/>
        </w:rPr>
        <w:t xml:space="preserve">Sayfaları </w:t>
      </w:r>
      <w:r w:rsidRPr="00287928">
        <w:rPr>
          <w:b/>
          <w:color w:val="000000" w:themeColor="text1"/>
        </w:rPr>
        <w:t>renkli yazıcıda A4</w:t>
      </w:r>
      <w:r w:rsidRPr="00287928">
        <w:rPr>
          <w:color w:val="000000" w:themeColor="text1"/>
        </w:rPr>
        <w:t xml:space="preserve"> olarak yazdırın; kalın kâğıt ya da fon kartonu tercih edin.</w:t>
      </w:r>
    </w:p>
    <w:p w:rsidR="000E3572" w:rsidRPr="00287928" w:rsidRDefault="0075276A">
      <w:pPr>
        <w:pStyle w:val="ListeMaddemi"/>
        <w:spacing w:after="60"/>
        <w:rPr>
          <w:color w:val="000000" w:themeColor="text1"/>
        </w:rPr>
      </w:pPr>
      <w:r w:rsidRPr="00287928">
        <w:rPr>
          <w:color w:val="000000" w:themeColor="text1"/>
        </w:rPr>
        <w:t xml:space="preserve">Kartları </w:t>
      </w:r>
      <w:r w:rsidRPr="00287928">
        <w:rPr>
          <w:b/>
          <w:color w:val="000000" w:themeColor="text1"/>
        </w:rPr>
        <w:t>kesik çizgilerden</w:t>
      </w:r>
      <w:r w:rsidRPr="00287928">
        <w:rPr>
          <w:color w:val="000000" w:themeColor="text1"/>
        </w:rPr>
        <w:t xml:space="preserve"> kesin; mavi, sarı ya da renkli fon kartonuna yapıştırarak çerçeveleyin.</w:t>
      </w:r>
    </w:p>
    <w:p w:rsidR="000E3572" w:rsidRPr="00287928" w:rsidRDefault="0075276A">
      <w:pPr>
        <w:pStyle w:val="ListeMaddemi"/>
        <w:spacing w:after="60"/>
        <w:rPr>
          <w:color w:val="000000" w:themeColor="text1"/>
        </w:rPr>
      </w:pPr>
      <w:r w:rsidRPr="00287928">
        <w:rPr>
          <w:color w:val="000000" w:themeColor="text1"/>
        </w:rPr>
        <w:t>Başlık şeritlerini panonun üstüne dizin; kartları altına konu konu gruplayın.</w:t>
      </w:r>
    </w:p>
    <w:p w:rsidR="000E3572" w:rsidRPr="00287928" w:rsidRDefault="0075276A">
      <w:pPr>
        <w:pStyle w:val="ListeMaddemi"/>
        <w:spacing w:after="60"/>
        <w:rPr>
          <w:color w:val="000000" w:themeColor="text1"/>
        </w:rPr>
      </w:pPr>
      <w:r w:rsidRPr="00287928">
        <w:rPr>
          <w:color w:val="000000" w:themeColor="text1"/>
        </w:rPr>
        <w:t>“Barış sözüm” kartlarını öğrencilere dağıtın; doldurulan kartlar panonun en dikkat çeken bölümü olur.</w:t>
      </w:r>
    </w:p>
    <w:p w:rsidR="000E3572" w:rsidRPr="00287928" w:rsidRDefault="0075276A">
      <w:pPr>
        <w:pStyle w:val="ListeMaddemi"/>
        <w:spacing w:after="60"/>
        <w:rPr>
          <w:color w:val="000000" w:themeColor="text1"/>
        </w:rPr>
      </w:pPr>
      <w:r w:rsidRPr="00287928">
        <w:rPr>
          <w:color w:val="000000" w:themeColor="text1"/>
        </w:rPr>
        <w:t>Panoyu farklı ülke bayrakları ve dünya çocukları görselleriyle zenginleştirin.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rPr>
                <w:color w:val="000000" w:themeColor="text1"/>
              </w:rPr>
            </w:pPr>
            <w:r w:rsidRPr="00287928">
              <w:rPr>
                <w:color w:val="000000" w:themeColor="text1"/>
              </w:rPr>
              <w:t>Bilgi</w:t>
            </w:r>
          </w:p>
          <w:p w:rsidR="000E3572" w:rsidRPr="00287928" w:rsidRDefault="0075276A">
            <w:pPr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1"/>
              </w:rPr>
              <w:t xml:space="preserve">Birleşmiş Milletler Antlaşması </w:t>
            </w:r>
            <w:r w:rsidRPr="00287928">
              <w:rPr>
                <w:color w:val="000000" w:themeColor="text1"/>
                <w:sz w:val="21"/>
              </w:rPr>
              <w:t>24 Ekim 1945</w:t>
            </w:r>
            <w:r w:rsidRPr="00287928">
              <w:rPr>
                <w:b w:val="0"/>
                <w:color w:val="000000" w:themeColor="text1"/>
                <w:sz w:val="21"/>
              </w:rPr>
              <w:t>’te yürürlüğe girdiği için</w:t>
            </w:r>
            <w:r w:rsidRPr="00287928">
              <w:rPr>
                <w:b w:val="0"/>
                <w:color w:val="000000" w:themeColor="text1"/>
                <w:sz w:val="21"/>
              </w:rPr>
              <w:t xml:space="preserve"> </w:t>
            </w:r>
            <w:r w:rsidRPr="00287928">
              <w:rPr>
                <w:color w:val="000000" w:themeColor="text1"/>
                <w:sz w:val="21"/>
              </w:rPr>
              <w:t>24 Ekim</w:t>
            </w:r>
            <w:r w:rsidRPr="00287928">
              <w:rPr>
                <w:b w:val="0"/>
                <w:color w:val="000000" w:themeColor="text1"/>
                <w:sz w:val="21"/>
              </w:rPr>
              <w:t xml:space="preserve"> Birleşmiş Milletler Günü’dür. 2026’da 24 Ekim </w:t>
            </w:r>
            <w:r w:rsidRPr="00287928">
              <w:rPr>
                <w:color w:val="000000" w:themeColor="text1"/>
                <w:sz w:val="21"/>
              </w:rPr>
              <w:t>Cumartesi</w:t>
            </w:r>
            <w:r w:rsidRPr="00287928">
              <w:rPr>
                <w:b w:val="0"/>
                <w:color w:val="000000" w:themeColor="text1"/>
                <w:sz w:val="21"/>
              </w:rPr>
              <w:t xml:space="preserve">’ye denk geldiği için pano </w:t>
            </w:r>
            <w:r w:rsidRPr="00287928">
              <w:rPr>
                <w:color w:val="000000" w:themeColor="text1"/>
                <w:sz w:val="21"/>
              </w:rPr>
              <w:t>23 Ekim Cuma</w:t>
            </w:r>
            <w:r w:rsidRPr="00287928">
              <w:rPr>
                <w:b w:val="0"/>
                <w:color w:val="000000" w:themeColor="text1"/>
                <w:sz w:val="21"/>
              </w:rPr>
              <w:t xml:space="preserve"> günü hazır olmalıdır.</w:t>
            </w:r>
          </w:p>
        </w:tc>
      </w:tr>
    </w:tbl>
    <w:p w:rsidR="000E3572" w:rsidRPr="00287928" w:rsidRDefault="000E3572">
      <w:pPr>
        <w:spacing w:after="0"/>
        <w:rPr>
          <w:color w:val="000000" w:themeColor="text1"/>
        </w:rPr>
      </w:pPr>
    </w:p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108"/>
              </w:rPr>
              <w:lastRenderedPageBreak/>
              <w:t>BİRLEŞMİŞ</w:t>
            </w:r>
          </w:p>
        </w:tc>
      </w:tr>
    </w:tbl>
    <w:p w:rsidR="000E3572" w:rsidRPr="00287928" w:rsidRDefault="000E3572">
      <w:pPr>
        <w:spacing w:after="80"/>
        <w:rPr>
          <w:color w:val="000000" w:themeColor="text1"/>
        </w:rPr>
      </w:pPr>
    </w:p>
    <w:tbl>
      <w:tblPr>
        <w:tblStyle w:val="KlavuzuTablo4-Vurgu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108"/>
              </w:rPr>
              <w:t>MİLLETLER</w:t>
            </w:r>
          </w:p>
        </w:tc>
      </w:tr>
    </w:tbl>
    <w:p w:rsidR="000E3572" w:rsidRPr="00287928" w:rsidRDefault="000E3572">
      <w:pPr>
        <w:spacing w:after="80"/>
        <w:rPr>
          <w:color w:val="000000" w:themeColor="text1"/>
        </w:rPr>
      </w:pPr>
    </w:p>
    <w:tbl>
      <w:tblPr>
        <w:tblStyle w:val="KlavuzuTablo4-Vurgu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128"/>
              </w:rPr>
              <w:t>GÜNÜ</w:t>
            </w:r>
          </w:p>
        </w:tc>
      </w:tr>
    </w:tbl>
    <w:p w:rsidR="000E3572" w:rsidRPr="00287928" w:rsidRDefault="000E3572">
      <w:pPr>
        <w:spacing w:after="80"/>
        <w:rPr>
          <w:color w:val="000000" w:themeColor="text1"/>
        </w:rPr>
      </w:pPr>
    </w:p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48"/>
              </w:rPr>
              <w:lastRenderedPageBreak/>
              <w:t>BİRLEŞMİŞ MİLLETLER NEDİR?</w:t>
            </w: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30"/>
              </w:rPr>
              <w:t xml:space="preserve">Dünya </w:t>
            </w:r>
            <w:r w:rsidRPr="00287928">
              <w:rPr>
                <w:color w:val="000000" w:themeColor="text1"/>
                <w:sz w:val="30"/>
              </w:rPr>
              <w:t>barışını korumak</w:t>
            </w:r>
            <w:r w:rsidRPr="00287928">
              <w:rPr>
                <w:b w:val="0"/>
                <w:color w:val="000000" w:themeColor="text1"/>
                <w:sz w:val="30"/>
              </w:rPr>
              <w:t xml:space="preserve"> için kurulmuş uluslararası örgüttür.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30"/>
              </w:rPr>
              <w:t xml:space="preserve">BM Antlaşması </w:t>
            </w:r>
            <w:r w:rsidRPr="00287928">
              <w:rPr>
                <w:color w:val="000000" w:themeColor="text1"/>
                <w:sz w:val="30"/>
              </w:rPr>
              <w:t>24 Ekim 1945</w:t>
            </w:r>
            <w:r w:rsidRPr="00287928">
              <w:rPr>
                <w:b w:val="0"/>
                <w:color w:val="000000" w:themeColor="text1"/>
                <w:sz w:val="30"/>
              </w:rPr>
              <w:t>’te yürürlüğe girdi.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proofErr w:type="spellStart"/>
            <w:r w:rsidRPr="00287928">
              <w:rPr>
                <w:color w:val="000000" w:themeColor="text1"/>
                <w:sz w:val="30"/>
              </w:rPr>
              <w:t>Türkiye</w:t>
            </w:r>
            <w:proofErr w:type="spellEnd"/>
            <w:r w:rsidRPr="00287928">
              <w:rPr>
                <w:color w:val="000000" w:themeColor="text1"/>
                <w:sz w:val="30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30"/>
              </w:rPr>
              <w:t>kurucu</w:t>
            </w:r>
            <w:proofErr w:type="spellEnd"/>
            <w:r w:rsidRPr="00287928">
              <w:rPr>
                <w:color w:val="000000" w:themeColor="text1"/>
                <w:sz w:val="30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30"/>
              </w:rPr>
              <w:t>üyedir</w:t>
            </w:r>
            <w:proofErr w:type="spellEnd"/>
            <w:r w:rsidRPr="00287928">
              <w:rPr>
                <w:color w:val="000000" w:themeColor="text1"/>
                <w:sz w:val="30"/>
              </w:rPr>
              <w:t>.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30"/>
              </w:rPr>
              <w:t xml:space="preserve">Kuruluşta </w:t>
            </w:r>
            <w:r w:rsidRPr="00287928">
              <w:rPr>
                <w:b/>
                <w:color w:val="000000" w:themeColor="text1"/>
                <w:sz w:val="30"/>
              </w:rPr>
              <w:t>51</w:t>
            </w:r>
            <w:r w:rsidRPr="00287928">
              <w:rPr>
                <w:color w:val="000000" w:themeColor="text1"/>
                <w:sz w:val="30"/>
              </w:rPr>
              <w:t xml:space="preserve">, bugün </w:t>
            </w:r>
            <w:r w:rsidRPr="00287928">
              <w:rPr>
                <w:b/>
                <w:color w:val="000000" w:themeColor="text1"/>
                <w:sz w:val="30"/>
              </w:rPr>
              <w:t>193</w:t>
            </w:r>
            <w:r w:rsidRPr="00287928">
              <w:rPr>
                <w:color w:val="000000" w:themeColor="text1"/>
                <w:sz w:val="30"/>
              </w:rPr>
              <w:t xml:space="preserve"> üye devlet.</w:t>
            </w:r>
          </w:p>
        </w:tc>
      </w:tr>
      <w:tr w:rsidR="00287928" w:rsidRPr="00287928" w:rsidTr="00287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proofErr w:type="spellStart"/>
            <w:r w:rsidRPr="00287928">
              <w:rPr>
                <w:b w:val="0"/>
                <w:color w:val="000000" w:themeColor="text1"/>
                <w:sz w:val="30"/>
              </w:rPr>
              <w:t>Merkezi</w:t>
            </w:r>
            <w:proofErr w:type="spellEnd"/>
            <w:r w:rsidRPr="00287928">
              <w:rPr>
                <w:b w:val="0"/>
                <w:color w:val="000000" w:themeColor="text1"/>
                <w:sz w:val="30"/>
              </w:rPr>
              <w:t xml:space="preserve"> </w:t>
            </w:r>
            <w:r w:rsidRPr="00287928">
              <w:rPr>
                <w:color w:val="000000" w:themeColor="text1"/>
                <w:sz w:val="30"/>
              </w:rPr>
              <w:t xml:space="preserve">New </w:t>
            </w:r>
            <w:proofErr w:type="spellStart"/>
            <w:r w:rsidRPr="00287928">
              <w:rPr>
                <w:color w:val="000000" w:themeColor="text1"/>
                <w:sz w:val="30"/>
              </w:rPr>
              <w:t>York</w:t>
            </w:r>
            <w:r w:rsidRPr="00287928">
              <w:rPr>
                <w:b w:val="0"/>
                <w:color w:val="000000" w:themeColor="text1"/>
                <w:sz w:val="30"/>
              </w:rPr>
              <w:t>’tadır</w:t>
            </w:r>
            <w:proofErr w:type="spellEnd"/>
            <w:r w:rsidRPr="00287928">
              <w:rPr>
                <w:b w:val="0"/>
                <w:color w:val="000000" w:themeColor="text1"/>
                <w:sz w:val="30"/>
              </w:rPr>
              <w:t>.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30"/>
              </w:rPr>
              <w:t xml:space="preserve">Amacı: barış, insan hakları ve </w:t>
            </w:r>
            <w:r w:rsidRPr="00287928">
              <w:rPr>
                <w:b/>
                <w:color w:val="000000" w:themeColor="text1"/>
                <w:sz w:val="30"/>
              </w:rPr>
              <w:t>iş birliği</w:t>
            </w:r>
            <w:r w:rsidRPr="00287928">
              <w:rPr>
                <w:color w:val="000000" w:themeColor="text1"/>
                <w:sz w:val="30"/>
              </w:rPr>
              <w:t>.</w:t>
            </w:r>
          </w:p>
        </w:tc>
      </w:tr>
    </w:tbl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52"/>
              </w:rPr>
              <w:lastRenderedPageBreak/>
              <w:t>BM’NİN AMAÇLARI</w:t>
            </w: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320" w:after="32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48"/>
              </w:rPr>
              <w:t>1</w:t>
            </w:r>
            <w:r w:rsidRPr="00287928">
              <w:rPr>
                <w:color w:val="000000" w:themeColor="text1"/>
                <w:sz w:val="48"/>
              </w:rPr>
              <w:br/>
            </w:r>
            <w:r w:rsidRPr="00287928">
              <w:rPr>
                <w:b w:val="0"/>
                <w:color w:val="000000" w:themeColor="text1"/>
                <w:sz w:val="32"/>
              </w:rPr>
              <w:t xml:space="preserve">Dünya </w:t>
            </w:r>
            <w:r w:rsidRPr="00287928">
              <w:rPr>
                <w:color w:val="000000" w:themeColor="text1"/>
                <w:sz w:val="32"/>
              </w:rPr>
              <w:t>barışını ve güvenliğini</w:t>
            </w:r>
            <w:r w:rsidRPr="00287928">
              <w:rPr>
                <w:b w:val="0"/>
                <w:color w:val="000000" w:themeColor="text1"/>
                <w:sz w:val="32"/>
              </w:rPr>
              <w:t xml:space="preserve"> korumak.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320" w:after="3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48"/>
              </w:rPr>
              <w:t>2</w:t>
            </w:r>
            <w:r w:rsidRPr="00287928">
              <w:rPr>
                <w:color w:val="000000" w:themeColor="text1"/>
                <w:sz w:val="48"/>
              </w:rPr>
              <w:br/>
            </w:r>
            <w:r w:rsidRPr="00287928">
              <w:rPr>
                <w:b w:val="0"/>
                <w:color w:val="000000" w:themeColor="text1"/>
                <w:sz w:val="32"/>
              </w:rPr>
              <w:t xml:space="preserve">Uluslar arasında </w:t>
            </w:r>
            <w:r w:rsidRPr="00287928">
              <w:rPr>
                <w:color w:val="000000" w:themeColor="text1"/>
                <w:sz w:val="32"/>
              </w:rPr>
              <w:t>dostça ilişkiler</w:t>
            </w:r>
            <w:r w:rsidRPr="00287928">
              <w:rPr>
                <w:b w:val="0"/>
                <w:color w:val="000000" w:themeColor="text1"/>
                <w:sz w:val="32"/>
              </w:rPr>
              <w:t xml:space="preserve"> geliştirmek.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320" w:after="32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48"/>
              </w:rPr>
              <w:t>3</w:t>
            </w:r>
            <w:r w:rsidRPr="00287928">
              <w:rPr>
                <w:color w:val="000000" w:themeColor="text1"/>
                <w:sz w:val="48"/>
              </w:rPr>
              <w:br/>
            </w:r>
            <w:proofErr w:type="spellStart"/>
            <w:r w:rsidRPr="00287928">
              <w:rPr>
                <w:color w:val="000000" w:themeColor="text1"/>
                <w:sz w:val="32"/>
              </w:rPr>
              <w:t>İnsan</w:t>
            </w:r>
            <w:proofErr w:type="spellEnd"/>
            <w:r w:rsidRPr="00287928">
              <w:rPr>
                <w:color w:val="000000" w:themeColor="text1"/>
                <w:sz w:val="32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32"/>
              </w:rPr>
              <w:t>haklarına</w:t>
            </w:r>
            <w:proofErr w:type="spellEnd"/>
            <w:r w:rsidRPr="00287928">
              <w:rPr>
                <w:b w:val="0"/>
                <w:color w:val="000000" w:themeColor="text1"/>
                <w:sz w:val="32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32"/>
              </w:rPr>
              <w:t>saygıyı</w:t>
            </w:r>
            <w:proofErr w:type="spellEnd"/>
            <w:r w:rsidRPr="00287928">
              <w:rPr>
                <w:b w:val="0"/>
                <w:color w:val="000000" w:themeColor="text1"/>
                <w:sz w:val="32"/>
              </w:rPr>
              <w:t xml:space="preserve"> yaygınlaştırmak.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320" w:after="3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b/>
                <w:color w:val="000000" w:themeColor="text1"/>
                <w:sz w:val="48"/>
              </w:rPr>
              <w:t>4</w:t>
            </w:r>
            <w:r w:rsidRPr="00287928">
              <w:rPr>
                <w:b/>
                <w:color w:val="000000" w:themeColor="text1"/>
                <w:sz w:val="48"/>
              </w:rPr>
              <w:br/>
            </w:r>
            <w:r w:rsidRPr="00287928">
              <w:rPr>
                <w:color w:val="000000" w:themeColor="text1"/>
                <w:sz w:val="32"/>
              </w:rPr>
              <w:t xml:space="preserve">Ekonomik, sosyal ve kültürel </w:t>
            </w:r>
            <w:r w:rsidRPr="00287928">
              <w:rPr>
                <w:b/>
                <w:color w:val="000000" w:themeColor="text1"/>
                <w:sz w:val="32"/>
              </w:rPr>
              <w:t>iş birliği</w:t>
            </w:r>
            <w:r w:rsidRPr="00287928">
              <w:rPr>
                <w:color w:val="000000" w:themeColor="text1"/>
                <w:sz w:val="32"/>
              </w:rPr>
              <w:t xml:space="preserve"> sağlamak.</w:t>
            </w:r>
          </w:p>
        </w:tc>
      </w:tr>
    </w:tbl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48"/>
              </w:rPr>
              <w:lastRenderedPageBreak/>
              <w:t>BAŞLICA BM KURULUŞLARI</w:t>
            </w: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80" w:after="28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30"/>
              </w:rPr>
              <w:t>UNICEF</w:t>
            </w:r>
            <w:r w:rsidRPr="00287928">
              <w:rPr>
                <w:b w:val="0"/>
                <w:color w:val="000000" w:themeColor="text1"/>
                <w:sz w:val="30"/>
              </w:rPr>
              <w:br/>
              <w:t>Çocuklara yönelik çalışır: sağlık, eğitim, koruma.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80" w:after="2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30"/>
              </w:rPr>
              <w:t>UNESCO</w:t>
            </w:r>
            <w:r w:rsidRPr="00287928">
              <w:rPr>
                <w:b w:val="0"/>
                <w:color w:val="000000" w:themeColor="text1"/>
                <w:sz w:val="30"/>
              </w:rPr>
              <w:br/>
              <w:t xml:space="preserve">Eğitim, bilim ve kültür alanında </w:t>
            </w:r>
            <w:r w:rsidRPr="00287928">
              <w:rPr>
                <w:b w:val="0"/>
                <w:color w:val="000000" w:themeColor="text1"/>
                <w:sz w:val="30"/>
              </w:rPr>
              <w:t>çalışır.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80" w:after="280"/>
              <w:rPr>
                <w:color w:val="000000" w:themeColor="text1"/>
              </w:rPr>
            </w:pPr>
            <w:proofErr w:type="spellStart"/>
            <w:r w:rsidRPr="00287928">
              <w:rPr>
                <w:color w:val="000000" w:themeColor="text1"/>
                <w:sz w:val="30"/>
              </w:rPr>
              <w:t>DSÖ</w:t>
            </w:r>
            <w:proofErr w:type="spellEnd"/>
            <w:r w:rsidRPr="00287928">
              <w:rPr>
                <w:color w:val="000000" w:themeColor="text1"/>
                <w:sz w:val="30"/>
              </w:rPr>
              <w:t xml:space="preserve"> (WHO)</w:t>
            </w:r>
            <w:r w:rsidRPr="00287928">
              <w:rPr>
                <w:b w:val="0"/>
                <w:color w:val="000000" w:themeColor="text1"/>
                <w:sz w:val="30"/>
              </w:rPr>
              <w:br/>
            </w:r>
            <w:proofErr w:type="spellStart"/>
            <w:r w:rsidRPr="00287928">
              <w:rPr>
                <w:b w:val="0"/>
                <w:color w:val="000000" w:themeColor="text1"/>
                <w:sz w:val="30"/>
              </w:rPr>
              <w:t>Dünya</w:t>
            </w:r>
            <w:proofErr w:type="spellEnd"/>
            <w:r w:rsidRPr="00287928">
              <w:rPr>
                <w:b w:val="0"/>
                <w:color w:val="000000" w:themeColor="text1"/>
                <w:sz w:val="30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30"/>
              </w:rPr>
              <w:t>sağlığını</w:t>
            </w:r>
            <w:proofErr w:type="spellEnd"/>
            <w:r w:rsidRPr="00287928">
              <w:rPr>
                <w:b w:val="0"/>
                <w:color w:val="000000" w:themeColor="text1"/>
                <w:sz w:val="30"/>
              </w:rPr>
              <w:t xml:space="preserve"> korumak için çalışır.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80" w:after="2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b/>
                <w:color w:val="000000" w:themeColor="text1"/>
                <w:sz w:val="30"/>
              </w:rPr>
              <w:t>FAO</w:t>
            </w:r>
            <w:r w:rsidRPr="00287928">
              <w:rPr>
                <w:color w:val="000000" w:themeColor="text1"/>
                <w:sz w:val="30"/>
              </w:rPr>
              <w:br/>
              <w:t>Gıda ve tarım; açlıkla mücadele eder.</w:t>
            </w:r>
          </w:p>
        </w:tc>
      </w:tr>
    </w:tbl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40"/>
              </w:rPr>
              <w:lastRenderedPageBreak/>
              <w:t>BARIŞ VE KARDEŞLİK — GÜZEL SÖZLER</w:t>
            </w: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8"/>
              </w:rPr>
              <w:t>“Yurtta sulh, cihanda sulh.”</w:t>
            </w:r>
            <w:r w:rsidRPr="00287928">
              <w:rPr>
                <w:b w:val="0"/>
                <w:color w:val="000000" w:themeColor="text1"/>
                <w:sz w:val="28"/>
              </w:rPr>
              <w:br/>
              <w:t>— Mustafa Kemal Atatürk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8"/>
              </w:rPr>
              <w:t>“Dünya hepimizin ortak evidir.”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8"/>
              </w:rPr>
              <w:t>“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Barış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,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kazanılması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gereken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en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r w:rsidRPr="00287928">
              <w:rPr>
                <w:b w:val="0"/>
                <w:color w:val="000000" w:themeColor="text1"/>
                <w:sz w:val="28"/>
              </w:rPr>
              <w:t>güzel zaferdir.”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28"/>
              </w:rPr>
              <w:t>“Birlikten kuvvet doğar.”</w:t>
            </w:r>
          </w:p>
        </w:tc>
      </w:tr>
      <w:tr w:rsidR="00287928" w:rsidRPr="00287928" w:rsidTr="00287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8"/>
              </w:rPr>
              <w:t>“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İyilik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,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dünyanın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her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dilinde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anlaşılır.”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28"/>
              </w:rPr>
              <w:t>“Sevgi ve saygı, barışın iki kanadıdır.”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8"/>
              </w:rPr>
              <w:t>“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Bir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gülümseme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,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en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kısa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barış yoludur.”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28"/>
              </w:rPr>
              <w:t>“Farklı renkler, aynı gökkuşağı.”</w:t>
            </w:r>
          </w:p>
        </w:tc>
      </w:tr>
    </w:tbl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56"/>
              </w:rPr>
              <w:lastRenderedPageBreak/>
              <w:t>BİLİYOR MUYDUNUZ?</w:t>
            </w: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40" w:after="240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8"/>
              </w:rPr>
              <w:t xml:space="preserve">Birleşmiş Milletler </w:t>
            </w:r>
            <w:r w:rsidRPr="00287928">
              <w:rPr>
                <w:color w:val="000000" w:themeColor="text1"/>
                <w:sz w:val="28"/>
              </w:rPr>
              <w:t xml:space="preserve">24 Ekim </w:t>
            </w:r>
            <w:r w:rsidRPr="00287928">
              <w:rPr>
                <w:color w:val="000000" w:themeColor="text1"/>
                <w:sz w:val="28"/>
              </w:rPr>
              <w:t>1945</w:t>
            </w:r>
            <w:r w:rsidRPr="00287928">
              <w:rPr>
                <w:b w:val="0"/>
                <w:color w:val="000000" w:themeColor="text1"/>
                <w:sz w:val="28"/>
              </w:rPr>
              <w:t xml:space="preserve">’te resmen kuruldu; </w:t>
            </w:r>
            <w:r w:rsidRPr="00287928">
              <w:rPr>
                <w:color w:val="000000" w:themeColor="text1"/>
                <w:sz w:val="28"/>
              </w:rPr>
              <w:t>24 Ekim</w:t>
            </w:r>
            <w:r w:rsidRPr="00287928">
              <w:rPr>
                <w:b w:val="0"/>
                <w:color w:val="000000" w:themeColor="text1"/>
                <w:sz w:val="28"/>
              </w:rPr>
              <w:t xml:space="preserve"> her yıl BM Günü olarak kutlanır.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40" w:after="240"/>
              <w:rPr>
                <w:color w:val="000000" w:themeColor="text1"/>
              </w:rPr>
            </w:pPr>
            <w:proofErr w:type="spellStart"/>
            <w:r w:rsidRPr="00287928">
              <w:rPr>
                <w:color w:val="000000" w:themeColor="text1"/>
                <w:sz w:val="28"/>
              </w:rPr>
              <w:t>Türkiye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,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Birleşmiş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Milletlerin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28"/>
              </w:rPr>
              <w:t>kurucu</w:t>
            </w:r>
            <w:proofErr w:type="spellEnd"/>
            <w:r w:rsidRPr="00287928">
              <w:rPr>
                <w:color w:val="000000" w:themeColor="text1"/>
                <w:sz w:val="28"/>
              </w:rPr>
              <w:t xml:space="preserve"> üyeleri</w:t>
            </w:r>
            <w:r w:rsidRPr="00287928">
              <w:rPr>
                <w:b w:val="0"/>
                <w:color w:val="000000" w:themeColor="text1"/>
                <w:sz w:val="28"/>
              </w:rPr>
              <w:t xml:space="preserve"> arasındadır.</w:t>
            </w:r>
          </w:p>
        </w:tc>
      </w:tr>
      <w:tr w:rsidR="00287928" w:rsidRPr="00287928" w:rsidTr="00287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40" w:after="240"/>
              <w:rPr>
                <w:color w:val="000000" w:themeColor="text1"/>
              </w:rPr>
            </w:pP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BM’nin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bugün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r w:rsidRPr="00287928">
              <w:rPr>
                <w:color w:val="000000" w:themeColor="text1"/>
                <w:sz w:val="28"/>
              </w:rPr>
              <w:t xml:space="preserve">193 </w:t>
            </w:r>
            <w:proofErr w:type="spellStart"/>
            <w:r w:rsidRPr="00287928">
              <w:rPr>
                <w:color w:val="000000" w:themeColor="text1"/>
                <w:sz w:val="28"/>
              </w:rPr>
              <w:t>üye</w:t>
            </w:r>
            <w:proofErr w:type="spellEnd"/>
            <w:r w:rsidRPr="00287928">
              <w:rPr>
                <w:color w:val="000000" w:themeColor="text1"/>
                <w:sz w:val="28"/>
              </w:rPr>
              <w:t xml:space="preserve"> devleti</w:t>
            </w:r>
            <w:r w:rsidRPr="00287928">
              <w:rPr>
                <w:b w:val="0"/>
                <w:color w:val="000000" w:themeColor="text1"/>
                <w:sz w:val="28"/>
              </w:rPr>
              <w:t xml:space="preserve"> vardır; merkezi </w:t>
            </w:r>
            <w:r w:rsidRPr="00287928">
              <w:rPr>
                <w:color w:val="000000" w:themeColor="text1"/>
                <w:sz w:val="28"/>
              </w:rPr>
              <w:t>New York</w:t>
            </w:r>
            <w:r w:rsidRPr="00287928">
              <w:rPr>
                <w:b w:val="0"/>
                <w:color w:val="000000" w:themeColor="text1"/>
                <w:sz w:val="28"/>
              </w:rPr>
              <w:t>’tadır.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40" w:after="240"/>
              <w:rPr>
                <w:color w:val="000000" w:themeColor="text1"/>
              </w:rPr>
            </w:pP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BM’nin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resmî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altı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</w:t>
            </w:r>
            <w:proofErr w:type="spellStart"/>
            <w:r w:rsidRPr="00287928">
              <w:rPr>
                <w:b w:val="0"/>
                <w:color w:val="000000" w:themeColor="text1"/>
                <w:sz w:val="28"/>
              </w:rPr>
              <w:t>dili</w:t>
            </w:r>
            <w:proofErr w:type="spellEnd"/>
            <w:r w:rsidRPr="00287928">
              <w:rPr>
                <w:b w:val="0"/>
                <w:color w:val="000000" w:themeColor="text1"/>
                <w:sz w:val="28"/>
              </w:rPr>
              <w:t xml:space="preserve"> vardır; başlıca organlarından biri </w:t>
            </w:r>
            <w:r w:rsidRPr="00287928">
              <w:rPr>
                <w:color w:val="000000" w:themeColor="text1"/>
                <w:sz w:val="28"/>
              </w:rPr>
              <w:t xml:space="preserve">Genel </w:t>
            </w:r>
            <w:r w:rsidRPr="00287928">
              <w:rPr>
                <w:color w:val="000000" w:themeColor="text1"/>
                <w:sz w:val="28"/>
              </w:rPr>
              <w:t>Kurul</w:t>
            </w:r>
            <w:r w:rsidRPr="00287928">
              <w:rPr>
                <w:b w:val="0"/>
                <w:color w:val="000000" w:themeColor="text1"/>
                <w:sz w:val="28"/>
              </w:rPr>
              <w:t>’dur.</w:t>
            </w:r>
          </w:p>
        </w:tc>
      </w:tr>
    </w:tbl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56"/>
              </w:rPr>
              <w:lastRenderedPageBreak/>
              <w:t>BARIŞ</w:t>
            </w: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80" w:after="28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i/>
                <w:color w:val="000000" w:themeColor="text1"/>
                <w:sz w:val="38"/>
              </w:rPr>
              <w:t>Bir çiçek açsın her bahçede,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Bir güvercin uçsun gökyüzünde;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Silinsin kavga, bitsin gözyaşı,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Barış gülsün her yürekte.</w:t>
            </w:r>
          </w:p>
          <w:p w:rsidR="000E3572" w:rsidRPr="00287928" w:rsidRDefault="0075276A">
            <w:pPr>
              <w:spacing w:before="80" w:after="28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i/>
                <w:color w:val="000000" w:themeColor="text1"/>
                <w:sz w:val="38"/>
              </w:rPr>
              <w:t>Çocuklar oynasın korkusuzca,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Sofralar dolsun bütün evlerde;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Dostluk büyüsün sınır tanımadan,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 xml:space="preserve">Sevgi dolaşsın 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t>ülkelerde.</w:t>
            </w:r>
          </w:p>
          <w:p w:rsidR="000E3572" w:rsidRPr="00287928" w:rsidRDefault="0075276A">
            <w:pPr>
              <w:spacing w:before="80" w:after="280"/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i/>
                <w:color w:val="000000" w:themeColor="text1"/>
                <w:sz w:val="38"/>
              </w:rPr>
              <w:t>El ele verelim büyük küçük,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Bir olsun diller, bir olsun renkler;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Barış bir tohumdur yüreklerde,</w:t>
            </w:r>
            <w:r w:rsidRPr="00287928">
              <w:rPr>
                <w:b w:val="0"/>
                <w:i/>
                <w:color w:val="000000" w:themeColor="text1"/>
                <w:sz w:val="38"/>
              </w:rPr>
              <w:br/>
              <w:t>Sevgiyle sularsak çiçek açar.</w:t>
            </w:r>
          </w:p>
        </w:tc>
      </w:tr>
    </w:tbl>
    <w:p w:rsidR="000E3572" w:rsidRPr="00287928" w:rsidRDefault="0075276A">
      <w:pPr>
        <w:rPr>
          <w:color w:val="000000" w:themeColor="text1"/>
        </w:rPr>
      </w:pPr>
      <w:r w:rsidRPr="00287928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0E3572" w:rsidRPr="00287928" w:rsidRDefault="0075276A">
            <w:pPr>
              <w:spacing w:before="200" w:after="80"/>
              <w:jc w:val="center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52"/>
              </w:rPr>
              <w:lastRenderedPageBreak/>
              <w:t>BARIŞ SÖZÜM</w:t>
            </w:r>
          </w:p>
          <w:p w:rsidR="000E3572" w:rsidRPr="00287928" w:rsidRDefault="0075276A">
            <w:pPr>
              <w:jc w:val="center"/>
              <w:rPr>
                <w:color w:val="000000" w:themeColor="text1"/>
              </w:rPr>
            </w:pPr>
            <w:r w:rsidRPr="00287928">
              <w:rPr>
                <w:b w:val="0"/>
                <w:color w:val="000000" w:themeColor="text1"/>
                <w:sz w:val="24"/>
              </w:rPr>
              <w:t>Kartı doldur, kes ve panoya as!</w:t>
            </w:r>
          </w:p>
        </w:tc>
      </w:tr>
    </w:tbl>
    <w:p w:rsidR="000E3572" w:rsidRPr="00287928" w:rsidRDefault="000E3572">
      <w:pPr>
        <w:spacing w:after="4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287928" w:rsidRPr="00287928" w:rsidTr="0028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24"/>
              </w:rPr>
              <w:t>Barış için söz veriyorum: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 xml:space="preserve">Arkadaşlarıma saygılı, hoşgörülü ve </w:t>
            </w:r>
            <w:r w:rsidRPr="00287928">
              <w:rPr>
                <w:b w:val="0"/>
                <w:color w:val="000000" w:themeColor="text1"/>
                <w:sz w:val="24"/>
              </w:rPr>
              <w:t>yardımsever olacağım; barışı en küçük yerden başlatacağım.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b w:val="0"/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color w:val="000000" w:themeColor="text1"/>
                <w:sz w:val="24"/>
              </w:rPr>
              <w:t>Barış için söz veriyorum: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>Arkadaşlarıma saygılı, hoşgörülü ve yardımsever olacağım; barışı en küçük yerden başlataca</w:t>
            </w:r>
            <w:r w:rsidRPr="00287928">
              <w:rPr>
                <w:b w:val="0"/>
                <w:color w:val="000000" w:themeColor="text1"/>
                <w:sz w:val="24"/>
              </w:rPr>
              <w:t>ğım.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b w:val="0"/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>Adım: ……………………………   Sınıfım: ……</w:t>
            </w:r>
          </w:p>
        </w:tc>
      </w:tr>
      <w:tr w:rsidR="00287928" w:rsidRPr="00287928" w:rsidTr="0028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0E3572" w:rsidRPr="00287928" w:rsidRDefault="0075276A">
            <w:pPr>
              <w:spacing w:before="240" w:after="240"/>
              <w:rPr>
                <w:color w:val="000000" w:themeColor="text1"/>
              </w:rPr>
            </w:pPr>
            <w:proofErr w:type="spellStart"/>
            <w:r w:rsidRPr="00287928">
              <w:rPr>
                <w:color w:val="000000" w:themeColor="text1"/>
                <w:sz w:val="24"/>
              </w:rPr>
              <w:t>Barış</w:t>
            </w:r>
            <w:proofErr w:type="spellEnd"/>
            <w:r w:rsidRPr="00287928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24"/>
              </w:rPr>
              <w:t>için</w:t>
            </w:r>
            <w:proofErr w:type="spellEnd"/>
            <w:r w:rsidRPr="00287928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24"/>
              </w:rPr>
              <w:t>söz</w:t>
            </w:r>
            <w:proofErr w:type="spellEnd"/>
            <w:r w:rsidRPr="00287928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287928">
              <w:rPr>
                <w:color w:val="000000" w:themeColor="text1"/>
                <w:sz w:val="24"/>
              </w:rPr>
              <w:t>veriyorum</w:t>
            </w:r>
            <w:proofErr w:type="spellEnd"/>
            <w:r w:rsidRPr="00287928">
              <w:rPr>
                <w:color w:val="000000" w:themeColor="text1"/>
                <w:sz w:val="24"/>
              </w:rPr>
              <w:t>: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>Arkadaşlarıma saygılı, hoşgörülü ve yardımsever olacağım; barışı en küçük yerden başlatacağım.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b w:val="0"/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br/>
            </w:r>
            <w:r w:rsidRPr="00287928">
              <w:rPr>
                <w:b w:val="0"/>
                <w:color w:val="000000" w:themeColor="text1"/>
                <w:sz w:val="24"/>
              </w:rPr>
              <w:t>Adım: ……………………………   Sınıfım: ……</w:t>
            </w:r>
          </w:p>
        </w:tc>
        <w:tc>
          <w:tcPr>
            <w:tcW w:w="5046" w:type="dxa"/>
          </w:tcPr>
          <w:p w:rsidR="000E3572" w:rsidRPr="00287928" w:rsidRDefault="0075276A">
            <w:pPr>
              <w:spacing w:before="240"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87928">
              <w:rPr>
                <w:b/>
                <w:color w:val="000000" w:themeColor="text1"/>
                <w:sz w:val="24"/>
              </w:rPr>
              <w:t>Barış için söz veriyorum:</w:t>
            </w:r>
            <w:r w:rsidRPr="00287928">
              <w:rPr>
                <w:color w:val="000000" w:themeColor="text1"/>
                <w:sz w:val="24"/>
              </w:rPr>
              <w:br/>
            </w:r>
            <w:r w:rsidRPr="00287928">
              <w:rPr>
                <w:color w:val="000000" w:themeColor="text1"/>
                <w:sz w:val="24"/>
              </w:rPr>
              <w:br/>
              <w:t>Arkadaşlarıma saygılı, hoşgörülü ve yardımsever olacağım; barışı en küçük yerden başlatacağım.</w:t>
            </w:r>
            <w:r w:rsidRPr="00287928">
              <w:rPr>
                <w:color w:val="000000" w:themeColor="text1"/>
                <w:sz w:val="24"/>
              </w:rPr>
              <w:br/>
            </w:r>
            <w:r w:rsidRPr="00287928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287928">
              <w:rPr>
                <w:color w:val="000000" w:themeColor="text1"/>
                <w:sz w:val="24"/>
              </w:rPr>
              <w:br/>
            </w:r>
            <w:r w:rsidRPr="00287928">
              <w:rPr>
                <w:color w:val="000000" w:themeColor="text1"/>
                <w:sz w:val="24"/>
              </w:rPr>
              <w:br/>
              <w:t>Adım: ……………………………   Sınıfım: ……</w:t>
            </w:r>
          </w:p>
        </w:tc>
      </w:tr>
    </w:tbl>
    <w:p w:rsidR="0075276A" w:rsidRPr="00287928" w:rsidRDefault="0075276A">
      <w:pPr>
        <w:rPr>
          <w:color w:val="000000" w:themeColor="text1"/>
        </w:rPr>
      </w:pPr>
      <w:bookmarkStart w:id="0" w:name="_GoBack"/>
      <w:bookmarkEnd w:id="0"/>
    </w:p>
    <w:sectPr w:rsidR="0075276A" w:rsidRPr="00287928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E3572"/>
    <w:rsid w:val="0015074B"/>
    <w:rsid w:val="00287928"/>
    <w:rsid w:val="0029639D"/>
    <w:rsid w:val="00326F90"/>
    <w:rsid w:val="0075276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5E93C0"/>
  <w14:defaultImageDpi w14:val="300"/>
  <w15:docId w15:val="{877FC648-41BF-48AE-9E2A-887D5B0CB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28792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uTablo4-Vurgu2">
    <w:name w:val="Grid Table 4 Accent 2"/>
    <w:basedOn w:val="NormalTablo"/>
    <w:uiPriority w:val="49"/>
    <w:rsid w:val="0028792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avuzuTablo4-Vurgu1">
    <w:name w:val="Grid Table 4 Accent 1"/>
    <w:basedOn w:val="NormalTablo"/>
    <w:uiPriority w:val="49"/>
    <w:rsid w:val="0028792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2CF13A2-A60B-4046-93CD-82AA49FA1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Ekim Birleşmiş Milletler Günü Pano Seti (2026-2027)</dc:title>
  <dc:subject>Belirli Günler ve Haftalar — 24 Ekim Birleşmiş Milletler Günü pano</dc:subject>
  <dc:creator>evrakburada</dc:creator>
  <cp:keywords>24 ekim birleşmiş milletler günü panosu, bm pano, bm nedir, bm amaçları, unicef unesco who fao, barış güzel sözler, belirli günler ve haftalar</cp:keywords>
  <dc:description/>
  <cp:lastModifiedBy>HP</cp:lastModifiedBy>
  <cp:revision>2</cp:revision>
  <dcterms:created xsi:type="dcterms:W3CDTF">2013-12-23T23:15:00Z</dcterms:created>
  <dcterms:modified xsi:type="dcterms:W3CDTF">2026-10-15T13:37:00Z</dcterms:modified>
  <cp:category/>
</cp:coreProperties>
</file>