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836C13" w:rsidRPr="00836C13" w:rsidTr="00836C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8" w:type="dxa"/>
            <w:gridSpan w:val="3"/>
          </w:tcPr>
          <w:p w:rsidR="008C5CA4" w:rsidRPr="00836C13" w:rsidRDefault="00836C13">
            <w:pPr>
              <w:spacing w:after="40"/>
              <w:jc w:val="center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4"/>
              </w:rPr>
              <w:t>………………………</w:t>
            </w:r>
            <w:r w:rsidRPr="00836C13">
              <w:rPr>
                <w:b w:val="0"/>
                <w:color w:val="000000" w:themeColor="text1"/>
                <w:sz w:val="24"/>
              </w:rPr>
              <w:t xml:space="preserve"> </w:t>
            </w:r>
            <w:proofErr w:type="spellStart"/>
            <w:r w:rsidRPr="00836C13">
              <w:rPr>
                <w:b w:val="0"/>
                <w:color w:val="000000" w:themeColor="text1"/>
                <w:sz w:val="24"/>
              </w:rPr>
              <w:t>ORTAOKULU</w:t>
            </w:r>
            <w:proofErr w:type="spellEnd"/>
            <w:r w:rsidRPr="00836C13">
              <w:rPr>
                <w:b w:val="0"/>
                <w:color w:val="000000" w:themeColor="text1"/>
                <w:sz w:val="24"/>
              </w:rPr>
              <w:t xml:space="preserve"> </w:t>
            </w:r>
            <w:proofErr w:type="spellStart"/>
            <w:r w:rsidRPr="00836C13">
              <w:rPr>
                <w:b w:val="0"/>
                <w:color w:val="000000" w:themeColor="text1"/>
                <w:sz w:val="24"/>
              </w:rPr>
              <w:t>MÜDÜRLÜĞÜ</w:t>
            </w:r>
            <w:proofErr w:type="spellEnd"/>
          </w:p>
          <w:p w:rsidR="008C5CA4" w:rsidRPr="00836C13" w:rsidRDefault="00836C13">
            <w:pPr>
              <w:spacing w:after="40"/>
              <w:jc w:val="center"/>
              <w:rPr>
                <w:color w:val="000000" w:themeColor="text1"/>
              </w:rPr>
            </w:pPr>
            <w:r w:rsidRPr="00836C13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8C5CA4" w:rsidRPr="00836C13" w:rsidRDefault="00836C13">
            <w:pPr>
              <w:spacing w:after="40"/>
              <w:jc w:val="center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38"/>
              </w:rPr>
              <w:t>24 EKİM BİRLEŞMİŞ MİLLETLER GÜNÜ</w:t>
            </w:r>
          </w:p>
          <w:p w:rsidR="008C5CA4" w:rsidRPr="00836C13" w:rsidRDefault="00836C13">
            <w:pPr>
              <w:spacing w:after="40"/>
              <w:jc w:val="center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8"/>
              </w:rPr>
              <w:t>KUTLAMA PROGRAMI</w:t>
            </w:r>
          </w:p>
          <w:p w:rsidR="008C5CA4" w:rsidRPr="00836C13" w:rsidRDefault="00836C13">
            <w:pPr>
              <w:spacing w:after="40"/>
              <w:jc w:val="center"/>
              <w:rPr>
                <w:color w:val="000000" w:themeColor="text1"/>
              </w:rPr>
            </w:pPr>
            <w:r w:rsidRPr="00836C13">
              <w:rPr>
                <w:b w:val="0"/>
                <w:color w:val="000000" w:themeColor="text1"/>
                <w:sz w:val="21"/>
              </w:rPr>
              <w:t>23 Ekim 2026 Cuma  ·  24 Ekim Cumartesi gününe denk geldiği için</w:t>
            </w:r>
          </w:p>
        </w:tc>
      </w:tr>
      <w:tr w:rsidR="00836C13" w:rsidRPr="00836C13" w:rsidTr="00836C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3" w:type="dxa"/>
          </w:tcPr>
          <w:p w:rsidR="008C5CA4" w:rsidRPr="00836C13" w:rsidRDefault="00836C13">
            <w:pPr>
              <w:rPr>
                <w:color w:val="000000" w:themeColor="text1"/>
              </w:rPr>
            </w:pPr>
            <w:proofErr w:type="spellStart"/>
            <w:r w:rsidRPr="00836C13">
              <w:rPr>
                <w:color w:val="000000" w:themeColor="text1"/>
                <w:sz w:val="17"/>
              </w:rPr>
              <w:t>Tarih</w:t>
            </w:r>
            <w:proofErr w:type="spellEnd"/>
            <w:r w:rsidRPr="00836C13">
              <w:rPr>
                <w:color w:val="000000" w:themeColor="text1"/>
                <w:sz w:val="17"/>
              </w:rPr>
              <w:br/>
            </w:r>
            <w:r w:rsidRPr="00836C13">
              <w:rPr>
                <w:b w:val="0"/>
                <w:color w:val="000000" w:themeColor="text1"/>
                <w:sz w:val="19"/>
              </w:rPr>
              <w:t xml:space="preserve">23 </w:t>
            </w:r>
            <w:proofErr w:type="spellStart"/>
            <w:r w:rsidRPr="00836C13">
              <w:rPr>
                <w:b w:val="0"/>
                <w:color w:val="000000" w:themeColor="text1"/>
                <w:sz w:val="19"/>
              </w:rPr>
              <w:t>Ekim</w:t>
            </w:r>
            <w:proofErr w:type="spellEnd"/>
            <w:r w:rsidRPr="00836C13">
              <w:rPr>
                <w:b w:val="0"/>
                <w:color w:val="000000" w:themeColor="text1"/>
                <w:sz w:val="19"/>
              </w:rPr>
              <w:t xml:space="preserve"> 2026 Cuma</w:t>
            </w:r>
          </w:p>
        </w:tc>
        <w:tc>
          <w:tcPr>
            <w:tcW w:w="3213" w:type="dxa"/>
          </w:tcPr>
          <w:p w:rsidR="008C5CA4" w:rsidRPr="00836C13" w:rsidRDefault="00836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b/>
                <w:color w:val="000000" w:themeColor="text1"/>
                <w:sz w:val="17"/>
              </w:rPr>
              <w:t>Yer</w:t>
            </w:r>
            <w:r w:rsidRPr="00836C13">
              <w:rPr>
                <w:b/>
                <w:color w:val="000000" w:themeColor="text1"/>
                <w:sz w:val="17"/>
              </w:rPr>
              <w:br/>
            </w:r>
            <w:r w:rsidRPr="00836C13">
              <w:rPr>
                <w:color w:val="000000" w:themeColor="text1"/>
                <w:sz w:val="19"/>
              </w:rPr>
              <w:t>Okul bahçesi / konferans salonu</w:t>
            </w:r>
          </w:p>
        </w:tc>
        <w:tc>
          <w:tcPr>
            <w:tcW w:w="3213" w:type="dxa"/>
          </w:tcPr>
          <w:p w:rsidR="008C5CA4" w:rsidRPr="00836C13" w:rsidRDefault="00836C13" w:rsidP="00836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b/>
                <w:color w:val="000000" w:themeColor="text1"/>
                <w:sz w:val="17"/>
              </w:rPr>
              <w:t>Hazırlayan</w:t>
            </w:r>
            <w:r w:rsidRPr="00836C13">
              <w:rPr>
                <w:b/>
                <w:color w:val="000000" w:themeColor="text1"/>
                <w:sz w:val="17"/>
              </w:rPr>
              <w:br/>
            </w:r>
          </w:p>
        </w:tc>
      </w:tr>
    </w:tbl>
    <w:p w:rsidR="008C5CA4" w:rsidRPr="00836C13" w:rsidRDefault="00836C1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836C13">
        <w:rPr>
          <w:b/>
          <w:color w:val="000000" w:themeColor="text1"/>
          <w:sz w:val="26"/>
        </w:rPr>
        <w:t xml:space="preserve">PROGRAM </w:t>
      </w:r>
      <w:proofErr w:type="spellStart"/>
      <w:r w:rsidRPr="00836C13">
        <w:rPr>
          <w:b/>
          <w:color w:val="000000" w:themeColor="text1"/>
          <w:sz w:val="26"/>
        </w:rPr>
        <w:t>AKIŞI</w:t>
      </w:r>
      <w:proofErr w:type="spellEnd"/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737"/>
        <w:gridCol w:w="4762"/>
        <w:gridCol w:w="2835"/>
        <w:gridCol w:w="1304"/>
      </w:tblGrid>
      <w:tr w:rsidR="00836C13" w:rsidRPr="00836C13" w:rsidTr="00836C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8C5CA4" w:rsidRPr="00836C13" w:rsidRDefault="00836C13">
            <w:pPr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0"/>
              </w:rPr>
              <w:t>Sıra</w:t>
            </w:r>
          </w:p>
        </w:tc>
        <w:tc>
          <w:tcPr>
            <w:tcW w:w="4762" w:type="dxa"/>
          </w:tcPr>
          <w:p w:rsidR="008C5CA4" w:rsidRPr="00836C13" w:rsidRDefault="00836C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0"/>
              </w:rPr>
              <w:t>Etkinlik</w:t>
            </w:r>
          </w:p>
        </w:tc>
        <w:tc>
          <w:tcPr>
            <w:tcW w:w="2835" w:type="dxa"/>
          </w:tcPr>
          <w:p w:rsidR="008C5CA4" w:rsidRPr="00836C13" w:rsidRDefault="00836C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0"/>
              </w:rPr>
              <w:t>Görevli</w:t>
            </w:r>
          </w:p>
        </w:tc>
        <w:tc>
          <w:tcPr>
            <w:tcW w:w="1304" w:type="dxa"/>
          </w:tcPr>
          <w:p w:rsidR="008C5CA4" w:rsidRPr="00836C13" w:rsidRDefault="00836C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0"/>
              </w:rPr>
              <w:t>Sınıfı</w:t>
            </w:r>
          </w:p>
        </w:tc>
      </w:tr>
      <w:tr w:rsidR="00836C13" w:rsidRPr="00836C13" w:rsidTr="00836C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8C5CA4" w:rsidRPr="00836C13" w:rsidRDefault="00836C13">
            <w:pPr>
              <w:rPr>
                <w:color w:val="000000" w:themeColor="text1"/>
              </w:rPr>
            </w:pPr>
            <w:r w:rsidRPr="00836C13">
              <w:rPr>
                <w:b w:val="0"/>
                <w:color w:val="000000" w:themeColor="text1"/>
                <w:sz w:val="20"/>
              </w:rPr>
              <w:t>1</w:t>
            </w:r>
          </w:p>
        </w:tc>
        <w:tc>
          <w:tcPr>
            <w:tcW w:w="4762" w:type="dxa"/>
          </w:tcPr>
          <w:p w:rsidR="008C5CA4" w:rsidRPr="00836C13" w:rsidRDefault="00836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0"/>
              </w:rPr>
              <w:t>Saygı duruşu ve İstiklâl Marşı</w:t>
            </w:r>
          </w:p>
        </w:tc>
        <w:tc>
          <w:tcPr>
            <w:tcW w:w="2835" w:type="dxa"/>
          </w:tcPr>
          <w:p w:rsidR="008C5CA4" w:rsidRPr="00836C13" w:rsidRDefault="00836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0"/>
              </w:rPr>
              <w:t>Tüm okul</w:t>
            </w:r>
          </w:p>
        </w:tc>
        <w:tc>
          <w:tcPr>
            <w:tcW w:w="1304" w:type="dxa"/>
          </w:tcPr>
          <w:p w:rsidR="008C5CA4" w:rsidRPr="00836C13" w:rsidRDefault="008C5C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836C13" w:rsidRPr="00836C13" w:rsidTr="00836C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8C5CA4" w:rsidRPr="00836C13" w:rsidRDefault="00836C13">
            <w:pPr>
              <w:rPr>
                <w:color w:val="000000" w:themeColor="text1"/>
              </w:rPr>
            </w:pPr>
            <w:r w:rsidRPr="00836C13">
              <w:rPr>
                <w:b w:val="0"/>
                <w:color w:val="000000" w:themeColor="text1"/>
                <w:sz w:val="20"/>
              </w:rPr>
              <w:t>2</w:t>
            </w:r>
          </w:p>
        </w:tc>
        <w:tc>
          <w:tcPr>
            <w:tcW w:w="4762" w:type="dxa"/>
          </w:tcPr>
          <w:p w:rsidR="008C5CA4" w:rsidRPr="00836C13" w:rsidRDefault="00836C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0"/>
              </w:rPr>
              <w:t>Açılış ve sunum</w:t>
            </w:r>
          </w:p>
        </w:tc>
        <w:tc>
          <w:tcPr>
            <w:tcW w:w="2835" w:type="dxa"/>
          </w:tcPr>
          <w:p w:rsidR="008C5CA4" w:rsidRPr="00836C13" w:rsidRDefault="008C5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8C5CA4" w:rsidRPr="00836C13" w:rsidRDefault="008C5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836C13" w:rsidRPr="00836C13" w:rsidTr="00836C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8C5CA4" w:rsidRPr="00836C13" w:rsidRDefault="00836C13">
            <w:pPr>
              <w:rPr>
                <w:color w:val="000000" w:themeColor="text1"/>
              </w:rPr>
            </w:pPr>
            <w:r w:rsidRPr="00836C13">
              <w:rPr>
                <w:b w:val="0"/>
                <w:color w:val="000000" w:themeColor="text1"/>
                <w:sz w:val="20"/>
              </w:rPr>
              <w:t>3</w:t>
            </w:r>
          </w:p>
        </w:tc>
        <w:tc>
          <w:tcPr>
            <w:tcW w:w="4762" w:type="dxa"/>
          </w:tcPr>
          <w:p w:rsidR="008C5CA4" w:rsidRPr="00836C13" w:rsidRDefault="00836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0"/>
              </w:rPr>
              <w:t>Günün anlam ve önemi konuşması</w:t>
            </w:r>
          </w:p>
        </w:tc>
        <w:tc>
          <w:tcPr>
            <w:tcW w:w="2835" w:type="dxa"/>
          </w:tcPr>
          <w:p w:rsidR="008C5CA4" w:rsidRPr="00836C13" w:rsidRDefault="008C5C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8C5CA4" w:rsidRPr="00836C13" w:rsidRDefault="008C5C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836C13" w:rsidRPr="00836C13" w:rsidTr="00836C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8C5CA4" w:rsidRPr="00836C13" w:rsidRDefault="00836C13">
            <w:pPr>
              <w:rPr>
                <w:color w:val="000000" w:themeColor="text1"/>
              </w:rPr>
            </w:pPr>
            <w:r w:rsidRPr="00836C13">
              <w:rPr>
                <w:b w:val="0"/>
                <w:color w:val="000000" w:themeColor="text1"/>
                <w:sz w:val="20"/>
              </w:rPr>
              <w:t>4</w:t>
            </w:r>
          </w:p>
        </w:tc>
        <w:tc>
          <w:tcPr>
            <w:tcW w:w="4762" w:type="dxa"/>
          </w:tcPr>
          <w:p w:rsidR="008C5CA4" w:rsidRPr="00836C13" w:rsidRDefault="00836C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0"/>
              </w:rPr>
              <w:t>“Barış” şiiri</w:t>
            </w:r>
          </w:p>
        </w:tc>
        <w:tc>
          <w:tcPr>
            <w:tcW w:w="2835" w:type="dxa"/>
          </w:tcPr>
          <w:p w:rsidR="008C5CA4" w:rsidRPr="00836C13" w:rsidRDefault="008C5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8C5CA4" w:rsidRPr="00836C13" w:rsidRDefault="008C5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836C13" w:rsidRPr="00836C13" w:rsidTr="00836C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8C5CA4" w:rsidRPr="00836C13" w:rsidRDefault="00836C13">
            <w:pPr>
              <w:rPr>
                <w:color w:val="000000" w:themeColor="text1"/>
              </w:rPr>
            </w:pPr>
            <w:r w:rsidRPr="00836C13">
              <w:rPr>
                <w:b w:val="0"/>
                <w:color w:val="000000" w:themeColor="text1"/>
                <w:sz w:val="20"/>
              </w:rPr>
              <w:t>5</w:t>
            </w:r>
          </w:p>
        </w:tc>
        <w:tc>
          <w:tcPr>
            <w:tcW w:w="4762" w:type="dxa"/>
          </w:tcPr>
          <w:p w:rsidR="008C5CA4" w:rsidRPr="00836C13" w:rsidRDefault="00836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0"/>
              </w:rPr>
              <w:t>Birleşmiş Milletler nedir? (sunum)</w:t>
            </w:r>
          </w:p>
        </w:tc>
        <w:tc>
          <w:tcPr>
            <w:tcW w:w="2835" w:type="dxa"/>
          </w:tcPr>
          <w:p w:rsidR="008C5CA4" w:rsidRPr="00836C13" w:rsidRDefault="008C5C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8C5CA4" w:rsidRPr="00836C13" w:rsidRDefault="008C5C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836C13" w:rsidRPr="00836C13" w:rsidTr="00836C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8C5CA4" w:rsidRPr="00836C13" w:rsidRDefault="00836C13">
            <w:pPr>
              <w:rPr>
                <w:color w:val="000000" w:themeColor="text1"/>
              </w:rPr>
            </w:pPr>
            <w:r w:rsidRPr="00836C13">
              <w:rPr>
                <w:b w:val="0"/>
                <w:color w:val="000000" w:themeColor="text1"/>
                <w:sz w:val="20"/>
              </w:rPr>
              <w:t>6</w:t>
            </w:r>
          </w:p>
        </w:tc>
        <w:tc>
          <w:tcPr>
            <w:tcW w:w="4762" w:type="dxa"/>
          </w:tcPr>
          <w:p w:rsidR="008C5CA4" w:rsidRPr="00836C13" w:rsidRDefault="00836C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0"/>
              </w:rPr>
              <w:t>“Bir Dünya” şiiri</w:t>
            </w:r>
          </w:p>
        </w:tc>
        <w:tc>
          <w:tcPr>
            <w:tcW w:w="2835" w:type="dxa"/>
          </w:tcPr>
          <w:p w:rsidR="008C5CA4" w:rsidRPr="00836C13" w:rsidRDefault="008C5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8C5CA4" w:rsidRPr="00836C13" w:rsidRDefault="008C5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836C13" w:rsidRPr="00836C13" w:rsidTr="00836C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8C5CA4" w:rsidRPr="00836C13" w:rsidRDefault="00836C13">
            <w:pPr>
              <w:rPr>
                <w:color w:val="000000" w:themeColor="text1"/>
              </w:rPr>
            </w:pPr>
            <w:r w:rsidRPr="00836C13">
              <w:rPr>
                <w:b w:val="0"/>
                <w:color w:val="000000" w:themeColor="text1"/>
                <w:sz w:val="20"/>
              </w:rPr>
              <w:t>7</w:t>
            </w:r>
          </w:p>
        </w:tc>
        <w:tc>
          <w:tcPr>
            <w:tcW w:w="4762" w:type="dxa"/>
          </w:tcPr>
          <w:p w:rsidR="008C5CA4" w:rsidRPr="00836C13" w:rsidRDefault="00836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0"/>
              </w:rPr>
              <w:t>BM’nin amaçları ve başlıca kuruluşları (sunum)</w:t>
            </w:r>
          </w:p>
        </w:tc>
        <w:tc>
          <w:tcPr>
            <w:tcW w:w="2835" w:type="dxa"/>
          </w:tcPr>
          <w:p w:rsidR="008C5CA4" w:rsidRPr="00836C13" w:rsidRDefault="008C5C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8C5CA4" w:rsidRPr="00836C13" w:rsidRDefault="008C5C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836C13" w:rsidRPr="00836C13" w:rsidTr="00836C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8C5CA4" w:rsidRPr="00836C13" w:rsidRDefault="00836C13">
            <w:pPr>
              <w:rPr>
                <w:color w:val="000000" w:themeColor="text1"/>
              </w:rPr>
            </w:pPr>
            <w:r w:rsidRPr="00836C13">
              <w:rPr>
                <w:b w:val="0"/>
                <w:color w:val="000000" w:themeColor="text1"/>
                <w:sz w:val="20"/>
              </w:rPr>
              <w:t>8</w:t>
            </w:r>
          </w:p>
        </w:tc>
        <w:tc>
          <w:tcPr>
            <w:tcW w:w="4762" w:type="dxa"/>
          </w:tcPr>
          <w:p w:rsidR="008C5CA4" w:rsidRPr="00836C13" w:rsidRDefault="00836C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0"/>
              </w:rPr>
              <w:t>“Kardeşlik” şiiri</w:t>
            </w:r>
          </w:p>
        </w:tc>
        <w:tc>
          <w:tcPr>
            <w:tcW w:w="2835" w:type="dxa"/>
          </w:tcPr>
          <w:p w:rsidR="008C5CA4" w:rsidRPr="00836C13" w:rsidRDefault="008C5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8C5CA4" w:rsidRPr="00836C13" w:rsidRDefault="008C5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836C13" w:rsidRPr="00836C13" w:rsidTr="00836C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8C5CA4" w:rsidRPr="00836C13" w:rsidRDefault="00836C13">
            <w:pPr>
              <w:rPr>
                <w:color w:val="000000" w:themeColor="text1"/>
              </w:rPr>
            </w:pPr>
            <w:r w:rsidRPr="00836C13">
              <w:rPr>
                <w:b w:val="0"/>
                <w:color w:val="000000" w:themeColor="text1"/>
                <w:sz w:val="20"/>
              </w:rPr>
              <w:t>9</w:t>
            </w:r>
          </w:p>
        </w:tc>
        <w:tc>
          <w:tcPr>
            <w:tcW w:w="4762" w:type="dxa"/>
          </w:tcPr>
          <w:p w:rsidR="008C5CA4" w:rsidRPr="00836C13" w:rsidRDefault="00836C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0"/>
              </w:rPr>
              <w:t>Barış ve kardeşlik üzerine güzel sözler</w:t>
            </w:r>
          </w:p>
        </w:tc>
        <w:tc>
          <w:tcPr>
            <w:tcW w:w="2835" w:type="dxa"/>
          </w:tcPr>
          <w:p w:rsidR="008C5CA4" w:rsidRPr="00836C13" w:rsidRDefault="008C5C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8C5CA4" w:rsidRPr="00836C13" w:rsidRDefault="008C5C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836C13" w:rsidRPr="00836C13" w:rsidTr="00836C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8C5CA4" w:rsidRPr="00836C13" w:rsidRDefault="00836C13">
            <w:pPr>
              <w:rPr>
                <w:color w:val="000000" w:themeColor="text1"/>
              </w:rPr>
            </w:pPr>
            <w:r w:rsidRPr="00836C13">
              <w:rPr>
                <w:b w:val="0"/>
                <w:color w:val="000000" w:themeColor="text1"/>
                <w:sz w:val="20"/>
              </w:rPr>
              <w:t>10</w:t>
            </w:r>
          </w:p>
        </w:tc>
        <w:tc>
          <w:tcPr>
            <w:tcW w:w="4762" w:type="dxa"/>
          </w:tcPr>
          <w:p w:rsidR="008C5CA4" w:rsidRPr="00836C13" w:rsidRDefault="00836C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836C13">
              <w:rPr>
                <w:color w:val="000000" w:themeColor="text1"/>
                <w:sz w:val="20"/>
              </w:rPr>
              <w:t>Kapanış ve “Barış zinciri” etkinliği</w:t>
            </w:r>
          </w:p>
        </w:tc>
        <w:tc>
          <w:tcPr>
            <w:tcW w:w="2835" w:type="dxa"/>
          </w:tcPr>
          <w:p w:rsidR="008C5CA4" w:rsidRPr="00836C13" w:rsidRDefault="008C5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8C5CA4" w:rsidRPr="00836C13" w:rsidRDefault="008C5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:rsidR="008C5CA4" w:rsidRPr="00836C13" w:rsidRDefault="00836C1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836C13">
        <w:rPr>
          <w:b/>
          <w:color w:val="000000" w:themeColor="text1"/>
          <w:sz w:val="26"/>
        </w:rPr>
        <w:t>SUNUCU</w:t>
      </w:r>
      <w:proofErr w:type="spellEnd"/>
      <w:r w:rsidRPr="00836C13">
        <w:rPr>
          <w:b/>
          <w:color w:val="000000" w:themeColor="text1"/>
          <w:sz w:val="26"/>
        </w:rPr>
        <w:t xml:space="preserve"> </w:t>
      </w:r>
      <w:proofErr w:type="spellStart"/>
      <w:r w:rsidRPr="00836C13">
        <w:rPr>
          <w:b/>
          <w:color w:val="000000" w:themeColor="text1"/>
          <w:sz w:val="26"/>
        </w:rPr>
        <w:t>METNI</w:t>
      </w:r>
      <w:bookmarkStart w:id="0" w:name="_GoBack"/>
      <w:bookmarkEnd w:id="0"/>
      <w:proofErr w:type="spellEnd"/>
    </w:p>
    <w:p w:rsidR="008C5CA4" w:rsidRPr="00836C13" w:rsidRDefault="00836C13">
      <w:pPr>
        <w:spacing w:after="120"/>
        <w:jc w:val="both"/>
        <w:rPr>
          <w:color w:val="000000" w:themeColor="text1"/>
        </w:rPr>
      </w:pPr>
      <w:r w:rsidRPr="00836C13">
        <w:rPr>
          <w:b/>
          <w:color w:val="000000" w:themeColor="text1"/>
        </w:rPr>
        <w:t>1. Sunucu:</w:t>
      </w:r>
      <w:r w:rsidRPr="00836C13">
        <w:rPr>
          <w:color w:val="000000" w:themeColor="text1"/>
        </w:rPr>
        <w:t xml:space="preserve"> Sayın Müdürüm, Değerli Öğretmenlerim, Sevgili Arkadaşlar;</w:t>
      </w:r>
    </w:p>
    <w:p w:rsidR="008C5CA4" w:rsidRPr="00836C13" w:rsidRDefault="00836C13">
      <w:pPr>
        <w:spacing w:after="120"/>
        <w:jc w:val="both"/>
        <w:rPr>
          <w:color w:val="000000" w:themeColor="text1"/>
        </w:rPr>
      </w:pPr>
      <w:r w:rsidRPr="00836C13">
        <w:rPr>
          <w:b/>
          <w:color w:val="000000" w:themeColor="text1"/>
        </w:rPr>
        <w:t>2. Sunucu:</w:t>
      </w:r>
      <w:r w:rsidRPr="00836C13">
        <w:rPr>
          <w:color w:val="000000" w:themeColor="text1"/>
        </w:rPr>
        <w:t xml:space="preserve"> 24 Ekim Birleşmiş Milletler Günü kutlama programımıza hoş geldiniz. Programımıza saygı duruşu ve İstiklâl Marşımızla başlıyoruz.</w:t>
      </w:r>
    </w:p>
    <w:p w:rsidR="008C5CA4" w:rsidRPr="00836C13" w:rsidRDefault="00836C13">
      <w:pPr>
        <w:keepNext/>
        <w:spacing w:after="20"/>
        <w:rPr>
          <w:color w:val="000000" w:themeColor="text1"/>
        </w:rPr>
      </w:pPr>
      <w:r w:rsidRPr="00836C13">
        <w:rPr>
          <w:b/>
          <w:color w:val="000000" w:themeColor="text1"/>
        </w:rPr>
        <w:t xml:space="preserve">1. Sunucu: </w:t>
      </w:r>
      <w:r w:rsidRPr="00836C13">
        <w:rPr>
          <w:i/>
          <w:color w:val="000000" w:themeColor="text1"/>
        </w:rPr>
        <w:t>“Barış, yalnızca savaşın olmaması değil; adaletin, saygının ve iş birliğinin var olmasıdır.”</w:t>
      </w:r>
    </w:p>
    <w:p w:rsidR="008C5CA4" w:rsidRPr="00836C13" w:rsidRDefault="00836C13">
      <w:pPr>
        <w:spacing w:after="140"/>
        <w:rPr>
          <w:color w:val="000000" w:themeColor="text1"/>
        </w:rPr>
      </w:pPr>
      <w:r w:rsidRPr="00836C13">
        <w:rPr>
          <w:color w:val="000000" w:themeColor="text1"/>
        </w:rPr>
        <w:t>Günün anlam ve önemini</w:t>
      </w:r>
      <w:r w:rsidRPr="00836C13">
        <w:rPr>
          <w:color w:val="000000" w:themeColor="text1"/>
        </w:rPr>
        <w:t xml:space="preserve"> anlatmak </w:t>
      </w:r>
      <w:proofErr w:type="spellStart"/>
      <w:r w:rsidRPr="00836C13">
        <w:rPr>
          <w:color w:val="000000" w:themeColor="text1"/>
        </w:rPr>
        <w:t>üzere</w:t>
      </w:r>
      <w:proofErr w:type="spellEnd"/>
      <w:r w:rsidRPr="00836C13">
        <w:rPr>
          <w:color w:val="000000" w:themeColor="text1"/>
        </w:rPr>
        <w:t xml:space="preserve"> 7/A </w:t>
      </w:r>
      <w:proofErr w:type="spellStart"/>
      <w:r w:rsidRPr="00836C13">
        <w:rPr>
          <w:color w:val="000000" w:themeColor="text1"/>
        </w:rPr>
        <w:t>sınıfından</w:t>
      </w:r>
      <w:proofErr w:type="spellEnd"/>
      <w:r w:rsidRPr="00836C13">
        <w:rPr>
          <w:color w:val="000000" w:themeColor="text1"/>
        </w:rPr>
        <w:t xml:space="preserve"> </w:t>
      </w:r>
      <w:r>
        <w:rPr>
          <w:b/>
          <w:color w:val="000000" w:themeColor="text1"/>
        </w:rPr>
        <w:t>…………………</w:t>
      </w:r>
      <w:proofErr w:type="gramStart"/>
      <w:r>
        <w:rPr>
          <w:b/>
          <w:color w:val="000000" w:themeColor="text1"/>
        </w:rPr>
        <w:t>…..</w:t>
      </w:r>
      <w:proofErr w:type="gramEnd"/>
      <w:r w:rsidRPr="00836C13">
        <w:rPr>
          <w:color w:val="000000" w:themeColor="text1"/>
        </w:rPr>
        <w:t xml:space="preserve"> kürsüye geliyor.</w:t>
      </w:r>
    </w:p>
    <w:p w:rsidR="008C5CA4" w:rsidRPr="00836C13" w:rsidRDefault="00836C13">
      <w:pPr>
        <w:keepNext/>
        <w:spacing w:after="20"/>
        <w:rPr>
          <w:color w:val="000000" w:themeColor="text1"/>
        </w:rPr>
      </w:pPr>
      <w:r w:rsidRPr="00836C13">
        <w:rPr>
          <w:b/>
          <w:color w:val="000000" w:themeColor="text1"/>
        </w:rPr>
        <w:t xml:space="preserve">2. Sunucu: </w:t>
      </w:r>
      <w:r w:rsidRPr="00836C13">
        <w:rPr>
          <w:i/>
          <w:color w:val="000000" w:themeColor="text1"/>
        </w:rPr>
        <w:t>“Dünya hepimizin ortak evidir.”</w:t>
      </w:r>
    </w:p>
    <w:p w:rsidR="008C5CA4" w:rsidRPr="00836C13" w:rsidRDefault="00836C13">
      <w:pPr>
        <w:spacing w:after="140"/>
        <w:rPr>
          <w:color w:val="000000" w:themeColor="text1"/>
        </w:rPr>
      </w:pPr>
      <w:r w:rsidRPr="00836C13">
        <w:rPr>
          <w:color w:val="000000" w:themeColor="text1"/>
        </w:rPr>
        <w:t xml:space="preserve">“Barış” şiirini okumak </w:t>
      </w:r>
      <w:proofErr w:type="spellStart"/>
      <w:r w:rsidRPr="00836C13">
        <w:rPr>
          <w:color w:val="000000" w:themeColor="text1"/>
        </w:rPr>
        <w:t>üzere</w:t>
      </w:r>
      <w:proofErr w:type="spellEnd"/>
      <w:r w:rsidRPr="00836C13">
        <w:rPr>
          <w:color w:val="000000" w:themeColor="text1"/>
        </w:rPr>
        <w:t xml:space="preserve"> 5/A </w:t>
      </w:r>
      <w:proofErr w:type="spellStart"/>
      <w:r w:rsidRPr="00836C13">
        <w:rPr>
          <w:color w:val="000000" w:themeColor="text1"/>
        </w:rPr>
        <w:t>sınıfından</w:t>
      </w:r>
      <w:proofErr w:type="spellEnd"/>
      <w:r w:rsidRPr="00836C13">
        <w:rPr>
          <w:color w:val="000000" w:themeColor="text1"/>
        </w:rPr>
        <w:t xml:space="preserve"> </w:t>
      </w:r>
      <w:r>
        <w:rPr>
          <w:b/>
          <w:color w:val="000000" w:themeColor="text1"/>
        </w:rPr>
        <w:t>…………………</w:t>
      </w:r>
      <w:proofErr w:type="gramStart"/>
      <w:r>
        <w:rPr>
          <w:b/>
          <w:color w:val="000000" w:themeColor="text1"/>
        </w:rPr>
        <w:t>…..</w:t>
      </w:r>
      <w:proofErr w:type="gramEnd"/>
      <w:r w:rsidRPr="00836C13">
        <w:rPr>
          <w:color w:val="000000" w:themeColor="text1"/>
        </w:rPr>
        <w:t xml:space="preserve"> </w:t>
      </w:r>
      <w:proofErr w:type="spellStart"/>
      <w:r w:rsidRPr="00836C13">
        <w:rPr>
          <w:color w:val="000000" w:themeColor="text1"/>
        </w:rPr>
        <w:t>kürsüye</w:t>
      </w:r>
      <w:proofErr w:type="spellEnd"/>
      <w:r w:rsidRPr="00836C13">
        <w:rPr>
          <w:color w:val="000000" w:themeColor="text1"/>
        </w:rPr>
        <w:t xml:space="preserve"> </w:t>
      </w:r>
      <w:proofErr w:type="spellStart"/>
      <w:r w:rsidRPr="00836C13">
        <w:rPr>
          <w:color w:val="000000" w:themeColor="text1"/>
        </w:rPr>
        <w:t>geliyor</w:t>
      </w:r>
      <w:proofErr w:type="spellEnd"/>
      <w:r w:rsidRPr="00836C13">
        <w:rPr>
          <w:color w:val="000000" w:themeColor="text1"/>
        </w:rPr>
        <w:t>.</w:t>
      </w:r>
    </w:p>
    <w:p w:rsidR="008C5CA4" w:rsidRPr="00836C13" w:rsidRDefault="00836C13">
      <w:pPr>
        <w:keepNext/>
        <w:spacing w:after="20"/>
        <w:rPr>
          <w:color w:val="000000" w:themeColor="text1"/>
        </w:rPr>
      </w:pPr>
      <w:r w:rsidRPr="00836C13">
        <w:rPr>
          <w:b/>
          <w:color w:val="000000" w:themeColor="text1"/>
        </w:rPr>
        <w:t xml:space="preserve">1. Sunucu: </w:t>
      </w:r>
      <w:r w:rsidRPr="00836C13">
        <w:rPr>
          <w:i/>
          <w:color w:val="000000" w:themeColor="text1"/>
        </w:rPr>
        <w:t>“Birleşmiş Milletler, barışı birlikte korumak için kurulmuştur.”</w:t>
      </w:r>
    </w:p>
    <w:p w:rsidR="008C5CA4" w:rsidRPr="00836C13" w:rsidRDefault="00836C13">
      <w:pPr>
        <w:spacing w:after="140"/>
        <w:rPr>
          <w:color w:val="000000" w:themeColor="text1"/>
        </w:rPr>
      </w:pPr>
      <w:r w:rsidRPr="00836C13">
        <w:rPr>
          <w:color w:val="000000" w:themeColor="text1"/>
        </w:rPr>
        <w:t>Birleşmiş</w:t>
      </w:r>
      <w:r w:rsidRPr="00836C13">
        <w:rPr>
          <w:color w:val="000000" w:themeColor="text1"/>
        </w:rPr>
        <w:t xml:space="preserve"> Milletler nedir sorusunu yanıtlayan sunumu </w:t>
      </w:r>
      <w:proofErr w:type="spellStart"/>
      <w:r w:rsidRPr="00836C13">
        <w:rPr>
          <w:color w:val="000000" w:themeColor="text1"/>
        </w:rPr>
        <w:t>için</w:t>
      </w:r>
      <w:proofErr w:type="spellEnd"/>
      <w:r w:rsidRPr="00836C13">
        <w:rPr>
          <w:color w:val="000000" w:themeColor="text1"/>
        </w:rPr>
        <w:t xml:space="preserve"> 6/B </w:t>
      </w:r>
      <w:proofErr w:type="spellStart"/>
      <w:r w:rsidRPr="00836C13">
        <w:rPr>
          <w:color w:val="000000" w:themeColor="text1"/>
        </w:rPr>
        <w:t>sınıfından</w:t>
      </w:r>
      <w:proofErr w:type="spellEnd"/>
      <w:r w:rsidRPr="00836C13">
        <w:rPr>
          <w:color w:val="000000" w:themeColor="text1"/>
        </w:rPr>
        <w:t xml:space="preserve"> </w:t>
      </w:r>
      <w:r>
        <w:rPr>
          <w:b/>
          <w:color w:val="000000" w:themeColor="text1"/>
        </w:rPr>
        <w:t>…………………</w:t>
      </w:r>
      <w:proofErr w:type="gramStart"/>
      <w:r>
        <w:rPr>
          <w:b/>
          <w:color w:val="000000" w:themeColor="text1"/>
        </w:rPr>
        <w:t>…..</w:t>
      </w:r>
      <w:proofErr w:type="gramEnd"/>
      <w:r w:rsidRPr="00836C13">
        <w:rPr>
          <w:color w:val="000000" w:themeColor="text1"/>
        </w:rPr>
        <w:t xml:space="preserve"> </w:t>
      </w:r>
      <w:proofErr w:type="spellStart"/>
      <w:r w:rsidRPr="00836C13">
        <w:rPr>
          <w:color w:val="000000" w:themeColor="text1"/>
        </w:rPr>
        <w:t>kürsüye</w:t>
      </w:r>
      <w:proofErr w:type="spellEnd"/>
      <w:r w:rsidRPr="00836C13">
        <w:rPr>
          <w:color w:val="000000" w:themeColor="text1"/>
        </w:rPr>
        <w:t xml:space="preserve"> </w:t>
      </w:r>
      <w:proofErr w:type="spellStart"/>
      <w:r w:rsidRPr="00836C13">
        <w:rPr>
          <w:color w:val="000000" w:themeColor="text1"/>
        </w:rPr>
        <w:t>geliyor</w:t>
      </w:r>
      <w:proofErr w:type="spellEnd"/>
      <w:r w:rsidRPr="00836C13">
        <w:rPr>
          <w:color w:val="000000" w:themeColor="text1"/>
        </w:rPr>
        <w:t>.</w:t>
      </w:r>
    </w:p>
    <w:p w:rsidR="008C5CA4" w:rsidRPr="00836C13" w:rsidRDefault="00836C13">
      <w:pPr>
        <w:keepNext/>
        <w:spacing w:after="20"/>
        <w:rPr>
          <w:color w:val="000000" w:themeColor="text1"/>
        </w:rPr>
      </w:pPr>
      <w:r w:rsidRPr="00836C13">
        <w:rPr>
          <w:b/>
          <w:color w:val="000000" w:themeColor="text1"/>
        </w:rPr>
        <w:t xml:space="preserve">2. Sunucu: </w:t>
      </w:r>
      <w:r w:rsidRPr="00836C13">
        <w:rPr>
          <w:i/>
          <w:color w:val="000000" w:themeColor="text1"/>
        </w:rPr>
        <w:t>“Farklı dillerde konuşsak da aynı güzel yarını isteriz.”</w:t>
      </w:r>
    </w:p>
    <w:p w:rsidR="008C5CA4" w:rsidRPr="00836C13" w:rsidRDefault="00836C13">
      <w:pPr>
        <w:spacing w:after="140"/>
        <w:rPr>
          <w:color w:val="000000" w:themeColor="text1"/>
        </w:rPr>
      </w:pPr>
      <w:r w:rsidRPr="00836C13">
        <w:rPr>
          <w:color w:val="000000" w:themeColor="text1"/>
        </w:rPr>
        <w:t xml:space="preserve">“Bir Dünya” şiirini okumak </w:t>
      </w:r>
      <w:proofErr w:type="spellStart"/>
      <w:r w:rsidRPr="00836C13">
        <w:rPr>
          <w:color w:val="000000" w:themeColor="text1"/>
        </w:rPr>
        <w:t>üzere</w:t>
      </w:r>
      <w:proofErr w:type="spellEnd"/>
      <w:r w:rsidRPr="00836C13">
        <w:rPr>
          <w:color w:val="000000" w:themeColor="text1"/>
        </w:rPr>
        <w:t xml:space="preserve"> 6/A </w:t>
      </w:r>
      <w:proofErr w:type="spellStart"/>
      <w:r w:rsidRPr="00836C13">
        <w:rPr>
          <w:color w:val="000000" w:themeColor="text1"/>
        </w:rPr>
        <w:t>sınıfından</w:t>
      </w:r>
      <w:proofErr w:type="spellEnd"/>
      <w:r w:rsidRPr="00836C13">
        <w:rPr>
          <w:color w:val="000000" w:themeColor="text1"/>
        </w:rPr>
        <w:t xml:space="preserve"> </w:t>
      </w:r>
      <w:r>
        <w:rPr>
          <w:b/>
          <w:color w:val="000000" w:themeColor="text1"/>
        </w:rPr>
        <w:t>…………………</w:t>
      </w:r>
      <w:proofErr w:type="gramStart"/>
      <w:r>
        <w:rPr>
          <w:b/>
          <w:color w:val="000000" w:themeColor="text1"/>
        </w:rPr>
        <w:t>…..</w:t>
      </w:r>
      <w:proofErr w:type="gramEnd"/>
      <w:r w:rsidRPr="00836C13">
        <w:rPr>
          <w:color w:val="000000" w:themeColor="text1"/>
        </w:rPr>
        <w:t xml:space="preserve"> </w:t>
      </w:r>
      <w:proofErr w:type="spellStart"/>
      <w:r w:rsidRPr="00836C13">
        <w:rPr>
          <w:color w:val="000000" w:themeColor="text1"/>
        </w:rPr>
        <w:t>kürsüye</w:t>
      </w:r>
      <w:proofErr w:type="spellEnd"/>
      <w:r w:rsidRPr="00836C13">
        <w:rPr>
          <w:color w:val="000000" w:themeColor="text1"/>
        </w:rPr>
        <w:t xml:space="preserve"> </w:t>
      </w:r>
      <w:proofErr w:type="spellStart"/>
      <w:r w:rsidRPr="00836C13">
        <w:rPr>
          <w:color w:val="000000" w:themeColor="text1"/>
        </w:rPr>
        <w:t>geliyor</w:t>
      </w:r>
      <w:proofErr w:type="spellEnd"/>
      <w:r w:rsidRPr="00836C13">
        <w:rPr>
          <w:color w:val="000000" w:themeColor="text1"/>
        </w:rPr>
        <w:t>.</w:t>
      </w:r>
    </w:p>
    <w:p w:rsidR="008C5CA4" w:rsidRPr="00836C13" w:rsidRDefault="00836C13">
      <w:pPr>
        <w:keepNext/>
        <w:spacing w:after="20"/>
        <w:rPr>
          <w:color w:val="000000" w:themeColor="text1"/>
        </w:rPr>
      </w:pPr>
      <w:r w:rsidRPr="00836C13">
        <w:rPr>
          <w:b/>
          <w:color w:val="000000" w:themeColor="text1"/>
        </w:rPr>
        <w:t xml:space="preserve">1. Sunucu: </w:t>
      </w:r>
      <w:r w:rsidRPr="00836C13">
        <w:rPr>
          <w:i/>
          <w:color w:val="000000" w:themeColor="text1"/>
        </w:rPr>
        <w:t>“Birlik</w:t>
      </w:r>
      <w:r w:rsidRPr="00836C13">
        <w:rPr>
          <w:i/>
          <w:color w:val="000000" w:themeColor="text1"/>
        </w:rPr>
        <w:t>ten kuvvet doğar.”</w:t>
      </w:r>
    </w:p>
    <w:p w:rsidR="008C5CA4" w:rsidRPr="00836C13" w:rsidRDefault="00836C13">
      <w:pPr>
        <w:spacing w:after="140"/>
        <w:rPr>
          <w:color w:val="000000" w:themeColor="text1"/>
        </w:rPr>
      </w:pPr>
      <w:r w:rsidRPr="00836C13">
        <w:rPr>
          <w:color w:val="000000" w:themeColor="text1"/>
        </w:rPr>
        <w:t xml:space="preserve">BM’nin amaçlarını ve başlıca kuruluşlarını anlatmak </w:t>
      </w:r>
      <w:proofErr w:type="spellStart"/>
      <w:r w:rsidRPr="00836C13">
        <w:rPr>
          <w:color w:val="000000" w:themeColor="text1"/>
        </w:rPr>
        <w:t>üzere</w:t>
      </w:r>
      <w:proofErr w:type="spellEnd"/>
      <w:r w:rsidRPr="00836C13">
        <w:rPr>
          <w:color w:val="000000" w:themeColor="text1"/>
        </w:rPr>
        <w:t xml:space="preserve"> 7/B </w:t>
      </w:r>
      <w:proofErr w:type="spellStart"/>
      <w:r w:rsidRPr="00836C13">
        <w:rPr>
          <w:color w:val="000000" w:themeColor="text1"/>
        </w:rPr>
        <w:t>sınıfından</w:t>
      </w:r>
      <w:proofErr w:type="spellEnd"/>
      <w:r w:rsidRPr="00836C13">
        <w:rPr>
          <w:color w:val="000000" w:themeColor="text1"/>
        </w:rPr>
        <w:t xml:space="preserve"> </w:t>
      </w:r>
      <w:r>
        <w:rPr>
          <w:b/>
          <w:color w:val="000000" w:themeColor="text1"/>
        </w:rPr>
        <w:t>…………………</w:t>
      </w:r>
      <w:proofErr w:type="gramStart"/>
      <w:r>
        <w:rPr>
          <w:b/>
          <w:color w:val="000000" w:themeColor="text1"/>
        </w:rPr>
        <w:t>…..</w:t>
      </w:r>
      <w:proofErr w:type="gramEnd"/>
      <w:r w:rsidRPr="00836C13">
        <w:rPr>
          <w:color w:val="000000" w:themeColor="text1"/>
        </w:rPr>
        <w:t xml:space="preserve"> </w:t>
      </w:r>
      <w:proofErr w:type="spellStart"/>
      <w:r w:rsidRPr="00836C13">
        <w:rPr>
          <w:color w:val="000000" w:themeColor="text1"/>
        </w:rPr>
        <w:t>kürsüye</w:t>
      </w:r>
      <w:proofErr w:type="spellEnd"/>
      <w:r w:rsidRPr="00836C13">
        <w:rPr>
          <w:color w:val="000000" w:themeColor="text1"/>
        </w:rPr>
        <w:t xml:space="preserve"> </w:t>
      </w:r>
      <w:proofErr w:type="spellStart"/>
      <w:r w:rsidRPr="00836C13">
        <w:rPr>
          <w:color w:val="000000" w:themeColor="text1"/>
        </w:rPr>
        <w:t>geliyor</w:t>
      </w:r>
      <w:proofErr w:type="spellEnd"/>
      <w:r w:rsidRPr="00836C13">
        <w:rPr>
          <w:color w:val="000000" w:themeColor="text1"/>
        </w:rPr>
        <w:t>.</w:t>
      </w:r>
    </w:p>
    <w:p w:rsidR="008C5CA4" w:rsidRPr="00836C13" w:rsidRDefault="00836C13">
      <w:pPr>
        <w:keepNext/>
        <w:spacing w:after="20"/>
        <w:rPr>
          <w:color w:val="000000" w:themeColor="text1"/>
        </w:rPr>
      </w:pPr>
      <w:r w:rsidRPr="00836C13">
        <w:rPr>
          <w:b/>
          <w:color w:val="000000" w:themeColor="text1"/>
        </w:rPr>
        <w:t xml:space="preserve">2. Sunucu: </w:t>
      </w:r>
      <w:r w:rsidRPr="00836C13">
        <w:rPr>
          <w:i/>
          <w:color w:val="000000" w:themeColor="text1"/>
        </w:rPr>
        <w:t>“Çocukların gülümsemesi, dünyanın en güzel bayrağıdır.”</w:t>
      </w:r>
    </w:p>
    <w:p w:rsidR="008C5CA4" w:rsidRPr="00836C13" w:rsidRDefault="00836C13">
      <w:pPr>
        <w:spacing w:after="140"/>
        <w:rPr>
          <w:color w:val="000000" w:themeColor="text1"/>
        </w:rPr>
      </w:pPr>
      <w:r w:rsidRPr="00836C13">
        <w:rPr>
          <w:color w:val="000000" w:themeColor="text1"/>
        </w:rPr>
        <w:t xml:space="preserve">“Kardeşlik” şiirini okumak </w:t>
      </w:r>
      <w:proofErr w:type="spellStart"/>
      <w:r w:rsidRPr="00836C13">
        <w:rPr>
          <w:color w:val="000000" w:themeColor="text1"/>
        </w:rPr>
        <w:t>üzere</w:t>
      </w:r>
      <w:proofErr w:type="spellEnd"/>
      <w:r w:rsidRPr="00836C13">
        <w:rPr>
          <w:color w:val="000000" w:themeColor="text1"/>
        </w:rPr>
        <w:t xml:space="preserve"> 5/C </w:t>
      </w:r>
      <w:proofErr w:type="spellStart"/>
      <w:r w:rsidRPr="00836C13">
        <w:rPr>
          <w:color w:val="000000" w:themeColor="text1"/>
        </w:rPr>
        <w:t>sınıfından</w:t>
      </w:r>
      <w:proofErr w:type="spellEnd"/>
      <w:r w:rsidRPr="00836C13">
        <w:rPr>
          <w:color w:val="000000" w:themeColor="text1"/>
        </w:rPr>
        <w:t xml:space="preserve"> </w:t>
      </w:r>
      <w:r>
        <w:rPr>
          <w:b/>
          <w:color w:val="000000" w:themeColor="text1"/>
        </w:rPr>
        <w:t>…………………</w:t>
      </w:r>
      <w:proofErr w:type="gramStart"/>
      <w:r>
        <w:rPr>
          <w:b/>
          <w:color w:val="000000" w:themeColor="text1"/>
        </w:rPr>
        <w:t>…..</w:t>
      </w:r>
      <w:proofErr w:type="gramEnd"/>
      <w:r w:rsidRPr="00836C13">
        <w:rPr>
          <w:color w:val="000000" w:themeColor="text1"/>
        </w:rPr>
        <w:t xml:space="preserve"> </w:t>
      </w:r>
      <w:proofErr w:type="spellStart"/>
      <w:r w:rsidRPr="00836C13">
        <w:rPr>
          <w:color w:val="000000" w:themeColor="text1"/>
        </w:rPr>
        <w:t>kürsüye</w:t>
      </w:r>
      <w:proofErr w:type="spellEnd"/>
      <w:r w:rsidRPr="00836C13">
        <w:rPr>
          <w:color w:val="000000" w:themeColor="text1"/>
        </w:rPr>
        <w:t xml:space="preserve"> </w:t>
      </w:r>
      <w:proofErr w:type="spellStart"/>
      <w:r w:rsidRPr="00836C13">
        <w:rPr>
          <w:color w:val="000000" w:themeColor="text1"/>
        </w:rPr>
        <w:t>geliyor</w:t>
      </w:r>
      <w:proofErr w:type="spellEnd"/>
      <w:r w:rsidRPr="00836C13">
        <w:rPr>
          <w:color w:val="000000" w:themeColor="text1"/>
        </w:rPr>
        <w:t>.</w:t>
      </w:r>
    </w:p>
    <w:p w:rsidR="008C5CA4" w:rsidRPr="00836C13" w:rsidRDefault="00836C13">
      <w:pPr>
        <w:keepNext/>
        <w:spacing w:after="20"/>
        <w:rPr>
          <w:color w:val="000000" w:themeColor="text1"/>
        </w:rPr>
      </w:pPr>
      <w:r w:rsidRPr="00836C13">
        <w:rPr>
          <w:b/>
          <w:color w:val="000000" w:themeColor="text1"/>
        </w:rPr>
        <w:t xml:space="preserve">1. Sunucu: </w:t>
      </w:r>
      <w:r w:rsidRPr="00836C13">
        <w:rPr>
          <w:i/>
          <w:color w:val="000000" w:themeColor="text1"/>
        </w:rPr>
        <w:t>“İyilik, dünyanın her dilinde anlaşılır.”</w:t>
      </w:r>
    </w:p>
    <w:p w:rsidR="008C5CA4" w:rsidRPr="00836C13" w:rsidRDefault="00836C13">
      <w:pPr>
        <w:spacing w:after="140"/>
        <w:rPr>
          <w:color w:val="000000" w:themeColor="text1"/>
        </w:rPr>
      </w:pPr>
      <w:r w:rsidRPr="00836C13">
        <w:rPr>
          <w:color w:val="000000" w:themeColor="text1"/>
        </w:rPr>
        <w:t xml:space="preserve">Barış ve kardeşlik üzerine güzel sözleri okumak </w:t>
      </w:r>
      <w:proofErr w:type="spellStart"/>
      <w:r w:rsidRPr="00836C13">
        <w:rPr>
          <w:color w:val="000000" w:themeColor="text1"/>
        </w:rPr>
        <w:t>üzere</w:t>
      </w:r>
      <w:proofErr w:type="spellEnd"/>
      <w:r w:rsidRPr="00836C13">
        <w:rPr>
          <w:color w:val="000000" w:themeColor="text1"/>
        </w:rPr>
        <w:t xml:space="preserve"> 5/B </w:t>
      </w:r>
      <w:proofErr w:type="spellStart"/>
      <w:r w:rsidRPr="00836C13">
        <w:rPr>
          <w:color w:val="000000" w:themeColor="text1"/>
        </w:rPr>
        <w:t>sınıfından</w:t>
      </w:r>
      <w:proofErr w:type="spellEnd"/>
      <w:r w:rsidRPr="00836C13">
        <w:rPr>
          <w:color w:val="000000" w:themeColor="text1"/>
        </w:rPr>
        <w:t xml:space="preserve"> </w:t>
      </w:r>
      <w:r>
        <w:rPr>
          <w:b/>
          <w:color w:val="000000" w:themeColor="text1"/>
        </w:rPr>
        <w:t>…………………</w:t>
      </w:r>
      <w:proofErr w:type="gramStart"/>
      <w:r>
        <w:rPr>
          <w:b/>
          <w:color w:val="000000" w:themeColor="text1"/>
        </w:rPr>
        <w:t>…..</w:t>
      </w:r>
      <w:proofErr w:type="gramEnd"/>
      <w:r w:rsidRPr="00836C13">
        <w:rPr>
          <w:color w:val="000000" w:themeColor="text1"/>
        </w:rPr>
        <w:t xml:space="preserve"> </w:t>
      </w:r>
      <w:proofErr w:type="spellStart"/>
      <w:r w:rsidRPr="00836C13">
        <w:rPr>
          <w:color w:val="000000" w:themeColor="text1"/>
        </w:rPr>
        <w:t>kürsüye</w:t>
      </w:r>
      <w:proofErr w:type="spellEnd"/>
      <w:r w:rsidRPr="00836C13">
        <w:rPr>
          <w:color w:val="000000" w:themeColor="text1"/>
        </w:rPr>
        <w:t xml:space="preserve"> </w:t>
      </w:r>
      <w:proofErr w:type="spellStart"/>
      <w:r w:rsidRPr="00836C13">
        <w:rPr>
          <w:color w:val="000000" w:themeColor="text1"/>
        </w:rPr>
        <w:t>geliyor</w:t>
      </w:r>
      <w:proofErr w:type="spellEnd"/>
      <w:r w:rsidRPr="00836C13">
        <w:rPr>
          <w:color w:val="000000" w:themeColor="text1"/>
        </w:rPr>
        <w:t>.</w:t>
      </w:r>
    </w:p>
    <w:p w:rsidR="008C5CA4" w:rsidRPr="00836C13" w:rsidRDefault="00836C13">
      <w:pPr>
        <w:spacing w:after="120"/>
        <w:jc w:val="both"/>
        <w:rPr>
          <w:color w:val="000000" w:themeColor="text1"/>
        </w:rPr>
      </w:pPr>
      <w:r w:rsidRPr="00836C13">
        <w:rPr>
          <w:b/>
          <w:color w:val="000000" w:themeColor="text1"/>
        </w:rPr>
        <w:t>2. Sunucu:</w:t>
      </w:r>
      <w:r w:rsidRPr="00836C13">
        <w:rPr>
          <w:color w:val="000000" w:themeColor="text1"/>
        </w:rPr>
        <w:t xml:space="preserve"> Programımızın sonunda, barışı ve kardeşliği simgeleyen </w:t>
      </w:r>
      <w:r w:rsidRPr="00836C13">
        <w:rPr>
          <w:b/>
          <w:color w:val="000000" w:themeColor="text1"/>
        </w:rPr>
        <w:t>“Barış zinciri”</w:t>
      </w:r>
      <w:r w:rsidRPr="00836C13">
        <w:rPr>
          <w:color w:val="000000" w:themeColor="text1"/>
        </w:rPr>
        <w:t>ni bir</w:t>
      </w:r>
      <w:r w:rsidRPr="00836C13">
        <w:rPr>
          <w:color w:val="000000" w:themeColor="text1"/>
        </w:rPr>
        <w:t>likte oluşturacağız: herkes üzerine bir iyilik dileği yazdığı renkli kâğıt halkayı zincire ekleyecek.</w:t>
      </w:r>
    </w:p>
    <w:p w:rsidR="008C5CA4" w:rsidRPr="00836C13" w:rsidRDefault="00836C13">
      <w:pPr>
        <w:spacing w:after="120"/>
        <w:jc w:val="both"/>
        <w:rPr>
          <w:color w:val="000000" w:themeColor="text1"/>
        </w:rPr>
      </w:pPr>
      <w:r w:rsidRPr="00836C13">
        <w:rPr>
          <w:b/>
          <w:color w:val="000000" w:themeColor="text1"/>
        </w:rPr>
        <w:t>1. Sunucu:</w:t>
      </w:r>
      <w:r w:rsidRPr="00836C13">
        <w:rPr>
          <w:color w:val="000000" w:themeColor="text1"/>
        </w:rPr>
        <w:t xml:space="preserve"> 24 Ekim Birleşmiş Milletler Günü kutlama programımız burada sona ermiştir. Bizi ilgiyle dinlediğiniz için teşekkür ederiz.</w:t>
      </w:r>
    </w:p>
    <w:p w:rsidR="008C5CA4" w:rsidRPr="00836C13" w:rsidRDefault="00836C1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836C13">
        <w:rPr>
          <w:b/>
          <w:color w:val="000000" w:themeColor="text1"/>
          <w:sz w:val="26"/>
        </w:rPr>
        <w:lastRenderedPageBreak/>
        <w:t>GÜNÜN ANLAM VE ÖNEMI</w:t>
      </w:r>
      <w:r w:rsidRPr="00836C13">
        <w:rPr>
          <w:b/>
          <w:color w:val="000000" w:themeColor="text1"/>
          <w:sz w:val="26"/>
        </w:rPr>
        <w:t xml:space="preserve"> (KONUŞMA METNI)</w:t>
      </w:r>
    </w:p>
    <w:p w:rsidR="008C5CA4" w:rsidRPr="00836C13" w:rsidRDefault="00836C13">
      <w:pPr>
        <w:spacing w:after="120"/>
        <w:jc w:val="both"/>
        <w:rPr>
          <w:color w:val="000000" w:themeColor="text1"/>
        </w:rPr>
      </w:pPr>
      <w:r w:rsidRPr="00836C13">
        <w:rPr>
          <w:color w:val="000000" w:themeColor="text1"/>
        </w:rPr>
        <w:t>Sayın Müdürüm, değerli öğretmenlerim, sevgili arkadaşlar;</w:t>
      </w:r>
    </w:p>
    <w:p w:rsidR="008C5CA4" w:rsidRPr="00836C13" w:rsidRDefault="00836C13">
      <w:pPr>
        <w:spacing w:after="120"/>
        <w:jc w:val="both"/>
        <w:rPr>
          <w:color w:val="000000" w:themeColor="text1"/>
        </w:rPr>
      </w:pPr>
      <w:r w:rsidRPr="00836C13">
        <w:rPr>
          <w:color w:val="000000" w:themeColor="text1"/>
        </w:rPr>
        <w:t xml:space="preserve">İkinci Dünya Savaşı’nın yol açtığı büyük acılardan sonra, dünya devletleri bir daha böyle felaketler yaşanmaması için bir araya geldi. </w:t>
      </w:r>
      <w:r w:rsidRPr="00836C13">
        <w:rPr>
          <w:b/>
          <w:color w:val="000000" w:themeColor="text1"/>
        </w:rPr>
        <w:t>Birleşmiş Milletler Antlaşması</w:t>
      </w:r>
      <w:r w:rsidRPr="00836C13">
        <w:rPr>
          <w:color w:val="000000" w:themeColor="text1"/>
        </w:rPr>
        <w:t xml:space="preserve"> 1945 yılında Sa</w:t>
      </w:r>
      <w:r w:rsidRPr="00836C13">
        <w:rPr>
          <w:color w:val="000000" w:themeColor="text1"/>
        </w:rPr>
        <w:t xml:space="preserve">n Francisco’da imzalandı ve </w:t>
      </w:r>
      <w:r w:rsidRPr="00836C13">
        <w:rPr>
          <w:b/>
          <w:color w:val="000000" w:themeColor="text1"/>
        </w:rPr>
        <w:t>24 Ekim 1945</w:t>
      </w:r>
      <w:r w:rsidRPr="00836C13">
        <w:rPr>
          <w:color w:val="000000" w:themeColor="text1"/>
        </w:rPr>
        <w:t xml:space="preserve">’te yürürlüğe girdi. İşte bu yüzden </w:t>
      </w:r>
      <w:r w:rsidRPr="00836C13">
        <w:rPr>
          <w:b/>
          <w:color w:val="000000" w:themeColor="text1"/>
        </w:rPr>
        <w:t>24 Ekim</w:t>
      </w:r>
      <w:r w:rsidRPr="00836C13">
        <w:rPr>
          <w:color w:val="000000" w:themeColor="text1"/>
        </w:rPr>
        <w:t xml:space="preserve">, her yıl </w:t>
      </w:r>
      <w:r w:rsidRPr="00836C13">
        <w:rPr>
          <w:b/>
          <w:color w:val="000000" w:themeColor="text1"/>
        </w:rPr>
        <w:t>Birleşmiş Milletler Günü</w:t>
      </w:r>
      <w:r w:rsidRPr="00836C13">
        <w:rPr>
          <w:color w:val="000000" w:themeColor="text1"/>
        </w:rPr>
        <w:t xml:space="preserve"> olarak kutlanır.</w:t>
      </w:r>
    </w:p>
    <w:p w:rsidR="008C5CA4" w:rsidRPr="00836C13" w:rsidRDefault="00836C13">
      <w:pPr>
        <w:spacing w:after="120"/>
        <w:jc w:val="both"/>
        <w:rPr>
          <w:color w:val="000000" w:themeColor="text1"/>
        </w:rPr>
      </w:pPr>
      <w:r w:rsidRPr="00836C13">
        <w:rPr>
          <w:b/>
          <w:color w:val="000000" w:themeColor="text1"/>
        </w:rPr>
        <w:t>Türkiye, Birleşmiş Milletlerin kurucu üyelerindendir.</w:t>
      </w:r>
      <w:r w:rsidRPr="00836C13">
        <w:rPr>
          <w:color w:val="000000" w:themeColor="text1"/>
        </w:rPr>
        <w:t xml:space="preserve"> Kuruluşunda 51 üye devlet bulunan örgüt, bugün </w:t>
      </w:r>
      <w:r w:rsidRPr="00836C13">
        <w:rPr>
          <w:b/>
          <w:color w:val="000000" w:themeColor="text1"/>
        </w:rPr>
        <w:t>193 üye devlete</w:t>
      </w:r>
      <w:r w:rsidRPr="00836C13">
        <w:rPr>
          <w:color w:val="000000" w:themeColor="text1"/>
        </w:rPr>
        <w:t xml:space="preserve"> ulaş</w:t>
      </w:r>
      <w:r w:rsidRPr="00836C13">
        <w:rPr>
          <w:color w:val="000000" w:themeColor="text1"/>
        </w:rPr>
        <w:t xml:space="preserve">mıştır. Merkezi Amerika Birleşik Devletleri’nin </w:t>
      </w:r>
      <w:r w:rsidRPr="00836C13">
        <w:rPr>
          <w:b/>
          <w:color w:val="000000" w:themeColor="text1"/>
        </w:rPr>
        <w:t>New York</w:t>
      </w:r>
      <w:r w:rsidRPr="00836C13">
        <w:rPr>
          <w:color w:val="000000" w:themeColor="text1"/>
        </w:rPr>
        <w:t xml:space="preserve"> kentindedir.</w:t>
      </w:r>
    </w:p>
    <w:p w:rsidR="008C5CA4" w:rsidRPr="00836C13" w:rsidRDefault="00836C13">
      <w:pPr>
        <w:spacing w:after="120"/>
        <w:jc w:val="both"/>
        <w:rPr>
          <w:color w:val="000000" w:themeColor="text1"/>
        </w:rPr>
      </w:pPr>
      <w:r w:rsidRPr="00836C13">
        <w:rPr>
          <w:color w:val="000000" w:themeColor="text1"/>
        </w:rPr>
        <w:t xml:space="preserve">Birleşmiş Milletlerin başlıca amaçları; </w:t>
      </w:r>
      <w:r w:rsidRPr="00836C13">
        <w:rPr>
          <w:b/>
          <w:color w:val="000000" w:themeColor="text1"/>
        </w:rPr>
        <w:t>dünya barışını ve güvenliğini korumak</w:t>
      </w:r>
      <w:r w:rsidRPr="00836C13">
        <w:rPr>
          <w:color w:val="000000" w:themeColor="text1"/>
        </w:rPr>
        <w:t xml:space="preserve">, uluslar arasında dostça ilişkiler geliştirmek, </w:t>
      </w:r>
      <w:r w:rsidRPr="00836C13">
        <w:rPr>
          <w:b/>
          <w:color w:val="000000" w:themeColor="text1"/>
        </w:rPr>
        <w:t>insan haklarına</w:t>
      </w:r>
      <w:r w:rsidRPr="00836C13">
        <w:rPr>
          <w:color w:val="000000" w:themeColor="text1"/>
        </w:rPr>
        <w:t xml:space="preserve"> saygıyı yaygınlaştırmak ve ülkeler arasında </w:t>
      </w:r>
      <w:r w:rsidRPr="00836C13">
        <w:rPr>
          <w:color w:val="000000" w:themeColor="text1"/>
        </w:rPr>
        <w:t xml:space="preserve">ekonomik, sosyal ve kültürel </w:t>
      </w:r>
      <w:r w:rsidRPr="00836C13">
        <w:rPr>
          <w:b/>
          <w:color w:val="000000" w:themeColor="text1"/>
        </w:rPr>
        <w:t>iş birliğini</w:t>
      </w:r>
      <w:r w:rsidRPr="00836C13">
        <w:rPr>
          <w:color w:val="000000" w:themeColor="text1"/>
        </w:rPr>
        <w:t xml:space="preserve"> sağlamaktır.</w:t>
      </w:r>
    </w:p>
    <w:p w:rsidR="008C5CA4" w:rsidRPr="00836C13" w:rsidRDefault="00836C13">
      <w:pPr>
        <w:spacing w:after="120"/>
        <w:jc w:val="both"/>
        <w:rPr>
          <w:color w:val="000000" w:themeColor="text1"/>
        </w:rPr>
      </w:pPr>
      <w:r w:rsidRPr="00836C13">
        <w:rPr>
          <w:color w:val="000000" w:themeColor="text1"/>
        </w:rPr>
        <w:t xml:space="preserve">Birleşmiş Milletlerin birçok kuruluşu vardır. Bunlardan </w:t>
      </w:r>
      <w:r w:rsidRPr="00836C13">
        <w:rPr>
          <w:b/>
          <w:color w:val="000000" w:themeColor="text1"/>
        </w:rPr>
        <w:t>UNICEF</w:t>
      </w:r>
      <w:r w:rsidRPr="00836C13">
        <w:rPr>
          <w:color w:val="000000" w:themeColor="text1"/>
        </w:rPr>
        <w:t xml:space="preserve"> çocuklara, </w:t>
      </w:r>
      <w:r w:rsidRPr="00836C13">
        <w:rPr>
          <w:b/>
          <w:color w:val="000000" w:themeColor="text1"/>
        </w:rPr>
        <w:t>UNESCO</w:t>
      </w:r>
      <w:r w:rsidRPr="00836C13">
        <w:rPr>
          <w:color w:val="000000" w:themeColor="text1"/>
        </w:rPr>
        <w:t xml:space="preserve"> eğitim, bilim ve kültüre, </w:t>
      </w:r>
      <w:r w:rsidRPr="00836C13">
        <w:rPr>
          <w:b/>
          <w:color w:val="000000" w:themeColor="text1"/>
        </w:rPr>
        <w:t>DSÖ (WHO)</w:t>
      </w:r>
      <w:r w:rsidRPr="00836C13">
        <w:rPr>
          <w:color w:val="000000" w:themeColor="text1"/>
        </w:rPr>
        <w:t xml:space="preserve"> sağlığa, </w:t>
      </w:r>
      <w:r w:rsidRPr="00836C13">
        <w:rPr>
          <w:b/>
          <w:color w:val="000000" w:themeColor="text1"/>
        </w:rPr>
        <w:t>FAO</w:t>
      </w:r>
      <w:r w:rsidRPr="00836C13">
        <w:rPr>
          <w:color w:val="000000" w:themeColor="text1"/>
        </w:rPr>
        <w:t xml:space="preserve"> gıda ve tarıma yönelik çalışır. Bu kuruluşlar dünyanın her yerinde çocu</w:t>
      </w:r>
      <w:r w:rsidRPr="00836C13">
        <w:rPr>
          <w:color w:val="000000" w:themeColor="text1"/>
        </w:rPr>
        <w:t>kların ve insanların yaşamını iyileştirmeye çalışır.</w:t>
      </w:r>
    </w:p>
    <w:p w:rsidR="008C5CA4" w:rsidRPr="00836C13" w:rsidRDefault="00836C13">
      <w:pPr>
        <w:spacing w:after="120"/>
        <w:jc w:val="both"/>
        <w:rPr>
          <w:color w:val="000000" w:themeColor="text1"/>
        </w:rPr>
      </w:pPr>
      <w:r w:rsidRPr="00836C13">
        <w:rPr>
          <w:color w:val="000000" w:themeColor="text1"/>
        </w:rPr>
        <w:t>Barış, yalnızca devletlerin değil, hepimizin ortak sorumluluğudur. Sınıfımızda, okulumuzda ve evimizde birbirimize saygılı, hoşgörülü ve yardımsever olursak, barışı en küçük yerden başlayarak büyütmüş ol</w:t>
      </w:r>
      <w:r w:rsidRPr="00836C13">
        <w:rPr>
          <w:color w:val="000000" w:themeColor="text1"/>
        </w:rPr>
        <w:t>uruz. Hepinizi saygıyla selamlıyorum.</w:t>
      </w:r>
    </w:p>
    <w:p w:rsidR="008C5CA4" w:rsidRPr="00836C13" w:rsidRDefault="00836C1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836C13">
        <w:rPr>
          <w:b/>
          <w:color w:val="000000" w:themeColor="text1"/>
          <w:sz w:val="26"/>
        </w:rPr>
        <w:t>BARIŞ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836C13" w:rsidRPr="00836C13">
        <w:trPr>
          <w:jc w:val="center"/>
        </w:trPr>
        <w:tc>
          <w:tcPr>
            <w:tcW w:w="4819" w:type="dxa"/>
          </w:tcPr>
          <w:p w:rsidR="008C5CA4" w:rsidRPr="00836C13" w:rsidRDefault="00836C13">
            <w:pPr>
              <w:spacing w:after="160"/>
              <w:rPr>
                <w:color w:val="000000" w:themeColor="text1"/>
              </w:rPr>
            </w:pPr>
            <w:r w:rsidRPr="00836C13">
              <w:rPr>
                <w:i/>
                <w:color w:val="000000" w:themeColor="text1"/>
                <w:sz w:val="21"/>
              </w:rPr>
              <w:t>Bir çiçek açsın her bahçede,</w:t>
            </w:r>
            <w:r w:rsidRPr="00836C13">
              <w:rPr>
                <w:i/>
                <w:color w:val="000000" w:themeColor="text1"/>
                <w:sz w:val="21"/>
              </w:rPr>
              <w:br/>
              <w:t>Bir güvercin uçsun gökyüzünde;</w:t>
            </w:r>
            <w:r w:rsidRPr="00836C13">
              <w:rPr>
                <w:i/>
                <w:color w:val="000000" w:themeColor="text1"/>
                <w:sz w:val="21"/>
              </w:rPr>
              <w:br/>
              <w:t>Silinsin kavga, bitsin gözyaşı,</w:t>
            </w:r>
            <w:r w:rsidRPr="00836C13">
              <w:rPr>
                <w:i/>
                <w:color w:val="000000" w:themeColor="text1"/>
                <w:sz w:val="21"/>
              </w:rPr>
              <w:br/>
              <w:t>Barış gülsün her yürekte.</w:t>
            </w:r>
          </w:p>
          <w:p w:rsidR="008C5CA4" w:rsidRPr="00836C13" w:rsidRDefault="00836C13">
            <w:pPr>
              <w:spacing w:after="160"/>
              <w:rPr>
                <w:color w:val="000000" w:themeColor="text1"/>
              </w:rPr>
            </w:pPr>
            <w:r w:rsidRPr="00836C13">
              <w:rPr>
                <w:i/>
                <w:color w:val="000000" w:themeColor="text1"/>
                <w:sz w:val="21"/>
              </w:rPr>
              <w:t>El ele verelim büyük küçük,</w:t>
            </w:r>
            <w:r w:rsidRPr="00836C13">
              <w:rPr>
                <w:i/>
                <w:color w:val="000000" w:themeColor="text1"/>
                <w:sz w:val="21"/>
              </w:rPr>
              <w:br/>
              <w:t>Bir olsun diller, bir olsun renkler;</w:t>
            </w:r>
            <w:r w:rsidRPr="00836C13">
              <w:rPr>
                <w:i/>
                <w:color w:val="000000" w:themeColor="text1"/>
                <w:sz w:val="21"/>
              </w:rPr>
              <w:br/>
              <w:t xml:space="preserve">Barış bir tohumdur </w:t>
            </w:r>
            <w:r w:rsidRPr="00836C13">
              <w:rPr>
                <w:i/>
                <w:color w:val="000000" w:themeColor="text1"/>
                <w:sz w:val="21"/>
              </w:rPr>
              <w:t>yüreklerde,</w:t>
            </w:r>
            <w:r w:rsidRPr="00836C13">
              <w:rPr>
                <w:i/>
                <w:color w:val="000000" w:themeColor="text1"/>
                <w:sz w:val="21"/>
              </w:rPr>
              <w:br/>
              <w:t>Sevgiyle sularsak çiçek açar.</w:t>
            </w:r>
          </w:p>
        </w:tc>
        <w:tc>
          <w:tcPr>
            <w:tcW w:w="4819" w:type="dxa"/>
          </w:tcPr>
          <w:p w:rsidR="008C5CA4" w:rsidRPr="00836C13" w:rsidRDefault="00836C13">
            <w:pPr>
              <w:spacing w:after="160"/>
              <w:rPr>
                <w:color w:val="000000" w:themeColor="text1"/>
              </w:rPr>
            </w:pPr>
            <w:r w:rsidRPr="00836C13">
              <w:rPr>
                <w:i/>
                <w:color w:val="000000" w:themeColor="text1"/>
                <w:sz w:val="21"/>
              </w:rPr>
              <w:t>Çocuklar oynasın korkusuzca,</w:t>
            </w:r>
            <w:r w:rsidRPr="00836C13">
              <w:rPr>
                <w:i/>
                <w:color w:val="000000" w:themeColor="text1"/>
                <w:sz w:val="21"/>
              </w:rPr>
              <w:br/>
              <w:t>Sofralar dolsun bütün evlerde;</w:t>
            </w:r>
            <w:r w:rsidRPr="00836C13">
              <w:rPr>
                <w:i/>
                <w:color w:val="000000" w:themeColor="text1"/>
                <w:sz w:val="21"/>
              </w:rPr>
              <w:br/>
              <w:t>Dostluk büyüsün sınır tanımadan,</w:t>
            </w:r>
            <w:r w:rsidRPr="00836C13">
              <w:rPr>
                <w:i/>
                <w:color w:val="000000" w:themeColor="text1"/>
                <w:sz w:val="21"/>
              </w:rPr>
              <w:br/>
              <w:t>Sevgi dolaşsın ülkelerde.</w:t>
            </w:r>
          </w:p>
        </w:tc>
      </w:tr>
    </w:tbl>
    <w:p w:rsidR="008C5CA4" w:rsidRPr="00836C13" w:rsidRDefault="00836C1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836C13">
        <w:rPr>
          <w:b/>
          <w:color w:val="000000" w:themeColor="text1"/>
          <w:sz w:val="26"/>
        </w:rPr>
        <w:t>BIR</w:t>
      </w:r>
      <w:proofErr w:type="spellEnd"/>
      <w:r w:rsidRPr="00836C13">
        <w:rPr>
          <w:b/>
          <w:color w:val="000000" w:themeColor="text1"/>
          <w:sz w:val="26"/>
        </w:rPr>
        <w:t xml:space="preserve"> </w:t>
      </w:r>
      <w:proofErr w:type="spellStart"/>
      <w:r w:rsidRPr="00836C13">
        <w:rPr>
          <w:b/>
          <w:color w:val="000000" w:themeColor="text1"/>
          <w:sz w:val="26"/>
        </w:rPr>
        <w:t>DÜNYA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836C13" w:rsidRPr="00836C13">
        <w:trPr>
          <w:jc w:val="center"/>
        </w:trPr>
        <w:tc>
          <w:tcPr>
            <w:tcW w:w="4819" w:type="dxa"/>
          </w:tcPr>
          <w:p w:rsidR="008C5CA4" w:rsidRPr="00836C13" w:rsidRDefault="00836C13">
            <w:pPr>
              <w:spacing w:after="160"/>
              <w:rPr>
                <w:color w:val="000000" w:themeColor="text1"/>
              </w:rPr>
            </w:pPr>
            <w:r w:rsidRPr="00836C13">
              <w:rPr>
                <w:i/>
                <w:color w:val="000000" w:themeColor="text1"/>
                <w:sz w:val="21"/>
              </w:rPr>
              <w:t>Bir dünya var hepimize yeten,</w:t>
            </w:r>
            <w:r w:rsidRPr="00836C13">
              <w:rPr>
                <w:i/>
                <w:color w:val="000000" w:themeColor="text1"/>
                <w:sz w:val="21"/>
              </w:rPr>
              <w:br/>
              <w:t>Mavi deniz, yeşil orman, gökyüzü;</w:t>
            </w:r>
            <w:r w:rsidRPr="00836C13">
              <w:rPr>
                <w:i/>
                <w:color w:val="000000" w:themeColor="text1"/>
                <w:sz w:val="21"/>
              </w:rPr>
              <w:br/>
              <w:t xml:space="preserve">Paylaşmayı bilirsek </w:t>
            </w:r>
            <w:r w:rsidRPr="00836C13">
              <w:rPr>
                <w:i/>
                <w:color w:val="000000" w:themeColor="text1"/>
                <w:sz w:val="21"/>
              </w:rPr>
              <w:t>eğer,</w:t>
            </w:r>
            <w:r w:rsidRPr="00836C13">
              <w:rPr>
                <w:i/>
                <w:color w:val="000000" w:themeColor="text1"/>
                <w:sz w:val="21"/>
              </w:rPr>
              <w:br/>
              <w:t>Güzelleşir herkesin yüzü.</w:t>
            </w:r>
          </w:p>
          <w:p w:rsidR="008C5CA4" w:rsidRPr="00836C13" w:rsidRDefault="00836C13">
            <w:pPr>
              <w:spacing w:after="160"/>
              <w:rPr>
                <w:color w:val="000000" w:themeColor="text1"/>
              </w:rPr>
            </w:pPr>
            <w:r w:rsidRPr="00836C13">
              <w:rPr>
                <w:i/>
                <w:color w:val="000000" w:themeColor="text1"/>
                <w:sz w:val="21"/>
              </w:rPr>
              <w:t>Kardeş olalım uzak yakın,</w:t>
            </w:r>
            <w:r w:rsidRPr="00836C13">
              <w:rPr>
                <w:i/>
                <w:color w:val="000000" w:themeColor="text1"/>
                <w:sz w:val="21"/>
              </w:rPr>
              <w:br/>
              <w:t>Tek yürek olsun bu güzel dünya;</w:t>
            </w:r>
            <w:r w:rsidRPr="00836C13">
              <w:rPr>
                <w:i/>
                <w:color w:val="000000" w:themeColor="text1"/>
                <w:sz w:val="21"/>
              </w:rPr>
              <w:br/>
              <w:t>Birlikte daha güçlüyüz hep,</w:t>
            </w:r>
            <w:r w:rsidRPr="00836C13">
              <w:rPr>
                <w:i/>
                <w:color w:val="000000" w:themeColor="text1"/>
                <w:sz w:val="21"/>
              </w:rPr>
              <w:br/>
              <w:t>Barış sığsın her yuvaya.</w:t>
            </w:r>
          </w:p>
        </w:tc>
        <w:tc>
          <w:tcPr>
            <w:tcW w:w="4819" w:type="dxa"/>
          </w:tcPr>
          <w:p w:rsidR="008C5CA4" w:rsidRPr="00836C13" w:rsidRDefault="00836C13">
            <w:pPr>
              <w:spacing w:after="160"/>
              <w:rPr>
                <w:color w:val="000000" w:themeColor="text1"/>
              </w:rPr>
            </w:pPr>
            <w:r w:rsidRPr="00836C13">
              <w:rPr>
                <w:i/>
                <w:color w:val="000000" w:themeColor="text1"/>
                <w:sz w:val="21"/>
              </w:rPr>
              <w:t>Ayrı dillerde söylesek de,</w:t>
            </w:r>
            <w:r w:rsidRPr="00836C13">
              <w:rPr>
                <w:i/>
                <w:color w:val="000000" w:themeColor="text1"/>
                <w:sz w:val="21"/>
              </w:rPr>
              <w:br/>
              <w:t>Aynı umut var kalbimizde;</w:t>
            </w:r>
            <w:r w:rsidRPr="00836C13">
              <w:rPr>
                <w:i/>
                <w:color w:val="000000" w:themeColor="text1"/>
                <w:sz w:val="21"/>
              </w:rPr>
              <w:br/>
              <w:t>Bir gülüşle anlaşırız,</w:t>
            </w:r>
            <w:r w:rsidRPr="00836C13">
              <w:rPr>
                <w:i/>
                <w:color w:val="000000" w:themeColor="text1"/>
                <w:sz w:val="21"/>
              </w:rPr>
              <w:br/>
              <w:t>Sevgi varsa her sözümüzde.</w:t>
            </w:r>
          </w:p>
        </w:tc>
      </w:tr>
    </w:tbl>
    <w:p w:rsidR="008C5CA4" w:rsidRPr="00836C13" w:rsidRDefault="00836C1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836C13">
        <w:rPr>
          <w:b/>
          <w:color w:val="000000" w:themeColor="text1"/>
          <w:sz w:val="26"/>
        </w:rPr>
        <w:t>KARDEŞLIK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836C13" w:rsidRPr="00836C13">
        <w:trPr>
          <w:jc w:val="center"/>
        </w:trPr>
        <w:tc>
          <w:tcPr>
            <w:tcW w:w="4819" w:type="dxa"/>
          </w:tcPr>
          <w:p w:rsidR="008C5CA4" w:rsidRPr="00836C13" w:rsidRDefault="00836C13">
            <w:pPr>
              <w:spacing w:after="160"/>
              <w:rPr>
                <w:color w:val="000000" w:themeColor="text1"/>
              </w:rPr>
            </w:pPr>
            <w:r w:rsidRPr="00836C13">
              <w:rPr>
                <w:i/>
                <w:color w:val="000000" w:themeColor="text1"/>
                <w:sz w:val="21"/>
              </w:rPr>
              <w:t>Elini uzat bana dostça,</w:t>
            </w:r>
            <w:r w:rsidRPr="00836C13">
              <w:rPr>
                <w:i/>
                <w:color w:val="000000" w:themeColor="text1"/>
                <w:sz w:val="21"/>
              </w:rPr>
              <w:br/>
              <w:t>Tanımasam da seni, gel;</w:t>
            </w:r>
            <w:r w:rsidRPr="00836C13">
              <w:rPr>
                <w:i/>
                <w:color w:val="000000" w:themeColor="text1"/>
                <w:sz w:val="21"/>
              </w:rPr>
              <w:br/>
              <w:t>Aynı güneş ısıtır bizi,</w:t>
            </w:r>
            <w:r w:rsidRPr="00836C13">
              <w:rPr>
                <w:i/>
                <w:color w:val="000000" w:themeColor="text1"/>
                <w:sz w:val="21"/>
              </w:rPr>
              <w:br/>
              <w:t>Aynı yağmur yıkar her el.</w:t>
            </w:r>
          </w:p>
          <w:p w:rsidR="008C5CA4" w:rsidRPr="00836C13" w:rsidRDefault="00836C13">
            <w:pPr>
              <w:spacing w:after="160"/>
              <w:rPr>
                <w:color w:val="000000" w:themeColor="text1"/>
              </w:rPr>
            </w:pPr>
            <w:r w:rsidRPr="00836C13">
              <w:rPr>
                <w:i/>
                <w:color w:val="000000" w:themeColor="text1"/>
                <w:sz w:val="21"/>
              </w:rPr>
              <w:t>Kardeşlik bir köprüdür gönülden,</w:t>
            </w:r>
            <w:r w:rsidRPr="00836C13">
              <w:rPr>
                <w:i/>
                <w:color w:val="000000" w:themeColor="text1"/>
                <w:sz w:val="21"/>
              </w:rPr>
              <w:br/>
            </w:r>
            <w:r w:rsidRPr="00836C13">
              <w:rPr>
                <w:i/>
                <w:color w:val="000000" w:themeColor="text1"/>
                <w:sz w:val="21"/>
              </w:rPr>
              <w:lastRenderedPageBreak/>
              <w:t>Kurulsun ülkeden ülkeye;</w:t>
            </w:r>
            <w:r w:rsidRPr="00836C13">
              <w:rPr>
                <w:i/>
                <w:color w:val="000000" w:themeColor="text1"/>
                <w:sz w:val="21"/>
              </w:rPr>
              <w:br/>
              <w:t>Sevgi varsa yüreklerde,</w:t>
            </w:r>
            <w:r w:rsidRPr="00836C13">
              <w:rPr>
                <w:i/>
                <w:color w:val="000000" w:themeColor="text1"/>
                <w:sz w:val="21"/>
              </w:rPr>
              <w:br/>
              <w:t>Barış iner tüm dünyaya.</w:t>
            </w:r>
          </w:p>
        </w:tc>
        <w:tc>
          <w:tcPr>
            <w:tcW w:w="4819" w:type="dxa"/>
          </w:tcPr>
          <w:p w:rsidR="008C5CA4" w:rsidRPr="00836C13" w:rsidRDefault="00836C13">
            <w:pPr>
              <w:spacing w:after="160"/>
              <w:rPr>
                <w:color w:val="000000" w:themeColor="text1"/>
              </w:rPr>
            </w:pPr>
            <w:r w:rsidRPr="00836C13">
              <w:rPr>
                <w:i/>
                <w:color w:val="000000" w:themeColor="text1"/>
                <w:sz w:val="21"/>
              </w:rPr>
              <w:lastRenderedPageBreak/>
              <w:t>Rengin, dilin fark etmez,</w:t>
            </w:r>
            <w:r w:rsidRPr="00836C13">
              <w:rPr>
                <w:i/>
                <w:color w:val="000000" w:themeColor="text1"/>
                <w:sz w:val="21"/>
              </w:rPr>
              <w:br/>
              <w:t>İnsan insanın kardeşidir;</w:t>
            </w:r>
            <w:r w:rsidRPr="00836C13">
              <w:rPr>
                <w:i/>
                <w:color w:val="000000" w:themeColor="text1"/>
                <w:sz w:val="21"/>
              </w:rPr>
              <w:br/>
              <w:t>Bir selam, bir güler yüz</w:t>
            </w:r>
            <w:r w:rsidRPr="00836C13">
              <w:rPr>
                <w:i/>
                <w:color w:val="000000" w:themeColor="text1"/>
                <w:sz w:val="21"/>
              </w:rPr>
              <w:br/>
              <w:t>En uzak yolu yakın eder.</w:t>
            </w:r>
          </w:p>
        </w:tc>
      </w:tr>
    </w:tbl>
    <w:p w:rsidR="008C5CA4" w:rsidRPr="00836C13" w:rsidRDefault="00836C1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836C13">
        <w:rPr>
          <w:b/>
          <w:color w:val="000000" w:themeColor="text1"/>
          <w:sz w:val="26"/>
        </w:rPr>
        <w:lastRenderedPageBreak/>
        <w:t>BIRLEŞMIŞ</w:t>
      </w:r>
      <w:proofErr w:type="spellEnd"/>
      <w:r w:rsidRPr="00836C13">
        <w:rPr>
          <w:b/>
          <w:color w:val="000000" w:themeColor="text1"/>
          <w:sz w:val="26"/>
        </w:rPr>
        <w:t xml:space="preserve"> </w:t>
      </w:r>
      <w:proofErr w:type="spellStart"/>
      <w:r w:rsidRPr="00836C13">
        <w:rPr>
          <w:b/>
          <w:color w:val="000000" w:themeColor="text1"/>
          <w:sz w:val="26"/>
        </w:rPr>
        <w:t>MILLETLER</w:t>
      </w:r>
      <w:proofErr w:type="spellEnd"/>
      <w:r w:rsidRPr="00836C13">
        <w:rPr>
          <w:b/>
          <w:color w:val="000000" w:themeColor="text1"/>
          <w:sz w:val="26"/>
        </w:rPr>
        <w:t xml:space="preserve"> </w:t>
      </w:r>
      <w:proofErr w:type="spellStart"/>
      <w:r w:rsidRPr="00836C13">
        <w:rPr>
          <w:b/>
          <w:color w:val="000000" w:themeColor="text1"/>
          <w:sz w:val="26"/>
        </w:rPr>
        <w:t>NEDIR</w:t>
      </w:r>
      <w:proofErr w:type="spellEnd"/>
      <w:r w:rsidRPr="00836C13">
        <w:rPr>
          <w:b/>
          <w:color w:val="000000" w:themeColor="text1"/>
          <w:sz w:val="26"/>
        </w:rPr>
        <w:t>? (SUNUM METNI)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b/>
          <w:color w:val="000000" w:themeColor="text1"/>
        </w:rPr>
        <w:t>Birleşmiş Milletler (BM)</w:t>
      </w:r>
      <w:r w:rsidRPr="00836C13">
        <w:rPr>
          <w:color w:val="000000" w:themeColor="text1"/>
        </w:rPr>
        <w:t>, dünya barışını korumak ve uluslar arasında iş birliği sağlamak için kurulmuş uluslararası bir örgüttür.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color w:val="000000" w:themeColor="text1"/>
        </w:rPr>
        <w:t xml:space="preserve">BM Antlaşması </w:t>
      </w:r>
      <w:r w:rsidRPr="00836C13">
        <w:rPr>
          <w:b/>
          <w:color w:val="000000" w:themeColor="text1"/>
        </w:rPr>
        <w:t>1945</w:t>
      </w:r>
      <w:r w:rsidRPr="00836C13">
        <w:rPr>
          <w:color w:val="000000" w:themeColor="text1"/>
        </w:rPr>
        <w:t>’te San Francis</w:t>
      </w:r>
      <w:r w:rsidRPr="00836C13">
        <w:rPr>
          <w:color w:val="000000" w:themeColor="text1"/>
        </w:rPr>
        <w:t xml:space="preserve">co’da imzalandı; </w:t>
      </w:r>
      <w:r w:rsidRPr="00836C13">
        <w:rPr>
          <w:b/>
          <w:color w:val="000000" w:themeColor="text1"/>
        </w:rPr>
        <w:t>24 Ekim 1945</w:t>
      </w:r>
      <w:r w:rsidRPr="00836C13">
        <w:rPr>
          <w:color w:val="000000" w:themeColor="text1"/>
        </w:rPr>
        <w:t xml:space="preserve">’te yürürlüğe girdi. Bu yüzden </w:t>
      </w:r>
      <w:r w:rsidRPr="00836C13">
        <w:rPr>
          <w:b/>
          <w:color w:val="000000" w:themeColor="text1"/>
        </w:rPr>
        <w:t>24 Ekim Birleşmiş Milletler Günü</w:t>
      </w:r>
      <w:r w:rsidRPr="00836C13">
        <w:rPr>
          <w:color w:val="000000" w:themeColor="text1"/>
        </w:rPr>
        <w:t>’dür.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b/>
          <w:color w:val="000000" w:themeColor="text1"/>
        </w:rPr>
        <w:t>Türkiye kurucu üyedir.</w:t>
      </w:r>
      <w:r w:rsidRPr="00836C13">
        <w:rPr>
          <w:color w:val="000000" w:themeColor="text1"/>
        </w:rPr>
        <w:t xml:space="preserve"> Kuruluşta 51 olan üye sayısı bugün </w:t>
      </w:r>
      <w:r w:rsidRPr="00836C13">
        <w:rPr>
          <w:b/>
          <w:color w:val="000000" w:themeColor="text1"/>
        </w:rPr>
        <w:t>193</w:t>
      </w:r>
      <w:r w:rsidRPr="00836C13">
        <w:rPr>
          <w:color w:val="000000" w:themeColor="text1"/>
        </w:rPr>
        <w:t xml:space="preserve">’tür; merkez </w:t>
      </w:r>
      <w:r w:rsidRPr="00836C13">
        <w:rPr>
          <w:b/>
          <w:color w:val="000000" w:themeColor="text1"/>
        </w:rPr>
        <w:t>New York</w:t>
      </w:r>
      <w:r w:rsidRPr="00836C13">
        <w:rPr>
          <w:color w:val="000000" w:themeColor="text1"/>
        </w:rPr>
        <w:t>’tadır.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color w:val="000000" w:themeColor="text1"/>
        </w:rPr>
        <w:t xml:space="preserve">Amaçları: </w:t>
      </w:r>
      <w:r w:rsidRPr="00836C13">
        <w:rPr>
          <w:b/>
          <w:color w:val="000000" w:themeColor="text1"/>
        </w:rPr>
        <w:t>barışı korumak</w:t>
      </w:r>
      <w:r w:rsidRPr="00836C13">
        <w:rPr>
          <w:color w:val="000000" w:themeColor="text1"/>
        </w:rPr>
        <w:t xml:space="preserve">, dostça ilişkiler geliştirmek, </w:t>
      </w:r>
      <w:r w:rsidRPr="00836C13">
        <w:rPr>
          <w:b/>
          <w:color w:val="000000" w:themeColor="text1"/>
        </w:rPr>
        <w:t>insan haklar</w:t>
      </w:r>
      <w:r w:rsidRPr="00836C13">
        <w:rPr>
          <w:b/>
          <w:color w:val="000000" w:themeColor="text1"/>
        </w:rPr>
        <w:t>ına</w:t>
      </w:r>
      <w:r w:rsidRPr="00836C13">
        <w:rPr>
          <w:color w:val="000000" w:themeColor="text1"/>
        </w:rPr>
        <w:t xml:space="preserve"> saygıyı yaygınlaştırmak, ekonomik-sosyal-kültürel </w:t>
      </w:r>
      <w:r w:rsidRPr="00836C13">
        <w:rPr>
          <w:b/>
          <w:color w:val="000000" w:themeColor="text1"/>
        </w:rPr>
        <w:t>iş birliği</w:t>
      </w:r>
      <w:r w:rsidRPr="00836C13">
        <w:rPr>
          <w:color w:val="000000" w:themeColor="text1"/>
        </w:rPr>
        <w:t xml:space="preserve"> sağlamak.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color w:val="000000" w:themeColor="text1"/>
        </w:rPr>
        <w:t xml:space="preserve">Başlıca kuruluşları: </w:t>
      </w:r>
      <w:r w:rsidRPr="00836C13">
        <w:rPr>
          <w:b/>
          <w:color w:val="000000" w:themeColor="text1"/>
        </w:rPr>
        <w:t>UNICEF</w:t>
      </w:r>
      <w:r w:rsidRPr="00836C13">
        <w:rPr>
          <w:color w:val="000000" w:themeColor="text1"/>
        </w:rPr>
        <w:t xml:space="preserve"> (çocuk), </w:t>
      </w:r>
      <w:r w:rsidRPr="00836C13">
        <w:rPr>
          <w:b/>
          <w:color w:val="000000" w:themeColor="text1"/>
        </w:rPr>
        <w:t>UNESCO</w:t>
      </w:r>
      <w:r w:rsidRPr="00836C13">
        <w:rPr>
          <w:color w:val="000000" w:themeColor="text1"/>
        </w:rPr>
        <w:t xml:space="preserve"> (eğitim-bilim-kültür), </w:t>
      </w:r>
      <w:r w:rsidRPr="00836C13">
        <w:rPr>
          <w:b/>
          <w:color w:val="000000" w:themeColor="text1"/>
        </w:rPr>
        <w:t>DSÖ/WHO</w:t>
      </w:r>
      <w:r w:rsidRPr="00836C13">
        <w:rPr>
          <w:color w:val="000000" w:themeColor="text1"/>
        </w:rPr>
        <w:t xml:space="preserve"> (sağlık), </w:t>
      </w:r>
      <w:r w:rsidRPr="00836C13">
        <w:rPr>
          <w:b/>
          <w:color w:val="000000" w:themeColor="text1"/>
        </w:rPr>
        <w:t>FAO</w:t>
      </w:r>
      <w:r w:rsidRPr="00836C13">
        <w:rPr>
          <w:color w:val="000000" w:themeColor="text1"/>
        </w:rPr>
        <w:t xml:space="preserve"> (gıda-tarım).</w:t>
      </w:r>
    </w:p>
    <w:p w:rsidR="008C5CA4" w:rsidRPr="00836C13" w:rsidRDefault="00836C1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836C13">
        <w:rPr>
          <w:b/>
          <w:color w:val="000000" w:themeColor="text1"/>
          <w:sz w:val="26"/>
        </w:rPr>
        <w:t>BM’NIN BAŞLICA ORGANLARI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b/>
          <w:color w:val="000000" w:themeColor="text1"/>
        </w:rPr>
        <w:t>Genel Kurul:</w:t>
      </w:r>
      <w:r w:rsidRPr="00836C13">
        <w:rPr>
          <w:color w:val="000000" w:themeColor="text1"/>
        </w:rPr>
        <w:t xml:space="preserve"> Bütün üye devletlerin eşit oyla temsil e</w:t>
      </w:r>
      <w:r w:rsidRPr="00836C13">
        <w:rPr>
          <w:color w:val="000000" w:themeColor="text1"/>
        </w:rPr>
        <w:t>dildiği, görüşme ve karar organıdır.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b/>
          <w:color w:val="000000" w:themeColor="text1"/>
        </w:rPr>
        <w:t>Güvenlik Konseyi:</w:t>
      </w:r>
      <w:r w:rsidRPr="00836C13">
        <w:rPr>
          <w:color w:val="000000" w:themeColor="text1"/>
        </w:rPr>
        <w:t xml:space="preserve"> Dünya barışı ve güvenliğinden sorumludur.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b/>
          <w:color w:val="000000" w:themeColor="text1"/>
        </w:rPr>
        <w:t>Ekonomik ve Sosyal Konsey:</w:t>
      </w:r>
      <w:r w:rsidRPr="00836C13">
        <w:rPr>
          <w:color w:val="000000" w:themeColor="text1"/>
        </w:rPr>
        <w:t xml:space="preserve"> Ekonomik, sosyal ve kültürel iş birliğini yürütür.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b/>
          <w:color w:val="000000" w:themeColor="text1"/>
        </w:rPr>
        <w:t>Uluslararası Adalet Divanı:</w:t>
      </w:r>
      <w:r w:rsidRPr="00836C13">
        <w:rPr>
          <w:color w:val="000000" w:themeColor="text1"/>
        </w:rPr>
        <w:t xml:space="preserve"> Devletler arasındaki hukukî uyuşmazlıklara bakar (merkezi Lahey).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b/>
          <w:color w:val="000000" w:themeColor="text1"/>
        </w:rPr>
        <w:t>Genel Sekreterlik:</w:t>
      </w:r>
      <w:r w:rsidRPr="00836C13">
        <w:rPr>
          <w:color w:val="000000" w:themeColor="text1"/>
        </w:rPr>
        <w:t xml:space="preserve"> Örgütün günlük işlerini yürütür; başında Genel Sekreter bulunur.</w:t>
      </w:r>
    </w:p>
    <w:p w:rsidR="008C5CA4" w:rsidRPr="00836C13" w:rsidRDefault="00836C1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836C13">
        <w:rPr>
          <w:b/>
          <w:color w:val="000000" w:themeColor="text1"/>
          <w:sz w:val="26"/>
        </w:rPr>
        <w:t>BARIŞ VE KARDEŞLIK ÜZERINE GÜZEL SÖZLER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color w:val="000000" w:themeColor="text1"/>
        </w:rPr>
        <w:t>“Yurtta sulh, cihanda sulh.” (Mustafa Kemal Atatürk)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color w:val="000000" w:themeColor="text1"/>
        </w:rPr>
        <w:t>“Dünya hepim</w:t>
      </w:r>
      <w:r w:rsidRPr="00836C13">
        <w:rPr>
          <w:color w:val="000000" w:themeColor="text1"/>
        </w:rPr>
        <w:t>izin ortak evidir.”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color w:val="000000" w:themeColor="text1"/>
        </w:rPr>
        <w:t>“Barış, kazanılması gereken en güzel zaferdir.”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color w:val="000000" w:themeColor="text1"/>
        </w:rPr>
        <w:t>“Birlikten kuvvet doğar.”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color w:val="000000" w:themeColor="text1"/>
        </w:rPr>
        <w:t>“İyilik, dünyanın her dilinde anlaşılır.”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color w:val="000000" w:themeColor="text1"/>
        </w:rPr>
        <w:t>“Sevgi ve saygı, barışın iki kanadıdır.”</w:t>
      </w:r>
    </w:p>
    <w:p w:rsidR="008C5CA4" w:rsidRPr="00836C13" w:rsidRDefault="00836C1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836C13">
        <w:rPr>
          <w:b/>
          <w:color w:val="000000" w:themeColor="text1"/>
          <w:sz w:val="26"/>
        </w:rPr>
        <w:t>OKULDA YAPILABILECEK ETKINLIKLER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color w:val="000000" w:themeColor="text1"/>
        </w:rPr>
        <w:t xml:space="preserve">Herkesin bir iyilik dileği yazdığı </w:t>
      </w:r>
      <w:r w:rsidRPr="00836C13">
        <w:rPr>
          <w:b/>
          <w:color w:val="000000" w:themeColor="text1"/>
        </w:rPr>
        <w:t>“Barış zinc</w:t>
      </w:r>
      <w:r w:rsidRPr="00836C13">
        <w:rPr>
          <w:b/>
          <w:color w:val="000000" w:themeColor="text1"/>
        </w:rPr>
        <w:t>iri”</w:t>
      </w:r>
      <w:r w:rsidRPr="00836C13">
        <w:rPr>
          <w:color w:val="000000" w:themeColor="text1"/>
        </w:rPr>
        <w:t xml:space="preserve"> ya da </w:t>
      </w:r>
      <w:r w:rsidRPr="00836C13">
        <w:rPr>
          <w:b/>
          <w:color w:val="000000" w:themeColor="text1"/>
        </w:rPr>
        <w:t>barış panosu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b/>
          <w:color w:val="000000" w:themeColor="text1"/>
        </w:rPr>
        <w:t>Dünya çocukları</w:t>
      </w:r>
      <w:r w:rsidRPr="00836C13">
        <w:rPr>
          <w:color w:val="000000" w:themeColor="text1"/>
        </w:rPr>
        <w:t xml:space="preserve"> temalı resim ve afiş yarışması, farklı ülke bayraklarıyla sergi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color w:val="000000" w:themeColor="text1"/>
        </w:rPr>
        <w:t xml:space="preserve">BM kuruluşlarını (UNICEF, UNESCO, WHO, FAO) tanıtan </w:t>
      </w:r>
      <w:r w:rsidRPr="00836C13">
        <w:rPr>
          <w:b/>
          <w:color w:val="000000" w:themeColor="text1"/>
        </w:rPr>
        <w:t>sınıf köşeleri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color w:val="000000" w:themeColor="text1"/>
        </w:rPr>
        <w:t xml:space="preserve">“Barış bizimle başlar” konulu </w:t>
      </w:r>
      <w:r w:rsidRPr="00836C13">
        <w:rPr>
          <w:b/>
          <w:color w:val="000000" w:themeColor="text1"/>
        </w:rPr>
        <w:t>kompozisyon</w:t>
      </w:r>
      <w:r w:rsidRPr="00836C13">
        <w:rPr>
          <w:color w:val="000000" w:themeColor="text1"/>
        </w:rPr>
        <w:t xml:space="preserve"> ve kısa konuşma etkinliği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color w:val="000000" w:themeColor="text1"/>
        </w:rPr>
        <w:t xml:space="preserve">Farklı ülkelerin kültürlerini tanıtan </w:t>
      </w:r>
      <w:r w:rsidRPr="00836C13">
        <w:rPr>
          <w:b/>
          <w:color w:val="000000" w:themeColor="text1"/>
        </w:rPr>
        <w:t>kültür günü</w:t>
      </w:r>
      <w:r w:rsidRPr="00836C13">
        <w:rPr>
          <w:color w:val="000000" w:themeColor="text1"/>
        </w:rPr>
        <w:t xml:space="preserve"> (yemek, kıyafet, oyun)</w:t>
      </w:r>
    </w:p>
    <w:p w:rsidR="008C5CA4" w:rsidRPr="00836C13" w:rsidRDefault="00836C13">
      <w:pPr>
        <w:pStyle w:val="ListeMaddemi"/>
        <w:spacing w:after="60"/>
        <w:rPr>
          <w:color w:val="000000" w:themeColor="text1"/>
        </w:rPr>
      </w:pPr>
      <w:r w:rsidRPr="00836C13">
        <w:rPr>
          <w:color w:val="000000" w:themeColor="text1"/>
        </w:rPr>
        <w:t xml:space="preserve">Sınıf içi </w:t>
      </w:r>
      <w:r w:rsidRPr="00836C13">
        <w:rPr>
          <w:b/>
          <w:color w:val="000000" w:themeColor="text1"/>
        </w:rPr>
        <w:t>uzlaşma ve hoşgörü</w:t>
      </w:r>
      <w:r w:rsidRPr="00836C13">
        <w:rPr>
          <w:color w:val="000000" w:themeColor="text1"/>
        </w:rPr>
        <w:t xml:space="preserve"> oyunları, “iyilik kartları” değişimi</w:t>
      </w:r>
    </w:p>
    <w:p w:rsidR="008C5CA4" w:rsidRPr="00836C13" w:rsidRDefault="008C5CA4">
      <w:pPr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836C13" w:rsidRPr="00836C13">
        <w:trPr>
          <w:cantSplit/>
          <w:jc w:val="center"/>
        </w:trPr>
        <w:tc>
          <w:tcPr>
            <w:tcW w:w="4819" w:type="dxa"/>
          </w:tcPr>
          <w:p w:rsidR="008C5CA4" w:rsidRPr="00836C13" w:rsidRDefault="00836C13">
            <w:pPr>
              <w:jc w:val="center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……………………..</w:t>
            </w:r>
            <w:r w:rsidRPr="00836C13">
              <w:rPr>
                <w:b/>
                <w:color w:val="000000" w:themeColor="text1"/>
                <w:sz w:val="21"/>
              </w:rPr>
              <w:br/>
            </w:r>
            <w:r w:rsidRPr="00836C13">
              <w:rPr>
                <w:color w:val="000000" w:themeColor="text1"/>
                <w:sz w:val="20"/>
              </w:rPr>
              <w:t>Sosyal Bilgiler Öğretmeni</w:t>
            </w:r>
            <w:r w:rsidRPr="00836C13">
              <w:rPr>
                <w:color w:val="000000" w:themeColor="text1"/>
                <w:sz w:val="20"/>
              </w:rPr>
              <w:br/>
            </w:r>
            <w:r w:rsidRPr="00836C13">
              <w:rPr>
                <w:color w:val="000000" w:themeColor="text1"/>
                <w:sz w:val="19"/>
              </w:rPr>
              <w:t>Hazırlayan</w:t>
            </w:r>
          </w:p>
        </w:tc>
        <w:tc>
          <w:tcPr>
            <w:tcW w:w="4819" w:type="dxa"/>
          </w:tcPr>
          <w:p w:rsidR="008C5CA4" w:rsidRPr="00836C13" w:rsidRDefault="00836C13">
            <w:pPr>
              <w:jc w:val="center"/>
              <w:rPr>
                <w:color w:val="000000" w:themeColor="text1"/>
              </w:rPr>
            </w:pPr>
            <w:r w:rsidRPr="00836C13">
              <w:rPr>
                <w:b/>
                <w:color w:val="000000" w:themeColor="text1"/>
                <w:sz w:val="21"/>
              </w:rPr>
              <w:t>UYGUNDUR</w:t>
            </w:r>
            <w:r w:rsidRPr="00836C13">
              <w:rPr>
                <w:b/>
                <w:color w:val="000000" w:themeColor="text1"/>
                <w:sz w:val="21"/>
              </w:rPr>
              <w:br/>
            </w:r>
            <w:r w:rsidRPr="00836C13">
              <w:rPr>
                <w:b/>
                <w:color w:val="000000" w:themeColor="text1"/>
                <w:sz w:val="21"/>
              </w:rPr>
              <w:t>…… / …… / 2026</w:t>
            </w:r>
            <w:r w:rsidRPr="00836C13">
              <w:rPr>
                <w:b/>
                <w:color w:val="000000" w:themeColor="text1"/>
                <w:sz w:val="21"/>
              </w:rPr>
              <w:br/>
            </w:r>
            <w:r w:rsidRPr="00836C13">
              <w:rPr>
                <w:color w:val="000000" w:themeColor="text1"/>
                <w:sz w:val="20"/>
              </w:rPr>
              <w:t>……………………………</w:t>
            </w:r>
            <w:r w:rsidRPr="00836C13">
              <w:rPr>
                <w:color w:val="000000" w:themeColor="text1"/>
                <w:sz w:val="20"/>
              </w:rPr>
              <w:br/>
            </w:r>
            <w:r w:rsidRPr="00836C13">
              <w:rPr>
                <w:color w:val="000000" w:themeColor="text1"/>
                <w:sz w:val="19"/>
              </w:rPr>
              <w:t>Okul Müdürü</w:t>
            </w:r>
          </w:p>
        </w:tc>
      </w:tr>
    </w:tbl>
    <w:p w:rsidR="008C5CA4" w:rsidRPr="00836C13" w:rsidRDefault="00836C1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836C13">
        <w:rPr>
          <w:b/>
          <w:color w:val="000000" w:themeColor="text1"/>
          <w:sz w:val="26"/>
        </w:rPr>
        <w:t>KAYNAKÇA</w:t>
      </w:r>
      <w:proofErr w:type="spellEnd"/>
    </w:p>
    <w:p w:rsidR="008C5CA4" w:rsidRPr="00836C13" w:rsidRDefault="00836C13">
      <w:pPr>
        <w:pStyle w:val="ListeNumaras"/>
        <w:spacing w:after="40"/>
        <w:rPr>
          <w:color w:val="000000" w:themeColor="text1"/>
        </w:rPr>
      </w:pPr>
      <w:r w:rsidRPr="00836C13">
        <w:rPr>
          <w:color w:val="000000" w:themeColor="text1"/>
          <w:sz w:val="18"/>
        </w:rPr>
        <w:t>Birleşmiş</w:t>
      </w:r>
      <w:r w:rsidRPr="00836C13">
        <w:rPr>
          <w:color w:val="000000" w:themeColor="text1"/>
          <w:sz w:val="18"/>
        </w:rPr>
        <w:t xml:space="preserve"> Milletler Antlaşması (San Francisco, 26 Haziran 1945; yürürlük: 24 Ekim 1945).</w:t>
      </w:r>
    </w:p>
    <w:p w:rsidR="008C5CA4" w:rsidRPr="00836C13" w:rsidRDefault="00836C13">
      <w:pPr>
        <w:pStyle w:val="ListeNumaras"/>
        <w:spacing w:after="40"/>
        <w:rPr>
          <w:color w:val="000000" w:themeColor="text1"/>
        </w:rPr>
      </w:pPr>
      <w:r w:rsidRPr="00836C13">
        <w:rPr>
          <w:color w:val="000000" w:themeColor="text1"/>
          <w:sz w:val="18"/>
        </w:rPr>
        <w:lastRenderedPageBreak/>
        <w:t>BM Genel Kurulu kararı — 24 Ekim Birleşmiş Milletler Günü (1948).</w:t>
      </w:r>
    </w:p>
    <w:p w:rsidR="008C5CA4" w:rsidRPr="00836C13" w:rsidRDefault="00836C13">
      <w:pPr>
        <w:pStyle w:val="ListeNumaras"/>
        <w:spacing w:after="40"/>
        <w:rPr>
          <w:color w:val="000000" w:themeColor="text1"/>
        </w:rPr>
      </w:pPr>
      <w:r w:rsidRPr="00836C13">
        <w:rPr>
          <w:color w:val="000000" w:themeColor="text1"/>
          <w:sz w:val="18"/>
        </w:rPr>
        <w:t>Birleşmiş Milletler — üye devletler ve başlıca organlar (un.org).</w:t>
      </w:r>
    </w:p>
    <w:p w:rsidR="008C5CA4" w:rsidRPr="00836C13" w:rsidRDefault="00836C13">
      <w:pPr>
        <w:pStyle w:val="ListeNumaras"/>
        <w:spacing w:after="40"/>
        <w:rPr>
          <w:color w:val="000000" w:themeColor="text1"/>
        </w:rPr>
      </w:pPr>
      <w:r w:rsidRPr="00836C13">
        <w:rPr>
          <w:color w:val="000000" w:themeColor="text1"/>
          <w:sz w:val="18"/>
        </w:rPr>
        <w:t>T.C. Dışişleri Bakanlığı — Türkiye ve Birleş</w:t>
      </w:r>
      <w:r w:rsidRPr="00836C13">
        <w:rPr>
          <w:color w:val="000000" w:themeColor="text1"/>
          <w:sz w:val="18"/>
        </w:rPr>
        <w:t>miş Milletler (mfa.gov.tr).</w:t>
      </w:r>
    </w:p>
    <w:sectPr w:rsidR="008C5CA4" w:rsidRPr="00836C13" w:rsidSect="00034616">
      <w:pgSz w:w="11906" w:h="16838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36C13"/>
    <w:rsid w:val="008C5CA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19CAAD"/>
  <w14:defaultImageDpi w14:val="300"/>
  <w15:docId w15:val="{A856C1F1-CA2C-4C24-BD7E-1833B42C2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836C1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E87E765-3D55-4AF5-A525-1352EED08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 Ekim Birleşmiş Milletler Günü Kutlama Programı (2026-2027)</dc:title>
  <dc:subject>Belirli Günler ve Haftalar — 24 Ekim Birleşmiş Milletler Günü</dc:subject>
  <dc:creator>evrakburada</dc:creator>
  <cp:keywords>24 ekim birleşmiş milletler günü kutlama programı, bm nedir, bm amaçları organları unicef unesco who fao barış şiiri sunucu metni, belirli günler ve haftalar</cp:keywords>
  <dc:description/>
  <cp:lastModifiedBy>HP</cp:lastModifiedBy>
  <cp:revision>2</cp:revision>
  <dcterms:created xsi:type="dcterms:W3CDTF">2013-12-23T23:15:00Z</dcterms:created>
  <dcterms:modified xsi:type="dcterms:W3CDTF">2026-10-15T13:32:00Z</dcterms:modified>
  <cp:category/>
</cp:coreProperties>
</file>