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CA1" w:rsidRDefault="00B7628C">
      <w:pPr>
        <w:jc w:val="center"/>
      </w:pPr>
      <w:r>
        <w:rPr>
          <w:b/>
          <w:sz w:val="24"/>
        </w:rPr>
        <w:t>T.C.</w:t>
      </w:r>
    </w:p>
    <w:p w:rsidR="00460CA1" w:rsidRDefault="00723491">
      <w:pPr>
        <w:jc w:val="center"/>
        <w:rPr>
          <w:b/>
          <w:sz w:val="22"/>
        </w:rPr>
      </w:pPr>
      <w:r>
        <w:rPr>
          <w:b/>
          <w:sz w:val="22"/>
        </w:rPr>
        <w:t>………………</w:t>
      </w:r>
      <w:r w:rsidR="00B7628C">
        <w:rPr>
          <w:b/>
          <w:sz w:val="22"/>
        </w:rPr>
        <w:t xml:space="preserve"> VALİLİĞİ</w:t>
      </w:r>
    </w:p>
    <w:p w:rsidR="00DE2B41" w:rsidRDefault="00DE2B41">
      <w:pPr>
        <w:jc w:val="center"/>
      </w:pPr>
      <w:r>
        <w:rPr>
          <w:b/>
          <w:sz w:val="22"/>
        </w:rPr>
        <w:t>İL MİLLÎ EĞİTİM MÜDÜRLÜĞÜ</w:t>
      </w:r>
    </w:p>
    <w:p w:rsidR="00460CA1" w:rsidRDefault="00723491">
      <w:pPr>
        <w:jc w:val="center"/>
      </w:pPr>
      <w:r>
        <w:rPr>
          <w:b/>
          <w:sz w:val="24"/>
        </w:rPr>
        <w:t>………………………</w:t>
      </w:r>
      <w:r w:rsidR="00DE2B41">
        <w:rPr>
          <w:b/>
          <w:sz w:val="24"/>
        </w:rPr>
        <w:t xml:space="preserve"> Ortaokulu Müdürlüğü</w:t>
      </w:r>
    </w:p>
    <w:p w:rsidR="00460CA1" w:rsidRDefault="00460CA1"/>
    <w:p w:rsidR="00460CA1" w:rsidRDefault="00B7628C">
      <w:pPr>
        <w:jc w:val="center"/>
      </w:pPr>
      <w:r>
        <w:rPr>
          <w:b/>
          <w:sz w:val="28"/>
        </w:rPr>
        <w:t>2026-2027 EĞİTİM ÖĞRETİM YILI</w:t>
      </w:r>
    </w:p>
    <w:p w:rsidR="00460CA1" w:rsidRDefault="00B7628C">
      <w:pPr>
        <w:jc w:val="center"/>
      </w:pPr>
      <w:r>
        <w:rPr>
          <w:b/>
          <w:sz w:val="30"/>
        </w:rPr>
        <w:t>OKUL TEMELLİ SOSYAL ETKİNLİKLER</w:t>
      </w:r>
    </w:p>
    <w:p w:rsidR="00460CA1" w:rsidRDefault="00B7628C">
      <w:pPr>
        <w:jc w:val="center"/>
      </w:pPr>
      <w:r>
        <w:rPr>
          <w:b/>
          <w:sz w:val="32"/>
        </w:rPr>
        <w:t>EYLEM PLANI</w:t>
      </w:r>
    </w:p>
    <w:p w:rsidR="00460CA1" w:rsidRDefault="00460CA1"/>
    <w:p w:rsidR="00460CA1" w:rsidRDefault="00B7628C">
      <w:pPr>
        <w:jc w:val="center"/>
      </w:pPr>
      <w:r>
        <w:rPr>
          <w:b/>
          <w:sz w:val="22"/>
        </w:rPr>
        <w:t>Plan Tarihi: 15/09/2026</w:t>
      </w:r>
    </w:p>
    <w:p w:rsidR="00460CA1" w:rsidRDefault="00460CA1"/>
    <w:p w:rsidR="00460CA1" w:rsidRDefault="00B7628C">
      <w:pPr>
        <w:jc w:val="both"/>
      </w:pPr>
      <w:r>
        <w:rPr>
          <w:sz w:val="22"/>
        </w:rPr>
        <w:t>Bu plan, Türkiye Yüzyılı Maarif Modeli Okul Temelli Sosyal Etkinlikler Eylem Planı Kılavuzu doğrultusunda; öğrencilerin ilgi, yetenek, ihtiyaç ve gelişim özellikleri ile okulumuzun mevcut imkânları dikkate alınarak hazırlanmıştır.</w:t>
      </w:r>
    </w:p>
    <w:p w:rsidR="00460CA1" w:rsidRDefault="00B7628C">
      <w:r>
        <w:br w:type="page"/>
      </w:r>
    </w:p>
    <w:p w:rsidR="00460CA1" w:rsidRDefault="00B7628C" w:rsidP="00DE2B41">
      <w:r>
        <w:lastRenderedPageBreak/>
        <w:t>1. PLANIN AMACI</w:t>
      </w:r>
    </w:p>
    <w:p w:rsidR="00460CA1" w:rsidRDefault="00B7628C">
      <w:pPr>
        <w:jc w:val="both"/>
      </w:pPr>
      <w:r>
        <w:t>Öğrencilerin bütüncül gelişimini desteklemek; millî, manevi ve kültürel değerleri tanımalarını, temel yaşam becerileri kazanmalarını, sosyal sorumluluk bilinci geliştirmelerini, sanat, spor, bilim ve çevre alanlarında aktif katılım göstermelerini sağlamak ve sosyal etkinlikleri eğitim öğretim yılı boyunca planlı, koordineli ve sürdürülebilir biçimde yürütmektir.</w:t>
      </w:r>
    </w:p>
    <w:p w:rsidR="00460CA1" w:rsidRDefault="00B7628C" w:rsidP="00DE2B41">
      <w:r>
        <w:t>2. PLANIN DAYANAĞI VE KAPSAMI</w:t>
      </w:r>
    </w:p>
    <w:p w:rsidR="00460CA1" w:rsidRDefault="00B7628C">
      <w:pPr>
        <w:pStyle w:val="ListeMaddemi"/>
      </w:pPr>
      <w:r>
        <w:t>Türkiye Yüzyılı Maarif Modeli Okul Temelli Sosyal Etkinlikler Eylem Planı Kılavuzu.</w:t>
      </w:r>
    </w:p>
    <w:p w:rsidR="00460CA1" w:rsidRDefault="00B7628C">
      <w:pPr>
        <w:pStyle w:val="ListeMaddemi"/>
      </w:pPr>
      <w:r>
        <w:t>Okulun öğrenci özellikleri, ihtiyaçları, fiziki imkânları ve eğitim öğretim yılı çalışma takvimi.</w:t>
      </w:r>
    </w:p>
    <w:p w:rsidR="00460CA1" w:rsidRDefault="00B7628C">
      <w:pPr>
        <w:pStyle w:val="ListeMaddemi"/>
      </w:pPr>
      <w:r>
        <w:t>Okul Temelli Sosyal Etkinlikler Eylem Planı kapsamında belirlenen Kültür Dünyamız, Sanat, Spor, Bilim ve Doğa-Çevre-Toplum temaları.</w:t>
      </w:r>
    </w:p>
    <w:p w:rsidR="00460CA1" w:rsidRDefault="00B7628C" w:rsidP="00DE2B41">
      <w:r>
        <w:t>3. SOSYAL ETKİNLİKLER KURULU</w:t>
      </w:r>
    </w:p>
    <w:tbl>
      <w:tblPr>
        <w:tblStyle w:val="TabloKlavuzu"/>
        <w:tblW w:w="0" w:type="auto"/>
        <w:jc w:val="center"/>
        <w:tblLook w:val="04A0" w:firstRow="1" w:lastRow="0" w:firstColumn="1" w:lastColumn="0" w:noHBand="0" w:noVBand="1"/>
      </w:tblPr>
      <w:tblGrid>
        <w:gridCol w:w="3434"/>
        <w:gridCol w:w="3434"/>
        <w:gridCol w:w="3434"/>
      </w:tblGrid>
      <w:tr w:rsidR="00460CA1">
        <w:trPr>
          <w:jc w:val="center"/>
        </w:trPr>
        <w:tc>
          <w:tcPr>
            <w:tcW w:w="3437" w:type="dxa"/>
            <w:shd w:val="clear" w:color="auto" w:fill="D9EAF7"/>
            <w:vAlign w:val="center"/>
          </w:tcPr>
          <w:p w:rsidR="00460CA1" w:rsidRDefault="00B7628C">
            <w:pPr>
              <w:jc w:val="center"/>
            </w:pPr>
            <w:r>
              <w:rPr>
                <w:b/>
                <w:sz w:val="18"/>
              </w:rPr>
              <w:t>Görevi</w:t>
            </w:r>
          </w:p>
        </w:tc>
        <w:tc>
          <w:tcPr>
            <w:tcW w:w="3437" w:type="dxa"/>
            <w:shd w:val="clear" w:color="auto" w:fill="D9EAF7"/>
            <w:vAlign w:val="center"/>
          </w:tcPr>
          <w:p w:rsidR="00460CA1" w:rsidRDefault="00B7628C">
            <w:pPr>
              <w:jc w:val="center"/>
            </w:pPr>
            <w:r>
              <w:rPr>
                <w:b/>
                <w:sz w:val="18"/>
              </w:rPr>
              <w:t>Adı Soyadı</w:t>
            </w:r>
          </w:p>
        </w:tc>
        <w:tc>
          <w:tcPr>
            <w:tcW w:w="3437" w:type="dxa"/>
            <w:shd w:val="clear" w:color="auto" w:fill="D9EAF7"/>
            <w:vAlign w:val="center"/>
          </w:tcPr>
          <w:p w:rsidR="00460CA1" w:rsidRDefault="00B7628C">
            <w:pPr>
              <w:jc w:val="center"/>
            </w:pPr>
            <w:r>
              <w:rPr>
                <w:b/>
                <w:sz w:val="18"/>
              </w:rPr>
              <w:t>Açıklama</w:t>
            </w:r>
          </w:p>
        </w:tc>
      </w:tr>
      <w:tr w:rsidR="00460CA1">
        <w:trPr>
          <w:jc w:val="center"/>
        </w:trPr>
        <w:tc>
          <w:tcPr>
            <w:tcW w:w="3437" w:type="dxa"/>
            <w:vAlign w:val="center"/>
          </w:tcPr>
          <w:p w:rsidR="00460CA1" w:rsidRDefault="00B7628C" w:rsidP="00DE2B41">
            <w:pPr>
              <w:jc w:val="center"/>
            </w:pPr>
            <w:r>
              <w:rPr>
                <w:sz w:val="18"/>
              </w:rPr>
              <w:t>Başkan (Müdür Yardımcısı)</w:t>
            </w:r>
          </w:p>
        </w:tc>
        <w:tc>
          <w:tcPr>
            <w:tcW w:w="3437" w:type="dxa"/>
            <w:vAlign w:val="center"/>
          </w:tcPr>
          <w:p w:rsidR="00460CA1" w:rsidRDefault="00460CA1" w:rsidP="00DE2B41">
            <w:pPr>
              <w:jc w:val="center"/>
            </w:pPr>
          </w:p>
        </w:tc>
        <w:tc>
          <w:tcPr>
            <w:tcW w:w="3437" w:type="dxa"/>
            <w:vAlign w:val="center"/>
          </w:tcPr>
          <w:p w:rsidR="00460CA1" w:rsidRDefault="00B7628C" w:rsidP="00DE2B41">
            <w:pPr>
              <w:jc w:val="center"/>
            </w:pPr>
            <w:r>
              <w:rPr>
                <w:sz w:val="18"/>
              </w:rPr>
              <w:t>Kurul Başkanı</w:t>
            </w:r>
          </w:p>
        </w:tc>
      </w:tr>
      <w:tr w:rsidR="00460CA1">
        <w:trPr>
          <w:jc w:val="center"/>
        </w:trPr>
        <w:tc>
          <w:tcPr>
            <w:tcW w:w="3437" w:type="dxa"/>
            <w:vAlign w:val="center"/>
          </w:tcPr>
          <w:p w:rsidR="00460CA1" w:rsidRDefault="00B7628C" w:rsidP="00DE2B41">
            <w:pPr>
              <w:jc w:val="center"/>
            </w:pPr>
            <w:r>
              <w:rPr>
                <w:sz w:val="18"/>
              </w:rPr>
              <w:t>Danışman Öğretmen</w:t>
            </w:r>
          </w:p>
        </w:tc>
        <w:tc>
          <w:tcPr>
            <w:tcW w:w="3437" w:type="dxa"/>
            <w:vAlign w:val="center"/>
          </w:tcPr>
          <w:p w:rsidR="00460CA1" w:rsidRDefault="00460CA1" w:rsidP="00DE2B41">
            <w:pPr>
              <w:jc w:val="center"/>
            </w:pPr>
          </w:p>
        </w:tc>
        <w:tc>
          <w:tcPr>
            <w:tcW w:w="3437" w:type="dxa"/>
            <w:vAlign w:val="center"/>
          </w:tcPr>
          <w:p w:rsidR="00460CA1" w:rsidRDefault="00B7628C" w:rsidP="00DE2B41">
            <w:pPr>
              <w:jc w:val="center"/>
            </w:pPr>
            <w:r>
              <w:rPr>
                <w:sz w:val="18"/>
              </w:rPr>
              <w:t>Kurul Üyesi</w:t>
            </w:r>
          </w:p>
        </w:tc>
      </w:tr>
      <w:tr w:rsidR="00460CA1">
        <w:trPr>
          <w:jc w:val="center"/>
        </w:trPr>
        <w:tc>
          <w:tcPr>
            <w:tcW w:w="3437" w:type="dxa"/>
            <w:vAlign w:val="center"/>
          </w:tcPr>
          <w:p w:rsidR="00460CA1" w:rsidRDefault="00B7628C" w:rsidP="00DE2B41">
            <w:pPr>
              <w:jc w:val="center"/>
            </w:pPr>
            <w:r>
              <w:rPr>
                <w:sz w:val="18"/>
              </w:rPr>
              <w:t>Danışman Öğretmen</w:t>
            </w:r>
          </w:p>
        </w:tc>
        <w:tc>
          <w:tcPr>
            <w:tcW w:w="3437" w:type="dxa"/>
            <w:vAlign w:val="center"/>
          </w:tcPr>
          <w:p w:rsidR="00460CA1" w:rsidRDefault="00460CA1" w:rsidP="00DE2B41">
            <w:pPr>
              <w:jc w:val="center"/>
            </w:pPr>
          </w:p>
        </w:tc>
        <w:tc>
          <w:tcPr>
            <w:tcW w:w="3437" w:type="dxa"/>
            <w:vAlign w:val="center"/>
          </w:tcPr>
          <w:p w:rsidR="00460CA1" w:rsidRDefault="00B7628C" w:rsidP="00DE2B41">
            <w:pPr>
              <w:jc w:val="center"/>
            </w:pPr>
            <w:r>
              <w:rPr>
                <w:sz w:val="18"/>
              </w:rPr>
              <w:t>Kurul Üyesi</w:t>
            </w:r>
          </w:p>
        </w:tc>
      </w:tr>
      <w:tr w:rsidR="00460CA1">
        <w:trPr>
          <w:jc w:val="center"/>
        </w:trPr>
        <w:tc>
          <w:tcPr>
            <w:tcW w:w="3437" w:type="dxa"/>
            <w:vAlign w:val="center"/>
          </w:tcPr>
          <w:p w:rsidR="00460CA1" w:rsidRDefault="00B7628C" w:rsidP="00DE2B41">
            <w:pPr>
              <w:jc w:val="center"/>
            </w:pPr>
            <w:r>
              <w:rPr>
                <w:sz w:val="18"/>
              </w:rPr>
              <w:t>Danışman Öğretmen</w:t>
            </w:r>
          </w:p>
        </w:tc>
        <w:tc>
          <w:tcPr>
            <w:tcW w:w="3437" w:type="dxa"/>
            <w:vAlign w:val="center"/>
          </w:tcPr>
          <w:p w:rsidR="00460CA1" w:rsidRDefault="00460CA1" w:rsidP="00DE2B41">
            <w:pPr>
              <w:jc w:val="center"/>
            </w:pPr>
          </w:p>
        </w:tc>
        <w:tc>
          <w:tcPr>
            <w:tcW w:w="3437" w:type="dxa"/>
            <w:vAlign w:val="center"/>
          </w:tcPr>
          <w:p w:rsidR="00460CA1" w:rsidRDefault="00B7628C" w:rsidP="00DE2B41">
            <w:pPr>
              <w:jc w:val="center"/>
            </w:pPr>
            <w:r>
              <w:rPr>
                <w:sz w:val="18"/>
              </w:rPr>
              <w:t>Kurul Üyesi</w:t>
            </w:r>
          </w:p>
        </w:tc>
      </w:tr>
      <w:tr w:rsidR="00460CA1">
        <w:trPr>
          <w:jc w:val="center"/>
        </w:trPr>
        <w:tc>
          <w:tcPr>
            <w:tcW w:w="3437" w:type="dxa"/>
            <w:vAlign w:val="center"/>
          </w:tcPr>
          <w:p w:rsidR="00460CA1" w:rsidRDefault="00B7628C" w:rsidP="00DE2B41">
            <w:pPr>
              <w:jc w:val="center"/>
            </w:pPr>
            <w:r>
              <w:rPr>
                <w:sz w:val="18"/>
              </w:rPr>
              <w:t>Öğrenci</w:t>
            </w:r>
          </w:p>
        </w:tc>
        <w:tc>
          <w:tcPr>
            <w:tcW w:w="3437" w:type="dxa"/>
            <w:vAlign w:val="center"/>
          </w:tcPr>
          <w:p w:rsidR="00460CA1" w:rsidRDefault="00460CA1" w:rsidP="00DE2B41">
            <w:pPr>
              <w:jc w:val="center"/>
            </w:pPr>
          </w:p>
        </w:tc>
        <w:tc>
          <w:tcPr>
            <w:tcW w:w="3437" w:type="dxa"/>
            <w:vAlign w:val="center"/>
          </w:tcPr>
          <w:p w:rsidR="00460CA1" w:rsidRDefault="00B7628C" w:rsidP="00DE2B41">
            <w:pPr>
              <w:jc w:val="center"/>
            </w:pPr>
            <w:r>
              <w:rPr>
                <w:sz w:val="18"/>
              </w:rPr>
              <w:t>Öğrenci kulübü temsilcisi</w:t>
            </w:r>
          </w:p>
        </w:tc>
      </w:tr>
      <w:tr w:rsidR="00460CA1">
        <w:trPr>
          <w:jc w:val="center"/>
        </w:trPr>
        <w:tc>
          <w:tcPr>
            <w:tcW w:w="3437" w:type="dxa"/>
            <w:vAlign w:val="center"/>
          </w:tcPr>
          <w:p w:rsidR="00460CA1" w:rsidRDefault="00B7628C" w:rsidP="00DE2B41">
            <w:pPr>
              <w:jc w:val="center"/>
            </w:pPr>
            <w:r>
              <w:rPr>
                <w:sz w:val="18"/>
              </w:rPr>
              <w:t>Öğrenci</w:t>
            </w:r>
          </w:p>
        </w:tc>
        <w:tc>
          <w:tcPr>
            <w:tcW w:w="3437" w:type="dxa"/>
            <w:vAlign w:val="center"/>
          </w:tcPr>
          <w:p w:rsidR="00460CA1" w:rsidRDefault="00460CA1" w:rsidP="00DE2B41">
            <w:pPr>
              <w:jc w:val="center"/>
            </w:pPr>
          </w:p>
        </w:tc>
        <w:tc>
          <w:tcPr>
            <w:tcW w:w="3437" w:type="dxa"/>
            <w:vAlign w:val="center"/>
          </w:tcPr>
          <w:p w:rsidR="00460CA1" w:rsidRDefault="00B7628C" w:rsidP="00DE2B41">
            <w:pPr>
              <w:jc w:val="center"/>
            </w:pPr>
            <w:r>
              <w:rPr>
                <w:sz w:val="18"/>
              </w:rPr>
              <w:t>Öğrenci kulübü temsilcisi</w:t>
            </w:r>
          </w:p>
        </w:tc>
      </w:tr>
      <w:tr w:rsidR="00460CA1">
        <w:trPr>
          <w:jc w:val="center"/>
        </w:trPr>
        <w:tc>
          <w:tcPr>
            <w:tcW w:w="3437" w:type="dxa"/>
            <w:vAlign w:val="center"/>
          </w:tcPr>
          <w:p w:rsidR="00460CA1" w:rsidRDefault="00B7628C" w:rsidP="00DE2B41">
            <w:pPr>
              <w:jc w:val="center"/>
            </w:pPr>
            <w:r>
              <w:rPr>
                <w:sz w:val="18"/>
              </w:rPr>
              <w:t>Veli</w:t>
            </w:r>
          </w:p>
        </w:tc>
        <w:tc>
          <w:tcPr>
            <w:tcW w:w="3437" w:type="dxa"/>
            <w:vAlign w:val="center"/>
          </w:tcPr>
          <w:p w:rsidR="00460CA1" w:rsidRDefault="00460CA1" w:rsidP="00DE2B41">
            <w:pPr>
              <w:jc w:val="center"/>
            </w:pPr>
          </w:p>
        </w:tc>
        <w:tc>
          <w:tcPr>
            <w:tcW w:w="3437" w:type="dxa"/>
            <w:vAlign w:val="center"/>
          </w:tcPr>
          <w:p w:rsidR="00460CA1" w:rsidRDefault="00B7628C" w:rsidP="00DE2B41">
            <w:pPr>
              <w:jc w:val="center"/>
            </w:pPr>
            <w:r>
              <w:rPr>
                <w:sz w:val="18"/>
              </w:rPr>
              <w:t>Okul-aile birliğince belirlenen veli</w:t>
            </w:r>
          </w:p>
        </w:tc>
      </w:tr>
    </w:tbl>
    <w:p w:rsidR="00460CA1" w:rsidRDefault="00B7628C" w:rsidP="00DE2B41">
      <w:r>
        <w:t>4. 2026-2027 YILI ÖNCELİKLİ TEMALAR VE HEDEFLER</w:t>
      </w:r>
    </w:p>
    <w:tbl>
      <w:tblPr>
        <w:tblStyle w:val="TabloKlavuzu"/>
        <w:tblW w:w="0" w:type="auto"/>
        <w:jc w:val="center"/>
        <w:tblLook w:val="04A0" w:firstRow="1" w:lastRow="0" w:firstColumn="1" w:lastColumn="0" w:noHBand="0" w:noVBand="1"/>
      </w:tblPr>
      <w:tblGrid>
        <w:gridCol w:w="2408"/>
        <w:gridCol w:w="4460"/>
        <w:gridCol w:w="3434"/>
      </w:tblGrid>
      <w:tr w:rsidR="00460CA1" w:rsidTr="00DE2B41">
        <w:trPr>
          <w:jc w:val="center"/>
        </w:trPr>
        <w:tc>
          <w:tcPr>
            <w:tcW w:w="2410" w:type="dxa"/>
            <w:shd w:val="clear" w:color="auto" w:fill="D9EAF7"/>
            <w:vAlign w:val="center"/>
          </w:tcPr>
          <w:p w:rsidR="00460CA1" w:rsidRDefault="00B7628C">
            <w:pPr>
              <w:jc w:val="center"/>
            </w:pPr>
            <w:r>
              <w:rPr>
                <w:b/>
                <w:sz w:val="18"/>
              </w:rPr>
              <w:t>Tema</w:t>
            </w:r>
          </w:p>
        </w:tc>
        <w:tc>
          <w:tcPr>
            <w:tcW w:w="4464" w:type="dxa"/>
            <w:shd w:val="clear" w:color="auto" w:fill="D9EAF7"/>
            <w:vAlign w:val="center"/>
          </w:tcPr>
          <w:p w:rsidR="00460CA1" w:rsidRDefault="00B7628C">
            <w:pPr>
              <w:jc w:val="center"/>
            </w:pPr>
            <w:r>
              <w:rPr>
                <w:b/>
                <w:sz w:val="18"/>
              </w:rPr>
              <w:t>Öncelikli hedef</w:t>
            </w:r>
          </w:p>
        </w:tc>
        <w:tc>
          <w:tcPr>
            <w:tcW w:w="3437" w:type="dxa"/>
            <w:shd w:val="clear" w:color="auto" w:fill="D9EAF7"/>
            <w:vAlign w:val="center"/>
          </w:tcPr>
          <w:p w:rsidR="00460CA1" w:rsidRDefault="00B7628C">
            <w:pPr>
              <w:jc w:val="center"/>
            </w:pPr>
            <w:r>
              <w:rPr>
                <w:b/>
                <w:sz w:val="18"/>
              </w:rPr>
              <w:t>İzleme göstergesi</w:t>
            </w:r>
          </w:p>
        </w:tc>
      </w:tr>
      <w:tr w:rsidR="00460CA1" w:rsidTr="00DE2B41">
        <w:trPr>
          <w:jc w:val="center"/>
        </w:trPr>
        <w:tc>
          <w:tcPr>
            <w:tcW w:w="2410" w:type="dxa"/>
            <w:vAlign w:val="center"/>
          </w:tcPr>
          <w:p w:rsidR="00460CA1" w:rsidRPr="00DE2B41" w:rsidRDefault="00B7628C" w:rsidP="00DE2B41">
            <w:pPr>
              <w:jc w:val="center"/>
              <w:rPr>
                <w:sz w:val="22"/>
              </w:rPr>
            </w:pPr>
            <w:r w:rsidRPr="00DE2B41">
              <w:rPr>
                <w:sz w:val="22"/>
              </w:rPr>
              <w:t>Kültür Dünyamız</w:t>
            </w:r>
          </w:p>
        </w:tc>
        <w:tc>
          <w:tcPr>
            <w:tcW w:w="4464" w:type="dxa"/>
            <w:vAlign w:val="center"/>
          </w:tcPr>
          <w:p w:rsidR="00460CA1" w:rsidRPr="00DE2B41" w:rsidRDefault="00B7628C" w:rsidP="00DE2B41">
            <w:pPr>
              <w:jc w:val="center"/>
              <w:rPr>
                <w:sz w:val="22"/>
              </w:rPr>
            </w:pPr>
            <w:r w:rsidRPr="00DE2B41">
              <w:rPr>
                <w:sz w:val="22"/>
              </w:rPr>
              <w:t>Kültürel değerler, somut ve somut olmayan kültürel miras, tarihî miras ve millî değerler konusunda farkındalık oluşturmak; öğrencilerin özgün ürünler ortaya koymasını desteklemek.</w:t>
            </w:r>
          </w:p>
        </w:tc>
        <w:tc>
          <w:tcPr>
            <w:tcW w:w="3437" w:type="dxa"/>
            <w:vAlign w:val="center"/>
          </w:tcPr>
          <w:p w:rsidR="00460CA1" w:rsidRPr="00DE2B41" w:rsidRDefault="00B7628C" w:rsidP="00DE2B41">
            <w:pPr>
              <w:jc w:val="center"/>
              <w:rPr>
                <w:sz w:val="22"/>
              </w:rPr>
            </w:pPr>
            <w:r w:rsidRPr="00DE2B41">
              <w:rPr>
                <w:sz w:val="22"/>
              </w:rPr>
              <w:t>Katılan öğrenci oranı / gerçekleştirilen etkinlik sayısı</w:t>
            </w:r>
          </w:p>
        </w:tc>
      </w:tr>
      <w:tr w:rsidR="00460CA1" w:rsidTr="00DE2B41">
        <w:trPr>
          <w:jc w:val="center"/>
        </w:trPr>
        <w:tc>
          <w:tcPr>
            <w:tcW w:w="2410" w:type="dxa"/>
            <w:vAlign w:val="center"/>
          </w:tcPr>
          <w:p w:rsidR="00460CA1" w:rsidRPr="00DE2B41" w:rsidRDefault="00B7628C" w:rsidP="00DE2B41">
            <w:pPr>
              <w:jc w:val="center"/>
              <w:rPr>
                <w:sz w:val="22"/>
              </w:rPr>
            </w:pPr>
            <w:r w:rsidRPr="00DE2B41">
              <w:rPr>
                <w:sz w:val="22"/>
              </w:rPr>
              <w:t>Sanat</w:t>
            </w:r>
          </w:p>
        </w:tc>
        <w:tc>
          <w:tcPr>
            <w:tcW w:w="4464" w:type="dxa"/>
            <w:vAlign w:val="center"/>
          </w:tcPr>
          <w:p w:rsidR="00460CA1" w:rsidRPr="00DE2B41" w:rsidRDefault="00B7628C" w:rsidP="00DE2B41">
            <w:pPr>
              <w:jc w:val="center"/>
              <w:rPr>
                <w:sz w:val="22"/>
              </w:rPr>
            </w:pPr>
            <w:r w:rsidRPr="00DE2B41">
              <w:rPr>
                <w:sz w:val="22"/>
              </w:rPr>
              <w:t>Geleneksel sanatları tanıtmak, sanatçı ve zanaatkârlarla etkileşimi artırmak, sahne sanatlarına katılımı ve öğrencilerin kendilerini sanat yoluyla ifade etmelerini desteklemek.</w:t>
            </w:r>
          </w:p>
        </w:tc>
        <w:tc>
          <w:tcPr>
            <w:tcW w:w="3437" w:type="dxa"/>
            <w:vAlign w:val="center"/>
          </w:tcPr>
          <w:p w:rsidR="00460CA1" w:rsidRPr="00DE2B41" w:rsidRDefault="00B7628C" w:rsidP="00DE2B41">
            <w:pPr>
              <w:jc w:val="center"/>
              <w:rPr>
                <w:sz w:val="22"/>
              </w:rPr>
            </w:pPr>
            <w:r w:rsidRPr="00DE2B41">
              <w:rPr>
                <w:sz w:val="22"/>
              </w:rPr>
              <w:t>Katılan öğrenci oranı / gerçekleştirilen etkinlik sayısı</w:t>
            </w:r>
          </w:p>
        </w:tc>
      </w:tr>
      <w:tr w:rsidR="00460CA1" w:rsidTr="00DE2B41">
        <w:trPr>
          <w:jc w:val="center"/>
        </w:trPr>
        <w:tc>
          <w:tcPr>
            <w:tcW w:w="2410" w:type="dxa"/>
            <w:vAlign w:val="center"/>
          </w:tcPr>
          <w:p w:rsidR="00460CA1" w:rsidRPr="00DE2B41" w:rsidRDefault="00B7628C" w:rsidP="00DE2B41">
            <w:pPr>
              <w:jc w:val="center"/>
              <w:rPr>
                <w:sz w:val="22"/>
              </w:rPr>
            </w:pPr>
            <w:r w:rsidRPr="00DE2B41">
              <w:rPr>
                <w:sz w:val="22"/>
              </w:rPr>
              <w:t>Spor</w:t>
            </w:r>
          </w:p>
        </w:tc>
        <w:tc>
          <w:tcPr>
            <w:tcW w:w="4464" w:type="dxa"/>
            <w:vAlign w:val="center"/>
          </w:tcPr>
          <w:p w:rsidR="00460CA1" w:rsidRPr="00DE2B41" w:rsidRDefault="00B7628C" w:rsidP="00DE2B41">
            <w:pPr>
              <w:jc w:val="center"/>
              <w:rPr>
                <w:sz w:val="22"/>
              </w:rPr>
            </w:pPr>
            <w:r w:rsidRPr="00DE2B41">
              <w:rPr>
                <w:sz w:val="22"/>
              </w:rPr>
              <w:t>Düzenli fiziksel aktivite ve sağlıklı yaşam alışkanlıklarını desteklemek; kapsayıcı spor, geleneksel sporlar ve adil oyun anlayışını geliştirmek.</w:t>
            </w:r>
          </w:p>
        </w:tc>
        <w:tc>
          <w:tcPr>
            <w:tcW w:w="3437" w:type="dxa"/>
            <w:vAlign w:val="center"/>
          </w:tcPr>
          <w:p w:rsidR="00460CA1" w:rsidRPr="00DE2B41" w:rsidRDefault="00B7628C" w:rsidP="00DE2B41">
            <w:pPr>
              <w:jc w:val="center"/>
              <w:rPr>
                <w:sz w:val="22"/>
              </w:rPr>
            </w:pPr>
            <w:r w:rsidRPr="00DE2B41">
              <w:rPr>
                <w:sz w:val="22"/>
              </w:rPr>
              <w:t>Katılan öğrenci oranı / gerçekleştirilen etkinlik sayısı</w:t>
            </w:r>
          </w:p>
        </w:tc>
      </w:tr>
      <w:tr w:rsidR="00460CA1" w:rsidTr="00DE2B41">
        <w:trPr>
          <w:jc w:val="center"/>
        </w:trPr>
        <w:tc>
          <w:tcPr>
            <w:tcW w:w="2410" w:type="dxa"/>
            <w:vAlign w:val="center"/>
          </w:tcPr>
          <w:p w:rsidR="00460CA1" w:rsidRPr="00DE2B41" w:rsidRDefault="00B7628C" w:rsidP="00DE2B41">
            <w:pPr>
              <w:jc w:val="center"/>
              <w:rPr>
                <w:sz w:val="22"/>
              </w:rPr>
            </w:pPr>
            <w:r w:rsidRPr="00DE2B41">
              <w:rPr>
                <w:sz w:val="22"/>
              </w:rPr>
              <w:t>Bilim</w:t>
            </w:r>
          </w:p>
        </w:tc>
        <w:tc>
          <w:tcPr>
            <w:tcW w:w="4464" w:type="dxa"/>
            <w:vAlign w:val="center"/>
          </w:tcPr>
          <w:p w:rsidR="00460CA1" w:rsidRPr="00DE2B41" w:rsidRDefault="00B7628C" w:rsidP="00DE2B41">
            <w:pPr>
              <w:jc w:val="center"/>
              <w:rPr>
                <w:sz w:val="22"/>
              </w:rPr>
            </w:pPr>
            <w:r w:rsidRPr="00DE2B41">
              <w:rPr>
                <w:sz w:val="22"/>
              </w:rPr>
              <w:t>Bilim etiği, araştırma-sorgulama, analitik ve eleştirel düşünme, dijital okuryazarlık ve yenilikçi proje geliştirme becerilerini desteklemek.</w:t>
            </w:r>
          </w:p>
        </w:tc>
        <w:tc>
          <w:tcPr>
            <w:tcW w:w="3437" w:type="dxa"/>
            <w:vAlign w:val="center"/>
          </w:tcPr>
          <w:p w:rsidR="00460CA1" w:rsidRPr="00DE2B41" w:rsidRDefault="00B7628C" w:rsidP="00DE2B41">
            <w:pPr>
              <w:jc w:val="center"/>
              <w:rPr>
                <w:sz w:val="22"/>
              </w:rPr>
            </w:pPr>
            <w:r w:rsidRPr="00DE2B41">
              <w:rPr>
                <w:sz w:val="22"/>
              </w:rPr>
              <w:t>Katılan öğrenci oranı / gerçekleştirilen etkinlik sayısı</w:t>
            </w:r>
          </w:p>
        </w:tc>
      </w:tr>
      <w:tr w:rsidR="00460CA1" w:rsidTr="00DE2B41">
        <w:trPr>
          <w:jc w:val="center"/>
        </w:trPr>
        <w:tc>
          <w:tcPr>
            <w:tcW w:w="2410" w:type="dxa"/>
            <w:vAlign w:val="center"/>
          </w:tcPr>
          <w:p w:rsidR="00460CA1" w:rsidRPr="00DE2B41" w:rsidRDefault="00B7628C" w:rsidP="00DE2B41">
            <w:pPr>
              <w:jc w:val="center"/>
              <w:rPr>
                <w:sz w:val="22"/>
              </w:rPr>
            </w:pPr>
            <w:r w:rsidRPr="00DE2B41">
              <w:rPr>
                <w:sz w:val="22"/>
              </w:rPr>
              <w:t>Doğa-Çevre-Toplum</w:t>
            </w:r>
          </w:p>
        </w:tc>
        <w:tc>
          <w:tcPr>
            <w:tcW w:w="4464" w:type="dxa"/>
            <w:vAlign w:val="center"/>
          </w:tcPr>
          <w:p w:rsidR="00460CA1" w:rsidRPr="00DE2B41" w:rsidRDefault="00B7628C" w:rsidP="00DE2B41">
            <w:pPr>
              <w:jc w:val="center"/>
              <w:rPr>
                <w:sz w:val="22"/>
              </w:rPr>
            </w:pPr>
            <w:r w:rsidRPr="00DE2B41">
              <w:rPr>
                <w:sz w:val="22"/>
              </w:rPr>
              <w:t>Çevre duyarlılığı, geri dönüşüm, atık yönetimi, enerji tasarrufu, ilk yardım-güvenli davranışlar ve afet bilinci alanlarında sorumluluk geliştirmek.</w:t>
            </w:r>
          </w:p>
        </w:tc>
        <w:tc>
          <w:tcPr>
            <w:tcW w:w="3437" w:type="dxa"/>
            <w:vAlign w:val="center"/>
          </w:tcPr>
          <w:p w:rsidR="00460CA1" w:rsidRPr="00DE2B41" w:rsidRDefault="00B7628C" w:rsidP="00DE2B41">
            <w:pPr>
              <w:jc w:val="center"/>
              <w:rPr>
                <w:sz w:val="22"/>
              </w:rPr>
            </w:pPr>
            <w:r w:rsidRPr="00DE2B41">
              <w:rPr>
                <w:sz w:val="22"/>
              </w:rPr>
              <w:t>Katılan öğrenci oranı / gerçekleştirilen etkinlik sayısı</w:t>
            </w:r>
          </w:p>
        </w:tc>
      </w:tr>
    </w:tbl>
    <w:p w:rsidR="00460CA1" w:rsidRDefault="00B7628C">
      <w:r>
        <w:br w:type="page"/>
      </w:r>
    </w:p>
    <w:p w:rsidR="00460CA1" w:rsidRDefault="00B7628C" w:rsidP="00DE2B41">
      <w:r>
        <w:lastRenderedPageBreak/>
        <w:t>5. YILLIK OKUL TEMELLİ SOSYAL ETKİNLİKLER EYLEM PLANI</w:t>
      </w:r>
    </w:p>
    <w:p w:rsidR="00460CA1" w:rsidRDefault="00B7628C">
      <w:pPr>
        <w:jc w:val="both"/>
      </w:pPr>
      <w:r>
        <w:t>Aşağıdaki etkinlikler kılavuzdaki tema ve alt hedefler esas alınarak okul şartlarına uyarlanmıştır. Etkinliklerin uygulanmasında öğrenci katılımı, güvenlik, erişilebilirlik ve eğitim öğretim faaliyetlerinin aksamaması gözetilecektir.</w:t>
      </w:r>
    </w:p>
    <w:tbl>
      <w:tblPr>
        <w:tblStyle w:val="TabloKlavuzu"/>
        <w:tblW w:w="0" w:type="auto"/>
        <w:jc w:val="center"/>
        <w:tblLook w:val="04A0" w:firstRow="1" w:lastRow="0" w:firstColumn="1" w:lastColumn="0" w:noHBand="0" w:noVBand="1"/>
      </w:tblPr>
      <w:tblGrid>
        <w:gridCol w:w="692"/>
        <w:gridCol w:w="1452"/>
        <w:gridCol w:w="1116"/>
        <w:gridCol w:w="3823"/>
        <w:gridCol w:w="1829"/>
        <w:gridCol w:w="1390"/>
      </w:tblGrid>
      <w:tr w:rsidR="00DE2B41" w:rsidTr="006C1919">
        <w:trPr>
          <w:jc w:val="center"/>
        </w:trPr>
        <w:tc>
          <w:tcPr>
            <w:tcW w:w="692" w:type="dxa"/>
            <w:shd w:val="clear" w:color="auto" w:fill="D9EAF7"/>
            <w:vAlign w:val="center"/>
          </w:tcPr>
          <w:p w:rsidR="00460CA1" w:rsidRDefault="00B7628C">
            <w:pPr>
              <w:jc w:val="center"/>
            </w:pPr>
            <w:r>
              <w:rPr>
                <w:b/>
                <w:sz w:val="16"/>
              </w:rPr>
              <w:t>Ay</w:t>
            </w:r>
          </w:p>
        </w:tc>
        <w:tc>
          <w:tcPr>
            <w:tcW w:w="1452" w:type="dxa"/>
            <w:shd w:val="clear" w:color="auto" w:fill="D9EAF7"/>
            <w:vAlign w:val="center"/>
          </w:tcPr>
          <w:p w:rsidR="00460CA1" w:rsidRDefault="00B7628C">
            <w:pPr>
              <w:jc w:val="center"/>
            </w:pPr>
            <w:r>
              <w:rPr>
                <w:b/>
                <w:sz w:val="16"/>
              </w:rPr>
              <w:t>Tema</w:t>
            </w:r>
          </w:p>
        </w:tc>
        <w:tc>
          <w:tcPr>
            <w:tcW w:w="1116" w:type="dxa"/>
            <w:shd w:val="clear" w:color="auto" w:fill="D9EAF7"/>
            <w:vAlign w:val="center"/>
          </w:tcPr>
          <w:p w:rsidR="00460CA1" w:rsidRDefault="00B7628C">
            <w:pPr>
              <w:jc w:val="center"/>
            </w:pPr>
            <w:r>
              <w:rPr>
                <w:b/>
                <w:sz w:val="16"/>
              </w:rPr>
              <w:t>Alt Hedef</w:t>
            </w:r>
          </w:p>
        </w:tc>
        <w:tc>
          <w:tcPr>
            <w:tcW w:w="3823" w:type="dxa"/>
            <w:shd w:val="clear" w:color="auto" w:fill="D9EAF7"/>
            <w:vAlign w:val="center"/>
          </w:tcPr>
          <w:p w:rsidR="00460CA1" w:rsidRDefault="00B7628C">
            <w:pPr>
              <w:jc w:val="center"/>
            </w:pPr>
            <w:r>
              <w:rPr>
                <w:b/>
                <w:sz w:val="16"/>
              </w:rPr>
              <w:t>Etkinlik</w:t>
            </w:r>
          </w:p>
        </w:tc>
        <w:tc>
          <w:tcPr>
            <w:tcW w:w="1829" w:type="dxa"/>
            <w:shd w:val="clear" w:color="auto" w:fill="D9EAF7"/>
            <w:vAlign w:val="center"/>
          </w:tcPr>
          <w:p w:rsidR="00460CA1" w:rsidRDefault="00B7628C">
            <w:pPr>
              <w:jc w:val="center"/>
            </w:pPr>
            <w:r>
              <w:rPr>
                <w:b/>
                <w:sz w:val="16"/>
              </w:rPr>
              <w:t>Etkinlik Planlayıcıları</w:t>
            </w:r>
          </w:p>
        </w:tc>
        <w:tc>
          <w:tcPr>
            <w:tcW w:w="1390" w:type="dxa"/>
            <w:shd w:val="clear" w:color="auto" w:fill="D9EAF7"/>
            <w:vAlign w:val="center"/>
          </w:tcPr>
          <w:p w:rsidR="00460CA1" w:rsidRDefault="00B7628C">
            <w:pPr>
              <w:jc w:val="center"/>
            </w:pPr>
            <w:r>
              <w:rPr>
                <w:b/>
                <w:sz w:val="16"/>
              </w:rPr>
              <w:t>İzleme Göstergesi</w:t>
            </w:r>
          </w:p>
        </w:tc>
      </w:tr>
      <w:tr w:rsidR="00DE2B41" w:rsidTr="006C1919">
        <w:trPr>
          <w:jc w:val="center"/>
        </w:trPr>
        <w:tc>
          <w:tcPr>
            <w:tcW w:w="692" w:type="dxa"/>
            <w:vAlign w:val="center"/>
          </w:tcPr>
          <w:p w:rsidR="00460CA1" w:rsidRDefault="00B7628C" w:rsidP="00DE2B41">
            <w:pPr>
              <w:jc w:val="center"/>
            </w:pPr>
            <w:r>
              <w:rPr>
                <w:sz w:val="15"/>
              </w:rPr>
              <w:t>Eylül</w:t>
            </w:r>
          </w:p>
        </w:tc>
        <w:tc>
          <w:tcPr>
            <w:tcW w:w="1452" w:type="dxa"/>
            <w:vAlign w:val="center"/>
          </w:tcPr>
          <w:p w:rsidR="00460CA1" w:rsidRDefault="00B7628C" w:rsidP="00DE2B41">
            <w:pPr>
              <w:jc w:val="center"/>
            </w:pPr>
            <w:r>
              <w:rPr>
                <w:sz w:val="15"/>
              </w:rPr>
              <w:t>Kültür Dünyamız</w:t>
            </w:r>
          </w:p>
        </w:tc>
        <w:tc>
          <w:tcPr>
            <w:tcW w:w="1116" w:type="dxa"/>
            <w:vAlign w:val="center"/>
          </w:tcPr>
          <w:p w:rsidR="00460CA1" w:rsidRDefault="00B7628C" w:rsidP="00DE2B41">
            <w:pPr>
              <w:jc w:val="center"/>
            </w:pPr>
            <w:r>
              <w:rPr>
                <w:sz w:val="15"/>
              </w:rPr>
              <w:t>KD.1</w:t>
            </w:r>
          </w:p>
        </w:tc>
        <w:tc>
          <w:tcPr>
            <w:tcW w:w="3823" w:type="dxa"/>
            <w:vAlign w:val="center"/>
          </w:tcPr>
          <w:p w:rsidR="00460CA1" w:rsidRDefault="00B7628C" w:rsidP="00DE2B41">
            <w:pPr>
              <w:jc w:val="center"/>
            </w:pPr>
            <w:r>
              <w:rPr>
                <w:sz w:val="15"/>
              </w:rPr>
              <w:t>Okulumuzu ve şehrimizi tanıyoruz: Tokat'ın tarihî ve kültürel değerleri hakkında öğrenci sunumları</w:t>
            </w:r>
          </w:p>
        </w:tc>
        <w:tc>
          <w:tcPr>
            <w:tcW w:w="1829" w:type="dxa"/>
            <w:vAlign w:val="center"/>
          </w:tcPr>
          <w:p w:rsidR="00460CA1" w:rsidRDefault="00B7628C" w:rsidP="00DE2B41">
            <w:pPr>
              <w:jc w:val="center"/>
            </w:pPr>
            <w:r>
              <w:rPr>
                <w:sz w:val="15"/>
              </w:rPr>
              <w:t>Sosyal Etkinlikler Kurulu / Tarih ve Kültürel Miras Kulübü</w:t>
            </w:r>
          </w:p>
        </w:tc>
        <w:tc>
          <w:tcPr>
            <w:tcW w:w="1390" w:type="dxa"/>
            <w:vAlign w:val="center"/>
          </w:tcPr>
          <w:p w:rsidR="00460CA1" w:rsidRDefault="00B7628C" w:rsidP="00DE2B41">
            <w:pPr>
              <w:jc w:val="center"/>
            </w:pPr>
            <w:r>
              <w:rPr>
                <w:sz w:val="15"/>
              </w:rPr>
              <w:t>Öğrenci katılımı</w:t>
            </w:r>
          </w:p>
        </w:tc>
      </w:tr>
      <w:tr w:rsidR="00DE2B41" w:rsidTr="006C1919">
        <w:trPr>
          <w:jc w:val="center"/>
        </w:trPr>
        <w:tc>
          <w:tcPr>
            <w:tcW w:w="692" w:type="dxa"/>
            <w:vAlign w:val="center"/>
          </w:tcPr>
          <w:p w:rsidR="00460CA1" w:rsidRDefault="00B7628C" w:rsidP="00DE2B41">
            <w:pPr>
              <w:jc w:val="center"/>
            </w:pPr>
            <w:r>
              <w:rPr>
                <w:sz w:val="15"/>
              </w:rPr>
              <w:t>Eylül</w:t>
            </w:r>
          </w:p>
        </w:tc>
        <w:tc>
          <w:tcPr>
            <w:tcW w:w="1452" w:type="dxa"/>
            <w:vAlign w:val="center"/>
          </w:tcPr>
          <w:p w:rsidR="00460CA1" w:rsidRDefault="00B7628C" w:rsidP="00DE2B41">
            <w:pPr>
              <w:jc w:val="center"/>
            </w:pPr>
            <w:r>
              <w:rPr>
                <w:sz w:val="15"/>
              </w:rPr>
              <w:t>Doğa-Çevre-Toplum</w:t>
            </w:r>
          </w:p>
        </w:tc>
        <w:tc>
          <w:tcPr>
            <w:tcW w:w="1116" w:type="dxa"/>
            <w:vAlign w:val="center"/>
          </w:tcPr>
          <w:p w:rsidR="00460CA1" w:rsidRDefault="00B7628C" w:rsidP="00DE2B41">
            <w:pPr>
              <w:jc w:val="center"/>
            </w:pPr>
            <w:r>
              <w:rPr>
                <w:sz w:val="15"/>
              </w:rPr>
              <w:t>DÇT.2</w:t>
            </w:r>
          </w:p>
        </w:tc>
        <w:tc>
          <w:tcPr>
            <w:tcW w:w="3823" w:type="dxa"/>
            <w:vAlign w:val="center"/>
          </w:tcPr>
          <w:p w:rsidR="00460CA1" w:rsidRDefault="00B7628C" w:rsidP="00DE2B41">
            <w:pPr>
              <w:jc w:val="center"/>
            </w:pPr>
            <w:r>
              <w:rPr>
                <w:sz w:val="15"/>
              </w:rPr>
              <w:t>Okulda çevre farkındalığı ve temiz okul çalışması; sınıf bazlı çevre sorumluluğu</w:t>
            </w:r>
          </w:p>
        </w:tc>
        <w:tc>
          <w:tcPr>
            <w:tcW w:w="1829" w:type="dxa"/>
            <w:vAlign w:val="center"/>
          </w:tcPr>
          <w:p w:rsidR="00460CA1" w:rsidRDefault="00B7628C" w:rsidP="00DE2B41">
            <w:pPr>
              <w:jc w:val="center"/>
            </w:pPr>
            <w:r>
              <w:rPr>
                <w:sz w:val="15"/>
              </w:rPr>
              <w:t>Sosyal Etkinlikler Kurulu / Tabiat ve Yaşanabilir Çevre Kulübü</w:t>
            </w:r>
          </w:p>
        </w:tc>
        <w:tc>
          <w:tcPr>
            <w:tcW w:w="1390" w:type="dxa"/>
            <w:vAlign w:val="center"/>
          </w:tcPr>
          <w:p w:rsidR="00460CA1" w:rsidRDefault="00B7628C" w:rsidP="00DE2B41">
            <w:pPr>
              <w:jc w:val="center"/>
            </w:pPr>
            <w:r>
              <w:rPr>
                <w:sz w:val="15"/>
              </w:rPr>
              <w:t>Katılım ve gözlem</w:t>
            </w:r>
          </w:p>
        </w:tc>
      </w:tr>
      <w:tr w:rsidR="00DE2B41" w:rsidTr="006C1919">
        <w:trPr>
          <w:jc w:val="center"/>
        </w:trPr>
        <w:tc>
          <w:tcPr>
            <w:tcW w:w="692" w:type="dxa"/>
            <w:vAlign w:val="center"/>
          </w:tcPr>
          <w:p w:rsidR="00460CA1" w:rsidRDefault="00B7628C" w:rsidP="00DE2B41">
            <w:pPr>
              <w:jc w:val="center"/>
            </w:pPr>
            <w:r>
              <w:rPr>
                <w:sz w:val="15"/>
              </w:rPr>
              <w:t>Ekim</w:t>
            </w:r>
          </w:p>
        </w:tc>
        <w:tc>
          <w:tcPr>
            <w:tcW w:w="1452" w:type="dxa"/>
            <w:vAlign w:val="center"/>
          </w:tcPr>
          <w:p w:rsidR="00460CA1" w:rsidRDefault="00B7628C" w:rsidP="00DE2B41">
            <w:pPr>
              <w:jc w:val="center"/>
            </w:pPr>
            <w:r>
              <w:rPr>
                <w:sz w:val="15"/>
              </w:rPr>
              <w:t>Kültür Dünyamız</w:t>
            </w:r>
          </w:p>
        </w:tc>
        <w:tc>
          <w:tcPr>
            <w:tcW w:w="1116" w:type="dxa"/>
            <w:vAlign w:val="center"/>
          </w:tcPr>
          <w:p w:rsidR="00460CA1" w:rsidRDefault="00B7628C" w:rsidP="00DE2B41">
            <w:pPr>
              <w:jc w:val="center"/>
            </w:pPr>
            <w:r>
              <w:rPr>
                <w:sz w:val="15"/>
              </w:rPr>
              <w:t>KD.5</w:t>
            </w:r>
          </w:p>
        </w:tc>
        <w:tc>
          <w:tcPr>
            <w:tcW w:w="3823" w:type="dxa"/>
            <w:vAlign w:val="center"/>
          </w:tcPr>
          <w:p w:rsidR="00460CA1" w:rsidRDefault="00B7628C" w:rsidP="00DE2B41">
            <w:pPr>
              <w:jc w:val="center"/>
            </w:pPr>
            <w:r>
              <w:rPr>
                <w:sz w:val="15"/>
              </w:rPr>
              <w:t>29 Ekim Cumhuriyet Bayramı temalı öğrenci eserleri sergisi ve sunumları</w:t>
            </w:r>
          </w:p>
        </w:tc>
        <w:tc>
          <w:tcPr>
            <w:tcW w:w="1829" w:type="dxa"/>
            <w:vAlign w:val="center"/>
          </w:tcPr>
          <w:p w:rsidR="00460CA1" w:rsidRDefault="00B7628C" w:rsidP="00DE2B41">
            <w:pPr>
              <w:jc w:val="center"/>
            </w:pPr>
            <w:r>
              <w:rPr>
                <w:sz w:val="15"/>
              </w:rPr>
              <w:t>Sosyal Etkinlikler Kurulu / Tarih ve Kültürel Miras Kulübü</w:t>
            </w:r>
          </w:p>
        </w:tc>
        <w:tc>
          <w:tcPr>
            <w:tcW w:w="1390" w:type="dxa"/>
            <w:vAlign w:val="center"/>
          </w:tcPr>
          <w:p w:rsidR="00460CA1" w:rsidRDefault="00B7628C" w:rsidP="00DE2B41">
            <w:pPr>
              <w:jc w:val="center"/>
            </w:pPr>
            <w:r>
              <w:rPr>
                <w:sz w:val="15"/>
              </w:rPr>
              <w:t>Ürün/katılım</w:t>
            </w:r>
          </w:p>
        </w:tc>
      </w:tr>
      <w:tr w:rsidR="00DE2B41" w:rsidTr="006C1919">
        <w:trPr>
          <w:jc w:val="center"/>
        </w:trPr>
        <w:tc>
          <w:tcPr>
            <w:tcW w:w="692" w:type="dxa"/>
            <w:vAlign w:val="center"/>
          </w:tcPr>
          <w:p w:rsidR="00460CA1" w:rsidRDefault="00B7628C" w:rsidP="00DE2B41">
            <w:pPr>
              <w:jc w:val="center"/>
            </w:pPr>
            <w:r>
              <w:rPr>
                <w:sz w:val="15"/>
              </w:rPr>
              <w:t>Ekim</w:t>
            </w:r>
          </w:p>
        </w:tc>
        <w:tc>
          <w:tcPr>
            <w:tcW w:w="1452" w:type="dxa"/>
            <w:vAlign w:val="center"/>
          </w:tcPr>
          <w:p w:rsidR="00460CA1" w:rsidRDefault="00B7628C" w:rsidP="00DE2B41">
            <w:pPr>
              <w:jc w:val="center"/>
            </w:pPr>
            <w:r>
              <w:rPr>
                <w:sz w:val="15"/>
              </w:rPr>
              <w:t>Sanat</w:t>
            </w:r>
          </w:p>
        </w:tc>
        <w:tc>
          <w:tcPr>
            <w:tcW w:w="1116" w:type="dxa"/>
            <w:vAlign w:val="center"/>
          </w:tcPr>
          <w:p w:rsidR="00460CA1" w:rsidRDefault="00B7628C" w:rsidP="00DE2B41">
            <w:pPr>
              <w:jc w:val="center"/>
            </w:pPr>
            <w:r>
              <w:rPr>
                <w:sz w:val="15"/>
              </w:rPr>
              <w:t>S.5</w:t>
            </w:r>
          </w:p>
        </w:tc>
        <w:tc>
          <w:tcPr>
            <w:tcW w:w="3823" w:type="dxa"/>
            <w:vAlign w:val="center"/>
          </w:tcPr>
          <w:p w:rsidR="00460CA1" w:rsidRDefault="00B7628C" w:rsidP="00DE2B41">
            <w:pPr>
              <w:jc w:val="center"/>
            </w:pPr>
            <w:r>
              <w:rPr>
                <w:sz w:val="15"/>
              </w:rPr>
              <w:t>Sanatla Tanışıyoruz: resim, şiir, müzik veya el sanatları sergisi</w:t>
            </w:r>
          </w:p>
        </w:tc>
        <w:tc>
          <w:tcPr>
            <w:tcW w:w="1829" w:type="dxa"/>
            <w:vAlign w:val="center"/>
          </w:tcPr>
          <w:p w:rsidR="00460CA1" w:rsidRDefault="00B7628C" w:rsidP="00DE2B41">
            <w:pPr>
              <w:jc w:val="center"/>
            </w:pPr>
            <w:r>
              <w:rPr>
                <w:sz w:val="15"/>
              </w:rPr>
              <w:t>Sosyal Etkinlikler Kurulu / ilgili kulüpler</w:t>
            </w:r>
          </w:p>
        </w:tc>
        <w:tc>
          <w:tcPr>
            <w:tcW w:w="1390" w:type="dxa"/>
            <w:vAlign w:val="center"/>
          </w:tcPr>
          <w:p w:rsidR="00460CA1" w:rsidRDefault="00B7628C" w:rsidP="00DE2B41">
            <w:pPr>
              <w:jc w:val="center"/>
            </w:pPr>
            <w:r>
              <w:rPr>
                <w:sz w:val="15"/>
              </w:rPr>
              <w:t>Katılım ve sergilenen ürün</w:t>
            </w:r>
          </w:p>
        </w:tc>
      </w:tr>
      <w:tr w:rsidR="00DE2B41" w:rsidTr="006C1919">
        <w:trPr>
          <w:jc w:val="center"/>
        </w:trPr>
        <w:tc>
          <w:tcPr>
            <w:tcW w:w="692" w:type="dxa"/>
            <w:vAlign w:val="center"/>
          </w:tcPr>
          <w:p w:rsidR="00460CA1" w:rsidRDefault="00B7628C" w:rsidP="00DE2B41">
            <w:pPr>
              <w:jc w:val="center"/>
            </w:pPr>
            <w:r>
              <w:rPr>
                <w:sz w:val="15"/>
              </w:rPr>
              <w:t>Kasım</w:t>
            </w:r>
          </w:p>
        </w:tc>
        <w:tc>
          <w:tcPr>
            <w:tcW w:w="1452" w:type="dxa"/>
            <w:vAlign w:val="center"/>
          </w:tcPr>
          <w:p w:rsidR="00460CA1" w:rsidRDefault="00B7628C" w:rsidP="00DE2B41">
            <w:pPr>
              <w:jc w:val="center"/>
            </w:pPr>
            <w:r>
              <w:rPr>
                <w:sz w:val="15"/>
              </w:rPr>
              <w:t>Kültür Dünyamız</w:t>
            </w:r>
          </w:p>
        </w:tc>
        <w:tc>
          <w:tcPr>
            <w:tcW w:w="1116" w:type="dxa"/>
            <w:vAlign w:val="center"/>
          </w:tcPr>
          <w:p w:rsidR="00460CA1" w:rsidRDefault="00B7628C" w:rsidP="00DE2B41">
            <w:pPr>
              <w:jc w:val="center"/>
            </w:pPr>
            <w:r>
              <w:rPr>
                <w:sz w:val="15"/>
              </w:rPr>
              <w:t>KD.4</w:t>
            </w:r>
          </w:p>
        </w:tc>
        <w:tc>
          <w:tcPr>
            <w:tcW w:w="3823" w:type="dxa"/>
            <w:vAlign w:val="center"/>
          </w:tcPr>
          <w:p w:rsidR="00460CA1" w:rsidRDefault="00B7628C" w:rsidP="00DE2B41">
            <w:pPr>
              <w:jc w:val="center"/>
            </w:pPr>
            <w:r>
              <w:rPr>
                <w:sz w:val="15"/>
              </w:rPr>
              <w:t>10 Kasım Atatürk'ü Anma ve tarihî miras farkındalık etkinliği</w:t>
            </w:r>
          </w:p>
        </w:tc>
        <w:tc>
          <w:tcPr>
            <w:tcW w:w="1829" w:type="dxa"/>
            <w:vAlign w:val="center"/>
          </w:tcPr>
          <w:p w:rsidR="00460CA1" w:rsidRDefault="00B7628C" w:rsidP="00DE2B41">
            <w:pPr>
              <w:jc w:val="center"/>
            </w:pPr>
            <w:r>
              <w:rPr>
                <w:sz w:val="15"/>
              </w:rPr>
              <w:t>Sosyal Etkinlikler Kurulu / Tarih ve Kültürel Miras Kulübü</w:t>
            </w:r>
          </w:p>
        </w:tc>
        <w:tc>
          <w:tcPr>
            <w:tcW w:w="1390" w:type="dxa"/>
            <w:vAlign w:val="center"/>
          </w:tcPr>
          <w:p w:rsidR="00460CA1" w:rsidRDefault="00B7628C" w:rsidP="00DE2B41">
            <w:pPr>
              <w:jc w:val="center"/>
            </w:pPr>
            <w:r>
              <w:rPr>
                <w:sz w:val="15"/>
              </w:rPr>
              <w:t>Katılım</w:t>
            </w:r>
          </w:p>
        </w:tc>
      </w:tr>
      <w:tr w:rsidR="00DE2B41" w:rsidTr="006C1919">
        <w:trPr>
          <w:jc w:val="center"/>
        </w:trPr>
        <w:tc>
          <w:tcPr>
            <w:tcW w:w="692" w:type="dxa"/>
            <w:vAlign w:val="center"/>
          </w:tcPr>
          <w:p w:rsidR="00460CA1" w:rsidRDefault="00B7628C" w:rsidP="00DE2B41">
            <w:pPr>
              <w:jc w:val="center"/>
            </w:pPr>
            <w:r>
              <w:rPr>
                <w:sz w:val="15"/>
              </w:rPr>
              <w:t>Kasım</w:t>
            </w:r>
          </w:p>
        </w:tc>
        <w:tc>
          <w:tcPr>
            <w:tcW w:w="1452" w:type="dxa"/>
            <w:vAlign w:val="center"/>
          </w:tcPr>
          <w:p w:rsidR="00460CA1" w:rsidRDefault="00B7628C" w:rsidP="00DE2B41">
            <w:pPr>
              <w:jc w:val="center"/>
            </w:pPr>
            <w:r>
              <w:rPr>
                <w:sz w:val="15"/>
              </w:rPr>
              <w:t>Spor</w:t>
            </w:r>
          </w:p>
        </w:tc>
        <w:tc>
          <w:tcPr>
            <w:tcW w:w="1116" w:type="dxa"/>
            <w:vAlign w:val="center"/>
          </w:tcPr>
          <w:p w:rsidR="00460CA1" w:rsidRDefault="00B7628C" w:rsidP="00DE2B41">
            <w:pPr>
              <w:jc w:val="center"/>
            </w:pPr>
            <w:r>
              <w:rPr>
                <w:sz w:val="15"/>
              </w:rPr>
              <w:t>SP.5</w:t>
            </w:r>
          </w:p>
        </w:tc>
        <w:tc>
          <w:tcPr>
            <w:tcW w:w="3823" w:type="dxa"/>
            <w:vAlign w:val="center"/>
          </w:tcPr>
          <w:p w:rsidR="00460CA1" w:rsidRDefault="00B7628C" w:rsidP="00DE2B41">
            <w:pPr>
              <w:jc w:val="center"/>
            </w:pPr>
            <w:r>
              <w:rPr>
                <w:sz w:val="15"/>
              </w:rPr>
              <w:t>Adil Oyun: fair-play, takım ruhu ve etik değerler temalı sınıf içi etkinlik ve sportif uygulama</w:t>
            </w:r>
          </w:p>
        </w:tc>
        <w:tc>
          <w:tcPr>
            <w:tcW w:w="1829" w:type="dxa"/>
            <w:vAlign w:val="center"/>
          </w:tcPr>
          <w:p w:rsidR="00460CA1" w:rsidRDefault="00B7628C" w:rsidP="00DE2B41">
            <w:pPr>
              <w:jc w:val="center"/>
            </w:pPr>
            <w:r>
              <w:rPr>
                <w:sz w:val="15"/>
              </w:rPr>
              <w:t>Sosyal Etkinlikler Kurulu / Sağlıklı Yaşam ve Fiziksel Aktivite Kulübü</w:t>
            </w:r>
          </w:p>
        </w:tc>
        <w:tc>
          <w:tcPr>
            <w:tcW w:w="1390" w:type="dxa"/>
            <w:vAlign w:val="center"/>
          </w:tcPr>
          <w:p w:rsidR="00460CA1" w:rsidRDefault="00B7628C" w:rsidP="00DE2B41">
            <w:pPr>
              <w:jc w:val="center"/>
            </w:pPr>
            <w:r>
              <w:rPr>
                <w:sz w:val="15"/>
              </w:rPr>
              <w:t>Katılım</w:t>
            </w:r>
          </w:p>
        </w:tc>
      </w:tr>
      <w:tr w:rsidR="00DE2B41" w:rsidTr="006C1919">
        <w:trPr>
          <w:jc w:val="center"/>
        </w:trPr>
        <w:tc>
          <w:tcPr>
            <w:tcW w:w="692" w:type="dxa"/>
            <w:vAlign w:val="center"/>
          </w:tcPr>
          <w:p w:rsidR="00460CA1" w:rsidRDefault="00B7628C" w:rsidP="00DE2B41">
            <w:pPr>
              <w:jc w:val="center"/>
            </w:pPr>
            <w:r>
              <w:rPr>
                <w:sz w:val="15"/>
              </w:rPr>
              <w:t>Aralık</w:t>
            </w:r>
          </w:p>
        </w:tc>
        <w:tc>
          <w:tcPr>
            <w:tcW w:w="1452" w:type="dxa"/>
            <w:vAlign w:val="center"/>
          </w:tcPr>
          <w:p w:rsidR="00460CA1" w:rsidRDefault="00B7628C" w:rsidP="00DE2B41">
            <w:pPr>
              <w:jc w:val="center"/>
            </w:pPr>
            <w:r>
              <w:rPr>
                <w:sz w:val="15"/>
              </w:rPr>
              <w:t>Doğa-Çevre-Toplum</w:t>
            </w:r>
          </w:p>
        </w:tc>
        <w:tc>
          <w:tcPr>
            <w:tcW w:w="1116" w:type="dxa"/>
            <w:vAlign w:val="center"/>
          </w:tcPr>
          <w:p w:rsidR="00460CA1" w:rsidRDefault="00B7628C" w:rsidP="00DE2B41">
            <w:pPr>
              <w:jc w:val="center"/>
            </w:pPr>
            <w:r>
              <w:rPr>
                <w:sz w:val="15"/>
              </w:rPr>
              <w:t>DÇT.3</w:t>
            </w:r>
          </w:p>
        </w:tc>
        <w:tc>
          <w:tcPr>
            <w:tcW w:w="3823" w:type="dxa"/>
            <w:vAlign w:val="center"/>
          </w:tcPr>
          <w:p w:rsidR="00460CA1" w:rsidRDefault="00B7628C" w:rsidP="00DE2B41">
            <w:pPr>
              <w:jc w:val="center"/>
            </w:pPr>
            <w:r>
              <w:rPr>
                <w:sz w:val="15"/>
              </w:rPr>
              <w:t>Geri dönüşüm, atık yönetimi ve enerji tasarrufu farkındalık çalışması</w:t>
            </w:r>
          </w:p>
        </w:tc>
        <w:tc>
          <w:tcPr>
            <w:tcW w:w="1829" w:type="dxa"/>
            <w:vAlign w:val="center"/>
          </w:tcPr>
          <w:p w:rsidR="00460CA1" w:rsidRDefault="00B7628C" w:rsidP="00DE2B41">
            <w:pPr>
              <w:jc w:val="center"/>
            </w:pPr>
            <w:r>
              <w:rPr>
                <w:sz w:val="15"/>
              </w:rPr>
              <w:t>Sosyal Etkinlikler Kurulu / Tabiat ve Yaşanabilir Çevre Kulübü</w:t>
            </w:r>
          </w:p>
        </w:tc>
        <w:tc>
          <w:tcPr>
            <w:tcW w:w="1390" w:type="dxa"/>
            <w:vAlign w:val="center"/>
          </w:tcPr>
          <w:p w:rsidR="00460CA1" w:rsidRDefault="00B7628C" w:rsidP="00DE2B41">
            <w:pPr>
              <w:jc w:val="center"/>
            </w:pPr>
            <w:r>
              <w:rPr>
                <w:sz w:val="15"/>
              </w:rPr>
              <w:t>Katılım ve uygulama</w:t>
            </w:r>
          </w:p>
        </w:tc>
      </w:tr>
      <w:tr w:rsidR="00DE2B41" w:rsidTr="006C1919">
        <w:trPr>
          <w:jc w:val="center"/>
        </w:trPr>
        <w:tc>
          <w:tcPr>
            <w:tcW w:w="692" w:type="dxa"/>
            <w:vAlign w:val="center"/>
          </w:tcPr>
          <w:p w:rsidR="00460CA1" w:rsidRDefault="00B7628C" w:rsidP="00DE2B41">
            <w:pPr>
              <w:jc w:val="center"/>
            </w:pPr>
            <w:r>
              <w:rPr>
                <w:sz w:val="15"/>
              </w:rPr>
              <w:t>Aralık</w:t>
            </w:r>
          </w:p>
        </w:tc>
        <w:tc>
          <w:tcPr>
            <w:tcW w:w="1452" w:type="dxa"/>
            <w:vAlign w:val="center"/>
          </w:tcPr>
          <w:p w:rsidR="00460CA1" w:rsidRDefault="00B7628C" w:rsidP="00DE2B41">
            <w:pPr>
              <w:jc w:val="center"/>
            </w:pPr>
            <w:r>
              <w:rPr>
                <w:sz w:val="15"/>
              </w:rPr>
              <w:t>Bilim</w:t>
            </w:r>
          </w:p>
        </w:tc>
        <w:tc>
          <w:tcPr>
            <w:tcW w:w="1116" w:type="dxa"/>
            <w:vAlign w:val="center"/>
          </w:tcPr>
          <w:p w:rsidR="00460CA1" w:rsidRDefault="00B7628C" w:rsidP="00DE2B41">
            <w:pPr>
              <w:jc w:val="center"/>
            </w:pPr>
            <w:r>
              <w:rPr>
                <w:sz w:val="15"/>
              </w:rPr>
              <w:t>B.4</w:t>
            </w:r>
          </w:p>
        </w:tc>
        <w:tc>
          <w:tcPr>
            <w:tcW w:w="3823" w:type="dxa"/>
            <w:vAlign w:val="center"/>
          </w:tcPr>
          <w:p w:rsidR="00460CA1" w:rsidRDefault="00B7628C" w:rsidP="00DE2B41">
            <w:pPr>
              <w:jc w:val="center"/>
            </w:pPr>
            <w:r>
              <w:rPr>
                <w:sz w:val="15"/>
              </w:rPr>
              <w:t>Problem çözme ve akıl yürütme etkinlikleri</w:t>
            </w:r>
          </w:p>
        </w:tc>
        <w:tc>
          <w:tcPr>
            <w:tcW w:w="1829" w:type="dxa"/>
            <w:vAlign w:val="center"/>
          </w:tcPr>
          <w:p w:rsidR="00460CA1" w:rsidRDefault="00B7628C" w:rsidP="00DE2B41">
            <w:pPr>
              <w:jc w:val="center"/>
            </w:pPr>
            <w:r>
              <w:rPr>
                <w:sz w:val="15"/>
              </w:rPr>
              <w:t>Sosyal Etkinlikler Kurulu / Bilimsel çalışmalarla ilgili kulüpler</w:t>
            </w:r>
          </w:p>
        </w:tc>
        <w:tc>
          <w:tcPr>
            <w:tcW w:w="1390" w:type="dxa"/>
            <w:vAlign w:val="center"/>
          </w:tcPr>
          <w:p w:rsidR="00460CA1" w:rsidRDefault="00B7628C" w:rsidP="00DE2B41">
            <w:pPr>
              <w:jc w:val="center"/>
            </w:pPr>
            <w:r>
              <w:rPr>
                <w:sz w:val="15"/>
              </w:rPr>
              <w:t>Katılım</w:t>
            </w:r>
          </w:p>
        </w:tc>
      </w:tr>
      <w:tr w:rsidR="00DE2B41" w:rsidTr="006C1919">
        <w:trPr>
          <w:jc w:val="center"/>
        </w:trPr>
        <w:tc>
          <w:tcPr>
            <w:tcW w:w="692" w:type="dxa"/>
            <w:vAlign w:val="center"/>
          </w:tcPr>
          <w:p w:rsidR="00460CA1" w:rsidRDefault="00B7628C" w:rsidP="00DE2B41">
            <w:pPr>
              <w:jc w:val="center"/>
            </w:pPr>
            <w:r>
              <w:rPr>
                <w:sz w:val="15"/>
              </w:rPr>
              <w:t>Ocak</w:t>
            </w:r>
          </w:p>
        </w:tc>
        <w:tc>
          <w:tcPr>
            <w:tcW w:w="1452" w:type="dxa"/>
            <w:vAlign w:val="center"/>
          </w:tcPr>
          <w:p w:rsidR="00460CA1" w:rsidRDefault="00B7628C" w:rsidP="00DE2B41">
            <w:pPr>
              <w:jc w:val="center"/>
            </w:pPr>
            <w:r>
              <w:rPr>
                <w:sz w:val="15"/>
              </w:rPr>
              <w:t>Kültür Dünyamız</w:t>
            </w:r>
          </w:p>
        </w:tc>
        <w:tc>
          <w:tcPr>
            <w:tcW w:w="1116" w:type="dxa"/>
            <w:vAlign w:val="center"/>
          </w:tcPr>
          <w:p w:rsidR="00460CA1" w:rsidRDefault="00B7628C" w:rsidP="00DE2B41">
            <w:pPr>
              <w:jc w:val="center"/>
            </w:pPr>
            <w:r>
              <w:rPr>
                <w:sz w:val="15"/>
              </w:rPr>
              <w:t>KD.3</w:t>
            </w:r>
          </w:p>
        </w:tc>
        <w:tc>
          <w:tcPr>
            <w:tcW w:w="3823" w:type="dxa"/>
            <w:vAlign w:val="center"/>
          </w:tcPr>
          <w:p w:rsidR="00460CA1" w:rsidRDefault="00B7628C" w:rsidP="00DE2B41">
            <w:pPr>
              <w:jc w:val="center"/>
            </w:pPr>
            <w:r>
              <w:rPr>
                <w:sz w:val="15"/>
              </w:rPr>
              <w:t>Geleneksel kültürümüzü tanıyoruz: sözlü kültür, yöresel değerler ve kuşaklar arası aktarım</w:t>
            </w:r>
          </w:p>
        </w:tc>
        <w:tc>
          <w:tcPr>
            <w:tcW w:w="1829" w:type="dxa"/>
            <w:vAlign w:val="center"/>
          </w:tcPr>
          <w:p w:rsidR="00460CA1" w:rsidRDefault="00B7628C" w:rsidP="00DE2B41">
            <w:pPr>
              <w:jc w:val="center"/>
            </w:pPr>
            <w:r>
              <w:rPr>
                <w:sz w:val="15"/>
              </w:rPr>
              <w:t>Sosyal Etkinlikler Kurulu / Tarih ve Kültürel Miras Kulübü</w:t>
            </w:r>
          </w:p>
        </w:tc>
        <w:tc>
          <w:tcPr>
            <w:tcW w:w="1390" w:type="dxa"/>
            <w:vAlign w:val="center"/>
          </w:tcPr>
          <w:p w:rsidR="00460CA1" w:rsidRDefault="00B7628C" w:rsidP="00DE2B41">
            <w:pPr>
              <w:jc w:val="center"/>
            </w:pPr>
            <w:r>
              <w:rPr>
                <w:sz w:val="15"/>
              </w:rPr>
              <w:t>Katılım</w:t>
            </w:r>
          </w:p>
        </w:tc>
      </w:tr>
      <w:tr w:rsidR="00DE2B41" w:rsidTr="006C1919">
        <w:trPr>
          <w:jc w:val="center"/>
        </w:trPr>
        <w:tc>
          <w:tcPr>
            <w:tcW w:w="692" w:type="dxa"/>
            <w:vAlign w:val="center"/>
          </w:tcPr>
          <w:p w:rsidR="00460CA1" w:rsidRDefault="00B7628C" w:rsidP="00DE2B41">
            <w:pPr>
              <w:jc w:val="center"/>
            </w:pPr>
            <w:r>
              <w:rPr>
                <w:sz w:val="15"/>
              </w:rPr>
              <w:t>Ocak</w:t>
            </w:r>
          </w:p>
        </w:tc>
        <w:tc>
          <w:tcPr>
            <w:tcW w:w="1452" w:type="dxa"/>
            <w:vAlign w:val="center"/>
          </w:tcPr>
          <w:p w:rsidR="00460CA1" w:rsidRDefault="00B7628C" w:rsidP="00DE2B41">
            <w:pPr>
              <w:jc w:val="center"/>
            </w:pPr>
            <w:r>
              <w:rPr>
                <w:sz w:val="15"/>
              </w:rPr>
              <w:t>Sanat</w:t>
            </w:r>
          </w:p>
        </w:tc>
        <w:tc>
          <w:tcPr>
            <w:tcW w:w="1116" w:type="dxa"/>
            <w:vAlign w:val="center"/>
          </w:tcPr>
          <w:p w:rsidR="00460CA1" w:rsidRDefault="00B7628C" w:rsidP="00DE2B41">
            <w:pPr>
              <w:jc w:val="center"/>
            </w:pPr>
            <w:r>
              <w:rPr>
                <w:sz w:val="15"/>
              </w:rPr>
              <w:t>S.1</w:t>
            </w:r>
          </w:p>
        </w:tc>
        <w:tc>
          <w:tcPr>
            <w:tcW w:w="3823" w:type="dxa"/>
            <w:vAlign w:val="center"/>
          </w:tcPr>
          <w:p w:rsidR="00460CA1" w:rsidRDefault="00B7628C" w:rsidP="00DE2B41">
            <w:pPr>
              <w:jc w:val="center"/>
            </w:pPr>
            <w:r>
              <w:rPr>
                <w:sz w:val="15"/>
              </w:rPr>
              <w:t>Geleneksel sanatları tanıma ve uygulama atölyesi</w:t>
            </w:r>
          </w:p>
        </w:tc>
        <w:tc>
          <w:tcPr>
            <w:tcW w:w="1829" w:type="dxa"/>
            <w:vAlign w:val="center"/>
          </w:tcPr>
          <w:p w:rsidR="00460CA1" w:rsidRDefault="00B7628C" w:rsidP="00DE2B41">
            <w:pPr>
              <w:jc w:val="center"/>
            </w:pPr>
            <w:r>
              <w:rPr>
                <w:sz w:val="15"/>
              </w:rPr>
              <w:t>Sosyal Etkinlikler Kurulu / ilgili kulüp</w:t>
            </w:r>
          </w:p>
        </w:tc>
        <w:tc>
          <w:tcPr>
            <w:tcW w:w="1390" w:type="dxa"/>
            <w:vAlign w:val="center"/>
          </w:tcPr>
          <w:p w:rsidR="00460CA1" w:rsidRDefault="00B7628C" w:rsidP="00DE2B41">
            <w:pPr>
              <w:jc w:val="center"/>
            </w:pPr>
            <w:r>
              <w:rPr>
                <w:sz w:val="15"/>
              </w:rPr>
              <w:t>Katılım ve ürün</w:t>
            </w:r>
          </w:p>
        </w:tc>
      </w:tr>
      <w:tr w:rsidR="00DE2B41" w:rsidTr="006C1919">
        <w:trPr>
          <w:jc w:val="center"/>
        </w:trPr>
        <w:tc>
          <w:tcPr>
            <w:tcW w:w="692" w:type="dxa"/>
            <w:vAlign w:val="center"/>
          </w:tcPr>
          <w:p w:rsidR="00460CA1" w:rsidRDefault="00B7628C" w:rsidP="00DE2B41">
            <w:pPr>
              <w:jc w:val="center"/>
            </w:pPr>
            <w:r>
              <w:rPr>
                <w:sz w:val="15"/>
              </w:rPr>
              <w:t>Şubat</w:t>
            </w:r>
          </w:p>
        </w:tc>
        <w:tc>
          <w:tcPr>
            <w:tcW w:w="1452" w:type="dxa"/>
            <w:vAlign w:val="center"/>
          </w:tcPr>
          <w:p w:rsidR="00460CA1" w:rsidRDefault="00B7628C" w:rsidP="00DE2B41">
            <w:pPr>
              <w:jc w:val="center"/>
            </w:pPr>
            <w:r>
              <w:rPr>
                <w:sz w:val="15"/>
              </w:rPr>
              <w:t>Spor</w:t>
            </w:r>
          </w:p>
        </w:tc>
        <w:tc>
          <w:tcPr>
            <w:tcW w:w="1116" w:type="dxa"/>
            <w:vAlign w:val="center"/>
          </w:tcPr>
          <w:p w:rsidR="00460CA1" w:rsidRDefault="00B7628C" w:rsidP="00DE2B41">
            <w:pPr>
              <w:jc w:val="center"/>
            </w:pPr>
            <w:r>
              <w:rPr>
                <w:sz w:val="15"/>
              </w:rPr>
              <w:t>SP.1</w:t>
            </w:r>
          </w:p>
        </w:tc>
        <w:tc>
          <w:tcPr>
            <w:tcW w:w="3823" w:type="dxa"/>
            <w:vAlign w:val="center"/>
          </w:tcPr>
          <w:p w:rsidR="00460CA1" w:rsidRDefault="00B7628C" w:rsidP="00DE2B41">
            <w:pPr>
              <w:jc w:val="center"/>
            </w:pPr>
            <w:r>
              <w:rPr>
                <w:sz w:val="15"/>
              </w:rPr>
              <w:t>Sağlıklı yaşam ve düzenli fiziksel aktivite farkındalık haftası</w:t>
            </w:r>
          </w:p>
        </w:tc>
        <w:tc>
          <w:tcPr>
            <w:tcW w:w="1829" w:type="dxa"/>
            <w:vAlign w:val="center"/>
          </w:tcPr>
          <w:p w:rsidR="00460CA1" w:rsidRDefault="00B7628C" w:rsidP="00DE2B41">
            <w:pPr>
              <w:jc w:val="center"/>
            </w:pPr>
            <w:r>
              <w:rPr>
                <w:sz w:val="15"/>
              </w:rPr>
              <w:t>Sosyal Etkinlikler Kurulu / Sağlıklı Yaşam ve Fiziksel Aktivite Kulübü</w:t>
            </w:r>
          </w:p>
        </w:tc>
        <w:tc>
          <w:tcPr>
            <w:tcW w:w="1390" w:type="dxa"/>
            <w:vAlign w:val="center"/>
          </w:tcPr>
          <w:p w:rsidR="00460CA1" w:rsidRDefault="00B7628C" w:rsidP="00DE2B41">
            <w:pPr>
              <w:jc w:val="center"/>
            </w:pPr>
            <w:r>
              <w:rPr>
                <w:sz w:val="15"/>
              </w:rPr>
              <w:t>Katılım</w:t>
            </w:r>
          </w:p>
        </w:tc>
      </w:tr>
      <w:tr w:rsidR="00DE2B41" w:rsidTr="006C1919">
        <w:trPr>
          <w:jc w:val="center"/>
        </w:trPr>
        <w:tc>
          <w:tcPr>
            <w:tcW w:w="692" w:type="dxa"/>
            <w:vAlign w:val="center"/>
          </w:tcPr>
          <w:p w:rsidR="00460CA1" w:rsidRDefault="00B7628C" w:rsidP="00DE2B41">
            <w:pPr>
              <w:jc w:val="center"/>
            </w:pPr>
            <w:r>
              <w:rPr>
                <w:sz w:val="15"/>
              </w:rPr>
              <w:t>Şubat</w:t>
            </w:r>
          </w:p>
        </w:tc>
        <w:tc>
          <w:tcPr>
            <w:tcW w:w="1452" w:type="dxa"/>
            <w:vAlign w:val="center"/>
          </w:tcPr>
          <w:p w:rsidR="00460CA1" w:rsidRDefault="00B7628C" w:rsidP="00DE2B41">
            <w:pPr>
              <w:jc w:val="center"/>
            </w:pPr>
            <w:r>
              <w:rPr>
                <w:sz w:val="15"/>
              </w:rPr>
              <w:t>Bilim</w:t>
            </w:r>
          </w:p>
        </w:tc>
        <w:tc>
          <w:tcPr>
            <w:tcW w:w="1116" w:type="dxa"/>
            <w:vAlign w:val="center"/>
          </w:tcPr>
          <w:p w:rsidR="00460CA1" w:rsidRDefault="00B7628C" w:rsidP="00DE2B41">
            <w:pPr>
              <w:jc w:val="center"/>
            </w:pPr>
            <w:r>
              <w:rPr>
                <w:sz w:val="15"/>
              </w:rPr>
              <w:t>B.5</w:t>
            </w:r>
          </w:p>
        </w:tc>
        <w:tc>
          <w:tcPr>
            <w:tcW w:w="3823" w:type="dxa"/>
            <w:vAlign w:val="center"/>
          </w:tcPr>
          <w:p w:rsidR="00460CA1" w:rsidRDefault="00B7628C" w:rsidP="00DE2B41">
            <w:pPr>
              <w:jc w:val="center"/>
            </w:pPr>
            <w:r>
              <w:rPr>
                <w:sz w:val="15"/>
              </w:rPr>
              <w:t>Dijital okuryazarlık ve yenilikçi fikirler: öğrenci proje/ürün sunumları</w:t>
            </w:r>
          </w:p>
        </w:tc>
        <w:tc>
          <w:tcPr>
            <w:tcW w:w="1829" w:type="dxa"/>
            <w:vAlign w:val="center"/>
          </w:tcPr>
          <w:p w:rsidR="00460CA1" w:rsidRDefault="00B7628C" w:rsidP="00DE2B41">
            <w:pPr>
              <w:jc w:val="center"/>
            </w:pPr>
            <w:r>
              <w:rPr>
                <w:sz w:val="15"/>
              </w:rPr>
              <w:t>Sosyal Etkinlikler Kurulu / ilgili kulüpler</w:t>
            </w:r>
          </w:p>
        </w:tc>
        <w:tc>
          <w:tcPr>
            <w:tcW w:w="1390" w:type="dxa"/>
            <w:vAlign w:val="center"/>
          </w:tcPr>
          <w:p w:rsidR="00460CA1" w:rsidRDefault="00B7628C" w:rsidP="00DE2B41">
            <w:pPr>
              <w:jc w:val="center"/>
            </w:pPr>
            <w:r>
              <w:rPr>
                <w:sz w:val="15"/>
              </w:rPr>
              <w:t>Ürün ve katılım</w:t>
            </w:r>
          </w:p>
        </w:tc>
      </w:tr>
      <w:tr w:rsidR="00DE2B41" w:rsidTr="006C1919">
        <w:trPr>
          <w:jc w:val="center"/>
        </w:trPr>
        <w:tc>
          <w:tcPr>
            <w:tcW w:w="692" w:type="dxa"/>
            <w:vAlign w:val="center"/>
          </w:tcPr>
          <w:p w:rsidR="00460CA1" w:rsidRDefault="00B7628C" w:rsidP="00DE2B41">
            <w:pPr>
              <w:jc w:val="center"/>
            </w:pPr>
            <w:r>
              <w:rPr>
                <w:sz w:val="15"/>
              </w:rPr>
              <w:t>Mart</w:t>
            </w:r>
          </w:p>
        </w:tc>
        <w:tc>
          <w:tcPr>
            <w:tcW w:w="1452" w:type="dxa"/>
            <w:vAlign w:val="center"/>
          </w:tcPr>
          <w:p w:rsidR="00460CA1" w:rsidRDefault="00B7628C" w:rsidP="00DE2B41">
            <w:pPr>
              <w:jc w:val="center"/>
            </w:pPr>
            <w:r>
              <w:rPr>
                <w:sz w:val="15"/>
              </w:rPr>
              <w:t>Kültür Dünyamız</w:t>
            </w:r>
          </w:p>
        </w:tc>
        <w:tc>
          <w:tcPr>
            <w:tcW w:w="1116" w:type="dxa"/>
            <w:vAlign w:val="center"/>
          </w:tcPr>
          <w:p w:rsidR="00460CA1" w:rsidRDefault="00B7628C" w:rsidP="00DE2B41">
            <w:pPr>
              <w:jc w:val="center"/>
            </w:pPr>
            <w:r>
              <w:rPr>
                <w:sz w:val="15"/>
              </w:rPr>
              <w:t>KD.3</w:t>
            </w:r>
          </w:p>
        </w:tc>
        <w:tc>
          <w:tcPr>
            <w:tcW w:w="3823" w:type="dxa"/>
            <w:vAlign w:val="center"/>
          </w:tcPr>
          <w:p w:rsidR="00460CA1" w:rsidRDefault="00B7628C" w:rsidP="00DE2B41">
            <w:pPr>
              <w:jc w:val="center"/>
            </w:pPr>
            <w:r>
              <w:rPr>
                <w:sz w:val="15"/>
              </w:rPr>
              <w:t>Kuşaklar arası kültür aktarımı: büyüklerden öğreniyorum söyleşisi</w:t>
            </w:r>
          </w:p>
        </w:tc>
        <w:tc>
          <w:tcPr>
            <w:tcW w:w="1829" w:type="dxa"/>
            <w:vAlign w:val="center"/>
          </w:tcPr>
          <w:p w:rsidR="00460CA1" w:rsidRDefault="00B7628C" w:rsidP="00DE2B41">
            <w:pPr>
              <w:jc w:val="center"/>
            </w:pPr>
            <w:r>
              <w:rPr>
                <w:sz w:val="15"/>
              </w:rPr>
              <w:t>Sosyal Etkinlikler Kurulu / Yaşam Becerileri Kulübü</w:t>
            </w:r>
          </w:p>
        </w:tc>
        <w:tc>
          <w:tcPr>
            <w:tcW w:w="1390" w:type="dxa"/>
            <w:vAlign w:val="center"/>
          </w:tcPr>
          <w:p w:rsidR="00460CA1" w:rsidRDefault="00B7628C" w:rsidP="00DE2B41">
            <w:pPr>
              <w:jc w:val="center"/>
            </w:pPr>
            <w:r>
              <w:rPr>
                <w:sz w:val="15"/>
              </w:rPr>
              <w:t>Katılım</w:t>
            </w:r>
          </w:p>
        </w:tc>
      </w:tr>
      <w:tr w:rsidR="00DE2B41" w:rsidTr="006C1919">
        <w:trPr>
          <w:jc w:val="center"/>
        </w:trPr>
        <w:tc>
          <w:tcPr>
            <w:tcW w:w="692" w:type="dxa"/>
            <w:vAlign w:val="center"/>
          </w:tcPr>
          <w:p w:rsidR="00460CA1" w:rsidRDefault="00B7628C" w:rsidP="00DE2B41">
            <w:pPr>
              <w:jc w:val="center"/>
            </w:pPr>
            <w:r>
              <w:rPr>
                <w:sz w:val="15"/>
              </w:rPr>
              <w:t>Mart</w:t>
            </w:r>
          </w:p>
        </w:tc>
        <w:tc>
          <w:tcPr>
            <w:tcW w:w="1452" w:type="dxa"/>
            <w:vAlign w:val="center"/>
          </w:tcPr>
          <w:p w:rsidR="00460CA1" w:rsidRDefault="00B7628C" w:rsidP="00DE2B41">
            <w:pPr>
              <w:jc w:val="center"/>
            </w:pPr>
            <w:r>
              <w:rPr>
                <w:sz w:val="15"/>
              </w:rPr>
              <w:t>Sanat</w:t>
            </w:r>
          </w:p>
        </w:tc>
        <w:tc>
          <w:tcPr>
            <w:tcW w:w="1116" w:type="dxa"/>
            <w:vAlign w:val="center"/>
          </w:tcPr>
          <w:p w:rsidR="00460CA1" w:rsidRDefault="00B7628C" w:rsidP="00DE2B41">
            <w:pPr>
              <w:jc w:val="center"/>
            </w:pPr>
            <w:r>
              <w:rPr>
                <w:sz w:val="15"/>
              </w:rPr>
              <w:t>S.2</w:t>
            </w:r>
          </w:p>
        </w:tc>
        <w:tc>
          <w:tcPr>
            <w:tcW w:w="3823" w:type="dxa"/>
            <w:vAlign w:val="center"/>
          </w:tcPr>
          <w:p w:rsidR="00460CA1" w:rsidRDefault="00B7628C" w:rsidP="00DE2B41">
            <w:pPr>
              <w:jc w:val="center"/>
            </w:pPr>
            <w:r>
              <w:rPr>
                <w:sz w:val="15"/>
              </w:rPr>
              <w:t>Atölye Zamanı: geleneksel sanatlar ve sanatçı/usta tanıtımı</w:t>
            </w:r>
          </w:p>
        </w:tc>
        <w:tc>
          <w:tcPr>
            <w:tcW w:w="1829" w:type="dxa"/>
            <w:vAlign w:val="center"/>
          </w:tcPr>
          <w:p w:rsidR="00460CA1" w:rsidRDefault="00B7628C" w:rsidP="00DE2B41">
            <w:pPr>
              <w:jc w:val="center"/>
            </w:pPr>
            <w:r>
              <w:rPr>
                <w:sz w:val="15"/>
              </w:rPr>
              <w:t>Sosyal Etkinlikler Kurulu / ilgili kulüpler</w:t>
            </w:r>
          </w:p>
        </w:tc>
        <w:tc>
          <w:tcPr>
            <w:tcW w:w="1390" w:type="dxa"/>
            <w:vAlign w:val="center"/>
          </w:tcPr>
          <w:p w:rsidR="00460CA1" w:rsidRDefault="00B7628C" w:rsidP="00DE2B41">
            <w:pPr>
              <w:jc w:val="center"/>
            </w:pPr>
            <w:r>
              <w:rPr>
                <w:sz w:val="15"/>
              </w:rPr>
              <w:t>Katılım</w:t>
            </w:r>
          </w:p>
        </w:tc>
      </w:tr>
      <w:tr w:rsidR="00DE2B41" w:rsidTr="006C1919">
        <w:trPr>
          <w:jc w:val="center"/>
        </w:trPr>
        <w:tc>
          <w:tcPr>
            <w:tcW w:w="692" w:type="dxa"/>
            <w:vAlign w:val="center"/>
          </w:tcPr>
          <w:p w:rsidR="00460CA1" w:rsidRDefault="00B7628C" w:rsidP="00DE2B41">
            <w:pPr>
              <w:jc w:val="center"/>
            </w:pPr>
            <w:r>
              <w:rPr>
                <w:sz w:val="15"/>
              </w:rPr>
              <w:t>Nisan</w:t>
            </w:r>
          </w:p>
        </w:tc>
        <w:tc>
          <w:tcPr>
            <w:tcW w:w="1452" w:type="dxa"/>
            <w:vAlign w:val="center"/>
          </w:tcPr>
          <w:p w:rsidR="00460CA1" w:rsidRDefault="00B7628C" w:rsidP="00DE2B41">
            <w:pPr>
              <w:jc w:val="center"/>
            </w:pPr>
            <w:r>
              <w:rPr>
                <w:sz w:val="15"/>
              </w:rPr>
              <w:t>Spor</w:t>
            </w:r>
          </w:p>
        </w:tc>
        <w:tc>
          <w:tcPr>
            <w:tcW w:w="1116" w:type="dxa"/>
            <w:vAlign w:val="center"/>
          </w:tcPr>
          <w:p w:rsidR="00460CA1" w:rsidRDefault="00B7628C" w:rsidP="00DE2B41">
            <w:pPr>
              <w:jc w:val="center"/>
            </w:pPr>
            <w:r>
              <w:rPr>
                <w:sz w:val="15"/>
              </w:rPr>
              <w:t>SP.3</w:t>
            </w:r>
          </w:p>
        </w:tc>
        <w:tc>
          <w:tcPr>
            <w:tcW w:w="3823" w:type="dxa"/>
            <w:vAlign w:val="center"/>
          </w:tcPr>
          <w:p w:rsidR="00460CA1" w:rsidRDefault="00B7628C" w:rsidP="00DE2B41">
            <w:pPr>
              <w:jc w:val="center"/>
            </w:pPr>
            <w:r>
              <w:rPr>
                <w:sz w:val="15"/>
              </w:rPr>
              <w:t>Kapsayıcı spor ve paralimpik sporlar farkındalık etkinliği</w:t>
            </w:r>
          </w:p>
        </w:tc>
        <w:tc>
          <w:tcPr>
            <w:tcW w:w="1829" w:type="dxa"/>
            <w:vAlign w:val="center"/>
          </w:tcPr>
          <w:p w:rsidR="00460CA1" w:rsidRDefault="00B7628C" w:rsidP="00DE2B41">
            <w:pPr>
              <w:jc w:val="center"/>
            </w:pPr>
            <w:r>
              <w:rPr>
                <w:sz w:val="15"/>
              </w:rPr>
              <w:t>Sosyal Etkinlikler Kurulu / Sağlıklı Yaşam ve Fiziksel Aktivite Kulübü</w:t>
            </w:r>
          </w:p>
        </w:tc>
        <w:tc>
          <w:tcPr>
            <w:tcW w:w="1390" w:type="dxa"/>
            <w:vAlign w:val="center"/>
          </w:tcPr>
          <w:p w:rsidR="00460CA1" w:rsidRDefault="00B7628C" w:rsidP="00DE2B41">
            <w:pPr>
              <w:jc w:val="center"/>
            </w:pPr>
            <w:r>
              <w:rPr>
                <w:sz w:val="15"/>
              </w:rPr>
              <w:t>Katılım</w:t>
            </w:r>
          </w:p>
        </w:tc>
      </w:tr>
      <w:tr w:rsidR="00DE2B41" w:rsidTr="006C1919">
        <w:trPr>
          <w:jc w:val="center"/>
        </w:trPr>
        <w:tc>
          <w:tcPr>
            <w:tcW w:w="692" w:type="dxa"/>
            <w:vAlign w:val="center"/>
          </w:tcPr>
          <w:p w:rsidR="00460CA1" w:rsidRDefault="00B7628C" w:rsidP="00DE2B41">
            <w:pPr>
              <w:jc w:val="center"/>
            </w:pPr>
            <w:r>
              <w:rPr>
                <w:sz w:val="15"/>
              </w:rPr>
              <w:t>Nisan</w:t>
            </w:r>
          </w:p>
        </w:tc>
        <w:tc>
          <w:tcPr>
            <w:tcW w:w="1452" w:type="dxa"/>
            <w:vAlign w:val="center"/>
          </w:tcPr>
          <w:p w:rsidR="00460CA1" w:rsidRDefault="00B7628C" w:rsidP="00DE2B41">
            <w:pPr>
              <w:jc w:val="center"/>
            </w:pPr>
            <w:r>
              <w:rPr>
                <w:sz w:val="15"/>
              </w:rPr>
              <w:t>Bilim</w:t>
            </w:r>
          </w:p>
        </w:tc>
        <w:tc>
          <w:tcPr>
            <w:tcW w:w="1116" w:type="dxa"/>
            <w:vAlign w:val="center"/>
          </w:tcPr>
          <w:p w:rsidR="00460CA1" w:rsidRDefault="00B7628C" w:rsidP="00DE2B41">
            <w:pPr>
              <w:jc w:val="center"/>
            </w:pPr>
            <w:r>
              <w:rPr>
                <w:sz w:val="15"/>
              </w:rPr>
              <w:t>B.4</w:t>
            </w:r>
          </w:p>
        </w:tc>
        <w:tc>
          <w:tcPr>
            <w:tcW w:w="3823" w:type="dxa"/>
            <w:vAlign w:val="center"/>
          </w:tcPr>
          <w:p w:rsidR="00460CA1" w:rsidRDefault="00B7628C" w:rsidP="00DE2B41">
            <w:pPr>
              <w:jc w:val="center"/>
            </w:pPr>
            <w:r>
              <w:rPr>
                <w:sz w:val="15"/>
              </w:rPr>
              <w:t>Bilim ve problem çözme günü: öğrenci deneyleri, akıl ve zekâ oyunları</w:t>
            </w:r>
          </w:p>
        </w:tc>
        <w:tc>
          <w:tcPr>
            <w:tcW w:w="1829" w:type="dxa"/>
            <w:vAlign w:val="center"/>
          </w:tcPr>
          <w:p w:rsidR="00460CA1" w:rsidRDefault="00B7628C" w:rsidP="00DE2B41">
            <w:pPr>
              <w:jc w:val="center"/>
            </w:pPr>
            <w:r>
              <w:rPr>
                <w:sz w:val="15"/>
              </w:rPr>
              <w:t>Sosyal Etkinlikler Kurulu / ilgili kulüpler</w:t>
            </w:r>
          </w:p>
        </w:tc>
        <w:tc>
          <w:tcPr>
            <w:tcW w:w="1390" w:type="dxa"/>
            <w:vAlign w:val="center"/>
          </w:tcPr>
          <w:p w:rsidR="00460CA1" w:rsidRDefault="00B7628C" w:rsidP="00DE2B41">
            <w:pPr>
              <w:jc w:val="center"/>
            </w:pPr>
            <w:r>
              <w:rPr>
                <w:sz w:val="15"/>
              </w:rPr>
              <w:t>Katılım ve ürün</w:t>
            </w:r>
          </w:p>
        </w:tc>
      </w:tr>
      <w:tr w:rsidR="00DE2B41" w:rsidTr="006C1919">
        <w:trPr>
          <w:jc w:val="center"/>
        </w:trPr>
        <w:tc>
          <w:tcPr>
            <w:tcW w:w="692" w:type="dxa"/>
            <w:vAlign w:val="center"/>
          </w:tcPr>
          <w:p w:rsidR="00460CA1" w:rsidRDefault="00B7628C" w:rsidP="00DE2B41">
            <w:pPr>
              <w:jc w:val="center"/>
            </w:pPr>
            <w:r>
              <w:rPr>
                <w:sz w:val="15"/>
              </w:rPr>
              <w:t>Mayıs</w:t>
            </w:r>
          </w:p>
        </w:tc>
        <w:tc>
          <w:tcPr>
            <w:tcW w:w="1452" w:type="dxa"/>
            <w:vAlign w:val="center"/>
          </w:tcPr>
          <w:p w:rsidR="00460CA1" w:rsidRDefault="00B7628C" w:rsidP="00DE2B41">
            <w:pPr>
              <w:jc w:val="center"/>
            </w:pPr>
            <w:r>
              <w:rPr>
                <w:sz w:val="15"/>
              </w:rPr>
              <w:t>Doğa-Çevre-Toplum</w:t>
            </w:r>
          </w:p>
        </w:tc>
        <w:tc>
          <w:tcPr>
            <w:tcW w:w="1116" w:type="dxa"/>
            <w:vAlign w:val="center"/>
          </w:tcPr>
          <w:p w:rsidR="00460CA1" w:rsidRDefault="00B7628C" w:rsidP="00DE2B41">
            <w:pPr>
              <w:jc w:val="center"/>
            </w:pPr>
            <w:r>
              <w:rPr>
                <w:sz w:val="15"/>
              </w:rPr>
              <w:t>DÇT.4</w:t>
            </w:r>
          </w:p>
        </w:tc>
        <w:tc>
          <w:tcPr>
            <w:tcW w:w="3823" w:type="dxa"/>
            <w:vAlign w:val="center"/>
          </w:tcPr>
          <w:p w:rsidR="00460CA1" w:rsidRDefault="00B7628C" w:rsidP="00DE2B41">
            <w:pPr>
              <w:jc w:val="center"/>
            </w:pPr>
            <w:r>
              <w:rPr>
                <w:sz w:val="15"/>
              </w:rPr>
              <w:t>İlk yardım ve güvenli davranışlar konusunda farkındalık etkinliği</w:t>
            </w:r>
          </w:p>
        </w:tc>
        <w:tc>
          <w:tcPr>
            <w:tcW w:w="1829" w:type="dxa"/>
            <w:vAlign w:val="center"/>
          </w:tcPr>
          <w:p w:rsidR="00460CA1" w:rsidRDefault="00B7628C" w:rsidP="00DE2B41">
            <w:pPr>
              <w:jc w:val="center"/>
            </w:pPr>
            <w:r>
              <w:rPr>
                <w:sz w:val="15"/>
              </w:rPr>
              <w:t>Sosyal Etkinlikler Kurulu / Yaşam Becerileri Kulübü</w:t>
            </w:r>
          </w:p>
        </w:tc>
        <w:tc>
          <w:tcPr>
            <w:tcW w:w="1390" w:type="dxa"/>
            <w:vAlign w:val="center"/>
          </w:tcPr>
          <w:p w:rsidR="00460CA1" w:rsidRDefault="00B7628C" w:rsidP="00DE2B41">
            <w:pPr>
              <w:jc w:val="center"/>
            </w:pPr>
            <w:r>
              <w:rPr>
                <w:sz w:val="15"/>
              </w:rPr>
              <w:t>Katılım</w:t>
            </w:r>
          </w:p>
        </w:tc>
      </w:tr>
      <w:tr w:rsidR="00DE2B41" w:rsidTr="006C1919">
        <w:trPr>
          <w:jc w:val="center"/>
        </w:trPr>
        <w:tc>
          <w:tcPr>
            <w:tcW w:w="692" w:type="dxa"/>
            <w:vAlign w:val="center"/>
          </w:tcPr>
          <w:p w:rsidR="00460CA1" w:rsidRDefault="00B7628C" w:rsidP="00DE2B41">
            <w:pPr>
              <w:jc w:val="center"/>
            </w:pPr>
            <w:r>
              <w:rPr>
                <w:sz w:val="15"/>
              </w:rPr>
              <w:t>Mayıs</w:t>
            </w:r>
          </w:p>
        </w:tc>
        <w:tc>
          <w:tcPr>
            <w:tcW w:w="1452" w:type="dxa"/>
            <w:vAlign w:val="center"/>
          </w:tcPr>
          <w:p w:rsidR="00460CA1" w:rsidRDefault="00B7628C" w:rsidP="00DE2B41">
            <w:pPr>
              <w:jc w:val="center"/>
            </w:pPr>
            <w:r>
              <w:rPr>
                <w:sz w:val="15"/>
              </w:rPr>
              <w:t>Doğa-Çevre-Toplum</w:t>
            </w:r>
          </w:p>
        </w:tc>
        <w:tc>
          <w:tcPr>
            <w:tcW w:w="1116" w:type="dxa"/>
            <w:vAlign w:val="center"/>
          </w:tcPr>
          <w:p w:rsidR="00460CA1" w:rsidRDefault="00B7628C" w:rsidP="00DE2B41">
            <w:pPr>
              <w:jc w:val="center"/>
            </w:pPr>
            <w:r>
              <w:rPr>
                <w:sz w:val="15"/>
              </w:rPr>
              <w:t>DÇT.5</w:t>
            </w:r>
          </w:p>
        </w:tc>
        <w:tc>
          <w:tcPr>
            <w:tcW w:w="3823" w:type="dxa"/>
            <w:vAlign w:val="center"/>
          </w:tcPr>
          <w:p w:rsidR="00460CA1" w:rsidRDefault="00B7628C" w:rsidP="00DE2B41">
            <w:pPr>
              <w:jc w:val="center"/>
            </w:pPr>
            <w:r>
              <w:rPr>
                <w:sz w:val="15"/>
              </w:rPr>
              <w:t>Afet bilinci ve hazırlık farkındalığı etkinliği</w:t>
            </w:r>
          </w:p>
        </w:tc>
        <w:tc>
          <w:tcPr>
            <w:tcW w:w="1829" w:type="dxa"/>
            <w:vAlign w:val="center"/>
          </w:tcPr>
          <w:p w:rsidR="00460CA1" w:rsidRDefault="00B7628C" w:rsidP="00DE2B41">
            <w:pPr>
              <w:jc w:val="center"/>
            </w:pPr>
            <w:r>
              <w:rPr>
                <w:sz w:val="15"/>
              </w:rPr>
              <w:t>Sosyal Etkinlikler Kurulu / Yaşam Becerileri Kulübü</w:t>
            </w:r>
          </w:p>
        </w:tc>
        <w:tc>
          <w:tcPr>
            <w:tcW w:w="1390" w:type="dxa"/>
            <w:vAlign w:val="center"/>
          </w:tcPr>
          <w:p w:rsidR="00460CA1" w:rsidRDefault="00B7628C" w:rsidP="00DE2B41">
            <w:pPr>
              <w:jc w:val="center"/>
            </w:pPr>
            <w:r>
              <w:rPr>
                <w:sz w:val="15"/>
              </w:rPr>
              <w:t>Katılım</w:t>
            </w:r>
          </w:p>
        </w:tc>
      </w:tr>
      <w:tr w:rsidR="00DE2B41" w:rsidTr="006C1919">
        <w:trPr>
          <w:jc w:val="center"/>
        </w:trPr>
        <w:tc>
          <w:tcPr>
            <w:tcW w:w="692" w:type="dxa"/>
            <w:vAlign w:val="center"/>
          </w:tcPr>
          <w:p w:rsidR="00460CA1" w:rsidRDefault="00B7628C" w:rsidP="00DE2B41">
            <w:pPr>
              <w:jc w:val="center"/>
            </w:pPr>
            <w:r>
              <w:rPr>
                <w:sz w:val="15"/>
              </w:rPr>
              <w:t>Mayıs</w:t>
            </w:r>
          </w:p>
        </w:tc>
        <w:tc>
          <w:tcPr>
            <w:tcW w:w="1452" w:type="dxa"/>
            <w:vAlign w:val="center"/>
          </w:tcPr>
          <w:p w:rsidR="00460CA1" w:rsidRDefault="00B7628C" w:rsidP="00DE2B41">
            <w:pPr>
              <w:jc w:val="center"/>
            </w:pPr>
            <w:r>
              <w:rPr>
                <w:sz w:val="15"/>
              </w:rPr>
              <w:t>Sanat</w:t>
            </w:r>
          </w:p>
        </w:tc>
        <w:tc>
          <w:tcPr>
            <w:tcW w:w="1116" w:type="dxa"/>
            <w:vAlign w:val="center"/>
          </w:tcPr>
          <w:p w:rsidR="00460CA1" w:rsidRDefault="00B7628C" w:rsidP="00DE2B41">
            <w:pPr>
              <w:jc w:val="center"/>
            </w:pPr>
            <w:r>
              <w:rPr>
                <w:sz w:val="15"/>
              </w:rPr>
              <w:t>S.5</w:t>
            </w:r>
          </w:p>
        </w:tc>
        <w:tc>
          <w:tcPr>
            <w:tcW w:w="3823" w:type="dxa"/>
            <w:vAlign w:val="center"/>
          </w:tcPr>
          <w:p w:rsidR="00460CA1" w:rsidRDefault="00B7628C" w:rsidP="00DE2B41">
            <w:pPr>
              <w:jc w:val="center"/>
            </w:pPr>
            <w:r>
              <w:rPr>
                <w:sz w:val="15"/>
              </w:rPr>
              <w:t>Yıl sonu öğrenci sanat ve yetenek sergisi/gösterisi</w:t>
            </w:r>
          </w:p>
        </w:tc>
        <w:tc>
          <w:tcPr>
            <w:tcW w:w="1829" w:type="dxa"/>
            <w:vAlign w:val="center"/>
          </w:tcPr>
          <w:p w:rsidR="00460CA1" w:rsidRDefault="00B7628C" w:rsidP="00DE2B41">
            <w:pPr>
              <w:jc w:val="center"/>
            </w:pPr>
            <w:r>
              <w:rPr>
                <w:sz w:val="15"/>
              </w:rPr>
              <w:t>Sosyal Etkinlikler Kurulu / ilgili kulüpler</w:t>
            </w:r>
          </w:p>
        </w:tc>
        <w:tc>
          <w:tcPr>
            <w:tcW w:w="1390" w:type="dxa"/>
            <w:vAlign w:val="center"/>
          </w:tcPr>
          <w:p w:rsidR="00460CA1" w:rsidRDefault="00B7628C" w:rsidP="00DE2B41">
            <w:pPr>
              <w:jc w:val="center"/>
            </w:pPr>
            <w:r>
              <w:rPr>
                <w:sz w:val="15"/>
              </w:rPr>
              <w:t>Ürün/katılım</w:t>
            </w:r>
          </w:p>
        </w:tc>
      </w:tr>
      <w:tr w:rsidR="00DE2B41" w:rsidTr="006C1919">
        <w:trPr>
          <w:jc w:val="center"/>
        </w:trPr>
        <w:tc>
          <w:tcPr>
            <w:tcW w:w="692" w:type="dxa"/>
            <w:vAlign w:val="center"/>
          </w:tcPr>
          <w:p w:rsidR="00460CA1" w:rsidRDefault="00B7628C" w:rsidP="00DE2B41">
            <w:pPr>
              <w:jc w:val="center"/>
            </w:pPr>
            <w:r>
              <w:rPr>
                <w:sz w:val="15"/>
              </w:rPr>
              <w:t>Haziran</w:t>
            </w:r>
          </w:p>
        </w:tc>
        <w:tc>
          <w:tcPr>
            <w:tcW w:w="1452" w:type="dxa"/>
            <w:vAlign w:val="center"/>
          </w:tcPr>
          <w:p w:rsidR="00460CA1" w:rsidRDefault="00B7628C" w:rsidP="00DE2B41">
            <w:pPr>
              <w:jc w:val="center"/>
            </w:pPr>
            <w:r>
              <w:rPr>
                <w:sz w:val="15"/>
              </w:rPr>
              <w:t>Kültür Dünyamız</w:t>
            </w:r>
          </w:p>
        </w:tc>
        <w:tc>
          <w:tcPr>
            <w:tcW w:w="1116" w:type="dxa"/>
            <w:vAlign w:val="center"/>
          </w:tcPr>
          <w:p w:rsidR="00460CA1" w:rsidRDefault="00B7628C" w:rsidP="00DE2B41">
            <w:pPr>
              <w:jc w:val="center"/>
            </w:pPr>
            <w:r>
              <w:rPr>
                <w:sz w:val="15"/>
              </w:rPr>
              <w:t>KD.5</w:t>
            </w:r>
          </w:p>
        </w:tc>
        <w:tc>
          <w:tcPr>
            <w:tcW w:w="3823" w:type="dxa"/>
            <w:vAlign w:val="center"/>
          </w:tcPr>
          <w:p w:rsidR="00460CA1" w:rsidRDefault="00B7628C" w:rsidP="00DE2B41">
            <w:pPr>
              <w:jc w:val="center"/>
            </w:pPr>
            <w:r>
              <w:rPr>
                <w:sz w:val="15"/>
              </w:rPr>
              <w:t>Yıl boyunca üretilen öğrenci çalışmalarından sosyal etkinlikler sergisi</w:t>
            </w:r>
          </w:p>
        </w:tc>
        <w:tc>
          <w:tcPr>
            <w:tcW w:w="1829" w:type="dxa"/>
            <w:vAlign w:val="center"/>
          </w:tcPr>
          <w:p w:rsidR="00460CA1" w:rsidRDefault="00B7628C" w:rsidP="00DE2B41">
            <w:pPr>
              <w:jc w:val="center"/>
            </w:pPr>
            <w:r>
              <w:rPr>
                <w:sz w:val="15"/>
              </w:rPr>
              <w:t>Sosyal Etkinlikler Kurulu / tüm kulüpler</w:t>
            </w:r>
          </w:p>
        </w:tc>
        <w:tc>
          <w:tcPr>
            <w:tcW w:w="1390" w:type="dxa"/>
            <w:vAlign w:val="center"/>
          </w:tcPr>
          <w:p w:rsidR="00460CA1" w:rsidRDefault="00B7628C" w:rsidP="00DE2B41">
            <w:pPr>
              <w:jc w:val="center"/>
            </w:pPr>
            <w:r>
              <w:rPr>
                <w:sz w:val="15"/>
              </w:rPr>
              <w:t>Sergi ve katılım</w:t>
            </w:r>
          </w:p>
        </w:tc>
      </w:tr>
      <w:tr w:rsidR="00DE2B41" w:rsidTr="006C1919">
        <w:trPr>
          <w:jc w:val="center"/>
        </w:trPr>
        <w:tc>
          <w:tcPr>
            <w:tcW w:w="692" w:type="dxa"/>
            <w:vAlign w:val="center"/>
          </w:tcPr>
          <w:p w:rsidR="00460CA1" w:rsidRDefault="00B7628C" w:rsidP="00DE2B41">
            <w:pPr>
              <w:jc w:val="center"/>
            </w:pPr>
            <w:r>
              <w:rPr>
                <w:sz w:val="15"/>
              </w:rPr>
              <w:t>Haziran</w:t>
            </w:r>
          </w:p>
        </w:tc>
        <w:tc>
          <w:tcPr>
            <w:tcW w:w="1452" w:type="dxa"/>
            <w:vAlign w:val="center"/>
          </w:tcPr>
          <w:p w:rsidR="00460CA1" w:rsidRDefault="00B7628C" w:rsidP="00DE2B41">
            <w:pPr>
              <w:jc w:val="center"/>
            </w:pPr>
            <w:r>
              <w:rPr>
                <w:sz w:val="15"/>
              </w:rPr>
              <w:t>Tüm Temalar</w:t>
            </w:r>
          </w:p>
        </w:tc>
        <w:tc>
          <w:tcPr>
            <w:tcW w:w="1116" w:type="dxa"/>
            <w:vAlign w:val="center"/>
          </w:tcPr>
          <w:p w:rsidR="00460CA1" w:rsidRDefault="00B7628C" w:rsidP="00DE2B41">
            <w:pPr>
              <w:jc w:val="center"/>
            </w:pPr>
            <w:r>
              <w:rPr>
                <w:sz w:val="15"/>
              </w:rPr>
              <w:t>İzleme-Değerlendirme</w:t>
            </w:r>
          </w:p>
        </w:tc>
        <w:tc>
          <w:tcPr>
            <w:tcW w:w="3823" w:type="dxa"/>
            <w:vAlign w:val="center"/>
          </w:tcPr>
          <w:p w:rsidR="00460CA1" w:rsidRDefault="00B7628C" w:rsidP="00DE2B41">
            <w:pPr>
              <w:jc w:val="center"/>
            </w:pPr>
            <w:r>
              <w:rPr>
                <w:sz w:val="15"/>
              </w:rPr>
              <w:t>Sosyal etkinliklerin yıl sonu değerlendirilmesi, iyi uygulamaların belirlenmesi ve gelecek yıla yönelik önerilerin oluşturulması</w:t>
            </w:r>
          </w:p>
        </w:tc>
        <w:tc>
          <w:tcPr>
            <w:tcW w:w="1829" w:type="dxa"/>
            <w:vAlign w:val="center"/>
          </w:tcPr>
          <w:p w:rsidR="00460CA1" w:rsidRDefault="00B7628C" w:rsidP="00DE2B41">
            <w:pPr>
              <w:jc w:val="center"/>
            </w:pPr>
            <w:r>
              <w:rPr>
                <w:sz w:val="15"/>
              </w:rPr>
              <w:t>Sosyal Etkinlikler Kurulu</w:t>
            </w:r>
          </w:p>
        </w:tc>
        <w:tc>
          <w:tcPr>
            <w:tcW w:w="1390" w:type="dxa"/>
            <w:vAlign w:val="center"/>
          </w:tcPr>
          <w:p w:rsidR="00460CA1" w:rsidRDefault="00B7628C" w:rsidP="00DE2B41">
            <w:pPr>
              <w:jc w:val="center"/>
            </w:pPr>
            <w:r>
              <w:rPr>
                <w:sz w:val="15"/>
              </w:rPr>
              <w:t>Yıl sonu raporu</w:t>
            </w:r>
          </w:p>
        </w:tc>
      </w:tr>
    </w:tbl>
    <w:p w:rsidR="00460CA1" w:rsidRDefault="00B7628C">
      <w:r>
        <w:br w:type="page"/>
      </w:r>
    </w:p>
    <w:p w:rsidR="00460CA1" w:rsidRDefault="00B7628C" w:rsidP="00DE2B41">
      <w:r>
        <w:lastRenderedPageBreak/>
        <w:t>6. ÖĞRENCİ KULÜPLERİ İLE EYLEM PLANININ İLİŞKİLENDİRİLMESİ</w:t>
      </w:r>
    </w:p>
    <w:p w:rsidR="00460CA1" w:rsidRDefault="00B7628C">
      <w:pPr>
        <w:pStyle w:val="ListeMaddemi"/>
      </w:pPr>
      <w:r>
        <w:t>Kızılay Kulübü</w:t>
      </w:r>
    </w:p>
    <w:p w:rsidR="00460CA1" w:rsidRDefault="00B7628C">
      <w:pPr>
        <w:pStyle w:val="ListeMaddemi"/>
      </w:pPr>
      <w:r>
        <w:t>Yeşilay Kulübü</w:t>
      </w:r>
    </w:p>
    <w:p w:rsidR="00460CA1" w:rsidRDefault="00B7628C">
      <w:pPr>
        <w:pStyle w:val="ListeMaddemi"/>
      </w:pPr>
      <w:r>
        <w:t>Beyazay Kulübü</w:t>
      </w:r>
    </w:p>
    <w:p w:rsidR="00460CA1" w:rsidRDefault="00B7628C">
      <w:pPr>
        <w:pStyle w:val="ListeMaddemi"/>
      </w:pPr>
      <w:r>
        <w:t>Siberay Kulübü</w:t>
      </w:r>
    </w:p>
    <w:p w:rsidR="00460CA1" w:rsidRDefault="00B7628C">
      <w:pPr>
        <w:pStyle w:val="ListeMaddemi"/>
      </w:pPr>
      <w:r>
        <w:t>Tarih ve Kültürel Miras Kulübü</w:t>
      </w:r>
    </w:p>
    <w:p w:rsidR="00460CA1" w:rsidRDefault="00B7628C">
      <w:pPr>
        <w:pStyle w:val="ListeMaddemi"/>
      </w:pPr>
      <w:r>
        <w:t>Tabiat ve Yaşanabilir Çevre Kulübü</w:t>
      </w:r>
    </w:p>
    <w:p w:rsidR="00460CA1" w:rsidRDefault="00B7628C">
      <w:pPr>
        <w:pStyle w:val="ListeMaddemi"/>
      </w:pPr>
      <w:r>
        <w:t>Sağlıklı Yaşam ve Fiziksel Aktivite Kulübü</w:t>
      </w:r>
    </w:p>
    <w:p w:rsidR="00460CA1" w:rsidRDefault="00B7628C">
      <w:pPr>
        <w:pStyle w:val="ListeMaddemi"/>
      </w:pPr>
      <w:r>
        <w:t>Yaşam Becerileri Kulübü</w:t>
      </w:r>
    </w:p>
    <w:p w:rsidR="00DE2B41" w:rsidRDefault="00DE2B41" w:rsidP="00DE2B41">
      <w:pPr>
        <w:pStyle w:val="ListeMaddemi"/>
      </w:pPr>
      <w:r>
        <w:t xml:space="preserve">Trafik ve İlk Yardım Kulübü </w:t>
      </w:r>
    </w:p>
    <w:p w:rsidR="00DE2B41" w:rsidRDefault="00DE2B41" w:rsidP="00DE2B41">
      <w:pPr>
        <w:pStyle w:val="ListeMaddemi"/>
      </w:pPr>
      <w:r>
        <w:t>Edebiyat ve Yazarlık Kulübü</w:t>
      </w:r>
    </w:p>
    <w:p w:rsidR="00DE2B41" w:rsidRDefault="00DE2B41" w:rsidP="00DE2B41">
      <w:pPr>
        <w:pStyle w:val="ListeMaddemi"/>
      </w:pPr>
      <w:r>
        <w:t>Matematik Kulübü</w:t>
      </w:r>
    </w:p>
    <w:p w:rsidR="00DE2B41" w:rsidRDefault="00DE2B41" w:rsidP="00DE2B41">
      <w:pPr>
        <w:pStyle w:val="ListeMaddemi"/>
      </w:pPr>
      <w:r>
        <w:t>Spor Kulübü</w:t>
      </w:r>
    </w:p>
    <w:p w:rsidR="00DE2B41" w:rsidRDefault="00DE2B41" w:rsidP="00DE2B41">
      <w:pPr>
        <w:pStyle w:val="ListeMaddemi"/>
      </w:pPr>
      <w:r>
        <w:t>Görsel Sanatlar Kulübü</w:t>
      </w:r>
    </w:p>
    <w:p w:rsidR="00DE2B41" w:rsidRDefault="00DE2B41" w:rsidP="00DE2B41">
      <w:pPr>
        <w:pStyle w:val="ListeMaddemi"/>
      </w:pPr>
      <w:r>
        <w:t>Kooperatifçilik Kulübü</w:t>
      </w:r>
    </w:p>
    <w:p w:rsidR="00DE2B41" w:rsidRDefault="00DE2B41" w:rsidP="00DE2B41">
      <w:pPr>
        <w:pStyle w:val="ListeMaddemi"/>
      </w:pPr>
      <w:r>
        <w:t>Zeytin Ağacı Kulübü</w:t>
      </w:r>
    </w:p>
    <w:p w:rsidR="00460CA1" w:rsidRDefault="00B7628C" w:rsidP="00DE2B41">
      <w:pPr>
        <w:jc w:val="both"/>
      </w:pPr>
      <w:r>
        <w:t>Yukarıdaki kulüpler kılavuzda belirtilen zorunlu öğrenci kulüpleridir.</w:t>
      </w:r>
      <w:r w:rsidR="00DE2B41">
        <w:t xml:space="preserve"> Ayrica 4 temadan da bir kulüp belirlenmiştir.</w:t>
      </w:r>
      <w:r>
        <w:t xml:space="preserve"> Öğrenci kulüplerinin yıllık çalışma planlarında bu eylem planında yer alan ve kulübün çalışma alanıyla ilgili etkinliklere yer verilecektir.</w:t>
      </w:r>
    </w:p>
    <w:p w:rsidR="00460CA1" w:rsidRDefault="00B7628C" w:rsidP="00DE2B41">
      <w:r>
        <w:t>7. UYGULAMA ESASLARI</w:t>
      </w:r>
    </w:p>
    <w:p w:rsidR="00460CA1" w:rsidRDefault="00B7628C" w:rsidP="00DE2B41">
      <w:pPr>
        <w:pStyle w:val="ListeNumaras"/>
        <w:jc w:val="both"/>
      </w:pPr>
      <w:r>
        <w:t>Sosyal etkinlikler öğrencilerin ilgi, istek, ihtiyaç ve yetenekleri dikkate alınarak planlanacak ve mümkün olduğunca öğrenci merkezli yürütülecektir.</w:t>
      </w:r>
    </w:p>
    <w:p w:rsidR="00460CA1" w:rsidRDefault="00B7628C" w:rsidP="00DE2B41">
      <w:pPr>
        <w:pStyle w:val="ListeNumaras"/>
        <w:jc w:val="both"/>
      </w:pPr>
      <w:r>
        <w:t>Etkinlikler okulun fiziki imkânları, öğrenci sayısı, eğitim öğretim takvimi ve güvenlik şartları dikkate alınarak gerçekleştirilecektir.</w:t>
      </w:r>
    </w:p>
    <w:p w:rsidR="00460CA1" w:rsidRDefault="00B7628C" w:rsidP="00DE2B41">
      <w:pPr>
        <w:pStyle w:val="ListeNumaras"/>
        <w:jc w:val="both"/>
      </w:pPr>
      <w:r>
        <w:t>Etkinliklerin ilgili öğrenci kulüplerinin yıllık çalışma planlarıyla ilişkilendirilmesi sağlanacaktır.</w:t>
      </w:r>
    </w:p>
    <w:p w:rsidR="00460CA1" w:rsidRDefault="00B7628C" w:rsidP="00DE2B41">
      <w:pPr>
        <w:pStyle w:val="ListeNumaras"/>
        <w:jc w:val="both"/>
      </w:pPr>
      <w:r>
        <w:t>Gerçekleştirilen etkinliklere ilişkin katılım ve uygulama verileri düzenli olarak takip edilecek ve Sosyal Etkinlik Modülüne zamanında işlenecektir.</w:t>
      </w:r>
    </w:p>
    <w:p w:rsidR="00460CA1" w:rsidRDefault="00B7628C" w:rsidP="00DE2B41">
      <w:pPr>
        <w:pStyle w:val="ListeNumaras"/>
        <w:jc w:val="both"/>
      </w:pPr>
      <w:r>
        <w:t>Kişisel verilerin işlenmesi ve etkinliklerde görsel materyal kullanımı ilgili mevzuata uygun şekilde gerçekleştirilecektir.</w:t>
      </w:r>
    </w:p>
    <w:p w:rsidR="00460CA1" w:rsidRDefault="00B7628C" w:rsidP="00DE2B41">
      <w:pPr>
        <w:pStyle w:val="ListeNumaras"/>
        <w:jc w:val="both"/>
      </w:pPr>
      <w:r>
        <w:t>Birinci dönem sonu ve eğitim öğretim yılı sonunda kurul tarafından izleme ve değerlendirme yapılacaktır.</w:t>
      </w:r>
    </w:p>
    <w:p w:rsidR="00460CA1" w:rsidRDefault="00B7628C" w:rsidP="00DE2B41">
      <w:r>
        <w:t>8. İZLEME VE DEĞERLENDİRME</w:t>
      </w:r>
    </w:p>
    <w:p w:rsidR="00460CA1" w:rsidRDefault="00B7628C">
      <w:pPr>
        <w:jc w:val="both"/>
      </w:pPr>
      <w:r>
        <w:t>Planın uygulanması Sosyal Etkinlikler Kurulu tarafından izlenecek; gerçekleştirilen etkinliklerin öğrenci katılımı, etkinlik sayısı ve elde edilen ürünler bakımından değerlendirilmesi yapılacaktır. Birinci dönem sonunda ara değerlendirme, ikinci dönem sonunda ise yıl sonu değerlendirmesi yapılacaktır. Yıl sonu değerlendirmesi sonucunda Sosyal Etkinlikler Yıl Sonu İzleme ve Değerlendirme Raporu hazırlanacaktır.</w:t>
      </w:r>
    </w:p>
    <w:p w:rsidR="00DE2B41" w:rsidRDefault="00DE2B41">
      <w:pPr>
        <w:jc w:val="both"/>
      </w:pPr>
    </w:p>
    <w:p w:rsidR="00DE2B41" w:rsidRDefault="00DE2B41">
      <w:pPr>
        <w:jc w:val="both"/>
      </w:pPr>
    </w:p>
    <w:p w:rsidR="00DE2B41" w:rsidRDefault="00DE2B41">
      <w:pPr>
        <w:jc w:val="both"/>
      </w:pPr>
    </w:p>
    <w:p w:rsidR="00DE2B41" w:rsidRDefault="00DE2B41">
      <w:pPr>
        <w:jc w:val="both"/>
      </w:pPr>
    </w:p>
    <w:p w:rsidR="00460CA1" w:rsidRDefault="00B7628C" w:rsidP="00DE2B41">
      <w:r>
        <w:t>9. UYGULAMA TAKVİMİ</w:t>
      </w:r>
    </w:p>
    <w:tbl>
      <w:tblPr>
        <w:tblStyle w:val="TabloKlavuzu"/>
        <w:tblW w:w="0" w:type="auto"/>
        <w:jc w:val="center"/>
        <w:tblLook w:val="04A0" w:firstRow="1" w:lastRow="0" w:firstColumn="1" w:lastColumn="0" w:noHBand="0" w:noVBand="1"/>
      </w:tblPr>
      <w:tblGrid>
        <w:gridCol w:w="3435"/>
        <w:gridCol w:w="3434"/>
        <w:gridCol w:w="3433"/>
      </w:tblGrid>
      <w:tr w:rsidR="00460CA1">
        <w:trPr>
          <w:jc w:val="center"/>
        </w:trPr>
        <w:tc>
          <w:tcPr>
            <w:tcW w:w="3437" w:type="dxa"/>
            <w:shd w:val="clear" w:color="auto" w:fill="D9EAF7"/>
            <w:vAlign w:val="center"/>
          </w:tcPr>
          <w:p w:rsidR="00460CA1" w:rsidRDefault="00B7628C">
            <w:pPr>
              <w:jc w:val="center"/>
            </w:pPr>
            <w:r>
              <w:rPr>
                <w:b/>
                <w:sz w:val="18"/>
              </w:rPr>
              <w:t>İşlem</w:t>
            </w:r>
          </w:p>
        </w:tc>
        <w:tc>
          <w:tcPr>
            <w:tcW w:w="3437" w:type="dxa"/>
            <w:shd w:val="clear" w:color="auto" w:fill="D9EAF7"/>
            <w:vAlign w:val="center"/>
          </w:tcPr>
          <w:p w:rsidR="00460CA1" w:rsidRDefault="00B7628C">
            <w:pPr>
              <w:jc w:val="center"/>
            </w:pPr>
            <w:r>
              <w:rPr>
                <w:b/>
                <w:sz w:val="18"/>
              </w:rPr>
              <w:t>Sorumlu</w:t>
            </w:r>
          </w:p>
        </w:tc>
        <w:tc>
          <w:tcPr>
            <w:tcW w:w="3437" w:type="dxa"/>
            <w:shd w:val="clear" w:color="auto" w:fill="D9EAF7"/>
            <w:vAlign w:val="center"/>
          </w:tcPr>
          <w:p w:rsidR="00460CA1" w:rsidRDefault="00B7628C">
            <w:pPr>
              <w:jc w:val="center"/>
            </w:pPr>
            <w:r>
              <w:rPr>
                <w:b/>
                <w:sz w:val="18"/>
              </w:rPr>
              <w:t>Tarih</w:t>
            </w:r>
          </w:p>
        </w:tc>
      </w:tr>
      <w:tr w:rsidR="00460CA1">
        <w:trPr>
          <w:jc w:val="center"/>
        </w:trPr>
        <w:tc>
          <w:tcPr>
            <w:tcW w:w="3437" w:type="dxa"/>
            <w:vAlign w:val="center"/>
          </w:tcPr>
          <w:p w:rsidR="00460CA1" w:rsidRDefault="00B7628C" w:rsidP="00DE2B41">
            <w:pPr>
              <w:jc w:val="center"/>
            </w:pPr>
            <w:r>
              <w:rPr>
                <w:sz w:val="17"/>
              </w:rPr>
              <w:t>Sosyal etkinlikler ihtiyaç analizinin yapılması</w:t>
            </w:r>
          </w:p>
        </w:tc>
        <w:tc>
          <w:tcPr>
            <w:tcW w:w="3437" w:type="dxa"/>
            <w:vAlign w:val="center"/>
          </w:tcPr>
          <w:p w:rsidR="00460CA1" w:rsidRDefault="00B7628C" w:rsidP="00DE2B41">
            <w:pPr>
              <w:jc w:val="center"/>
            </w:pPr>
            <w:r>
              <w:rPr>
                <w:sz w:val="17"/>
              </w:rPr>
              <w:t>Sosyal Etkinlikler Kurulu / Rehberlik Servisi</w:t>
            </w:r>
          </w:p>
        </w:tc>
        <w:tc>
          <w:tcPr>
            <w:tcW w:w="3437" w:type="dxa"/>
            <w:vAlign w:val="center"/>
          </w:tcPr>
          <w:p w:rsidR="00460CA1" w:rsidRDefault="00B7628C" w:rsidP="00DE2B41">
            <w:pPr>
              <w:jc w:val="center"/>
            </w:pPr>
            <w:r>
              <w:rPr>
                <w:sz w:val="17"/>
              </w:rPr>
              <w:t>01-20 Eylül</w:t>
            </w:r>
          </w:p>
        </w:tc>
      </w:tr>
      <w:tr w:rsidR="00460CA1">
        <w:trPr>
          <w:jc w:val="center"/>
        </w:trPr>
        <w:tc>
          <w:tcPr>
            <w:tcW w:w="3437" w:type="dxa"/>
            <w:vAlign w:val="center"/>
          </w:tcPr>
          <w:p w:rsidR="00460CA1" w:rsidRDefault="00B7628C" w:rsidP="00DE2B41">
            <w:pPr>
              <w:jc w:val="center"/>
            </w:pPr>
            <w:r>
              <w:rPr>
                <w:sz w:val="17"/>
              </w:rPr>
              <w:t>Öncelikli temaların karara bağlanması</w:t>
            </w:r>
          </w:p>
        </w:tc>
        <w:tc>
          <w:tcPr>
            <w:tcW w:w="3437" w:type="dxa"/>
            <w:vAlign w:val="center"/>
          </w:tcPr>
          <w:p w:rsidR="00460CA1" w:rsidRDefault="00B7628C" w:rsidP="00DE2B41">
            <w:pPr>
              <w:jc w:val="center"/>
            </w:pPr>
            <w:r>
              <w:rPr>
                <w:sz w:val="17"/>
              </w:rPr>
              <w:t>Öğretmenler Kurulu</w:t>
            </w:r>
          </w:p>
        </w:tc>
        <w:tc>
          <w:tcPr>
            <w:tcW w:w="3437" w:type="dxa"/>
            <w:vAlign w:val="center"/>
          </w:tcPr>
          <w:p w:rsidR="00460CA1" w:rsidRDefault="00B7628C" w:rsidP="00DE2B41">
            <w:pPr>
              <w:jc w:val="center"/>
            </w:pPr>
            <w:r>
              <w:rPr>
                <w:sz w:val="17"/>
              </w:rPr>
              <w:t>20-25 Eylül</w:t>
            </w:r>
          </w:p>
        </w:tc>
      </w:tr>
      <w:tr w:rsidR="00460CA1">
        <w:trPr>
          <w:jc w:val="center"/>
        </w:trPr>
        <w:tc>
          <w:tcPr>
            <w:tcW w:w="3437" w:type="dxa"/>
            <w:vAlign w:val="center"/>
          </w:tcPr>
          <w:p w:rsidR="00460CA1" w:rsidRDefault="00B7628C" w:rsidP="00DE2B41">
            <w:pPr>
              <w:jc w:val="center"/>
            </w:pPr>
            <w:r>
              <w:rPr>
                <w:sz w:val="17"/>
              </w:rPr>
              <w:t>Öğrenci kulüplerinin ve danışman öğretmenlerin belirlenmesi</w:t>
            </w:r>
          </w:p>
        </w:tc>
        <w:tc>
          <w:tcPr>
            <w:tcW w:w="3437" w:type="dxa"/>
            <w:vAlign w:val="center"/>
          </w:tcPr>
          <w:p w:rsidR="00460CA1" w:rsidRDefault="00B7628C" w:rsidP="00DE2B41">
            <w:pPr>
              <w:jc w:val="center"/>
            </w:pPr>
            <w:r>
              <w:rPr>
                <w:sz w:val="17"/>
              </w:rPr>
              <w:t>Öğretmenler Kurulu</w:t>
            </w:r>
          </w:p>
        </w:tc>
        <w:tc>
          <w:tcPr>
            <w:tcW w:w="3437" w:type="dxa"/>
            <w:vAlign w:val="center"/>
          </w:tcPr>
          <w:p w:rsidR="00460CA1" w:rsidRDefault="00B7628C" w:rsidP="00DE2B41">
            <w:pPr>
              <w:jc w:val="center"/>
            </w:pPr>
            <w:r>
              <w:rPr>
                <w:sz w:val="17"/>
              </w:rPr>
              <w:t>01-25 Eylül</w:t>
            </w:r>
          </w:p>
        </w:tc>
      </w:tr>
      <w:tr w:rsidR="00460CA1">
        <w:trPr>
          <w:jc w:val="center"/>
        </w:trPr>
        <w:tc>
          <w:tcPr>
            <w:tcW w:w="3437" w:type="dxa"/>
            <w:vAlign w:val="center"/>
          </w:tcPr>
          <w:p w:rsidR="00460CA1" w:rsidRDefault="00B7628C" w:rsidP="00DE2B41">
            <w:pPr>
              <w:jc w:val="center"/>
            </w:pPr>
            <w:r>
              <w:rPr>
                <w:sz w:val="17"/>
              </w:rPr>
              <w:t>Öğrencilerin kulüp katılımlarının belirlenmesi ve modüle işlenmesi</w:t>
            </w:r>
          </w:p>
        </w:tc>
        <w:tc>
          <w:tcPr>
            <w:tcW w:w="3437" w:type="dxa"/>
            <w:vAlign w:val="center"/>
          </w:tcPr>
          <w:p w:rsidR="00460CA1" w:rsidRDefault="00B7628C" w:rsidP="00DE2B41">
            <w:pPr>
              <w:jc w:val="center"/>
            </w:pPr>
            <w:r>
              <w:rPr>
                <w:sz w:val="17"/>
              </w:rPr>
              <w:t>Sınıf/Şube Rehber Öğretmenleri</w:t>
            </w:r>
          </w:p>
        </w:tc>
        <w:tc>
          <w:tcPr>
            <w:tcW w:w="3437" w:type="dxa"/>
            <w:vAlign w:val="center"/>
          </w:tcPr>
          <w:p w:rsidR="00460CA1" w:rsidRDefault="00B7628C" w:rsidP="00DE2B41">
            <w:pPr>
              <w:jc w:val="center"/>
            </w:pPr>
            <w:r>
              <w:rPr>
                <w:sz w:val="17"/>
              </w:rPr>
              <w:t>01-25 Eylül</w:t>
            </w:r>
          </w:p>
        </w:tc>
      </w:tr>
      <w:tr w:rsidR="00460CA1">
        <w:trPr>
          <w:jc w:val="center"/>
        </w:trPr>
        <w:tc>
          <w:tcPr>
            <w:tcW w:w="3437" w:type="dxa"/>
            <w:vAlign w:val="center"/>
          </w:tcPr>
          <w:p w:rsidR="00460CA1" w:rsidRDefault="00B7628C" w:rsidP="00DE2B41">
            <w:pPr>
              <w:jc w:val="center"/>
            </w:pPr>
            <w:r>
              <w:rPr>
                <w:sz w:val="17"/>
              </w:rPr>
              <w:t>Kulüplerin yıllık etkinlik planlarını hazırlaması</w:t>
            </w:r>
          </w:p>
        </w:tc>
        <w:tc>
          <w:tcPr>
            <w:tcW w:w="3437" w:type="dxa"/>
            <w:vAlign w:val="center"/>
          </w:tcPr>
          <w:p w:rsidR="00460CA1" w:rsidRDefault="00B7628C" w:rsidP="00DE2B41">
            <w:pPr>
              <w:jc w:val="center"/>
            </w:pPr>
            <w:r>
              <w:rPr>
                <w:sz w:val="17"/>
              </w:rPr>
              <w:t>Öğrenci Kulüpleri</w:t>
            </w:r>
          </w:p>
        </w:tc>
        <w:tc>
          <w:tcPr>
            <w:tcW w:w="3437" w:type="dxa"/>
            <w:vAlign w:val="center"/>
          </w:tcPr>
          <w:p w:rsidR="00460CA1" w:rsidRDefault="00B7628C" w:rsidP="00DE2B41">
            <w:pPr>
              <w:jc w:val="center"/>
            </w:pPr>
            <w:r>
              <w:rPr>
                <w:sz w:val="17"/>
              </w:rPr>
              <w:t>01-25 Eylül</w:t>
            </w:r>
          </w:p>
        </w:tc>
      </w:tr>
      <w:tr w:rsidR="00460CA1">
        <w:trPr>
          <w:jc w:val="center"/>
        </w:trPr>
        <w:tc>
          <w:tcPr>
            <w:tcW w:w="3437" w:type="dxa"/>
            <w:vAlign w:val="center"/>
          </w:tcPr>
          <w:p w:rsidR="00460CA1" w:rsidRDefault="00B7628C" w:rsidP="00DE2B41">
            <w:pPr>
              <w:jc w:val="center"/>
            </w:pPr>
            <w:r>
              <w:rPr>
                <w:sz w:val="17"/>
              </w:rPr>
              <w:lastRenderedPageBreak/>
              <w:t>Eylem planında yer alacak etkinliklerin oluşturulması ve değerlendirilmesi</w:t>
            </w:r>
          </w:p>
        </w:tc>
        <w:tc>
          <w:tcPr>
            <w:tcW w:w="3437" w:type="dxa"/>
            <w:vAlign w:val="center"/>
          </w:tcPr>
          <w:p w:rsidR="00460CA1" w:rsidRDefault="00B7628C" w:rsidP="00DE2B41">
            <w:pPr>
              <w:jc w:val="center"/>
            </w:pPr>
            <w:r>
              <w:rPr>
                <w:sz w:val="17"/>
              </w:rPr>
              <w:t>Sosyal Etkinlikler Kurulu</w:t>
            </w:r>
          </w:p>
        </w:tc>
        <w:tc>
          <w:tcPr>
            <w:tcW w:w="3437" w:type="dxa"/>
            <w:vAlign w:val="center"/>
          </w:tcPr>
          <w:p w:rsidR="00460CA1" w:rsidRDefault="00B7628C" w:rsidP="00DE2B41">
            <w:pPr>
              <w:jc w:val="center"/>
            </w:pPr>
            <w:r>
              <w:rPr>
                <w:sz w:val="17"/>
              </w:rPr>
              <w:t>15-25 Eylül</w:t>
            </w:r>
          </w:p>
        </w:tc>
      </w:tr>
      <w:tr w:rsidR="00460CA1">
        <w:trPr>
          <w:jc w:val="center"/>
        </w:trPr>
        <w:tc>
          <w:tcPr>
            <w:tcW w:w="3437" w:type="dxa"/>
            <w:vAlign w:val="center"/>
          </w:tcPr>
          <w:p w:rsidR="00460CA1" w:rsidRDefault="00B7628C" w:rsidP="00DE2B41">
            <w:pPr>
              <w:jc w:val="center"/>
            </w:pPr>
            <w:r>
              <w:rPr>
                <w:sz w:val="17"/>
              </w:rPr>
              <w:t>Eylem planının hazırlanması</w:t>
            </w:r>
          </w:p>
        </w:tc>
        <w:tc>
          <w:tcPr>
            <w:tcW w:w="3437" w:type="dxa"/>
            <w:vAlign w:val="center"/>
          </w:tcPr>
          <w:p w:rsidR="00460CA1" w:rsidRDefault="00B7628C" w:rsidP="00DE2B41">
            <w:pPr>
              <w:jc w:val="center"/>
            </w:pPr>
            <w:r>
              <w:rPr>
                <w:sz w:val="17"/>
              </w:rPr>
              <w:t>Sosyal Etkinlikler Kurulu</w:t>
            </w:r>
          </w:p>
        </w:tc>
        <w:tc>
          <w:tcPr>
            <w:tcW w:w="3437" w:type="dxa"/>
            <w:vAlign w:val="center"/>
          </w:tcPr>
          <w:p w:rsidR="00460CA1" w:rsidRDefault="00B7628C" w:rsidP="00DE2B41">
            <w:pPr>
              <w:jc w:val="center"/>
            </w:pPr>
            <w:r>
              <w:rPr>
                <w:sz w:val="17"/>
              </w:rPr>
              <w:t>15-25 Eylül</w:t>
            </w:r>
          </w:p>
        </w:tc>
      </w:tr>
      <w:tr w:rsidR="00460CA1">
        <w:trPr>
          <w:jc w:val="center"/>
        </w:trPr>
        <w:tc>
          <w:tcPr>
            <w:tcW w:w="3437" w:type="dxa"/>
            <w:vAlign w:val="center"/>
          </w:tcPr>
          <w:p w:rsidR="00460CA1" w:rsidRDefault="00B7628C" w:rsidP="00DE2B41">
            <w:pPr>
              <w:jc w:val="center"/>
            </w:pPr>
            <w:r>
              <w:rPr>
                <w:sz w:val="17"/>
              </w:rPr>
              <w:t>Eylem planının onaylanması</w:t>
            </w:r>
          </w:p>
        </w:tc>
        <w:tc>
          <w:tcPr>
            <w:tcW w:w="3437" w:type="dxa"/>
            <w:vAlign w:val="center"/>
          </w:tcPr>
          <w:p w:rsidR="00460CA1" w:rsidRDefault="00B7628C" w:rsidP="00DE2B41">
            <w:pPr>
              <w:jc w:val="center"/>
            </w:pPr>
            <w:r>
              <w:rPr>
                <w:sz w:val="17"/>
              </w:rPr>
              <w:t>Okul Müdürü</w:t>
            </w:r>
          </w:p>
        </w:tc>
        <w:tc>
          <w:tcPr>
            <w:tcW w:w="3437" w:type="dxa"/>
            <w:vAlign w:val="center"/>
          </w:tcPr>
          <w:p w:rsidR="00460CA1" w:rsidRDefault="00B7628C" w:rsidP="00DE2B41">
            <w:pPr>
              <w:jc w:val="center"/>
            </w:pPr>
            <w:r>
              <w:rPr>
                <w:sz w:val="17"/>
              </w:rPr>
              <w:t>15-25 Eylül</w:t>
            </w:r>
          </w:p>
        </w:tc>
      </w:tr>
      <w:tr w:rsidR="00460CA1">
        <w:trPr>
          <w:jc w:val="center"/>
        </w:trPr>
        <w:tc>
          <w:tcPr>
            <w:tcW w:w="3437" w:type="dxa"/>
            <w:vAlign w:val="center"/>
          </w:tcPr>
          <w:p w:rsidR="00460CA1" w:rsidRDefault="00B7628C" w:rsidP="00DE2B41">
            <w:pPr>
              <w:jc w:val="center"/>
            </w:pPr>
            <w:r>
              <w:rPr>
                <w:sz w:val="17"/>
              </w:rPr>
              <w:t>Eylem planının Sosyal Etkinlik Modülüne işlenmesi</w:t>
            </w:r>
          </w:p>
        </w:tc>
        <w:tc>
          <w:tcPr>
            <w:tcW w:w="3437" w:type="dxa"/>
            <w:vAlign w:val="center"/>
          </w:tcPr>
          <w:p w:rsidR="00460CA1" w:rsidRDefault="00B7628C" w:rsidP="00DE2B41">
            <w:pPr>
              <w:jc w:val="center"/>
            </w:pPr>
            <w:r>
              <w:rPr>
                <w:sz w:val="17"/>
              </w:rPr>
              <w:t>Okul Yönetimi</w:t>
            </w:r>
          </w:p>
        </w:tc>
        <w:tc>
          <w:tcPr>
            <w:tcW w:w="3437" w:type="dxa"/>
            <w:vAlign w:val="center"/>
          </w:tcPr>
          <w:p w:rsidR="00460CA1" w:rsidRDefault="00B7628C" w:rsidP="00DE2B41">
            <w:pPr>
              <w:jc w:val="center"/>
            </w:pPr>
            <w:r>
              <w:rPr>
                <w:sz w:val="17"/>
              </w:rPr>
              <w:t>15-25 Eylül</w:t>
            </w:r>
          </w:p>
        </w:tc>
      </w:tr>
      <w:tr w:rsidR="00460CA1">
        <w:trPr>
          <w:jc w:val="center"/>
        </w:trPr>
        <w:tc>
          <w:tcPr>
            <w:tcW w:w="3437" w:type="dxa"/>
            <w:vAlign w:val="center"/>
          </w:tcPr>
          <w:p w:rsidR="00460CA1" w:rsidRDefault="00B7628C" w:rsidP="00DE2B41">
            <w:pPr>
              <w:jc w:val="center"/>
            </w:pPr>
            <w:r>
              <w:rPr>
                <w:sz w:val="17"/>
              </w:rPr>
              <w:t>Birinci dönem sonu değerlendirmesi</w:t>
            </w:r>
          </w:p>
        </w:tc>
        <w:tc>
          <w:tcPr>
            <w:tcW w:w="3437" w:type="dxa"/>
            <w:vAlign w:val="center"/>
          </w:tcPr>
          <w:p w:rsidR="00460CA1" w:rsidRDefault="00B7628C" w:rsidP="00DE2B41">
            <w:pPr>
              <w:jc w:val="center"/>
            </w:pPr>
            <w:r>
              <w:rPr>
                <w:sz w:val="17"/>
              </w:rPr>
              <w:t>Okul Müdürü koordinasyonunda Sosyal Etkinlikler Kurulu</w:t>
            </w:r>
          </w:p>
        </w:tc>
        <w:tc>
          <w:tcPr>
            <w:tcW w:w="3437" w:type="dxa"/>
            <w:vAlign w:val="center"/>
          </w:tcPr>
          <w:p w:rsidR="00460CA1" w:rsidRDefault="00B7628C" w:rsidP="00DE2B41">
            <w:pPr>
              <w:jc w:val="center"/>
            </w:pPr>
            <w:r>
              <w:rPr>
                <w:sz w:val="17"/>
              </w:rPr>
              <w:t>Birinci dönemin son iki haftası</w:t>
            </w:r>
          </w:p>
        </w:tc>
      </w:tr>
      <w:tr w:rsidR="00460CA1">
        <w:trPr>
          <w:jc w:val="center"/>
        </w:trPr>
        <w:tc>
          <w:tcPr>
            <w:tcW w:w="3437" w:type="dxa"/>
            <w:vAlign w:val="center"/>
          </w:tcPr>
          <w:p w:rsidR="00460CA1" w:rsidRDefault="00B7628C" w:rsidP="00DE2B41">
            <w:pPr>
              <w:jc w:val="center"/>
            </w:pPr>
            <w:r>
              <w:rPr>
                <w:sz w:val="17"/>
              </w:rPr>
              <w:t>İkinci dönem sonu değerlendirmesi</w:t>
            </w:r>
          </w:p>
        </w:tc>
        <w:tc>
          <w:tcPr>
            <w:tcW w:w="3437" w:type="dxa"/>
            <w:vAlign w:val="center"/>
          </w:tcPr>
          <w:p w:rsidR="00460CA1" w:rsidRDefault="00B7628C" w:rsidP="00DE2B41">
            <w:pPr>
              <w:jc w:val="center"/>
            </w:pPr>
            <w:r>
              <w:rPr>
                <w:sz w:val="17"/>
              </w:rPr>
              <w:t>Okul Müdürü koordinasyonunda Sosyal Etkinlikler Kurulu</w:t>
            </w:r>
          </w:p>
        </w:tc>
        <w:tc>
          <w:tcPr>
            <w:tcW w:w="3437" w:type="dxa"/>
            <w:vAlign w:val="center"/>
          </w:tcPr>
          <w:p w:rsidR="00460CA1" w:rsidRDefault="00B7628C" w:rsidP="00DE2B41">
            <w:pPr>
              <w:jc w:val="center"/>
            </w:pPr>
            <w:r>
              <w:rPr>
                <w:sz w:val="17"/>
              </w:rPr>
              <w:t>20-30 Haziran</w:t>
            </w:r>
          </w:p>
        </w:tc>
      </w:tr>
      <w:tr w:rsidR="00460CA1">
        <w:trPr>
          <w:jc w:val="center"/>
        </w:trPr>
        <w:tc>
          <w:tcPr>
            <w:tcW w:w="3437" w:type="dxa"/>
            <w:vAlign w:val="center"/>
          </w:tcPr>
          <w:p w:rsidR="00460CA1" w:rsidRDefault="00B7628C" w:rsidP="00DE2B41">
            <w:pPr>
              <w:jc w:val="center"/>
            </w:pPr>
            <w:r>
              <w:rPr>
                <w:sz w:val="17"/>
              </w:rPr>
              <w:t>Yıl sonu izleme ve değerlendirme raporu</w:t>
            </w:r>
          </w:p>
        </w:tc>
        <w:tc>
          <w:tcPr>
            <w:tcW w:w="3437" w:type="dxa"/>
            <w:vAlign w:val="center"/>
          </w:tcPr>
          <w:p w:rsidR="00460CA1" w:rsidRDefault="00B7628C" w:rsidP="00DE2B41">
            <w:pPr>
              <w:jc w:val="center"/>
            </w:pPr>
            <w:r>
              <w:rPr>
                <w:sz w:val="17"/>
              </w:rPr>
              <w:t>Sosyal Etkinlikler Kurulu</w:t>
            </w:r>
          </w:p>
        </w:tc>
        <w:tc>
          <w:tcPr>
            <w:tcW w:w="3437" w:type="dxa"/>
            <w:vAlign w:val="center"/>
          </w:tcPr>
          <w:p w:rsidR="00460CA1" w:rsidRDefault="00B7628C" w:rsidP="00DE2B41">
            <w:pPr>
              <w:jc w:val="center"/>
            </w:pPr>
            <w:r>
              <w:rPr>
                <w:sz w:val="17"/>
              </w:rPr>
              <w:t>20-30 Haziran</w:t>
            </w:r>
          </w:p>
        </w:tc>
      </w:tr>
    </w:tbl>
    <w:p w:rsidR="00DE2B41" w:rsidRDefault="00DE2B41" w:rsidP="00DE2B41"/>
    <w:p w:rsidR="00460CA1" w:rsidRDefault="00B7628C" w:rsidP="00DE2B41">
      <w:r>
        <w:t>10. ONAY</w:t>
      </w:r>
    </w:p>
    <w:p w:rsidR="00460CA1" w:rsidRDefault="00B7628C">
      <w:pPr>
        <w:jc w:val="both"/>
      </w:pPr>
      <w:r>
        <w:t>İşbu Okul Temelli Sosyal Etkinlikler Eylem Planı, 15/09/2026 tarihinde Sosyal Etkinlikler Kurulu tarafından hazırlanmış olup okul müdürünün onayına sunulmuştur.</w:t>
      </w:r>
    </w:p>
    <w:p w:rsidR="00460CA1" w:rsidRDefault="00460CA1"/>
    <w:tbl>
      <w:tblPr>
        <w:tblStyle w:val="TabloKlavuzu"/>
        <w:tblW w:w="0" w:type="auto"/>
        <w:jc w:val="center"/>
        <w:tblLook w:val="04A0" w:firstRow="1" w:lastRow="0" w:firstColumn="1" w:lastColumn="0" w:noHBand="0" w:noVBand="1"/>
      </w:tblPr>
      <w:tblGrid>
        <w:gridCol w:w="5151"/>
        <w:gridCol w:w="5151"/>
      </w:tblGrid>
      <w:tr w:rsidR="00460CA1">
        <w:trPr>
          <w:jc w:val="center"/>
        </w:trPr>
        <w:tc>
          <w:tcPr>
            <w:tcW w:w="5156" w:type="dxa"/>
            <w:vAlign w:val="center"/>
          </w:tcPr>
          <w:p w:rsidR="00460CA1" w:rsidRDefault="00B7628C" w:rsidP="002F3C6C">
            <w:pPr>
              <w:jc w:val="center"/>
            </w:pPr>
            <w:r>
              <w:rPr>
                <w:b/>
              </w:rPr>
              <w:t>HAZIRLAYAN</w:t>
            </w:r>
            <w:r>
              <w:rPr>
                <w:b/>
              </w:rPr>
              <w:br/>
              <w:t>Sosyal Etkinlikler Kurulu</w:t>
            </w:r>
            <w:r>
              <w:rPr>
                <w:b/>
              </w:rPr>
              <w:br/>
            </w:r>
            <w:r>
              <w:rPr>
                <w:b/>
              </w:rPr>
              <w:br/>
            </w:r>
            <w:r w:rsidR="002F3C6C">
              <w:rPr>
                <w:b/>
              </w:rPr>
              <w:t>…………………</w:t>
            </w:r>
            <w:r>
              <w:rPr>
                <w:b/>
              </w:rPr>
              <w:br/>
              <w:t>Müdür Yardımcısı</w:t>
            </w:r>
            <w:r>
              <w:rPr>
                <w:b/>
              </w:rPr>
              <w:br/>
              <w:t>Kurul Başkanı</w:t>
            </w:r>
          </w:p>
        </w:tc>
        <w:tc>
          <w:tcPr>
            <w:tcW w:w="5156" w:type="dxa"/>
            <w:vAlign w:val="center"/>
          </w:tcPr>
          <w:p w:rsidR="00460CA1" w:rsidRDefault="00B7628C" w:rsidP="00723491">
            <w:pPr>
              <w:jc w:val="center"/>
            </w:pPr>
            <w:r>
              <w:rPr>
                <w:b/>
              </w:rPr>
              <w:t>ONAYLAYAN</w:t>
            </w:r>
            <w:r>
              <w:rPr>
                <w:b/>
              </w:rPr>
              <w:br/>
            </w:r>
            <w:r>
              <w:rPr>
                <w:b/>
              </w:rPr>
              <w:br/>
            </w:r>
            <w:r>
              <w:rPr>
                <w:b/>
              </w:rPr>
              <w:br/>
              <w:t>Okul Müdürü</w:t>
            </w:r>
            <w:r>
              <w:rPr>
                <w:b/>
              </w:rPr>
              <w:br/>
            </w:r>
            <w:r>
              <w:rPr>
                <w:b/>
              </w:rPr>
              <w:br/>
              <w:t>15/09/2026</w:t>
            </w:r>
          </w:p>
        </w:tc>
      </w:tr>
    </w:tbl>
    <w:p w:rsidR="00DE2B41" w:rsidRDefault="00DE2B41"/>
    <w:p w:rsidR="00DE2B41" w:rsidRPr="00DE2B41" w:rsidRDefault="00DE2B41" w:rsidP="00DE2B41"/>
    <w:p w:rsidR="00DE2B41" w:rsidRPr="00DE2B41" w:rsidRDefault="00DE2B41" w:rsidP="00DE2B41"/>
    <w:p w:rsidR="00DE2B41" w:rsidRDefault="00DE2B41" w:rsidP="00DE2B41"/>
    <w:p w:rsidR="001E6E3E" w:rsidRDefault="00DE2B41" w:rsidP="00DE2B41">
      <w:pPr>
        <w:tabs>
          <w:tab w:val="left" w:pos="2115"/>
        </w:tabs>
      </w:pPr>
      <w:r>
        <w:tab/>
      </w:r>
    </w:p>
    <w:p w:rsidR="001E6E3E" w:rsidRDefault="001E6E3E">
      <w:r>
        <w:br w:type="page"/>
      </w:r>
    </w:p>
    <w:p w:rsidR="00B7628C" w:rsidRPr="00DE2B41" w:rsidRDefault="00B7628C" w:rsidP="00DE2B41">
      <w:pPr>
        <w:tabs>
          <w:tab w:val="left" w:pos="2115"/>
        </w:tabs>
      </w:pPr>
      <w:bookmarkStart w:id="0" w:name="_GoBack"/>
      <w:bookmarkEnd w:id="0"/>
    </w:p>
    <w:sectPr w:rsidR="00B7628C" w:rsidRPr="00DE2B41" w:rsidSect="00DE2B41">
      <w:footerReference w:type="default" r:id="rId8"/>
      <w:pgSz w:w="12240" w:h="15840"/>
      <w:pgMar w:top="426" w:right="964" w:bottom="426" w:left="964" w:header="720" w:footer="720" w:gutter="0"/>
      <w:pgBorders w:offsetFrom="page">
        <w:top w:val="thinThickThinSmallGap" w:sz="24" w:space="16" w:color="4F81BD" w:themeColor="accent1"/>
        <w:left w:val="thinThickThinSmallGap" w:sz="24" w:space="20" w:color="4F81BD" w:themeColor="accent1"/>
        <w:bottom w:val="thinThickThinSmallGap" w:sz="24" w:space="16" w:color="4F81BD" w:themeColor="accent1"/>
        <w:right w:val="thinThickThinSmallGap" w:sz="24" w:space="20" w:color="4F81BD" w:themeColor="accent1"/>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7BA" w:rsidRDefault="00EB57BA">
      <w:pPr>
        <w:spacing w:after="0" w:line="240" w:lineRule="auto"/>
      </w:pPr>
      <w:r>
        <w:separator/>
      </w:r>
    </w:p>
  </w:endnote>
  <w:endnote w:type="continuationSeparator" w:id="0">
    <w:p w:rsidR="00EB57BA" w:rsidRDefault="00EB5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CA1" w:rsidRDefault="00B7628C">
    <w:pPr>
      <w:pStyle w:val="AltBilgi"/>
      <w:jc w:val="center"/>
    </w:pPr>
    <w:r>
      <w:rPr>
        <w:sz w:val="16"/>
      </w:rPr>
      <w:t>– Okul Temelli Sosyal Etkinlikler Eylem Planı – 2026-2027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7BA" w:rsidRDefault="00EB57BA">
      <w:pPr>
        <w:spacing w:after="0" w:line="240" w:lineRule="auto"/>
      </w:pPr>
      <w:r>
        <w:separator/>
      </w:r>
    </w:p>
  </w:footnote>
  <w:footnote w:type="continuationSeparator" w:id="0">
    <w:p w:rsidR="00EB57BA" w:rsidRDefault="00EB57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15:restartNumberingAfterBreak="0">
    <w:nsid w:val="4B7A3E43"/>
    <w:multiLevelType w:val="multilevel"/>
    <w:tmpl w:val="F530E0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F23C5A"/>
    <w:multiLevelType w:val="hybridMultilevel"/>
    <w:tmpl w:val="D65C2D8C"/>
    <w:lvl w:ilvl="0" w:tplc="041F000F">
      <w:start w:val="1"/>
      <w:numFmt w:val="decimal"/>
      <w:lvlText w:val="%1."/>
      <w:lvlJc w:val="left"/>
      <w:pPr>
        <w:ind w:left="294" w:hanging="360"/>
      </w:pPr>
    </w:lvl>
    <w:lvl w:ilvl="1" w:tplc="3B3A7660">
      <w:numFmt w:val="bullet"/>
      <w:lvlText w:val="•"/>
      <w:lvlJc w:val="left"/>
      <w:pPr>
        <w:ind w:left="1359" w:hanging="705"/>
      </w:pPr>
      <w:rPr>
        <w:rFonts w:ascii="Times New Roman" w:eastAsia="Times New Roman" w:hAnsi="Times New Roman" w:cs="Times New Roman" w:hint="default"/>
      </w:rPr>
    </w:lvl>
    <w:lvl w:ilvl="2" w:tplc="041F001B" w:tentative="1">
      <w:start w:val="1"/>
      <w:numFmt w:val="lowerRoman"/>
      <w:lvlText w:val="%3."/>
      <w:lvlJc w:val="right"/>
      <w:pPr>
        <w:ind w:left="1734" w:hanging="180"/>
      </w:pPr>
    </w:lvl>
    <w:lvl w:ilvl="3" w:tplc="041F000F" w:tentative="1">
      <w:start w:val="1"/>
      <w:numFmt w:val="decimal"/>
      <w:lvlText w:val="%4."/>
      <w:lvlJc w:val="left"/>
      <w:pPr>
        <w:ind w:left="2454" w:hanging="360"/>
      </w:pPr>
    </w:lvl>
    <w:lvl w:ilvl="4" w:tplc="041F0019" w:tentative="1">
      <w:start w:val="1"/>
      <w:numFmt w:val="lowerLetter"/>
      <w:lvlText w:val="%5."/>
      <w:lvlJc w:val="left"/>
      <w:pPr>
        <w:ind w:left="3174" w:hanging="360"/>
      </w:pPr>
    </w:lvl>
    <w:lvl w:ilvl="5" w:tplc="041F001B" w:tentative="1">
      <w:start w:val="1"/>
      <w:numFmt w:val="lowerRoman"/>
      <w:lvlText w:val="%6."/>
      <w:lvlJc w:val="right"/>
      <w:pPr>
        <w:ind w:left="3894" w:hanging="180"/>
      </w:pPr>
    </w:lvl>
    <w:lvl w:ilvl="6" w:tplc="041F000F" w:tentative="1">
      <w:start w:val="1"/>
      <w:numFmt w:val="decimal"/>
      <w:lvlText w:val="%7."/>
      <w:lvlJc w:val="left"/>
      <w:pPr>
        <w:ind w:left="4614" w:hanging="360"/>
      </w:pPr>
    </w:lvl>
    <w:lvl w:ilvl="7" w:tplc="041F0019" w:tentative="1">
      <w:start w:val="1"/>
      <w:numFmt w:val="lowerLetter"/>
      <w:lvlText w:val="%8."/>
      <w:lvlJc w:val="left"/>
      <w:pPr>
        <w:ind w:left="5334" w:hanging="360"/>
      </w:pPr>
    </w:lvl>
    <w:lvl w:ilvl="8" w:tplc="041F001B" w:tentative="1">
      <w:start w:val="1"/>
      <w:numFmt w:val="lowerRoman"/>
      <w:lvlText w:val="%9."/>
      <w:lvlJc w:val="right"/>
      <w:pPr>
        <w:ind w:left="6054"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1E6E3E"/>
    <w:rsid w:val="0029639D"/>
    <w:rsid w:val="002F3C6C"/>
    <w:rsid w:val="00326F90"/>
    <w:rsid w:val="0036789C"/>
    <w:rsid w:val="00460CA1"/>
    <w:rsid w:val="005E496E"/>
    <w:rsid w:val="006C1919"/>
    <w:rsid w:val="00723491"/>
    <w:rsid w:val="00AA1D8D"/>
    <w:rsid w:val="00B47730"/>
    <w:rsid w:val="00B7628C"/>
    <w:rsid w:val="00CB0664"/>
    <w:rsid w:val="00D03D0F"/>
    <w:rsid w:val="00DE2B41"/>
    <w:rsid w:val="00EB57BA"/>
    <w:rsid w:val="00F468D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04D853"/>
  <w14:defaultImageDpi w14:val="300"/>
  <w15:docId w15:val="{B20CEEF1-06FD-4874-8010-CC815D7F3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hAnsi="Times New Roman"/>
      <w:sz w:val="2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t">
    <w:name w:val="t"/>
    <w:rsid w:val="00DE2B41"/>
  </w:style>
  <w:style w:type="paragraph" w:customStyle="1" w:styleId="TableParagraph">
    <w:name w:val="Table Paragraph"/>
    <w:basedOn w:val="Normal"/>
    <w:uiPriority w:val="1"/>
    <w:qFormat/>
    <w:rsid w:val="00DE2B41"/>
    <w:pPr>
      <w:widowControl w:val="0"/>
      <w:autoSpaceDE w:val="0"/>
      <w:autoSpaceDN w:val="0"/>
      <w:spacing w:before="25" w:after="0" w:line="240" w:lineRule="auto"/>
      <w:ind w:left="72"/>
    </w:pPr>
    <w:rPr>
      <w:rFonts w:eastAsia="Times New Roman" w:cs="Times New Roman"/>
      <w:sz w:val="22"/>
      <w:lang w:val="tr-TR"/>
    </w:rPr>
  </w:style>
  <w:style w:type="paragraph" w:styleId="BalonMetni">
    <w:name w:val="Balloon Text"/>
    <w:basedOn w:val="Normal"/>
    <w:link w:val="BalonMetniChar"/>
    <w:uiPriority w:val="99"/>
    <w:semiHidden/>
    <w:unhideWhenUsed/>
    <w:rsid w:val="00F468D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468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CFC5D-5372-445B-8DFA-15416DAAF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1451</Words>
  <Characters>8277</Characters>
  <Application>Microsoft Office Word</Application>
  <DocSecurity>0</DocSecurity>
  <Lines>68</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9709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HP</cp:lastModifiedBy>
  <cp:revision>3</cp:revision>
  <cp:lastPrinted>2026-09-12T00:04:00Z</cp:lastPrinted>
  <dcterms:created xsi:type="dcterms:W3CDTF">2026-09-12T00:04:00Z</dcterms:created>
  <dcterms:modified xsi:type="dcterms:W3CDTF">2026-09-27T18:44:00Z</dcterms:modified>
  <cp:category/>
</cp:coreProperties>
</file>