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 w:after="80"/>
              <w:jc w:val="center"/>
              <w:rPr>
                <w:color w:val="auto"/>
              </w:rPr>
            </w:pPr>
            <w:bookmarkStart w:id="0" w:name="_GoBack"/>
            <w:r w:rsidRPr="00C63056">
              <w:rPr>
                <w:color w:val="auto"/>
                <w:sz w:val="34"/>
              </w:rPr>
              <w:t>20 KASIM DÜNYA ÇOCUK HAKLARI GÜNÜ</w:t>
            </w:r>
            <w:r w:rsidRPr="00C63056">
              <w:rPr>
                <w:color w:val="auto"/>
                <w:sz w:val="34"/>
              </w:rPr>
              <w:br/>
              <w:t>PANO SETİ</w:t>
            </w:r>
          </w:p>
          <w:p w:rsidR="0081471C" w:rsidRPr="00C63056" w:rsidRDefault="0081471C">
            <w:pPr>
              <w:jc w:val="center"/>
              <w:rPr>
                <w:color w:val="auto"/>
              </w:rPr>
            </w:pP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p w:rsidR="0081471C" w:rsidRPr="00C63056" w:rsidRDefault="00BF03A0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C63056">
        <w:rPr>
          <w:b/>
          <w:color w:val="auto"/>
          <w:sz w:val="26"/>
        </w:rPr>
        <w:t>BU SETTE NELER VAR?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Pano başlığı</w:t>
      </w:r>
      <w:r w:rsidRPr="00C63056">
        <w:rPr>
          <w:color w:val="auto"/>
        </w:rPr>
        <w:t xml:space="preserve"> — şeritler: “ÇOCUK / HAKLARI / GÜNÜ”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Çocuk hakları nedir?</w:t>
      </w:r>
      <w:r w:rsidRPr="00C63056">
        <w:rPr>
          <w:color w:val="auto"/>
        </w:rPr>
        <w:t xml:space="preserve"> — bilgi kartları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Temel haklarımız</w:t>
      </w:r>
      <w:r w:rsidRPr="00C63056">
        <w:rPr>
          <w:color w:val="auto"/>
        </w:rPr>
        <w:t xml:space="preserve"> — 6 numaralı kart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Haklarımız ve sorumluluklarımız</w:t>
      </w:r>
      <w:r w:rsidRPr="00C63056">
        <w:rPr>
          <w:color w:val="auto"/>
        </w:rPr>
        <w:t xml:space="preserve"> — eşleşen kartlar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Güzel sözler</w:t>
      </w:r>
      <w:r w:rsidRPr="00C63056">
        <w:rPr>
          <w:color w:val="auto"/>
        </w:rPr>
        <w:t xml:space="preserve"> — 8 söz kartı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Biliyor muydunuz?</w:t>
      </w:r>
      <w:r w:rsidRPr="00C63056">
        <w:rPr>
          <w:color w:val="auto"/>
        </w:rPr>
        <w:t xml:space="preserve"> — bilgi kartları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Şiir panosu</w:t>
      </w:r>
      <w:r w:rsidRPr="00C63056">
        <w:rPr>
          <w:color w:val="auto"/>
        </w:rPr>
        <w:t xml:space="preserve"> — “Ben Bir Çocuğum”</w:t>
      </w:r>
    </w:p>
    <w:p w:rsidR="0081471C" w:rsidRPr="00C63056" w:rsidRDefault="00BF03A0">
      <w:pPr>
        <w:pStyle w:val="ListeNumaras"/>
        <w:spacing w:after="60"/>
        <w:rPr>
          <w:color w:val="auto"/>
        </w:rPr>
      </w:pPr>
      <w:r w:rsidRPr="00C63056">
        <w:rPr>
          <w:b/>
          <w:color w:val="auto"/>
        </w:rPr>
        <w:t>Benim hakkım</w:t>
      </w:r>
      <w:r w:rsidRPr="00C63056">
        <w:rPr>
          <w:color w:val="auto"/>
        </w:rPr>
        <w:t xml:space="preserve"> — öğrencilerin dolduracağı 4 kart</w:t>
      </w:r>
    </w:p>
    <w:p w:rsidR="0081471C" w:rsidRPr="00C63056" w:rsidRDefault="00BF03A0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C63056">
        <w:rPr>
          <w:b/>
          <w:color w:val="auto"/>
          <w:sz w:val="26"/>
        </w:rPr>
        <w:t>NASIL KULLANILIR?</w:t>
      </w:r>
    </w:p>
    <w:p w:rsidR="0081471C" w:rsidRPr="00C63056" w:rsidRDefault="00BF03A0">
      <w:pPr>
        <w:pStyle w:val="ListeMaddemi"/>
        <w:spacing w:after="60"/>
        <w:rPr>
          <w:color w:val="auto"/>
        </w:rPr>
      </w:pPr>
      <w:r w:rsidRPr="00C63056">
        <w:rPr>
          <w:color w:val="auto"/>
        </w:rPr>
        <w:t xml:space="preserve">Sayfaları </w:t>
      </w:r>
      <w:r w:rsidRPr="00C63056">
        <w:rPr>
          <w:b/>
          <w:color w:val="auto"/>
        </w:rPr>
        <w:t>renkli yazıcıda A4</w:t>
      </w:r>
      <w:r w:rsidRPr="00C63056">
        <w:rPr>
          <w:color w:val="auto"/>
        </w:rPr>
        <w:t xml:space="preserve"> olarak yazdırın; kalın kâğıt ya da fon kartonu tercih edin.</w:t>
      </w:r>
    </w:p>
    <w:p w:rsidR="0081471C" w:rsidRPr="00C63056" w:rsidRDefault="00BF03A0">
      <w:pPr>
        <w:pStyle w:val="ListeMaddemi"/>
        <w:spacing w:after="60"/>
        <w:rPr>
          <w:color w:val="auto"/>
        </w:rPr>
      </w:pPr>
      <w:r w:rsidRPr="00C63056">
        <w:rPr>
          <w:color w:val="auto"/>
        </w:rPr>
        <w:t xml:space="preserve">Kartları </w:t>
      </w:r>
      <w:r w:rsidRPr="00C63056">
        <w:rPr>
          <w:b/>
          <w:color w:val="auto"/>
        </w:rPr>
        <w:t>kesik çizgilerden</w:t>
      </w:r>
      <w:r w:rsidRPr="00C63056">
        <w:rPr>
          <w:color w:val="auto"/>
        </w:rPr>
        <w:t xml:space="preserve"> kesin; renkli fon kartonlarına yapıştırarak çerçeveleyin.</w:t>
      </w:r>
    </w:p>
    <w:p w:rsidR="0081471C" w:rsidRPr="00C63056" w:rsidRDefault="00BF03A0">
      <w:pPr>
        <w:pStyle w:val="ListeMaddemi"/>
        <w:spacing w:after="60"/>
        <w:rPr>
          <w:color w:val="auto"/>
        </w:rPr>
      </w:pPr>
      <w:r w:rsidRPr="00C63056">
        <w:rPr>
          <w:color w:val="auto"/>
        </w:rPr>
        <w:t>Başlık şeritlerini panonun üstüne dizin; kartları altına konu konu gruplayın.</w:t>
      </w:r>
    </w:p>
    <w:p w:rsidR="0081471C" w:rsidRPr="00C63056" w:rsidRDefault="00BF03A0">
      <w:pPr>
        <w:pStyle w:val="ListeMaddemi"/>
        <w:spacing w:after="60"/>
        <w:rPr>
          <w:color w:val="auto"/>
        </w:rPr>
      </w:pPr>
      <w:r w:rsidRPr="00C63056">
        <w:rPr>
          <w:color w:val="auto"/>
        </w:rPr>
        <w:t xml:space="preserve">“Benim hakkım” kartlarını </w:t>
      </w:r>
      <w:r w:rsidRPr="00C63056">
        <w:rPr>
          <w:color w:val="auto"/>
        </w:rPr>
        <w:t>öğrencilere dağıtın; doldurulan kartlar panonun en dikkat çeken bölümü olur.</w:t>
      </w:r>
    </w:p>
    <w:p w:rsidR="0081471C" w:rsidRPr="00C63056" w:rsidRDefault="00BF03A0">
      <w:pPr>
        <w:pStyle w:val="ListeMaddemi"/>
        <w:spacing w:after="60"/>
        <w:rPr>
          <w:color w:val="auto"/>
        </w:rPr>
      </w:pPr>
      <w:r w:rsidRPr="00C63056">
        <w:rPr>
          <w:color w:val="auto"/>
        </w:rPr>
        <w:t>Panoyu dünya çocukları, el ele resimleri ve renkli görsellerle zenginleştirin.</w:t>
      </w:r>
    </w:p>
    <w:tbl>
      <w:tblPr>
        <w:tblW w:w="0" w:type="auto"/>
        <w:jc w:val="center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  <w:tblLook w:val="04A0" w:firstRow="1" w:lastRow="0" w:firstColumn="1" w:lastColumn="0" w:noHBand="0" w:noVBand="1"/>
      </w:tblPr>
      <w:tblGrid>
        <w:gridCol w:w="10092"/>
      </w:tblGrid>
      <w:tr w:rsidR="00C63056" w:rsidRPr="00C63056">
        <w:trPr>
          <w:jc w:val="center"/>
        </w:trPr>
        <w:tc>
          <w:tcPr>
            <w:tcW w:w="10092" w:type="dxa"/>
            <w:shd w:val="clear" w:color="auto" w:fill="FBF6F0"/>
          </w:tcPr>
          <w:p w:rsidR="0081471C" w:rsidRPr="00C63056" w:rsidRDefault="00BF03A0">
            <w:pPr>
              <w:rPr>
                <w:color w:val="auto"/>
              </w:rPr>
            </w:pPr>
            <w:r w:rsidRPr="00C63056">
              <w:rPr>
                <w:b/>
                <w:color w:val="auto"/>
              </w:rPr>
              <w:t>Bilgi</w:t>
            </w:r>
          </w:p>
          <w:p w:rsidR="0081471C" w:rsidRPr="00C63056" w:rsidRDefault="00BF03A0">
            <w:pPr>
              <w:rPr>
                <w:color w:val="auto"/>
              </w:rPr>
            </w:pPr>
            <w:r w:rsidRPr="00C63056">
              <w:rPr>
                <w:color w:val="auto"/>
                <w:sz w:val="21"/>
              </w:rPr>
              <w:t xml:space="preserve">Birleşmiş Milletler </w:t>
            </w:r>
            <w:r w:rsidRPr="00C63056">
              <w:rPr>
                <w:b/>
                <w:color w:val="auto"/>
                <w:sz w:val="21"/>
              </w:rPr>
              <w:t>Çocuk Haklarına Dair Sözleşme</w:t>
            </w:r>
            <w:r w:rsidRPr="00C63056">
              <w:rPr>
                <w:color w:val="auto"/>
                <w:sz w:val="21"/>
              </w:rPr>
              <w:t xml:space="preserve">’yi </w:t>
            </w:r>
            <w:r w:rsidRPr="00C63056">
              <w:rPr>
                <w:b/>
                <w:color w:val="auto"/>
                <w:sz w:val="21"/>
              </w:rPr>
              <w:t>20 Kasım 1989</w:t>
            </w:r>
            <w:r w:rsidRPr="00C63056">
              <w:rPr>
                <w:color w:val="auto"/>
                <w:sz w:val="21"/>
              </w:rPr>
              <w:t xml:space="preserve">’da kabul etti; </w:t>
            </w:r>
            <w:r w:rsidRPr="00C63056">
              <w:rPr>
                <w:b/>
                <w:color w:val="auto"/>
                <w:sz w:val="21"/>
              </w:rPr>
              <w:t>Türkiye de t</w:t>
            </w:r>
            <w:r w:rsidRPr="00C63056">
              <w:rPr>
                <w:b/>
                <w:color w:val="auto"/>
                <w:sz w:val="21"/>
              </w:rPr>
              <w:t>araftır</w:t>
            </w:r>
            <w:r w:rsidRPr="00C63056">
              <w:rPr>
                <w:color w:val="auto"/>
                <w:sz w:val="21"/>
              </w:rPr>
              <w:t xml:space="preserve">. </w:t>
            </w:r>
            <w:r w:rsidRPr="00C63056">
              <w:rPr>
                <w:b/>
                <w:color w:val="auto"/>
                <w:sz w:val="21"/>
              </w:rPr>
              <w:t>18 yaşından küçük herkes çocuktur</w:t>
            </w:r>
            <w:r w:rsidRPr="00C63056">
              <w:rPr>
                <w:color w:val="auto"/>
                <w:sz w:val="21"/>
              </w:rPr>
              <w:t xml:space="preserve"> ve bütün çocuklar eşittir.</w:t>
            </w:r>
          </w:p>
        </w:tc>
      </w:tr>
    </w:tbl>
    <w:p w:rsidR="0081471C" w:rsidRPr="00C63056" w:rsidRDefault="0081471C">
      <w:pPr>
        <w:spacing w:after="0"/>
        <w:rPr>
          <w:color w:val="auto"/>
        </w:rPr>
      </w:pPr>
    </w:p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128"/>
              </w:rPr>
              <w:lastRenderedPageBreak/>
              <w:t>ÇOCUK</w:t>
            </w:r>
          </w:p>
        </w:tc>
      </w:tr>
    </w:tbl>
    <w:p w:rsidR="0081471C" w:rsidRPr="00C63056" w:rsidRDefault="0081471C">
      <w:pPr>
        <w:spacing w:after="80"/>
        <w:rPr>
          <w:color w:val="auto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128"/>
              </w:rPr>
              <w:t>HAKLARI</w:t>
            </w:r>
          </w:p>
        </w:tc>
      </w:tr>
    </w:tbl>
    <w:p w:rsidR="0081471C" w:rsidRPr="00C63056" w:rsidRDefault="0081471C">
      <w:pPr>
        <w:spacing w:after="80"/>
        <w:rPr>
          <w:color w:val="auto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128"/>
              </w:rPr>
              <w:t>GÜNÜ</w:t>
            </w:r>
          </w:p>
        </w:tc>
      </w:tr>
    </w:tbl>
    <w:p w:rsidR="0081471C" w:rsidRPr="00C63056" w:rsidRDefault="0081471C">
      <w:pPr>
        <w:spacing w:after="80"/>
        <w:rPr>
          <w:color w:val="auto"/>
        </w:rPr>
      </w:pPr>
    </w:p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48"/>
              </w:rPr>
              <w:lastRenderedPageBreak/>
              <w:t>ÇOCUK HAKLARI NEDİR?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8"/>
              </w:rPr>
              <w:t xml:space="preserve">Her çocuğun </w:t>
            </w:r>
            <w:r w:rsidRPr="00C63056">
              <w:rPr>
                <w:b/>
                <w:color w:val="auto"/>
                <w:sz w:val="28"/>
              </w:rPr>
              <w:t>sağlıklı, güvenli ve mutlu</w:t>
            </w:r>
            <w:r w:rsidRPr="00C63056">
              <w:rPr>
                <w:color w:val="auto"/>
                <w:sz w:val="28"/>
              </w:rPr>
              <w:t xml:space="preserve"> büyüme hakkıdır.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8"/>
              </w:rPr>
              <w:t xml:space="preserve">BM Sözleşmesi </w:t>
            </w:r>
            <w:r w:rsidRPr="00C63056">
              <w:rPr>
                <w:b/>
                <w:color w:val="auto"/>
                <w:sz w:val="28"/>
              </w:rPr>
              <w:t>20 Kasım 1989</w:t>
            </w:r>
            <w:r w:rsidRPr="00C63056">
              <w:rPr>
                <w:color w:val="auto"/>
                <w:sz w:val="28"/>
              </w:rPr>
              <w:t>’da kabul edildi.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proofErr w:type="spellStart"/>
            <w:r w:rsidRPr="00C63056">
              <w:rPr>
                <w:b/>
                <w:color w:val="auto"/>
                <w:sz w:val="28"/>
              </w:rPr>
              <w:t>Türkiye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bu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Sözleşmeye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taraftır</w:t>
            </w:r>
            <w:proofErr w:type="spellEnd"/>
            <w:r w:rsidRPr="00C63056">
              <w:rPr>
                <w:color w:val="auto"/>
                <w:sz w:val="28"/>
              </w:rPr>
              <w:t>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8"/>
              </w:rPr>
              <w:t xml:space="preserve">En önemli kuruluşlardan biri </w:t>
            </w:r>
            <w:r w:rsidRPr="00C63056">
              <w:rPr>
                <w:b/>
                <w:color w:val="auto"/>
                <w:sz w:val="28"/>
              </w:rPr>
              <w:t>UNICEF</w:t>
            </w:r>
            <w:r w:rsidRPr="00C63056">
              <w:rPr>
                <w:color w:val="auto"/>
                <w:sz w:val="28"/>
              </w:rPr>
              <w:t>’tir.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28"/>
              </w:rPr>
              <w:t xml:space="preserve">18 </w:t>
            </w:r>
            <w:proofErr w:type="spellStart"/>
            <w:r w:rsidRPr="00C63056">
              <w:rPr>
                <w:b/>
                <w:color w:val="auto"/>
                <w:sz w:val="28"/>
              </w:rPr>
              <w:t>yaşından</w:t>
            </w:r>
            <w:proofErr w:type="spellEnd"/>
            <w:r w:rsidRPr="00C63056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küçük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herkes</w:t>
            </w:r>
            <w:proofErr w:type="spellEnd"/>
            <w:r w:rsidRPr="00C63056">
              <w:rPr>
                <w:color w:val="auto"/>
                <w:sz w:val="28"/>
              </w:rPr>
              <w:t xml:space="preserve"> çocuktur.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8"/>
              </w:rPr>
              <w:t xml:space="preserve">Bütün çocuklar </w:t>
            </w:r>
            <w:r w:rsidRPr="00C63056">
              <w:rPr>
                <w:b/>
                <w:color w:val="auto"/>
                <w:sz w:val="28"/>
              </w:rPr>
              <w:t>eşittir</w:t>
            </w:r>
            <w:r w:rsidRPr="00C63056">
              <w:rPr>
                <w:color w:val="auto"/>
                <w:sz w:val="28"/>
              </w:rPr>
              <w:t>.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52"/>
              </w:rPr>
              <w:lastRenderedPageBreak/>
              <w:t>TEMEL HAKLARIMIZ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1</w:t>
            </w:r>
            <w:r w:rsidRPr="00C63056">
              <w:rPr>
                <w:b/>
                <w:color w:val="auto"/>
                <w:sz w:val="44"/>
              </w:rPr>
              <w:br/>
            </w:r>
            <w:r w:rsidRPr="00C63056">
              <w:rPr>
                <w:b/>
                <w:color w:val="auto"/>
                <w:sz w:val="28"/>
              </w:rPr>
              <w:t>Yaşama:</w:t>
            </w:r>
            <w:r w:rsidRPr="00C63056">
              <w:rPr>
                <w:color w:val="auto"/>
                <w:sz w:val="28"/>
              </w:rPr>
              <w:t xml:space="preserve"> beslenme, barınma, sağlık.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2</w:t>
            </w:r>
            <w:r w:rsidRPr="00C63056">
              <w:rPr>
                <w:b/>
                <w:color w:val="auto"/>
                <w:sz w:val="44"/>
              </w:rPr>
              <w:br/>
            </w:r>
            <w:r w:rsidRPr="00C63056">
              <w:rPr>
                <w:b/>
                <w:color w:val="auto"/>
                <w:sz w:val="28"/>
              </w:rPr>
              <w:t>Eğitim:</w:t>
            </w:r>
            <w:r w:rsidRPr="00C63056">
              <w:rPr>
                <w:color w:val="auto"/>
                <w:sz w:val="28"/>
              </w:rPr>
              <w:t xml:space="preserve"> okula gitmek, öğrenmek.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3</w:t>
            </w:r>
            <w:r w:rsidRPr="00C63056">
              <w:rPr>
                <w:b/>
                <w:color w:val="auto"/>
                <w:sz w:val="44"/>
              </w:rPr>
              <w:br/>
            </w:r>
            <w:proofErr w:type="spellStart"/>
            <w:r w:rsidRPr="00C63056">
              <w:rPr>
                <w:b/>
                <w:color w:val="auto"/>
                <w:sz w:val="28"/>
              </w:rPr>
              <w:t>Oyun</w:t>
            </w:r>
            <w:proofErr w:type="spellEnd"/>
            <w:r w:rsidRPr="00C63056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ve</w:t>
            </w:r>
            <w:proofErr w:type="spellEnd"/>
            <w:r w:rsidRPr="00C63056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dinlenme</w:t>
            </w:r>
            <w:proofErr w:type="spellEnd"/>
            <w:r w:rsidRPr="00C63056">
              <w:rPr>
                <w:b/>
                <w:color w:val="auto"/>
                <w:sz w:val="28"/>
              </w:rPr>
              <w:t>:</w:t>
            </w:r>
            <w:r w:rsidRPr="00C63056">
              <w:rPr>
                <w:color w:val="auto"/>
                <w:sz w:val="28"/>
              </w:rPr>
              <w:t xml:space="preserve"> oynamak, eğlenmek.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4</w:t>
            </w:r>
            <w:r w:rsidRPr="00C63056">
              <w:rPr>
                <w:b/>
                <w:color w:val="auto"/>
                <w:sz w:val="44"/>
              </w:rPr>
              <w:br/>
            </w:r>
            <w:r w:rsidRPr="00C63056">
              <w:rPr>
                <w:b/>
                <w:color w:val="auto"/>
                <w:sz w:val="28"/>
              </w:rPr>
              <w:t>Korunma:</w:t>
            </w:r>
            <w:r w:rsidRPr="00C63056">
              <w:rPr>
                <w:color w:val="auto"/>
                <w:sz w:val="28"/>
              </w:rPr>
              <w:t xml:space="preserve"> her türlü kötü muameleden korunmak.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5</w:t>
            </w:r>
            <w:r w:rsidRPr="00C63056">
              <w:rPr>
                <w:b/>
                <w:color w:val="auto"/>
                <w:sz w:val="44"/>
              </w:rPr>
              <w:br/>
            </w:r>
            <w:proofErr w:type="spellStart"/>
            <w:r w:rsidRPr="00C63056">
              <w:rPr>
                <w:b/>
                <w:color w:val="auto"/>
                <w:sz w:val="28"/>
              </w:rPr>
              <w:t>İsim</w:t>
            </w:r>
            <w:proofErr w:type="spellEnd"/>
            <w:r w:rsidRPr="00C63056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ve</w:t>
            </w:r>
            <w:proofErr w:type="spellEnd"/>
            <w:r w:rsidRPr="00C63056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kimlik</w:t>
            </w:r>
            <w:proofErr w:type="spellEnd"/>
            <w:r w:rsidRPr="00C63056">
              <w:rPr>
                <w:b/>
                <w:color w:val="auto"/>
                <w:sz w:val="28"/>
              </w:rPr>
              <w:t>:</w:t>
            </w:r>
            <w:r w:rsidRPr="00C63056">
              <w:rPr>
                <w:color w:val="auto"/>
                <w:sz w:val="28"/>
              </w:rPr>
              <w:t xml:space="preserve"> bir ada ve kimliğe sahip olmak.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b/>
                <w:color w:val="auto"/>
                <w:sz w:val="44"/>
              </w:rPr>
              <w:t>6</w:t>
            </w:r>
            <w:r w:rsidRPr="00C63056">
              <w:rPr>
                <w:b/>
                <w:color w:val="auto"/>
                <w:sz w:val="44"/>
              </w:rPr>
              <w:br/>
            </w:r>
            <w:r w:rsidRPr="00C63056">
              <w:rPr>
                <w:b/>
                <w:color w:val="auto"/>
                <w:sz w:val="28"/>
              </w:rPr>
              <w:t>Katılım:</w:t>
            </w:r>
            <w:r w:rsidRPr="00C63056">
              <w:rPr>
                <w:color w:val="auto"/>
                <w:sz w:val="28"/>
              </w:rPr>
              <w:t xml:space="preserve"> görüşünü söylemek, dinlenmek.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40"/>
              </w:rPr>
              <w:lastRenderedPageBreak/>
              <w:t>HAKLARIM VE SORUMLULUKLARIM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6"/>
              </w:rPr>
              <w:t>Hakkım:</w:t>
            </w:r>
            <w:r w:rsidRPr="00C63056">
              <w:rPr>
                <w:color w:val="auto"/>
                <w:sz w:val="26"/>
              </w:rPr>
              <w:t xml:space="preserve"> eğitim</w:t>
            </w:r>
            <w:r w:rsidRPr="00C63056">
              <w:rPr>
                <w:color w:val="auto"/>
                <w:sz w:val="26"/>
              </w:rPr>
              <w:br/>
            </w:r>
            <w:r w:rsidRPr="00C63056">
              <w:rPr>
                <w:b/>
                <w:color w:val="auto"/>
                <w:sz w:val="26"/>
              </w:rPr>
              <w:t>Sorumluluğum:</w:t>
            </w:r>
            <w:r w:rsidRPr="00C63056">
              <w:rPr>
                <w:color w:val="auto"/>
                <w:sz w:val="26"/>
              </w:rPr>
              <w:t xml:space="preserve"> derslerime özen göstermek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6"/>
              </w:rPr>
              <w:t>Hakkım:</w:t>
            </w:r>
            <w:r w:rsidRPr="00C63056">
              <w:rPr>
                <w:color w:val="auto"/>
                <w:sz w:val="26"/>
              </w:rPr>
              <w:t xml:space="preserve"> oyun</w:t>
            </w:r>
            <w:r w:rsidRPr="00C63056">
              <w:rPr>
                <w:color w:val="auto"/>
                <w:sz w:val="26"/>
              </w:rPr>
              <w:br/>
            </w:r>
            <w:r w:rsidRPr="00C63056">
              <w:rPr>
                <w:b/>
                <w:color w:val="auto"/>
                <w:sz w:val="26"/>
              </w:rPr>
              <w:t>Sorumluluğum:</w:t>
            </w:r>
            <w:r w:rsidRPr="00C63056">
              <w:rPr>
                <w:color w:val="auto"/>
                <w:sz w:val="26"/>
              </w:rPr>
              <w:t xml:space="preserve"> arkadaşımın hakkına saygı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b/>
                <w:color w:val="auto"/>
                <w:sz w:val="26"/>
              </w:rPr>
              <w:t>Hakkım</w:t>
            </w:r>
            <w:proofErr w:type="spellEnd"/>
            <w:r w:rsidRPr="00C63056">
              <w:rPr>
                <w:b/>
                <w:color w:val="auto"/>
                <w:sz w:val="26"/>
              </w:rPr>
              <w:t>:</w:t>
            </w:r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görüş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bildirmek</w:t>
            </w:r>
            <w:proofErr w:type="spellEnd"/>
            <w:r w:rsidRPr="00C63056">
              <w:rPr>
                <w:color w:val="auto"/>
                <w:sz w:val="26"/>
              </w:rPr>
              <w:br/>
            </w:r>
            <w:proofErr w:type="spellStart"/>
            <w:r w:rsidRPr="00C63056">
              <w:rPr>
                <w:b/>
                <w:color w:val="auto"/>
                <w:sz w:val="26"/>
              </w:rPr>
              <w:t>Sorumluluğum</w:t>
            </w:r>
            <w:proofErr w:type="spellEnd"/>
            <w:r w:rsidRPr="00C63056">
              <w:rPr>
                <w:b/>
                <w:color w:val="auto"/>
                <w:sz w:val="26"/>
              </w:rPr>
              <w:t>:</w:t>
            </w:r>
            <w:r w:rsidRPr="00C63056">
              <w:rPr>
                <w:color w:val="auto"/>
                <w:sz w:val="26"/>
              </w:rPr>
              <w:t xml:space="preserve"> başkalarını dinlemek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6"/>
              </w:rPr>
              <w:t>Hakkım:</w:t>
            </w:r>
            <w:r w:rsidRPr="00C63056">
              <w:rPr>
                <w:color w:val="auto"/>
                <w:sz w:val="26"/>
              </w:rPr>
              <w:t xml:space="preserve"> güvende olmak</w:t>
            </w:r>
            <w:r w:rsidRPr="00C63056">
              <w:rPr>
                <w:color w:val="auto"/>
                <w:sz w:val="26"/>
              </w:rPr>
              <w:br/>
            </w:r>
            <w:r w:rsidRPr="00C63056">
              <w:rPr>
                <w:b/>
                <w:color w:val="auto"/>
                <w:sz w:val="26"/>
              </w:rPr>
              <w:t>Sorumluluğum:</w:t>
            </w:r>
            <w:r w:rsidRPr="00C63056">
              <w:rPr>
                <w:color w:val="auto"/>
                <w:sz w:val="26"/>
              </w:rPr>
              <w:t xml:space="preserve"> kurallara uymak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b/>
                <w:color w:val="auto"/>
                <w:sz w:val="26"/>
              </w:rPr>
              <w:t>Hakkım</w:t>
            </w:r>
            <w:proofErr w:type="spellEnd"/>
            <w:r w:rsidRPr="00C63056">
              <w:rPr>
                <w:b/>
                <w:color w:val="auto"/>
                <w:sz w:val="26"/>
              </w:rPr>
              <w:t>:</w:t>
            </w:r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sağlık</w:t>
            </w:r>
            <w:proofErr w:type="spellEnd"/>
            <w:r w:rsidRPr="00C63056">
              <w:rPr>
                <w:color w:val="auto"/>
                <w:sz w:val="26"/>
              </w:rPr>
              <w:br/>
            </w:r>
            <w:proofErr w:type="spellStart"/>
            <w:r w:rsidRPr="00C63056">
              <w:rPr>
                <w:b/>
                <w:color w:val="auto"/>
                <w:sz w:val="26"/>
              </w:rPr>
              <w:t>Sorumluluğum</w:t>
            </w:r>
            <w:proofErr w:type="spellEnd"/>
            <w:r w:rsidRPr="00C63056">
              <w:rPr>
                <w:b/>
                <w:color w:val="auto"/>
                <w:sz w:val="26"/>
              </w:rPr>
              <w:t>:</w:t>
            </w:r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sağlığıma</w:t>
            </w:r>
            <w:proofErr w:type="spellEnd"/>
            <w:r w:rsidRPr="00C63056">
              <w:rPr>
                <w:color w:val="auto"/>
                <w:sz w:val="26"/>
              </w:rPr>
              <w:t xml:space="preserve"> ve çevreme dikkat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6"/>
              </w:rPr>
              <w:t>Hakkım:</w:t>
            </w:r>
            <w:r w:rsidRPr="00C63056">
              <w:rPr>
                <w:color w:val="auto"/>
                <w:sz w:val="26"/>
              </w:rPr>
              <w:t xml:space="preserve"> sevgi</w:t>
            </w:r>
            <w:r w:rsidRPr="00C63056">
              <w:rPr>
                <w:color w:val="auto"/>
                <w:sz w:val="26"/>
              </w:rPr>
              <w:br/>
            </w:r>
            <w:r w:rsidRPr="00C63056">
              <w:rPr>
                <w:b/>
                <w:color w:val="auto"/>
                <w:sz w:val="26"/>
              </w:rPr>
              <w:t>Sorumluluğum:</w:t>
            </w:r>
            <w:r w:rsidRPr="00C63056">
              <w:rPr>
                <w:color w:val="auto"/>
                <w:sz w:val="26"/>
              </w:rPr>
              <w:t xml:space="preserve"> sevgiyle davranmak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56"/>
              </w:rPr>
              <w:lastRenderedPageBreak/>
              <w:t xml:space="preserve">GÜZEL </w:t>
            </w:r>
            <w:r w:rsidRPr="00C63056">
              <w:rPr>
                <w:color w:val="auto"/>
                <w:sz w:val="56"/>
              </w:rPr>
              <w:t>SÖZLER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“Her çocuk, sevgiyle büyümeyi hak eder.”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“Çocukların gülümsemesi, dünyanın en güzel hazinesidir.”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</w:t>
            </w:r>
            <w:proofErr w:type="spellStart"/>
            <w:r w:rsidRPr="00C63056">
              <w:rPr>
                <w:color w:val="auto"/>
                <w:sz w:val="26"/>
              </w:rPr>
              <w:t>Oyun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oynamak</w:t>
            </w:r>
            <w:proofErr w:type="spellEnd"/>
            <w:r w:rsidRPr="00C63056">
              <w:rPr>
                <w:color w:val="auto"/>
                <w:sz w:val="26"/>
              </w:rPr>
              <w:t xml:space="preserve"> da </w:t>
            </w:r>
            <w:proofErr w:type="spellStart"/>
            <w:r w:rsidRPr="00C63056">
              <w:rPr>
                <w:color w:val="auto"/>
                <w:sz w:val="26"/>
              </w:rPr>
              <w:t>bir</w:t>
            </w:r>
            <w:proofErr w:type="spellEnd"/>
            <w:r w:rsidRPr="00C63056">
              <w:rPr>
                <w:color w:val="auto"/>
                <w:sz w:val="26"/>
              </w:rPr>
              <w:t xml:space="preserve"> çocuk hakkıdır.”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“Her çocuk eşittir; renk, dil, din fark etmez.”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</w:t>
            </w:r>
            <w:proofErr w:type="spellStart"/>
            <w:r w:rsidRPr="00C63056">
              <w:rPr>
                <w:color w:val="auto"/>
                <w:sz w:val="26"/>
              </w:rPr>
              <w:t>Çocuklar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bugünün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küçükleri</w:t>
            </w:r>
            <w:proofErr w:type="spellEnd"/>
            <w:r w:rsidRPr="00C63056">
              <w:rPr>
                <w:color w:val="auto"/>
                <w:sz w:val="26"/>
              </w:rPr>
              <w:t xml:space="preserve">, </w:t>
            </w:r>
            <w:proofErr w:type="spellStart"/>
            <w:r w:rsidRPr="00C63056">
              <w:rPr>
                <w:color w:val="auto"/>
                <w:sz w:val="26"/>
              </w:rPr>
              <w:t>yarının</w:t>
            </w:r>
            <w:proofErr w:type="spellEnd"/>
            <w:r w:rsidRPr="00C63056">
              <w:rPr>
                <w:color w:val="auto"/>
                <w:sz w:val="26"/>
              </w:rPr>
              <w:t xml:space="preserve"> büyükleridir.”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 xml:space="preserve">“Bir </w:t>
            </w:r>
            <w:r w:rsidRPr="00C63056">
              <w:rPr>
                <w:color w:val="auto"/>
                <w:sz w:val="26"/>
              </w:rPr>
              <w:t>çocuğun mutluluğu, bir dünyanın umududur.”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</w:t>
            </w:r>
            <w:proofErr w:type="spellStart"/>
            <w:r w:rsidRPr="00C63056">
              <w:rPr>
                <w:color w:val="auto"/>
                <w:sz w:val="26"/>
              </w:rPr>
              <w:t>Sevgiyle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büyüyen</w:t>
            </w:r>
            <w:proofErr w:type="spellEnd"/>
            <w:r w:rsidRPr="00C63056">
              <w:rPr>
                <w:color w:val="auto"/>
                <w:sz w:val="26"/>
              </w:rPr>
              <w:t xml:space="preserve"> </w:t>
            </w:r>
            <w:proofErr w:type="spellStart"/>
            <w:r w:rsidRPr="00C63056">
              <w:rPr>
                <w:color w:val="auto"/>
                <w:sz w:val="26"/>
              </w:rPr>
              <w:t>çocuk</w:t>
            </w:r>
            <w:proofErr w:type="spellEnd"/>
            <w:r w:rsidRPr="00C63056">
              <w:rPr>
                <w:color w:val="auto"/>
                <w:sz w:val="26"/>
              </w:rPr>
              <w:t xml:space="preserve">, </w:t>
            </w:r>
            <w:proofErr w:type="spellStart"/>
            <w:r w:rsidRPr="00C63056">
              <w:rPr>
                <w:color w:val="auto"/>
                <w:sz w:val="26"/>
              </w:rPr>
              <w:t>sevgiyle</w:t>
            </w:r>
            <w:proofErr w:type="spellEnd"/>
            <w:r w:rsidRPr="00C63056">
              <w:rPr>
                <w:color w:val="auto"/>
                <w:sz w:val="26"/>
              </w:rPr>
              <w:t xml:space="preserve"> büyütür dünyayı.”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jc w:val="center"/>
              <w:rPr>
                <w:color w:val="auto"/>
              </w:rPr>
            </w:pPr>
            <w:r w:rsidRPr="00C63056">
              <w:rPr>
                <w:color w:val="auto"/>
                <w:sz w:val="26"/>
              </w:rPr>
              <w:t>“Her çocuk bir umuttur.”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56"/>
              </w:rPr>
              <w:lastRenderedPageBreak/>
              <w:t>BİLİYOR MUYDUNUZ?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C63056" w:rsidRPr="00C63056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color w:val="auto"/>
                <w:sz w:val="28"/>
              </w:rPr>
              <w:t xml:space="preserve">Çocuk Haklarına Dair Sözleşme </w:t>
            </w:r>
            <w:r w:rsidRPr="00C63056">
              <w:rPr>
                <w:b/>
                <w:color w:val="auto"/>
                <w:sz w:val="28"/>
              </w:rPr>
              <w:t>20 Kasım 1989</w:t>
            </w:r>
            <w:r w:rsidRPr="00C63056">
              <w:rPr>
                <w:color w:val="auto"/>
                <w:sz w:val="28"/>
              </w:rPr>
              <w:t>’da kabul edildi; bu yüzden 20 Kasım Çocuk Hakları Günü’dür.</w:t>
            </w:r>
          </w:p>
        </w:tc>
      </w:tr>
      <w:tr w:rsidR="00C63056" w:rsidRPr="00C63056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b/>
                <w:color w:val="auto"/>
                <w:sz w:val="28"/>
              </w:rPr>
              <w:t>Türkiye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bu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Sözleşmeye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8"/>
              </w:rPr>
              <w:t>taraftır</w:t>
            </w:r>
            <w:proofErr w:type="spellEnd"/>
            <w:r w:rsidRPr="00C63056">
              <w:rPr>
                <w:color w:val="auto"/>
                <w:sz w:val="28"/>
              </w:rPr>
              <w:t xml:space="preserve"> ve çocuk haklarını korumayı taahhüt etmiştir.</w:t>
            </w:r>
          </w:p>
        </w:tc>
      </w:tr>
      <w:tr w:rsidR="00C63056" w:rsidRPr="00C63056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color w:val="auto"/>
                <w:sz w:val="28"/>
              </w:rPr>
              <w:t>Çocuk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haklarıyla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ilgili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en</w:t>
            </w:r>
            <w:proofErr w:type="spellEnd"/>
            <w:r w:rsidRPr="00C63056">
              <w:rPr>
                <w:color w:val="auto"/>
                <w:sz w:val="28"/>
              </w:rPr>
              <w:t xml:space="preserve"> önemli kuruluşlardan biri </w:t>
            </w:r>
            <w:r w:rsidRPr="00C63056">
              <w:rPr>
                <w:b/>
                <w:color w:val="auto"/>
                <w:sz w:val="28"/>
              </w:rPr>
              <w:t>UNICEF</w:t>
            </w:r>
            <w:r w:rsidRPr="00C63056">
              <w:rPr>
                <w:color w:val="auto"/>
                <w:sz w:val="28"/>
              </w:rPr>
              <w:t>’tir.</w:t>
            </w:r>
          </w:p>
        </w:tc>
      </w:tr>
      <w:tr w:rsidR="00C63056" w:rsidRPr="00C63056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color w:val="auto"/>
                <w:sz w:val="28"/>
              </w:rPr>
              <w:t>Çocuk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hakları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dört</w:t>
            </w:r>
            <w:proofErr w:type="spellEnd"/>
            <w:r w:rsidRPr="00C63056">
              <w:rPr>
                <w:color w:val="auto"/>
                <w:sz w:val="28"/>
              </w:rPr>
              <w:t xml:space="preserve"> </w:t>
            </w:r>
            <w:proofErr w:type="spellStart"/>
            <w:r w:rsidRPr="00C63056">
              <w:rPr>
                <w:color w:val="auto"/>
                <w:sz w:val="28"/>
              </w:rPr>
              <w:t>grupta</w:t>
            </w:r>
            <w:proofErr w:type="spellEnd"/>
            <w:r w:rsidRPr="00C63056">
              <w:rPr>
                <w:color w:val="auto"/>
                <w:sz w:val="28"/>
              </w:rPr>
              <w:t xml:space="preserve"> toplanır: </w:t>
            </w:r>
            <w:r w:rsidRPr="00C63056">
              <w:rPr>
                <w:b/>
                <w:color w:val="auto"/>
                <w:sz w:val="28"/>
              </w:rPr>
              <w:t>yaşama, gelişme, korunma ve katılım</w:t>
            </w:r>
            <w:r w:rsidRPr="00C63056">
              <w:rPr>
                <w:color w:val="auto"/>
                <w:sz w:val="28"/>
              </w:rPr>
              <w:t>.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/>
              <w:jc w:val="center"/>
              <w:rPr>
                <w:color w:val="auto"/>
              </w:rPr>
            </w:pPr>
            <w:r w:rsidRPr="00C63056">
              <w:rPr>
                <w:color w:val="auto"/>
                <w:sz w:val="52"/>
              </w:rPr>
              <w:lastRenderedPageBreak/>
              <w:t>BEN BİR ÇOCUĞUM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C63056" w:rsidRPr="00C63056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81471C" w:rsidRPr="00C63056" w:rsidRDefault="00BF03A0">
            <w:pPr>
              <w:spacing w:before="280" w:after="280"/>
              <w:jc w:val="center"/>
              <w:rPr>
                <w:color w:val="auto"/>
              </w:rPr>
            </w:pPr>
            <w:r w:rsidRPr="00C63056">
              <w:rPr>
                <w:i/>
                <w:color w:val="auto"/>
                <w:sz w:val="34"/>
              </w:rPr>
              <w:t xml:space="preserve">Ben bir çocuğum, küçük </w:t>
            </w:r>
            <w:r w:rsidRPr="00C63056">
              <w:rPr>
                <w:i/>
                <w:color w:val="auto"/>
                <w:sz w:val="34"/>
              </w:rPr>
              <w:t>ama kıymetli,</w:t>
            </w:r>
            <w:r w:rsidRPr="00C63056">
              <w:rPr>
                <w:i/>
                <w:color w:val="auto"/>
                <w:sz w:val="34"/>
              </w:rPr>
              <w:br/>
              <w:t>Sevilmeyi, gülmeyi hak ederim;</w:t>
            </w:r>
            <w:r w:rsidRPr="00C63056">
              <w:rPr>
                <w:i/>
                <w:color w:val="auto"/>
                <w:sz w:val="34"/>
              </w:rPr>
              <w:br/>
              <w:t>Bir yuvam, bir okulum olsun,</w:t>
            </w:r>
            <w:r w:rsidRPr="00C63056">
              <w:rPr>
                <w:i/>
                <w:color w:val="auto"/>
                <w:sz w:val="34"/>
              </w:rPr>
              <w:br/>
              <w:t>Güvenle büyüyeyim isterim.</w:t>
            </w:r>
          </w:p>
          <w:p w:rsidR="0081471C" w:rsidRPr="00C63056" w:rsidRDefault="00BF03A0">
            <w:pPr>
              <w:spacing w:before="80" w:after="280"/>
              <w:jc w:val="center"/>
              <w:rPr>
                <w:color w:val="auto"/>
              </w:rPr>
            </w:pPr>
            <w:r w:rsidRPr="00C63056">
              <w:rPr>
                <w:i/>
                <w:color w:val="auto"/>
                <w:sz w:val="34"/>
              </w:rPr>
              <w:t>Oyun oynamak en doğal hakkım,</w:t>
            </w:r>
            <w:r w:rsidRPr="00C63056">
              <w:rPr>
                <w:i/>
                <w:color w:val="auto"/>
                <w:sz w:val="34"/>
              </w:rPr>
              <w:br/>
              <w:t>Öğrenmek, merak etmek, sormak;</w:t>
            </w:r>
            <w:r w:rsidRPr="00C63056">
              <w:rPr>
                <w:i/>
                <w:color w:val="auto"/>
                <w:sz w:val="34"/>
              </w:rPr>
              <w:br/>
              <w:t>Korkmadan, üzülmeden yaşamak,</w:t>
            </w:r>
            <w:r w:rsidRPr="00C63056">
              <w:rPr>
                <w:i/>
                <w:color w:val="auto"/>
                <w:sz w:val="34"/>
              </w:rPr>
              <w:br/>
              <w:t>Sevgiyle sarılmak, kucaklanmak.</w:t>
            </w:r>
          </w:p>
          <w:p w:rsidR="0081471C" w:rsidRPr="00C63056" w:rsidRDefault="00BF03A0">
            <w:pPr>
              <w:spacing w:before="80" w:after="280"/>
              <w:jc w:val="center"/>
              <w:rPr>
                <w:color w:val="auto"/>
              </w:rPr>
            </w:pPr>
            <w:r w:rsidRPr="00C63056">
              <w:rPr>
                <w:i/>
                <w:color w:val="auto"/>
                <w:sz w:val="34"/>
              </w:rPr>
              <w:t>Her çocuk benim gibi değerli,</w:t>
            </w:r>
            <w:r w:rsidRPr="00C63056">
              <w:rPr>
                <w:i/>
                <w:color w:val="auto"/>
                <w:sz w:val="34"/>
              </w:rPr>
              <w:br/>
              <w:t>Re</w:t>
            </w:r>
            <w:r w:rsidRPr="00C63056">
              <w:rPr>
                <w:i/>
                <w:color w:val="auto"/>
                <w:sz w:val="34"/>
              </w:rPr>
              <w:t>ngi, dili fark etmez hiç;</w:t>
            </w:r>
            <w:r w:rsidRPr="00C63056">
              <w:rPr>
                <w:i/>
                <w:color w:val="auto"/>
                <w:sz w:val="34"/>
              </w:rPr>
              <w:br/>
              <w:t>Dünyayı güzelleştirir çocuklar,</w:t>
            </w:r>
            <w:r w:rsidRPr="00C63056">
              <w:rPr>
                <w:i/>
                <w:color w:val="auto"/>
                <w:sz w:val="34"/>
              </w:rPr>
              <w:br/>
              <w:t>Sevgiyle büyürse her biri.</w:t>
            </w:r>
          </w:p>
        </w:tc>
      </w:tr>
    </w:tbl>
    <w:p w:rsidR="0081471C" w:rsidRPr="00C63056" w:rsidRDefault="00BF03A0">
      <w:pPr>
        <w:rPr>
          <w:color w:val="auto"/>
        </w:rPr>
      </w:pPr>
      <w:r w:rsidRPr="00C63056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C63056" w:rsidRPr="00C63056" w:rsidTr="00C63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1471C" w:rsidRPr="00C63056" w:rsidRDefault="00BF03A0">
            <w:pPr>
              <w:spacing w:before="200" w:after="80"/>
              <w:jc w:val="center"/>
              <w:rPr>
                <w:color w:val="auto"/>
              </w:rPr>
            </w:pPr>
            <w:r w:rsidRPr="00C63056">
              <w:rPr>
                <w:color w:val="auto"/>
                <w:sz w:val="52"/>
              </w:rPr>
              <w:lastRenderedPageBreak/>
              <w:t>BENİM HAKKIM</w:t>
            </w:r>
          </w:p>
          <w:p w:rsidR="0081471C" w:rsidRPr="00C63056" w:rsidRDefault="00BF03A0">
            <w:pPr>
              <w:jc w:val="center"/>
              <w:rPr>
                <w:color w:val="auto"/>
              </w:rPr>
            </w:pPr>
            <w:r w:rsidRPr="00C63056">
              <w:rPr>
                <w:b w:val="0"/>
                <w:color w:val="auto"/>
                <w:sz w:val="24"/>
              </w:rPr>
              <w:t>Kartı doldur, kes ve panoya as!</w:t>
            </w:r>
          </w:p>
        </w:tc>
      </w:tr>
    </w:tbl>
    <w:p w:rsidR="0081471C" w:rsidRPr="00C63056" w:rsidRDefault="0081471C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4"/>
              </w:rPr>
              <w:t>Benim için en önemli çocuk hakkı: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b/>
                <w:color w:val="auto"/>
                <w:sz w:val="24"/>
              </w:rPr>
              <w:t>Çünkü: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 xml:space="preserve">Adım: </w:t>
            </w:r>
            <w:r w:rsidRPr="00C63056">
              <w:rPr>
                <w:color w:val="auto"/>
                <w:sz w:val="24"/>
              </w:rPr>
              <w:t>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4"/>
              </w:rPr>
              <w:t>Benim için en önemli çocuk hakkı: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b/>
                <w:color w:val="auto"/>
                <w:sz w:val="24"/>
              </w:rPr>
              <w:t>Çünkü: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</w:tr>
      <w:tr w:rsidR="00C63056" w:rsidRPr="00C63056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proofErr w:type="spellStart"/>
            <w:r w:rsidRPr="00C63056">
              <w:rPr>
                <w:b/>
                <w:color w:val="auto"/>
                <w:sz w:val="24"/>
              </w:rPr>
              <w:t>Benim</w:t>
            </w:r>
            <w:proofErr w:type="spellEnd"/>
            <w:r w:rsidRPr="00C63056">
              <w:rPr>
                <w:b/>
                <w:color w:val="auto"/>
                <w:sz w:val="24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4"/>
              </w:rPr>
              <w:t>için</w:t>
            </w:r>
            <w:proofErr w:type="spellEnd"/>
            <w:r w:rsidRPr="00C63056">
              <w:rPr>
                <w:b/>
                <w:color w:val="auto"/>
                <w:sz w:val="24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4"/>
              </w:rPr>
              <w:t>en</w:t>
            </w:r>
            <w:proofErr w:type="spellEnd"/>
            <w:r w:rsidRPr="00C63056">
              <w:rPr>
                <w:b/>
                <w:color w:val="auto"/>
                <w:sz w:val="24"/>
              </w:rPr>
              <w:t xml:space="preserve"> </w:t>
            </w:r>
            <w:proofErr w:type="spellStart"/>
            <w:r w:rsidRPr="00C63056">
              <w:rPr>
                <w:b/>
                <w:color w:val="auto"/>
                <w:sz w:val="24"/>
              </w:rPr>
              <w:t>önemli</w:t>
            </w:r>
            <w:proofErr w:type="spellEnd"/>
            <w:r w:rsidRPr="00C63056">
              <w:rPr>
                <w:b/>
                <w:color w:val="auto"/>
                <w:sz w:val="24"/>
              </w:rPr>
              <w:t xml:space="preserve"> çocuk hakkı: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b/>
                <w:color w:val="auto"/>
                <w:sz w:val="24"/>
              </w:rPr>
              <w:t>Çünkü: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1471C" w:rsidRPr="00C63056" w:rsidRDefault="00BF03A0">
            <w:pPr>
              <w:spacing w:before="240" w:after="240"/>
              <w:rPr>
                <w:color w:val="auto"/>
              </w:rPr>
            </w:pPr>
            <w:r w:rsidRPr="00C63056">
              <w:rPr>
                <w:b/>
                <w:color w:val="auto"/>
                <w:sz w:val="24"/>
              </w:rPr>
              <w:t>Benim için en önemli çocuk hakkı: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b/>
                <w:color w:val="auto"/>
                <w:sz w:val="24"/>
              </w:rPr>
              <w:t>Çünkü: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C63056">
              <w:rPr>
                <w:color w:val="auto"/>
                <w:sz w:val="24"/>
              </w:rPr>
              <w:br/>
            </w:r>
            <w:r w:rsidRPr="00C63056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</w:tr>
      <w:bookmarkEnd w:id="0"/>
    </w:tbl>
    <w:p w:rsidR="00BF03A0" w:rsidRPr="00C63056" w:rsidRDefault="00BF03A0">
      <w:pPr>
        <w:rPr>
          <w:color w:val="auto"/>
        </w:rPr>
      </w:pPr>
    </w:p>
    <w:sectPr w:rsidR="00BF03A0" w:rsidRPr="00C63056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1471C"/>
    <w:rsid w:val="00AA1D8D"/>
    <w:rsid w:val="00B47730"/>
    <w:rsid w:val="00BF03A0"/>
    <w:rsid w:val="00C6305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54A779"/>
  <w14:defaultImageDpi w14:val="300"/>
  <w15:docId w15:val="{1ED60F35-2A56-4C3A-9ACE-CF5E4138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C6305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A12B2C-53B3-4DAF-ABCC-098C4DC4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Kasım Dünya Çocuk Hakları Günü Pano Seti (2026-2027)</dc:title>
  <dc:subject>Belirli Günler ve Haftalar — 20 Kasım Dünya Çocuk Hakları Günü pano</dc:subject>
  <dc:creator>evrakburada</dc:creator>
  <cp:keywords>20 kasım dünya çocuk hakları günü panosu, çocuk hakları nedir pano, çocuk haklarına dair sözleşme, unicef, haklarımız sorumluluklarımız,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2026-10-17T12:58:00Z</dcterms:modified>
  <cp:category/>
</cp:coreProperties>
</file>