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 w:after="80"/>
              <w:jc w:val="center"/>
            </w:pPr>
            <w:r>
              <w:rPr>
                <w:color w:val="FFFFFF"/>
                <w:sz w:val="38"/>
              </w:rPr>
              <w:t>10 KASIM ATATÜRK’Ü ANMA</w:t>
            </w:r>
            <w:r>
              <w:rPr>
                <w:color w:val="FFFFFF"/>
                <w:sz w:val="38"/>
              </w:rPr>
              <w:br/>
              <w:t>ATATÜRK HAFTASI — PANO SETİ</w:t>
            </w:r>
          </w:p>
          <w:p w:rsidR="009206E6" w:rsidRDefault="009206E6">
            <w:pPr>
              <w:jc w:val="center"/>
            </w:pPr>
          </w:p>
        </w:tc>
      </w:tr>
    </w:tbl>
    <w:p w:rsidR="009206E6" w:rsidRDefault="009206E6">
      <w:pPr>
        <w:spacing w:after="40"/>
      </w:pPr>
    </w:p>
    <w:p w:rsidR="009206E6" w:rsidRDefault="001D2D71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9206E6" w:rsidRDefault="001D2D71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“10 KASIM / ATATÜRK’Ü / ANMA”</w:t>
      </w:r>
    </w:p>
    <w:p w:rsidR="009206E6" w:rsidRDefault="001D2D71">
      <w:pPr>
        <w:pStyle w:val="ListeNumaras"/>
        <w:spacing w:after="60"/>
      </w:pPr>
      <w:r>
        <w:rPr>
          <w:b/>
        </w:rPr>
        <w:t>Atatürk’ün hayatı</w:t>
      </w:r>
      <w:r>
        <w:t xml:space="preserve"> — tarih kartları</w:t>
      </w:r>
    </w:p>
    <w:p w:rsidR="009206E6" w:rsidRDefault="001D2D71">
      <w:pPr>
        <w:pStyle w:val="ListeNumaras"/>
        <w:spacing w:after="60"/>
      </w:pPr>
      <w:r>
        <w:rPr>
          <w:b/>
        </w:rPr>
        <w:t>Atatürk’ün ilkeleri (Altı Ok)</w:t>
      </w:r>
      <w:r>
        <w:t xml:space="preserve"> — 6 kart</w:t>
      </w:r>
    </w:p>
    <w:p w:rsidR="009206E6" w:rsidRDefault="001D2D71">
      <w:pPr>
        <w:pStyle w:val="ListeNumaras"/>
        <w:spacing w:after="60"/>
      </w:pPr>
      <w:r>
        <w:rPr>
          <w:b/>
        </w:rPr>
        <w:t>Atatürk’ün sözleri</w:t>
      </w:r>
      <w:r>
        <w:t xml:space="preserve"> — 8 söz kartı</w:t>
      </w:r>
    </w:p>
    <w:p w:rsidR="009206E6" w:rsidRDefault="001D2D71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9206E6" w:rsidRDefault="001D2D71">
      <w:pPr>
        <w:pStyle w:val="ListeNumaras"/>
        <w:spacing w:after="60"/>
      </w:pPr>
      <w:r>
        <w:rPr>
          <w:b/>
        </w:rPr>
        <w:t>Şiir panosu</w:t>
      </w:r>
      <w:r>
        <w:t xml:space="preserve"> — “Seni Unutmadık”</w:t>
      </w:r>
    </w:p>
    <w:p w:rsidR="009206E6" w:rsidRDefault="001D2D71">
      <w:pPr>
        <w:pStyle w:val="ListeNumaras"/>
        <w:spacing w:after="60"/>
      </w:pPr>
      <w:r>
        <w:rPr>
          <w:b/>
        </w:rPr>
        <w:t>Ata’ma sözüm</w:t>
      </w:r>
      <w:r>
        <w:t xml:space="preserve"> — öğrencilerin dolduracağı 4 kart</w:t>
      </w:r>
    </w:p>
    <w:p w:rsidR="009206E6" w:rsidRDefault="001D2D71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9206E6" w:rsidRDefault="001D2D71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 kalın k</w:t>
      </w:r>
      <w:r>
        <w:t>âğıt ya da fon kartonu tercih edin.</w:t>
      </w:r>
    </w:p>
    <w:p w:rsidR="009206E6" w:rsidRDefault="001D2D71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kırmızı, beyaz ya da siyah fon kartonuna yapıştırarak çerçeveleyin.</w:t>
      </w:r>
    </w:p>
    <w:p w:rsidR="009206E6" w:rsidRDefault="001D2D71">
      <w:pPr>
        <w:pStyle w:val="ListeMaddemi"/>
        <w:spacing w:after="60"/>
      </w:pPr>
      <w:r>
        <w:t>Başlık şeritlerini panonun üstüne dizin; kartları altına konu konu gruplayın.</w:t>
      </w:r>
    </w:p>
    <w:p w:rsidR="009206E6" w:rsidRDefault="001D2D71">
      <w:pPr>
        <w:pStyle w:val="ListeMaddemi"/>
        <w:spacing w:after="60"/>
      </w:pPr>
      <w:r>
        <w:t xml:space="preserve">“Ata’ma sözüm” kartlarını öğrencilere </w:t>
      </w:r>
      <w:r>
        <w:t>dağıtın; doldurulan kartlar panonun en dikkat çeken bölümü olur.</w:t>
      </w:r>
    </w:p>
    <w:p w:rsidR="009206E6" w:rsidRDefault="001D2D71">
      <w:pPr>
        <w:pStyle w:val="ListeMaddemi"/>
        <w:spacing w:after="60"/>
      </w:pPr>
      <w:r>
        <w:t>Panoyu Atatürk fotoğrafları, Türk bayrağı ve Anıtkabir görselleriyle zenginleştirin.</w:t>
      </w:r>
    </w:p>
    <w:tbl>
      <w:tblPr>
        <w:tblW w:w="0" w:type="auto"/>
        <w:jc w:val="center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  <w:tblLook w:val="04A0" w:firstRow="1" w:lastRow="0" w:firstColumn="1" w:lastColumn="0" w:noHBand="0" w:noVBand="1"/>
      </w:tblPr>
      <w:tblGrid>
        <w:gridCol w:w="10092"/>
      </w:tblGrid>
      <w:tr w:rsidR="009206E6">
        <w:trPr>
          <w:jc w:val="center"/>
        </w:trPr>
        <w:tc>
          <w:tcPr>
            <w:tcW w:w="10092" w:type="dxa"/>
            <w:shd w:val="clear" w:color="auto" w:fill="FBF6F0"/>
          </w:tcPr>
          <w:p w:rsidR="009206E6" w:rsidRDefault="001D2D71">
            <w:r>
              <w:rPr>
                <w:b/>
                <w:color w:val="4A2A14"/>
              </w:rPr>
              <w:t>Bilgi</w:t>
            </w:r>
          </w:p>
          <w:p w:rsidR="009206E6" w:rsidRDefault="001D2D71">
            <w:r>
              <w:rPr>
                <w:sz w:val="21"/>
              </w:rPr>
              <w:t xml:space="preserve">Gazi Mustafa Kemal Atatürk, </w:t>
            </w:r>
            <w:r>
              <w:rPr>
                <w:b/>
                <w:sz w:val="21"/>
              </w:rPr>
              <w:t>10 Kasım 1938</w:t>
            </w:r>
            <w:r>
              <w:rPr>
                <w:sz w:val="21"/>
              </w:rPr>
              <w:t xml:space="preserve">’de saat </w:t>
            </w:r>
            <w:r>
              <w:rPr>
                <w:b/>
                <w:sz w:val="21"/>
              </w:rPr>
              <w:t>09.05</w:t>
            </w:r>
            <w:r>
              <w:rPr>
                <w:sz w:val="21"/>
              </w:rPr>
              <w:t>’te vefat etti. Her yıl 10 Kasım saat 09.05’t</w:t>
            </w:r>
            <w:r>
              <w:rPr>
                <w:sz w:val="21"/>
              </w:rPr>
              <w:t xml:space="preserve">e yurt genelinde saygı duruşunda bulunulur. Atatürk Haftası </w:t>
            </w:r>
            <w:r>
              <w:rPr>
                <w:b/>
                <w:sz w:val="21"/>
              </w:rPr>
              <w:t>10-16 Kasım</w:t>
            </w:r>
            <w:r>
              <w:rPr>
                <w:sz w:val="21"/>
              </w:rPr>
              <w:t xml:space="preserve"> arasıdır.</w:t>
            </w:r>
          </w:p>
        </w:tc>
      </w:tr>
    </w:tbl>
    <w:p w:rsidR="009206E6" w:rsidRDefault="009206E6">
      <w:pPr>
        <w:spacing w:after="0"/>
      </w:pPr>
    </w:p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lastRenderedPageBreak/>
              <w:t>10 KASIM</w:t>
            </w:r>
          </w:p>
        </w:tc>
      </w:tr>
    </w:tbl>
    <w:p w:rsidR="009206E6" w:rsidRDefault="009206E6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ATATÜRK’Ü</w:t>
            </w:r>
          </w:p>
        </w:tc>
      </w:tr>
    </w:tbl>
    <w:p w:rsidR="009206E6" w:rsidRDefault="009206E6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ANMA</w:t>
            </w:r>
          </w:p>
        </w:tc>
      </w:tr>
    </w:tbl>
    <w:p w:rsidR="009206E6" w:rsidRDefault="009206E6">
      <w:pPr>
        <w:spacing w:after="80"/>
      </w:pPr>
    </w:p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ATATÜRK’ÜN HAYATI</w:t>
            </w:r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1881</w:t>
            </w:r>
            <w:r>
              <w:rPr>
                <w:color w:val="4A2A14"/>
                <w:sz w:val="28"/>
              </w:rPr>
              <w:t xml:space="preserve"> — Selânik’te doğdu.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Çanakkale</w:t>
            </w:r>
            <w:r>
              <w:rPr>
                <w:color w:val="4A2A14"/>
                <w:sz w:val="28"/>
              </w:rPr>
              <w:t xml:space="preserve"> Savaşları’nda büyük başarı gösterdi.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19 Mayıs 1919</w:t>
            </w:r>
            <w:r>
              <w:rPr>
                <w:color w:val="4A2A14"/>
                <w:sz w:val="28"/>
              </w:rPr>
              <w:t xml:space="preserve"> — Samsun’a çıktı, Millî Mücadele’yi başlattı.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29 Ekim 1923</w:t>
            </w:r>
            <w:r>
              <w:rPr>
                <w:color w:val="4A2A14"/>
                <w:sz w:val="28"/>
              </w:rPr>
              <w:t xml:space="preserve"> — Cumhuriyet’i ilan etti.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Eğitim, hukuk ve kültürde </w:t>
            </w:r>
            <w:r>
              <w:rPr>
                <w:b/>
                <w:color w:val="4A2A14"/>
                <w:sz w:val="28"/>
              </w:rPr>
              <w:t>inkılaplar</w:t>
            </w:r>
            <w:r>
              <w:rPr>
                <w:color w:val="4A2A14"/>
                <w:sz w:val="28"/>
              </w:rPr>
              <w:t xml:space="preserve"> yaptı.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10 Kasım 1938, 09.05</w:t>
            </w:r>
            <w:r>
              <w:rPr>
                <w:color w:val="4A2A14"/>
                <w:sz w:val="28"/>
              </w:rPr>
              <w:t xml:space="preserve"> — vefat etti; Anıtkabir’de.</w:t>
            </w:r>
          </w:p>
        </w:tc>
      </w:tr>
    </w:tbl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ATATÜRK’ÜN İLKELERİ (ALTI OK)</w:t>
            </w:r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Cumhuriyetçilik</w:t>
            </w:r>
            <w:r>
              <w:rPr>
                <w:color w:val="4A2A14"/>
                <w:sz w:val="26"/>
              </w:rPr>
              <w:br/>
              <w:t>Egemenlik millete aittir.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Milliyetçilik</w:t>
            </w:r>
            <w:r>
              <w:rPr>
                <w:color w:val="4A2A14"/>
                <w:sz w:val="26"/>
              </w:rPr>
              <w:br/>
              <w:t>Millet sevgisi, birlik ve beraberlik.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Halkçılık</w:t>
            </w:r>
            <w:r>
              <w:rPr>
                <w:color w:val="4A2A14"/>
                <w:sz w:val="26"/>
              </w:rPr>
              <w:br/>
              <w:t>Herkes kanun önünde eşittir.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Devletçilik</w:t>
            </w:r>
            <w:r>
              <w:rPr>
                <w:color w:val="4A2A14"/>
                <w:sz w:val="26"/>
              </w:rPr>
              <w:br/>
              <w:t>Devlet kalkınmayı destekler.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Laiklik</w:t>
            </w:r>
            <w:r>
              <w:rPr>
                <w:color w:val="4A2A14"/>
                <w:sz w:val="26"/>
              </w:rPr>
              <w:br/>
              <w:t>Din ve devlet işleri ayrıdır; inanç özgürdür.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6"/>
              </w:rPr>
              <w:t>İnkılapçılık</w:t>
            </w:r>
            <w:r>
              <w:rPr>
                <w:color w:val="4A2A14"/>
                <w:sz w:val="26"/>
              </w:rPr>
              <w:br/>
              <w:t>Çağa göre sürekli yenilenmek.</w:t>
            </w:r>
          </w:p>
        </w:tc>
      </w:tr>
    </w:tbl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ATATÜRK’ÜN SÖZLERİ</w:t>
            </w:r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“Egemenlik kayıtsız şartsız milletindir.”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“Hayatta en hakiki mürşit ilimdir.”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“Yurtta sulh, cihanda sulh.”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“Ne mutlu Türküm diyene!”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“Öğretmenler! Yeni nesil sizin eseriniz olacaktır.”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 xml:space="preserve">“Benim naçiz vücudum elbet bir gün toprak olacaktır; fakat Türkiye </w:t>
            </w:r>
            <w:r>
              <w:rPr>
                <w:color w:val="4A2A14"/>
                <w:sz w:val="26"/>
              </w:rPr>
              <w:t>Cumhuriyeti ilelebet payidar kalacaktır.”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“Türk, öğün, çalış, güven.”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“Beni görmek demek, mutlaka yüzümü görmek değildir; benim fikirlerimi anlamışsanız beni görmüşsünüz demektir.”</w:t>
            </w:r>
          </w:p>
        </w:tc>
      </w:tr>
    </w:tbl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9206E6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Atatürk </w:t>
            </w:r>
            <w:r>
              <w:rPr>
                <w:b/>
                <w:color w:val="4A2A14"/>
                <w:sz w:val="28"/>
              </w:rPr>
              <w:t>10 Kasım 1938</w:t>
            </w:r>
            <w:r>
              <w:rPr>
                <w:color w:val="4A2A14"/>
                <w:sz w:val="28"/>
              </w:rPr>
              <w:t xml:space="preserve">’de saat </w:t>
            </w:r>
            <w:r>
              <w:rPr>
                <w:b/>
                <w:color w:val="4A2A14"/>
                <w:sz w:val="28"/>
              </w:rPr>
              <w:t>09.05</w:t>
            </w:r>
            <w:r>
              <w:rPr>
                <w:color w:val="4A2A14"/>
                <w:sz w:val="28"/>
              </w:rPr>
              <w:t xml:space="preserve">’te Dolmabahçe </w:t>
            </w:r>
            <w:r>
              <w:rPr>
                <w:color w:val="4A2A14"/>
                <w:sz w:val="28"/>
              </w:rPr>
              <w:t>Sarayı’nda vefat etti.</w:t>
            </w:r>
          </w:p>
        </w:tc>
      </w:tr>
      <w:tr w:rsidR="009206E6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Her yıl 10 Kasım saat 09.05’te yurt genelinde </w:t>
            </w:r>
            <w:r>
              <w:rPr>
                <w:b/>
                <w:color w:val="4A2A14"/>
                <w:sz w:val="28"/>
              </w:rPr>
              <w:t>sirenler çalar</w:t>
            </w:r>
            <w:r>
              <w:rPr>
                <w:color w:val="4A2A14"/>
                <w:sz w:val="28"/>
              </w:rPr>
              <w:t xml:space="preserve"> ve saygı duruşunda bulunulur.</w:t>
            </w:r>
          </w:p>
        </w:tc>
      </w:tr>
      <w:tr w:rsidR="009206E6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Atatürk’ün naaşı Ankara’da </w:t>
            </w:r>
            <w:r>
              <w:rPr>
                <w:b/>
                <w:color w:val="4A2A14"/>
                <w:sz w:val="28"/>
              </w:rPr>
              <w:t>Anıtkabir</w:t>
            </w:r>
            <w:r>
              <w:rPr>
                <w:color w:val="4A2A14"/>
                <w:sz w:val="28"/>
              </w:rPr>
              <w:t>’dedir.</w:t>
            </w:r>
          </w:p>
        </w:tc>
      </w:tr>
      <w:tr w:rsidR="009206E6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“Atatürk” soyadı, 1934’te çıkarılan Soyadı Kanunu’ndan sonra </w:t>
            </w:r>
            <w:r>
              <w:rPr>
                <w:b/>
                <w:color w:val="4A2A14"/>
                <w:sz w:val="28"/>
              </w:rPr>
              <w:t>TBMM tarafından</w:t>
            </w:r>
            <w:r>
              <w:rPr>
                <w:color w:val="4A2A14"/>
                <w:sz w:val="28"/>
              </w:rPr>
              <w:t xml:space="preserve"> ona verilmiştir.</w:t>
            </w:r>
          </w:p>
        </w:tc>
      </w:tr>
    </w:tbl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SENİ UNUTMADIK</w:t>
            </w:r>
            <w:bookmarkStart w:id="0" w:name="_GoBack"/>
            <w:bookmarkEnd w:id="0"/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9206E6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9206E6" w:rsidRDefault="001D2D71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Ne zaman dalgalansa bayrağımız,</w:t>
            </w:r>
            <w:r>
              <w:rPr>
                <w:i/>
                <w:color w:val="4A2A14"/>
                <w:sz w:val="36"/>
              </w:rPr>
              <w:br/>
              <w:t>Seni görürüz o al renkte;</w:t>
            </w:r>
            <w:r>
              <w:rPr>
                <w:i/>
                <w:color w:val="4A2A14"/>
                <w:sz w:val="36"/>
              </w:rPr>
              <w:br/>
              <w:t>Ne zaman okunsa İstiklâl Marşı,</w:t>
            </w:r>
            <w:r>
              <w:rPr>
                <w:i/>
                <w:color w:val="4A2A14"/>
                <w:sz w:val="36"/>
              </w:rPr>
              <w:br/>
              <w:t>Seni duyarız her bir yürekte.</w:t>
            </w:r>
          </w:p>
          <w:p w:rsidR="009206E6" w:rsidRDefault="001D2D71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Okullarda, kitaplarda, türkülerde,</w:t>
            </w:r>
            <w:r>
              <w:rPr>
                <w:i/>
                <w:color w:val="4A2A14"/>
                <w:sz w:val="36"/>
              </w:rPr>
              <w:br/>
              <w:t>Sen varsın, hep yaşıyorsun;</w:t>
            </w:r>
            <w:r>
              <w:rPr>
                <w:i/>
                <w:color w:val="4A2A14"/>
                <w:sz w:val="36"/>
              </w:rPr>
              <w:br/>
              <w:t>Bir fikir, bir ışık, bir yol olarak</w:t>
            </w:r>
            <w:r>
              <w:rPr>
                <w:i/>
                <w:color w:val="4A2A14"/>
                <w:sz w:val="36"/>
              </w:rPr>
              <w:br/>
              <w:t xml:space="preserve">Milletinin </w:t>
            </w:r>
            <w:r>
              <w:rPr>
                <w:i/>
                <w:color w:val="4A2A14"/>
                <w:sz w:val="36"/>
              </w:rPr>
              <w:t>kalbinde duruyorsun.</w:t>
            </w:r>
          </w:p>
          <w:p w:rsidR="009206E6" w:rsidRDefault="001D2D71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Seni unutmadık, unutmayacağız,</w:t>
            </w:r>
            <w:r>
              <w:rPr>
                <w:i/>
                <w:color w:val="4A2A14"/>
                <w:sz w:val="36"/>
              </w:rPr>
              <w:br/>
              <w:t>Ata’m, rehberimiz sensin bugün de;</w:t>
            </w:r>
            <w:r>
              <w:rPr>
                <w:i/>
                <w:color w:val="4A2A14"/>
                <w:sz w:val="36"/>
              </w:rPr>
              <w:br/>
              <w:t>Sözünü tutacak genç nesil,</w:t>
            </w:r>
            <w:r>
              <w:rPr>
                <w:i/>
                <w:color w:val="4A2A14"/>
                <w:sz w:val="36"/>
              </w:rPr>
              <w:br/>
              <w:t>Yürüyecek senin izinde.</w:t>
            </w:r>
          </w:p>
        </w:tc>
      </w:tr>
    </w:tbl>
    <w:p w:rsidR="009206E6" w:rsidRDefault="001D2D7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9206E6" w:rsidTr="006B0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9206E6" w:rsidRDefault="001D2D71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ATA’MA SÖZÜM</w:t>
            </w:r>
          </w:p>
          <w:p w:rsidR="009206E6" w:rsidRDefault="001D2D71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9206E6" w:rsidRDefault="009206E6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9206E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Ata’ma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 xml:space="preserve">Çok çalışacak, bilime ve akla değer verecek; </w:t>
            </w:r>
            <w:r>
              <w:rPr>
                <w:color w:val="4A2A14"/>
                <w:sz w:val="24"/>
              </w:rPr>
              <w:t>Cumhuriyeti ve vatanımı koruyacağım.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Ata’ma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Çok çalışacak, bilime ve akla değer verecek; Cumhuriyeti ve vatanımı koruyacağım.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</w:t>
            </w:r>
            <w:r>
              <w:rPr>
                <w:color w:val="4A2A14"/>
                <w:sz w:val="24"/>
              </w:rPr>
              <w:t>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  <w:tr w:rsidR="009206E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Ata’ma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Çok çalışacak, bilime ve akla değer verecek; Cumhuriyeti ve vatanımı koruyacağım.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9206E6" w:rsidRDefault="001D2D7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Ata’ma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Çok çalışacak, bilime ve akla değer verecek; Cumhuriyeti ve vatanımı koruyacağım.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</w:tbl>
    <w:p w:rsidR="001D2D71" w:rsidRDefault="001D2D71"/>
    <w:sectPr w:rsidR="001D2D71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2D71"/>
    <w:rsid w:val="0029639D"/>
    <w:rsid w:val="00326F90"/>
    <w:rsid w:val="006B07B8"/>
    <w:rsid w:val="009206E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4390C"/>
  <w14:defaultImageDpi w14:val="300"/>
  <w15:docId w15:val="{1659FB59-C010-42E0-B4D9-440B53E4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6B07B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072323-BB3C-456C-AC09-E1E7FB05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Kasım Atatürk’ü Anma — Atatürk Haftası Pano Seti (2026-2027)</dc:title>
  <dc:subject>Belirli Günler ve Haftalar — 10 Kasım Atatürk Haftası pano</dc:subject>
  <dc:creator>evrakburada</dc:creator>
  <cp:keywords>10 kasım atatürk haftası panosu, atatürkü anma pano, atatürkün hayatı ilkeleri altı ok sözleri, 09.05 saygı duruşu,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2026-10-17T12:46:00Z</dcterms:modified>
  <cp:category/>
</cp:coreProperties>
</file>