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3213"/>
        <w:gridCol w:w="3213"/>
        <w:gridCol w:w="3213"/>
      </w:tblGrid>
      <w:tr w:rsidR="003834B8" w:rsidTr="00441A2B">
        <w:tc>
          <w:tcPr>
            <w:tcW w:w="9638" w:type="dxa"/>
            <w:gridSpan w:val="3"/>
          </w:tcPr>
          <w:p w:rsidR="003834B8" w:rsidRDefault="00441A2B">
            <w:pPr>
              <w:spacing w:after="40"/>
              <w:jc w:val="center"/>
            </w:pPr>
            <w:r>
              <w:rPr>
                <w:color w:val="4A2A14"/>
                <w:sz w:val="24"/>
              </w:rPr>
              <w:t>………………..</w:t>
            </w:r>
            <w:r>
              <w:rPr>
                <w:color w:val="4A2A14"/>
                <w:sz w:val="24"/>
              </w:rPr>
              <w:t xml:space="preserve"> ORTAOKULU MÜDÜRLÜĞÜ</w:t>
            </w:r>
          </w:p>
          <w:p w:rsidR="003834B8" w:rsidRDefault="00441A2B">
            <w:pPr>
              <w:spacing w:after="40"/>
              <w:jc w:val="center"/>
            </w:pPr>
            <w:r>
              <w:rPr>
                <w:color w:val="4A2A14"/>
                <w:sz w:val="21"/>
              </w:rPr>
              <w:t>2026-2027 EĞİTİM-ÖĞRETİM YILI</w:t>
            </w:r>
          </w:p>
          <w:p w:rsidR="003834B8" w:rsidRDefault="00441A2B">
            <w:pPr>
              <w:spacing w:after="40"/>
              <w:jc w:val="center"/>
            </w:pPr>
            <w:r>
              <w:rPr>
                <w:b/>
                <w:color w:val="4A2A14"/>
                <w:sz w:val="40"/>
              </w:rPr>
              <w:t>10 KASIM ATATÜRK’Ü ANMA</w:t>
            </w:r>
          </w:p>
          <w:p w:rsidR="003834B8" w:rsidRDefault="00441A2B">
            <w:pPr>
              <w:spacing w:after="40"/>
              <w:jc w:val="center"/>
            </w:pPr>
            <w:r>
              <w:rPr>
                <w:b/>
                <w:color w:val="4A2A14"/>
                <w:sz w:val="28"/>
              </w:rPr>
              <w:t>ANMA PROGRAMI</w:t>
            </w:r>
          </w:p>
          <w:p w:rsidR="003834B8" w:rsidRDefault="00441A2B">
            <w:pPr>
              <w:spacing w:after="40"/>
              <w:jc w:val="center"/>
            </w:pPr>
            <w:r>
              <w:rPr>
                <w:color w:val="8B5E3C"/>
                <w:sz w:val="21"/>
              </w:rPr>
              <w:t>10 Kasım 2026 Salı, saat 09.05  ·  10-16 Kasım Atatürk Haftası</w:t>
            </w:r>
          </w:p>
        </w:tc>
      </w:tr>
      <w:tr w:rsidR="003834B8" w:rsidTr="00441A2B">
        <w:tc>
          <w:tcPr>
            <w:tcW w:w="3213" w:type="dxa"/>
          </w:tcPr>
          <w:p w:rsidR="003834B8" w:rsidRDefault="00441A2B">
            <w:r>
              <w:rPr>
                <w:b/>
                <w:color w:val="8B5E3C"/>
                <w:sz w:val="17"/>
              </w:rPr>
              <w:t>Tarih</w:t>
            </w:r>
            <w:r>
              <w:rPr>
                <w:b/>
                <w:color w:val="8B5E3C"/>
                <w:sz w:val="17"/>
              </w:rPr>
              <w:br/>
            </w:r>
            <w:r>
              <w:rPr>
                <w:sz w:val="19"/>
              </w:rPr>
              <w:t>10 Kasım 2026 Salı</w:t>
            </w:r>
          </w:p>
        </w:tc>
        <w:tc>
          <w:tcPr>
            <w:tcW w:w="3213" w:type="dxa"/>
          </w:tcPr>
          <w:p w:rsidR="003834B8" w:rsidRDefault="00441A2B">
            <w:r>
              <w:rPr>
                <w:b/>
                <w:color w:val="8B5E3C"/>
                <w:sz w:val="17"/>
              </w:rPr>
              <w:t>Saat</w:t>
            </w:r>
            <w:r>
              <w:rPr>
                <w:b/>
                <w:color w:val="8B5E3C"/>
                <w:sz w:val="17"/>
              </w:rPr>
              <w:br/>
            </w:r>
            <w:r>
              <w:rPr>
                <w:sz w:val="19"/>
              </w:rPr>
              <w:t>09.05 — Saygı duruşu</w:t>
            </w:r>
          </w:p>
        </w:tc>
        <w:tc>
          <w:tcPr>
            <w:tcW w:w="3213" w:type="dxa"/>
          </w:tcPr>
          <w:p w:rsidR="003834B8" w:rsidRDefault="00441A2B">
            <w:r>
              <w:rPr>
                <w:b/>
                <w:color w:val="8B5E3C"/>
                <w:sz w:val="17"/>
              </w:rPr>
              <w:t>Hazırlayan</w:t>
            </w:r>
            <w:r>
              <w:rPr>
                <w:b/>
                <w:color w:val="8B5E3C"/>
                <w:sz w:val="17"/>
              </w:rPr>
              <w:br/>
            </w:r>
            <w:r>
              <w:rPr>
                <w:sz w:val="19"/>
              </w:rPr>
              <w:t xml:space="preserve">Ahmet Yıldız — Türkçe </w:t>
            </w:r>
            <w:r>
              <w:rPr>
                <w:sz w:val="19"/>
              </w:rPr>
              <w:t>Öğretmeni</w:t>
            </w:r>
          </w:p>
        </w:tc>
      </w:tr>
    </w:tbl>
    <w:p w:rsidR="003834B8" w:rsidRDefault="00441A2B">
      <w:pPr>
        <w:keepNext/>
        <w:pBdr>
          <w:bottom w:val="single" w:sz="8" w:space="2" w:color="8B5E3C"/>
        </w:pBdr>
        <w:spacing w:before="280" w:after="80"/>
      </w:pPr>
      <w:r>
        <w:rPr>
          <w:b/>
          <w:color w:val="4A2A14"/>
          <w:sz w:val="26"/>
        </w:rPr>
        <w:t>PROGRAM AKIŞI</w:t>
      </w:r>
    </w:p>
    <w:tbl>
      <w:tblPr>
        <w:tblStyle w:val="TabloKlavuzu"/>
        <w:tblW w:w="0" w:type="auto"/>
        <w:tblLook w:val="04A0" w:firstRow="1" w:lastRow="0" w:firstColumn="1" w:lastColumn="0" w:noHBand="0" w:noVBand="1"/>
      </w:tblPr>
      <w:tblGrid>
        <w:gridCol w:w="737"/>
        <w:gridCol w:w="4762"/>
        <w:gridCol w:w="2835"/>
        <w:gridCol w:w="1304"/>
      </w:tblGrid>
      <w:tr w:rsidR="003834B8" w:rsidTr="00441A2B">
        <w:tc>
          <w:tcPr>
            <w:tcW w:w="737" w:type="dxa"/>
          </w:tcPr>
          <w:p w:rsidR="003834B8" w:rsidRDefault="00441A2B">
            <w:r>
              <w:rPr>
                <w:b/>
                <w:color w:val="4A2A14"/>
                <w:sz w:val="20"/>
              </w:rPr>
              <w:t>Sıra</w:t>
            </w:r>
          </w:p>
        </w:tc>
        <w:tc>
          <w:tcPr>
            <w:tcW w:w="4762" w:type="dxa"/>
          </w:tcPr>
          <w:p w:rsidR="003834B8" w:rsidRDefault="00441A2B">
            <w:r>
              <w:rPr>
                <w:b/>
                <w:color w:val="4A2A14"/>
                <w:sz w:val="20"/>
              </w:rPr>
              <w:t>Etkinlik</w:t>
            </w:r>
            <w:bookmarkStart w:id="0" w:name="_GoBack"/>
            <w:bookmarkEnd w:id="0"/>
          </w:p>
        </w:tc>
        <w:tc>
          <w:tcPr>
            <w:tcW w:w="2835" w:type="dxa"/>
          </w:tcPr>
          <w:p w:rsidR="003834B8" w:rsidRDefault="00441A2B">
            <w:r>
              <w:rPr>
                <w:b/>
                <w:color w:val="4A2A14"/>
                <w:sz w:val="20"/>
              </w:rPr>
              <w:t>Görevli</w:t>
            </w:r>
          </w:p>
        </w:tc>
        <w:tc>
          <w:tcPr>
            <w:tcW w:w="1304" w:type="dxa"/>
          </w:tcPr>
          <w:p w:rsidR="003834B8" w:rsidRDefault="00441A2B">
            <w:r>
              <w:rPr>
                <w:b/>
                <w:color w:val="4A2A14"/>
                <w:sz w:val="20"/>
              </w:rPr>
              <w:t>Sınıfı</w:t>
            </w:r>
          </w:p>
        </w:tc>
      </w:tr>
      <w:tr w:rsidR="003834B8" w:rsidTr="00441A2B">
        <w:tc>
          <w:tcPr>
            <w:tcW w:w="737" w:type="dxa"/>
          </w:tcPr>
          <w:p w:rsidR="003834B8" w:rsidRDefault="00441A2B">
            <w:r>
              <w:rPr>
                <w:sz w:val="20"/>
              </w:rPr>
              <w:t>1</w:t>
            </w:r>
          </w:p>
        </w:tc>
        <w:tc>
          <w:tcPr>
            <w:tcW w:w="4762" w:type="dxa"/>
          </w:tcPr>
          <w:p w:rsidR="003834B8" w:rsidRDefault="00441A2B">
            <w:r>
              <w:rPr>
                <w:sz w:val="20"/>
              </w:rPr>
              <w:t>Saat 09.05 — Saygı duruşu, sirenler ve İstiklâl Marşı</w:t>
            </w:r>
          </w:p>
        </w:tc>
        <w:tc>
          <w:tcPr>
            <w:tcW w:w="2835" w:type="dxa"/>
          </w:tcPr>
          <w:p w:rsidR="003834B8" w:rsidRDefault="00441A2B">
            <w:r>
              <w:rPr>
                <w:sz w:val="20"/>
              </w:rPr>
              <w:t>Tüm okul</w:t>
            </w:r>
          </w:p>
        </w:tc>
        <w:tc>
          <w:tcPr>
            <w:tcW w:w="1304" w:type="dxa"/>
          </w:tcPr>
          <w:p w:rsidR="003834B8" w:rsidRDefault="003834B8"/>
        </w:tc>
      </w:tr>
      <w:tr w:rsidR="003834B8" w:rsidTr="00441A2B">
        <w:tc>
          <w:tcPr>
            <w:tcW w:w="737" w:type="dxa"/>
          </w:tcPr>
          <w:p w:rsidR="003834B8" w:rsidRDefault="00441A2B">
            <w:r>
              <w:rPr>
                <w:sz w:val="20"/>
              </w:rPr>
              <w:t>2</w:t>
            </w:r>
          </w:p>
        </w:tc>
        <w:tc>
          <w:tcPr>
            <w:tcW w:w="4762" w:type="dxa"/>
          </w:tcPr>
          <w:p w:rsidR="003834B8" w:rsidRDefault="00441A2B">
            <w:r>
              <w:rPr>
                <w:sz w:val="20"/>
              </w:rPr>
              <w:t>Açılış ve sunum</w:t>
            </w:r>
          </w:p>
        </w:tc>
        <w:tc>
          <w:tcPr>
            <w:tcW w:w="2835" w:type="dxa"/>
          </w:tcPr>
          <w:p w:rsidR="003834B8" w:rsidRDefault="00441A2B">
            <w:r>
              <w:rPr>
                <w:sz w:val="20"/>
              </w:rPr>
              <w:t>Mustafa Yılmaz – Zeynep Demir</w:t>
            </w:r>
          </w:p>
        </w:tc>
        <w:tc>
          <w:tcPr>
            <w:tcW w:w="1304" w:type="dxa"/>
          </w:tcPr>
          <w:p w:rsidR="003834B8" w:rsidRDefault="00441A2B">
            <w:r>
              <w:rPr>
                <w:sz w:val="20"/>
              </w:rPr>
              <w:t>8/A – 8/B</w:t>
            </w:r>
          </w:p>
        </w:tc>
      </w:tr>
      <w:tr w:rsidR="003834B8" w:rsidTr="00441A2B">
        <w:tc>
          <w:tcPr>
            <w:tcW w:w="737" w:type="dxa"/>
          </w:tcPr>
          <w:p w:rsidR="003834B8" w:rsidRDefault="00441A2B">
            <w:r>
              <w:rPr>
                <w:sz w:val="20"/>
              </w:rPr>
              <w:t>3</w:t>
            </w:r>
          </w:p>
        </w:tc>
        <w:tc>
          <w:tcPr>
            <w:tcW w:w="4762" w:type="dxa"/>
          </w:tcPr>
          <w:p w:rsidR="003834B8" w:rsidRDefault="00441A2B">
            <w:r>
              <w:rPr>
                <w:sz w:val="20"/>
              </w:rPr>
              <w:t>Günün anlam ve önemi (anma konuşması)</w:t>
            </w:r>
          </w:p>
        </w:tc>
        <w:tc>
          <w:tcPr>
            <w:tcW w:w="2835" w:type="dxa"/>
          </w:tcPr>
          <w:p w:rsidR="003834B8" w:rsidRDefault="00441A2B">
            <w:r>
              <w:rPr>
                <w:sz w:val="20"/>
              </w:rPr>
              <w:t>Elif Kaya</w:t>
            </w:r>
          </w:p>
        </w:tc>
        <w:tc>
          <w:tcPr>
            <w:tcW w:w="1304" w:type="dxa"/>
          </w:tcPr>
          <w:p w:rsidR="003834B8" w:rsidRDefault="00441A2B">
            <w:r>
              <w:rPr>
                <w:sz w:val="20"/>
              </w:rPr>
              <w:t>7/A</w:t>
            </w:r>
          </w:p>
        </w:tc>
      </w:tr>
      <w:tr w:rsidR="003834B8" w:rsidTr="00441A2B">
        <w:tc>
          <w:tcPr>
            <w:tcW w:w="737" w:type="dxa"/>
          </w:tcPr>
          <w:p w:rsidR="003834B8" w:rsidRDefault="00441A2B">
            <w:r>
              <w:rPr>
                <w:sz w:val="20"/>
              </w:rPr>
              <w:t>4</w:t>
            </w:r>
          </w:p>
        </w:tc>
        <w:tc>
          <w:tcPr>
            <w:tcW w:w="4762" w:type="dxa"/>
          </w:tcPr>
          <w:p w:rsidR="003834B8" w:rsidRDefault="00441A2B">
            <w:r>
              <w:rPr>
                <w:sz w:val="20"/>
              </w:rPr>
              <w:t xml:space="preserve">“Ata’ya Özlem” </w:t>
            </w:r>
            <w:r>
              <w:rPr>
                <w:sz w:val="20"/>
              </w:rPr>
              <w:t>şiiri</w:t>
            </w:r>
          </w:p>
        </w:tc>
        <w:tc>
          <w:tcPr>
            <w:tcW w:w="2835" w:type="dxa"/>
          </w:tcPr>
          <w:p w:rsidR="003834B8" w:rsidRDefault="00441A2B">
            <w:r>
              <w:rPr>
                <w:sz w:val="20"/>
              </w:rPr>
              <w:t>Ahmet Demir</w:t>
            </w:r>
          </w:p>
        </w:tc>
        <w:tc>
          <w:tcPr>
            <w:tcW w:w="1304" w:type="dxa"/>
          </w:tcPr>
          <w:p w:rsidR="003834B8" w:rsidRDefault="00441A2B">
            <w:r>
              <w:rPr>
                <w:sz w:val="20"/>
              </w:rPr>
              <w:t>5/A</w:t>
            </w:r>
          </w:p>
        </w:tc>
      </w:tr>
      <w:tr w:rsidR="003834B8" w:rsidTr="00441A2B">
        <w:tc>
          <w:tcPr>
            <w:tcW w:w="737" w:type="dxa"/>
          </w:tcPr>
          <w:p w:rsidR="003834B8" w:rsidRDefault="00441A2B">
            <w:r>
              <w:rPr>
                <w:sz w:val="20"/>
              </w:rPr>
              <w:t>5</w:t>
            </w:r>
          </w:p>
        </w:tc>
        <w:tc>
          <w:tcPr>
            <w:tcW w:w="4762" w:type="dxa"/>
          </w:tcPr>
          <w:p w:rsidR="003834B8" w:rsidRDefault="00441A2B">
            <w:r>
              <w:rPr>
                <w:sz w:val="20"/>
              </w:rPr>
              <w:t>Atatürk’ün hayatı (sunum)</w:t>
            </w:r>
          </w:p>
        </w:tc>
        <w:tc>
          <w:tcPr>
            <w:tcW w:w="2835" w:type="dxa"/>
          </w:tcPr>
          <w:p w:rsidR="003834B8" w:rsidRDefault="00441A2B">
            <w:r>
              <w:rPr>
                <w:sz w:val="20"/>
              </w:rPr>
              <w:t>Beren Çelik</w:t>
            </w:r>
          </w:p>
        </w:tc>
        <w:tc>
          <w:tcPr>
            <w:tcW w:w="1304" w:type="dxa"/>
          </w:tcPr>
          <w:p w:rsidR="003834B8" w:rsidRDefault="00441A2B">
            <w:r>
              <w:rPr>
                <w:sz w:val="20"/>
              </w:rPr>
              <w:t>6/B</w:t>
            </w:r>
          </w:p>
        </w:tc>
      </w:tr>
      <w:tr w:rsidR="003834B8" w:rsidTr="00441A2B">
        <w:tc>
          <w:tcPr>
            <w:tcW w:w="737" w:type="dxa"/>
          </w:tcPr>
          <w:p w:rsidR="003834B8" w:rsidRDefault="00441A2B">
            <w:r>
              <w:rPr>
                <w:sz w:val="20"/>
              </w:rPr>
              <w:t>6</w:t>
            </w:r>
          </w:p>
        </w:tc>
        <w:tc>
          <w:tcPr>
            <w:tcW w:w="4762" w:type="dxa"/>
          </w:tcPr>
          <w:p w:rsidR="003834B8" w:rsidRDefault="00441A2B">
            <w:r>
              <w:rPr>
                <w:sz w:val="20"/>
              </w:rPr>
              <w:t>“Seni Unutmadık” şiiri</w:t>
            </w:r>
          </w:p>
        </w:tc>
        <w:tc>
          <w:tcPr>
            <w:tcW w:w="2835" w:type="dxa"/>
          </w:tcPr>
          <w:p w:rsidR="003834B8" w:rsidRDefault="00441A2B">
            <w:r>
              <w:rPr>
                <w:sz w:val="20"/>
              </w:rPr>
              <w:t>Kerem Şahin</w:t>
            </w:r>
          </w:p>
        </w:tc>
        <w:tc>
          <w:tcPr>
            <w:tcW w:w="1304" w:type="dxa"/>
          </w:tcPr>
          <w:p w:rsidR="003834B8" w:rsidRDefault="00441A2B">
            <w:r>
              <w:rPr>
                <w:sz w:val="20"/>
              </w:rPr>
              <w:t>6/A</w:t>
            </w:r>
          </w:p>
        </w:tc>
      </w:tr>
      <w:tr w:rsidR="003834B8" w:rsidTr="00441A2B">
        <w:tc>
          <w:tcPr>
            <w:tcW w:w="737" w:type="dxa"/>
          </w:tcPr>
          <w:p w:rsidR="003834B8" w:rsidRDefault="00441A2B">
            <w:r>
              <w:rPr>
                <w:sz w:val="20"/>
              </w:rPr>
              <w:t>7</w:t>
            </w:r>
          </w:p>
        </w:tc>
        <w:tc>
          <w:tcPr>
            <w:tcW w:w="4762" w:type="dxa"/>
          </w:tcPr>
          <w:p w:rsidR="003834B8" w:rsidRDefault="00441A2B">
            <w:r>
              <w:rPr>
                <w:sz w:val="20"/>
              </w:rPr>
              <w:t>Atatürk’ün eserleri ve ilkeleri (sunum)</w:t>
            </w:r>
          </w:p>
        </w:tc>
        <w:tc>
          <w:tcPr>
            <w:tcW w:w="2835" w:type="dxa"/>
          </w:tcPr>
          <w:p w:rsidR="003834B8" w:rsidRDefault="00441A2B">
            <w:r>
              <w:rPr>
                <w:sz w:val="20"/>
              </w:rPr>
              <w:t>Nisa Öztürk</w:t>
            </w:r>
          </w:p>
        </w:tc>
        <w:tc>
          <w:tcPr>
            <w:tcW w:w="1304" w:type="dxa"/>
          </w:tcPr>
          <w:p w:rsidR="003834B8" w:rsidRDefault="00441A2B">
            <w:r>
              <w:rPr>
                <w:sz w:val="20"/>
              </w:rPr>
              <w:t>7/B</w:t>
            </w:r>
          </w:p>
        </w:tc>
      </w:tr>
      <w:tr w:rsidR="003834B8" w:rsidTr="00441A2B">
        <w:tc>
          <w:tcPr>
            <w:tcW w:w="737" w:type="dxa"/>
          </w:tcPr>
          <w:p w:rsidR="003834B8" w:rsidRDefault="00441A2B">
            <w:r>
              <w:rPr>
                <w:sz w:val="20"/>
              </w:rPr>
              <w:t>8</w:t>
            </w:r>
          </w:p>
        </w:tc>
        <w:tc>
          <w:tcPr>
            <w:tcW w:w="4762" w:type="dxa"/>
          </w:tcPr>
          <w:p w:rsidR="003834B8" w:rsidRDefault="00441A2B">
            <w:r>
              <w:rPr>
                <w:sz w:val="20"/>
              </w:rPr>
              <w:t>“Sonsuz Önder” şiiri</w:t>
            </w:r>
          </w:p>
        </w:tc>
        <w:tc>
          <w:tcPr>
            <w:tcW w:w="2835" w:type="dxa"/>
          </w:tcPr>
          <w:p w:rsidR="003834B8" w:rsidRDefault="00441A2B">
            <w:r>
              <w:rPr>
                <w:sz w:val="20"/>
              </w:rPr>
              <w:t>Ömer Koç</w:t>
            </w:r>
          </w:p>
        </w:tc>
        <w:tc>
          <w:tcPr>
            <w:tcW w:w="1304" w:type="dxa"/>
          </w:tcPr>
          <w:p w:rsidR="003834B8" w:rsidRDefault="00441A2B">
            <w:r>
              <w:rPr>
                <w:sz w:val="20"/>
              </w:rPr>
              <w:t>5/C</w:t>
            </w:r>
          </w:p>
        </w:tc>
      </w:tr>
      <w:tr w:rsidR="003834B8" w:rsidTr="00441A2B">
        <w:tc>
          <w:tcPr>
            <w:tcW w:w="737" w:type="dxa"/>
          </w:tcPr>
          <w:p w:rsidR="003834B8" w:rsidRDefault="00441A2B">
            <w:r>
              <w:rPr>
                <w:sz w:val="20"/>
              </w:rPr>
              <w:t>9</w:t>
            </w:r>
          </w:p>
        </w:tc>
        <w:tc>
          <w:tcPr>
            <w:tcW w:w="4762" w:type="dxa"/>
          </w:tcPr>
          <w:p w:rsidR="003834B8" w:rsidRDefault="00441A2B">
            <w:r>
              <w:rPr>
                <w:sz w:val="20"/>
              </w:rPr>
              <w:t>Atatürk’ün sözleri ve Gençliğe Hitabe’den</w:t>
            </w:r>
          </w:p>
        </w:tc>
        <w:tc>
          <w:tcPr>
            <w:tcW w:w="2835" w:type="dxa"/>
          </w:tcPr>
          <w:p w:rsidR="003834B8" w:rsidRDefault="00441A2B">
            <w:r>
              <w:rPr>
                <w:sz w:val="20"/>
              </w:rPr>
              <w:t xml:space="preserve">Ayşe </w:t>
            </w:r>
            <w:r>
              <w:rPr>
                <w:sz w:val="20"/>
              </w:rPr>
              <w:t>Arslan</w:t>
            </w:r>
          </w:p>
        </w:tc>
        <w:tc>
          <w:tcPr>
            <w:tcW w:w="1304" w:type="dxa"/>
          </w:tcPr>
          <w:p w:rsidR="003834B8" w:rsidRDefault="00441A2B">
            <w:r>
              <w:rPr>
                <w:sz w:val="20"/>
              </w:rPr>
              <w:t>5/B</w:t>
            </w:r>
          </w:p>
        </w:tc>
      </w:tr>
      <w:tr w:rsidR="003834B8" w:rsidTr="00441A2B">
        <w:tc>
          <w:tcPr>
            <w:tcW w:w="737" w:type="dxa"/>
          </w:tcPr>
          <w:p w:rsidR="003834B8" w:rsidRDefault="00441A2B">
            <w:r>
              <w:rPr>
                <w:sz w:val="20"/>
              </w:rPr>
              <w:t>10</w:t>
            </w:r>
          </w:p>
        </w:tc>
        <w:tc>
          <w:tcPr>
            <w:tcW w:w="4762" w:type="dxa"/>
          </w:tcPr>
          <w:p w:rsidR="003834B8" w:rsidRDefault="00441A2B">
            <w:r>
              <w:rPr>
                <w:sz w:val="20"/>
              </w:rPr>
              <w:t>Kapanış</w:t>
            </w:r>
          </w:p>
        </w:tc>
        <w:tc>
          <w:tcPr>
            <w:tcW w:w="2835" w:type="dxa"/>
          </w:tcPr>
          <w:p w:rsidR="003834B8" w:rsidRDefault="00441A2B">
            <w:r>
              <w:rPr>
                <w:sz w:val="20"/>
              </w:rPr>
              <w:t>Mustafa Yılmaz – Zeynep Demir</w:t>
            </w:r>
          </w:p>
        </w:tc>
        <w:tc>
          <w:tcPr>
            <w:tcW w:w="1304" w:type="dxa"/>
          </w:tcPr>
          <w:p w:rsidR="003834B8" w:rsidRDefault="00441A2B">
            <w:r>
              <w:rPr>
                <w:sz w:val="20"/>
              </w:rPr>
              <w:t>8/A – 8/B</w:t>
            </w:r>
          </w:p>
        </w:tc>
      </w:tr>
    </w:tbl>
    <w:p w:rsidR="003834B8" w:rsidRDefault="00441A2B">
      <w:pPr>
        <w:keepNext/>
        <w:pBdr>
          <w:bottom w:val="single" w:sz="8" w:space="2" w:color="8B5E3C"/>
        </w:pBdr>
        <w:spacing w:before="280" w:after="80"/>
      </w:pPr>
      <w:r>
        <w:rPr>
          <w:b/>
          <w:color w:val="4A2A14"/>
          <w:sz w:val="26"/>
        </w:rPr>
        <w:t>SUNUCU METNI</w:t>
      </w:r>
    </w:p>
    <w:p w:rsidR="003834B8" w:rsidRDefault="00441A2B">
      <w:pPr>
        <w:spacing w:after="120"/>
        <w:jc w:val="both"/>
      </w:pPr>
      <w:r>
        <w:rPr>
          <w:b/>
        </w:rPr>
        <w:t>1. Sunucu:</w:t>
      </w:r>
      <w:r>
        <w:t xml:space="preserve"> Sayın Müdürüm, Değerli Öğretmenlerim, Sevgili Arkadaşlar;</w:t>
      </w:r>
    </w:p>
    <w:p w:rsidR="003834B8" w:rsidRDefault="00441A2B">
      <w:pPr>
        <w:spacing w:after="120"/>
        <w:jc w:val="both"/>
      </w:pPr>
      <w:r>
        <w:rPr>
          <w:b/>
        </w:rPr>
        <w:t>2. Sunucu:</w:t>
      </w:r>
      <w:r>
        <w:t xml:space="preserve"> Ulu Önder Gazi Mustafa Kemal Atatürk’ü aramızdan ayrılışının yıl dönümünde saygı, sevgi ve özlemle anmak üzere toplandık. Saat 09.05’te, sirenlerin çalmasıyla birlikte Ata’mızın manevi huzurunda saygı duruşunda bulunuyor ve İstiklâl Marşımızı okuyoruz.</w:t>
      </w:r>
    </w:p>
    <w:p w:rsidR="003834B8" w:rsidRDefault="00441A2B">
      <w:pPr>
        <w:keepNext/>
        <w:spacing w:after="20"/>
      </w:pPr>
      <w:r>
        <w:rPr>
          <w:b/>
          <w:color w:val="4A2A14"/>
        </w:rPr>
        <w:t>1.</w:t>
      </w:r>
      <w:r>
        <w:rPr>
          <w:b/>
          <w:color w:val="4A2A14"/>
        </w:rPr>
        <w:t xml:space="preserve"> Sunucu: </w:t>
      </w:r>
      <w:r>
        <w:rPr>
          <w:i/>
        </w:rPr>
        <w:t>“Ata’m, aradan yıllar geçse de sevgin ve izin hep bizimle.”</w:t>
      </w:r>
    </w:p>
    <w:p w:rsidR="003834B8" w:rsidRDefault="00441A2B">
      <w:pPr>
        <w:spacing w:after="140"/>
      </w:pPr>
      <w:r>
        <w:t xml:space="preserve">Günün anlam ve önemini anlatmak üzere 7/A sınıfından </w:t>
      </w:r>
      <w:r>
        <w:rPr>
          <w:b/>
        </w:rPr>
        <w:t>Elif Kaya</w:t>
      </w:r>
      <w:r>
        <w:t xml:space="preserve"> kürsüye geliyor.</w:t>
      </w:r>
    </w:p>
    <w:p w:rsidR="003834B8" w:rsidRDefault="00441A2B">
      <w:pPr>
        <w:keepNext/>
        <w:spacing w:after="20"/>
      </w:pPr>
      <w:r>
        <w:rPr>
          <w:b/>
          <w:color w:val="4A2A14"/>
        </w:rPr>
        <w:t xml:space="preserve">2. Sunucu: </w:t>
      </w:r>
      <w:r>
        <w:rPr>
          <w:i/>
        </w:rPr>
        <w:t>“Bir milletin gönlünde taht kurmak, en büyük ölümsüzlüktür.”</w:t>
      </w:r>
    </w:p>
    <w:p w:rsidR="003834B8" w:rsidRDefault="00441A2B">
      <w:pPr>
        <w:spacing w:after="140"/>
      </w:pPr>
      <w:r>
        <w:t>“Ata’ya Özlem” şiirini okumak üzere</w:t>
      </w:r>
      <w:r>
        <w:t xml:space="preserve"> 5/A sınıfından </w:t>
      </w:r>
      <w:r>
        <w:rPr>
          <w:b/>
        </w:rPr>
        <w:t>Ahmet Demir</w:t>
      </w:r>
      <w:r>
        <w:t xml:space="preserve"> kürsüye geliyor.</w:t>
      </w:r>
    </w:p>
    <w:p w:rsidR="003834B8" w:rsidRDefault="00441A2B">
      <w:pPr>
        <w:keepNext/>
        <w:spacing w:after="20"/>
      </w:pPr>
      <w:r>
        <w:rPr>
          <w:b/>
          <w:color w:val="4A2A14"/>
        </w:rPr>
        <w:t xml:space="preserve">1. Sunucu: </w:t>
      </w:r>
      <w:r>
        <w:rPr>
          <w:i/>
        </w:rPr>
        <w:t>“Onu tanımak, onu anlamak ve izinde yürümektir asıl anma.”</w:t>
      </w:r>
    </w:p>
    <w:p w:rsidR="003834B8" w:rsidRDefault="00441A2B">
      <w:pPr>
        <w:spacing w:after="140"/>
      </w:pPr>
      <w:r>
        <w:t xml:space="preserve">Atatürk’ün hayatını anlatan sunumu için 6/B sınıfından </w:t>
      </w:r>
      <w:r>
        <w:rPr>
          <w:b/>
        </w:rPr>
        <w:t>Beren Çelik</w:t>
      </w:r>
      <w:r>
        <w:t xml:space="preserve"> kürsüye geliyor.</w:t>
      </w:r>
    </w:p>
    <w:p w:rsidR="003834B8" w:rsidRDefault="00441A2B">
      <w:pPr>
        <w:keepNext/>
        <w:spacing w:after="20"/>
      </w:pPr>
      <w:r>
        <w:rPr>
          <w:b/>
          <w:color w:val="4A2A14"/>
        </w:rPr>
        <w:t xml:space="preserve">2. Sunucu: </w:t>
      </w:r>
      <w:r>
        <w:rPr>
          <w:i/>
        </w:rPr>
        <w:t>“Eserleri, en büyük anıtıdır.”</w:t>
      </w:r>
    </w:p>
    <w:p w:rsidR="003834B8" w:rsidRDefault="00441A2B">
      <w:pPr>
        <w:spacing w:after="140"/>
      </w:pPr>
      <w:r>
        <w:t>“Seni Unutmadık</w:t>
      </w:r>
      <w:r>
        <w:t xml:space="preserve">” şiirini okumak üzere 6/A sınıfından </w:t>
      </w:r>
      <w:r>
        <w:rPr>
          <w:b/>
        </w:rPr>
        <w:t>Kerem Şahin</w:t>
      </w:r>
      <w:r>
        <w:t xml:space="preserve"> kürsüye geliyor.</w:t>
      </w:r>
    </w:p>
    <w:p w:rsidR="003834B8" w:rsidRDefault="00441A2B">
      <w:pPr>
        <w:keepNext/>
        <w:spacing w:after="20"/>
      </w:pPr>
      <w:r>
        <w:rPr>
          <w:b/>
          <w:color w:val="4A2A14"/>
        </w:rPr>
        <w:t xml:space="preserve">1. Sunucu: </w:t>
      </w:r>
      <w:r>
        <w:rPr>
          <w:i/>
        </w:rPr>
        <w:t>“Bıraktığı Cumhuriyet, bize en değerli emanettir.”</w:t>
      </w:r>
    </w:p>
    <w:p w:rsidR="003834B8" w:rsidRDefault="00441A2B">
      <w:pPr>
        <w:spacing w:after="140"/>
      </w:pPr>
      <w:r>
        <w:t xml:space="preserve">Atatürk’ün eserlerini ve ilkelerini anlatmak üzere 7/B sınıfından </w:t>
      </w:r>
      <w:r>
        <w:rPr>
          <w:b/>
        </w:rPr>
        <w:t>Nisa Öztürk</w:t>
      </w:r>
      <w:r>
        <w:t xml:space="preserve"> kürsüye geliyor.</w:t>
      </w:r>
    </w:p>
    <w:p w:rsidR="003834B8" w:rsidRDefault="00441A2B">
      <w:pPr>
        <w:keepNext/>
        <w:spacing w:after="20"/>
      </w:pPr>
      <w:r>
        <w:rPr>
          <w:b/>
          <w:color w:val="4A2A14"/>
        </w:rPr>
        <w:t xml:space="preserve">2. Sunucu: </w:t>
      </w:r>
      <w:r>
        <w:rPr>
          <w:i/>
        </w:rPr>
        <w:t xml:space="preserve">“Hitabesindeki her </w:t>
      </w:r>
      <w:r>
        <w:rPr>
          <w:i/>
        </w:rPr>
        <w:t>söz, bugün de yol gösterir.”</w:t>
      </w:r>
    </w:p>
    <w:p w:rsidR="003834B8" w:rsidRDefault="00441A2B">
      <w:pPr>
        <w:spacing w:after="140"/>
      </w:pPr>
      <w:r>
        <w:t xml:space="preserve">“Sonsuz Önder” şiirini okumak üzere 5/C sınıfından </w:t>
      </w:r>
      <w:r>
        <w:rPr>
          <w:b/>
        </w:rPr>
        <w:t>Ömer Koç</w:t>
      </w:r>
      <w:r>
        <w:t xml:space="preserve"> kürsüye geliyor.</w:t>
      </w:r>
    </w:p>
    <w:p w:rsidR="003834B8" w:rsidRDefault="00441A2B">
      <w:pPr>
        <w:keepNext/>
        <w:spacing w:after="20"/>
      </w:pPr>
      <w:r>
        <w:rPr>
          <w:b/>
          <w:color w:val="4A2A14"/>
        </w:rPr>
        <w:t xml:space="preserve">1. Sunucu: </w:t>
      </w:r>
      <w:r>
        <w:rPr>
          <w:i/>
        </w:rPr>
        <w:t>“Söz ondan, yürümek bizden.”</w:t>
      </w:r>
    </w:p>
    <w:p w:rsidR="003834B8" w:rsidRDefault="00441A2B">
      <w:pPr>
        <w:spacing w:after="140"/>
      </w:pPr>
      <w:r>
        <w:t xml:space="preserve">Atatürk’ün sözlerini ve Gençliğe Hitabe’den bir bölümü okumak üzere 5/B sınıfından </w:t>
      </w:r>
      <w:r>
        <w:rPr>
          <w:b/>
        </w:rPr>
        <w:t>Ayşe Arslan</w:t>
      </w:r>
      <w:r>
        <w:t xml:space="preserve"> kürsüye geliyor</w:t>
      </w:r>
      <w:r>
        <w:t>.</w:t>
      </w:r>
    </w:p>
    <w:p w:rsidR="003834B8" w:rsidRDefault="00441A2B">
      <w:pPr>
        <w:spacing w:after="120"/>
        <w:jc w:val="both"/>
      </w:pPr>
      <w:r>
        <w:rPr>
          <w:b/>
        </w:rPr>
        <w:t>1. Sunucu:</w:t>
      </w:r>
      <w:r>
        <w:t xml:space="preserve"> Atatürk’ü anma programımız burada sona ermiştir. Onun bize emanet ettiği Cumhuriyeti ve değerleri yaşatacağımıza söz veriyor; aziz hatırası önünde bir kez daha saygıyla eğiliyoruz. Bizi dinlediğiniz için teşekkür ederiz.</w:t>
      </w:r>
    </w:p>
    <w:p w:rsidR="003834B8" w:rsidRDefault="00441A2B">
      <w:pPr>
        <w:keepNext/>
        <w:pBdr>
          <w:bottom w:val="single" w:sz="8" w:space="2" w:color="8B5E3C"/>
        </w:pBdr>
        <w:spacing w:before="280" w:after="80"/>
      </w:pPr>
      <w:r>
        <w:rPr>
          <w:b/>
          <w:color w:val="4A2A14"/>
          <w:sz w:val="26"/>
        </w:rPr>
        <w:lastRenderedPageBreak/>
        <w:t>GÜNÜN ANLAM VE ÖNEMI (</w:t>
      </w:r>
      <w:r>
        <w:rPr>
          <w:b/>
          <w:color w:val="4A2A14"/>
          <w:sz w:val="26"/>
        </w:rPr>
        <w:t>ANMA KONUŞMASI)</w:t>
      </w:r>
    </w:p>
    <w:p w:rsidR="003834B8" w:rsidRDefault="00441A2B">
      <w:pPr>
        <w:spacing w:after="120"/>
        <w:jc w:val="both"/>
      </w:pPr>
      <w:r>
        <w:t>Sayın Müdürüm, değerli öğretmenlerim, sevgili arkadaşlar;</w:t>
      </w:r>
    </w:p>
    <w:p w:rsidR="003834B8" w:rsidRDefault="00441A2B">
      <w:pPr>
        <w:spacing w:after="120"/>
        <w:jc w:val="both"/>
      </w:pPr>
      <w:r>
        <w:t xml:space="preserve">Bugün, </w:t>
      </w:r>
      <w:r>
        <w:rPr>
          <w:b/>
        </w:rPr>
        <w:t>10 Kasım</w:t>
      </w:r>
      <w:r>
        <w:t xml:space="preserve">. Türk milletinin bağımsızlık ve çağdaşlaşma yolundaki en büyük önderi </w:t>
      </w:r>
      <w:r>
        <w:rPr>
          <w:b/>
        </w:rPr>
        <w:t>Gazi Mustafa Kemal Atatürk</w:t>
      </w:r>
      <w:r>
        <w:t>’ü, aramızdan ayrılışının yıl dönümünde derin bir özlemle anıyoruz. At</w:t>
      </w:r>
      <w:r>
        <w:t xml:space="preserve">atürk, </w:t>
      </w:r>
      <w:r>
        <w:rPr>
          <w:b/>
        </w:rPr>
        <w:t>10 Kasım 1938</w:t>
      </w:r>
      <w:r>
        <w:t xml:space="preserve">’de saat </w:t>
      </w:r>
      <w:r>
        <w:rPr>
          <w:b/>
        </w:rPr>
        <w:t>09.05</w:t>
      </w:r>
      <w:r>
        <w:t>’te İstanbul’da Dolmabahçe Sarayı’nda hayata gözlerini yummuştur. O günden beri her yıl 10 Kasım saat 09.05’te, bütün yurtta sirenler çalar ve milletçe saygı duruşunda bulunuruz.</w:t>
      </w:r>
    </w:p>
    <w:p w:rsidR="003834B8" w:rsidRDefault="00441A2B">
      <w:pPr>
        <w:spacing w:after="120"/>
        <w:jc w:val="both"/>
      </w:pPr>
      <w:r>
        <w:t>Atatürk, Birinci Dünya Savaşı sonrası işgal</w:t>
      </w:r>
      <w:r>
        <w:t xml:space="preserve">e uğrayan vatanımızı, </w:t>
      </w:r>
      <w:r>
        <w:rPr>
          <w:b/>
        </w:rPr>
        <w:t>Kurtuluş Savaşı</w:t>
      </w:r>
      <w:r>
        <w:t xml:space="preserve">’nı zafere ulaştırarak düşman işgalinden kurtarmıştır. Ardından </w:t>
      </w:r>
      <w:r>
        <w:rPr>
          <w:b/>
        </w:rPr>
        <w:t>29 Ekim 1923</w:t>
      </w:r>
      <w:r>
        <w:t xml:space="preserve">’te Cumhuriyeti ilan etmiş; eğitimden hukuka, ekonomiden kültüre kadar pek çok alanda </w:t>
      </w:r>
      <w:r>
        <w:rPr>
          <w:b/>
        </w:rPr>
        <w:t>inkılaplar</w:t>
      </w:r>
      <w:r>
        <w:t xml:space="preserve"> gerçekleştirerek ülkemizi çağdaş uygarlık yolu</w:t>
      </w:r>
      <w:r>
        <w:t>nda ileri taşımıştır.</w:t>
      </w:r>
    </w:p>
    <w:p w:rsidR="003834B8" w:rsidRDefault="00441A2B">
      <w:pPr>
        <w:spacing w:after="120"/>
        <w:jc w:val="both"/>
      </w:pPr>
      <w:r>
        <w:t xml:space="preserve">Atatürk yalnızca bir asker ya da devlet adamı değil; aynı zamanda büyük bir </w:t>
      </w:r>
      <w:r>
        <w:rPr>
          <w:b/>
        </w:rPr>
        <w:t>düşünür, eğitimci ve önderdir</w:t>
      </w:r>
      <w:r>
        <w:t xml:space="preserve">. Milletine olan sonsuz inancıyla “Egemenlik kayıtsız şartsız milletindir” demiş; en büyük eseri saydığı Cumhuriyeti </w:t>
      </w:r>
      <w:r>
        <w:rPr>
          <w:b/>
        </w:rPr>
        <w:t>Türk gençliğ</w:t>
      </w:r>
      <w:r>
        <w:rPr>
          <w:b/>
        </w:rPr>
        <w:t>ine</w:t>
      </w:r>
      <w:r>
        <w:t xml:space="preserve"> emanet etmiştir.</w:t>
      </w:r>
    </w:p>
    <w:p w:rsidR="003834B8" w:rsidRDefault="00441A2B">
      <w:pPr>
        <w:spacing w:after="120"/>
        <w:jc w:val="both"/>
      </w:pPr>
      <w:r>
        <w:t xml:space="preserve">Atatürk’ü gerçekten anmak; onu sevmek, tanımak, anlamak ve en önemlisi </w:t>
      </w:r>
      <w:r>
        <w:rPr>
          <w:b/>
        </w:rPr>
        <w:t>izinde yürümektir</w:t>
      </w:r>
      <w:r>
        <w:t>. Çok çalışmak, bilime ve akla değer vermek, vatanımızı ve Cumhuriyetimizi korumak, onun bize bıraktığı en güzel görevdir. Aziz hatırası önünde say</w:t>
      </w:r>
      <w:r>
        <w:t>gıyla eğiliyor, onu rahmet ve minnetle anıyorum.</w:t>
      </w:r>
    </w:p>
    <w:p w:rsidR="003834B8" w:rsidRDefault="00441A2B">
      <w:pPr>
        <w:keepNext/>
        <w:pBdr>
          <w:bottom w:val="single" w:sz="8" w:space="2" w:color="8B5E3C"/>
        </w:pBdr>
        <w:spacing w:before="280" w:after="80"/>
      </w:pPr>
      <w:r>
        <w:rPr>
          <w:b/>
          <w:color w:val="4A2A14"/>
          <w:sz w:val="26"/>
        </w:rPr>
        <w:t>ATA’YA ÖZLEM</w:t>
      </w:r>
    </w:p>
    <w:tbl>
      <w:tblPr>
        <w:tblW w:w="0" w:type="auto"/>
        <w:jc w:val="center"/>
        <w:tblLook w:val="04A0" w:firstRow="1" w:lastRow="0" w:firstColumn="1" w:lastColumn="0" w:noHBand="0" w:noVBand="1"/>
      </w:tblPr>
      <w:tblGrid>
        <w:gridCol w:w="4819"/>
        <w:gridCol w:w="4819"/>
      </w:tblGrid>
      <w:tr w:rsidR="003834B8">
        <w:trPr>
          <w:jc w:val="center"/>
        </w:trPr>
        <w:tc>
          <w:tcPr>
            <w:tcW w:w="4819" w:type="dxa"/>
          </w:tcPr>
          <w:p w:rsidR="003834B8" w:rsidRDefault="00441A2B">
            <w:pPr>
              <w:spacing w:after="160"/>
            </w:pPr>
            <w:r>
              <w:rPr>
                <w:i/>
                <w:sz w:val="21"/>
              </w:rPr>
              <w:t>Durur saatler dokuzu beş geçe,</w:t>
            </w:r>
            <w:r>
              <w:rPr>
                <w:i/>
                <w:sz w:val="21"/>
              </w:rPr>
              <w:br/>
              <w:t>Susar her ses, eğilir başlar;</w:t>
            </w:r>
            <w:r>
              <w:rPr>
                <w:i/>
                <w:sz w:val="21"/>
              </w:rPr>
              <w:br/>
              <w:t>Bir millet aynı anda anar seni,</w:t>
            </w:r>
            <w:r>
              <w:rPr>
                <w:i/>
                <w:sz w:val="21"/>
              </w:rPr>
              <w:br/>
              <w:t>Gözlerde ışıldar sıcak yaşlar.</w:t>
            </w:r>
          </w:p>
          <w:p w:rsidR="003834B8" w:rsidRDefault="00441A2B">
            <w:pPr>
              <w:spacing w:after="160"/>
            </w:pPr>
            <w:r>
              <w:rPr>
                <w:i/>
                <w:sz w:val="21"/>
              </w:rPr>
              <w:t>Rahat uyu ey büyük önder,</w:t>
            </w:r>
            <w:r>
              <w:rPr>
                <w:i/>
                <w:sz w:val="21"/>
              </w:rPr>
              <w:br/>
              <w:t>Emanetin emin ellerde;</w:t>
            </w:r>
            <w:r>
              <w:rPr>
                <w:i/>
                <w:sz w:val="21"/>
              </w:rPr>
              <w:br/>
              <w:t>İzinden yürür bu genç</w:t>
            </w:r>
            <w:r>
              <w:rPr>
                <w:i/>
                <w:sz w:val="21"/>
              </w:rPr>
              <w:t xml:space="preserve"> nesil,</w:t>
            </w:r>
            <w:r>
              <w:rPr>
                <w:i/>
                <w:sz w:val="21"/>
              </w:rPr>
              <w:br/>
              <w:t>Vatan sağ olsun, sen gönüllerde.</w:t>
            </w:r>
          </w:p>
        </w:tc>
        <w:tc>
          <w:tcPr>
            <w:tcW w:w="4819" w:type="dxa"/>
          </w:tcPr>
          <w:p w:rsidR="003834B8" w:rsidRDefault="00441A2B">
            <w:pPr>
              <w:spacing w:after="160"/>
            </w:pPr>
            <w:r>
              <w:rPr>
                <w:i/>
                <w:sz w:val="21"/>
              </w:rPr>
              <w:t>Yıllar geçse de özlemin taze,</w:t>
            </w:r>
            <w:r>
              <w:rPr>
                <w:i/>
                <w:sz w:val="21"/>
              </w:rPr>
              <w:br/>
              <w:t>Adın dilde, sevgin yürekte;</w:t>
            </w:r>
            <w:r>
              <w:rPr>
                <w:i/>
                <w:sz w:val="21"/>
              </w:rPr>
              <w:br/>
              <w:t>Sen bir güneş gibi doğdun bize,</w:t>
            </w:r>
            <w:r>
              <w:rPr>
                <w:i/>
                <w:sz w:val="21"/>
              </w:rPr>
              <w:br/>
              <w:t>Işığın sönmez hiçbir gecede.</w:t>
            </w:r>
          </w:p>
        </w:tc>
      </w:tr>
    </w:tbl>
    <w:p w:rsidR="003834B8" w:rsidRDefault="00441A2B">
      <w:pPr>
        <w:keepNext/>
        <w:pBdr>
          <w:bottom w:val="single" w:sz="8" w:space="2" w:color="8B5E3C"/>
        </w:pBdr>
        <w:spacing w:before="280" w:after="80"/>
      </w:pPr>
      <w:r>
        <w:rPr>
          <w:b/>
          <w:color w:val="4A2A14"/>
          <w:sz w:val="26"/>
        </w:rPr>
        <w:t>SENI UNUTMADIK</w:t>
      </w:r>
    </w:p>
    <w:tbl>
      <w:tblPr>
        <w:tblW w:w="0" w:type="auto"/>
        <w:jc w:val="center"/>
        <w:tblLook w:val="04A0" w:firstRow="1" w:lastRow="0" w:firstColumn="1" w:lastColumn="0" w:noHBand="0" w:noVBand="1"/>
      </w:tblPr>
      <w:tblGrid>
        <w:gridCol w:w="4819"/>
        <w:gridCol w:w="4819"/>
      </w:tblGrid>
      <w:tr w:rsidR="003834B8">
        <w:trPr>
          <w:jc w:val="center"/>
        </w:trPr>
        <w:tc>
          <w:tcPr>
            <w:tcW w:w="4819" w:type="dxa"/>
          </w:tcPr>
          <w:p w:rsidR="003834B8" w:rsidRDefault="00441A2B">
            <w:pPr>
              <w:spacing w:after="160"/>
            </w:pPr>
            <w:r>
              <w:rPr>
                <w:i/>
                <w:sz w:val="21"/>
              </w:rPr>
              <w:t>Ne zaman dalgalansa bayrağımız,</w:t>
            </w:r>
            <w:r>
              <w:rPr>
                <w:i/>
                <w:sz w:val="21"/>
              </w:rPr>
              <w:br/>
              <w:t>Seni görürüz o al renkte;</w:t>
            </w:r>
            <w:r>
              <w:rPr>
                <w:i/>
                <w:sz w:val="21"/>
              </w:rPr>
              <w:br/>
              <w:t>Ne zaman okunsa İstikl</w:t>
            </w:r>
            <w:r>
              <w:rPr>
                <w:i/>
                <w:sz w:val="21"/>
              </w:rPr>
              <w:t>âl Marşı,</w:t>
            </w:r>
            <w:r>
              <w:rPr>
                <w:i/>
                <w:sz w:val="21"/>
              </w:rPr>
              <w:br/>
              <w:t>Seni duyarız her bir yürekte.</w:t>
            </w:r>
          </w:p>
          <w:p w:rsidR="003834B8" w:rsidRDefault="00441A2B">
            <w:pPr>
              <w:spacing w:after="160"/>
            </w:pPr>
            <w:r>
              <w:rPr>
                <w:i/>
                <w:sz w:val="21"/>
              </w:rPr>
              <w:t>Seni unutmadık, unutmayacağız,</w:t>
            </w:r>
            <w:r>
              <w:rPr>
                <w:i/>
                <w:sz w:val="21"/>
              </w:rPr>
              <w:br/>
              <w:t>Ata’m, rehberimiz sensin bugün de;</w:t>
            </w:r>
            <w:r>
              <w:rPr>
                <w:i/>
                <w:sz w:val="21"/>
              </w:rPr>
              <w:br/>
              <w:t>Sözünü tutacak genç nesil,</w:t>
            </w:r>
            <w:r>
              <w:rPr>
                <w:i/>
                <w:sz w:val="21"/>
              </w:rPr>
              <w:br/>
              <w:t>Yürüyecek senin izinde.</w:t>
            </w:r>
          </w:p>
        </w:tc>
        <w:tc>
          <w:tcPr>
            <w:tcW w:w="4819" w:type="dxa"/>
          </w:tcPr>
          <w:p w:rsidR="003834B8" w:rsidRDefault="00441A2B">
            <w:pPr>
              <w:spacing w:after="160"/>
            </w:pPr>
            <w:r>
              <w:rPr>
                <w:i/>
                <w:sz w:val="21"/>
              </w:rPr>
              <w:t>Okullarda, kitaplarda, türkülerde,</w:t>
            </w:r>
            <w:r>
              <w:rPr>
                <w:i/>
                <w:sz w:val="21"/>
              </w:rPr>
              <w:br/>
              <w:t>Sen varsın, hep yaşıyorsun;</w:t>
            </w:r>
            <w:r>
              <w:rPr>
                <w:i/>
                <w:sz w:val="21"/>
              </w:rPr>
              <w:br/>
              <w:t>Bir fikir, bir ışık, bir yol olarak</w:t>
            </w:r>
            <w:r>
              <w:rPr>
                <w:i/>
                <w:sz w:val="21"/>
              </w:rPr>
              <w:br/>
            </w:r>
            <w:r>
              <w:rPr>
                <w:i/>
                <w:sz w:val="21"/>
              </w:rPr>
              <w:t>Milletinin kalbinde duruyorsun.</w:t>
            </w:r>
          </w:p>
        </w:tc>
      </w:tr>
    </w:tbl>
    <w:p w:rsidR="003834B8" w:rsidRDefault="00441A2B">
      <w:pPr>
        <w:keepNext/>
        <w:pBdr>
          <w:bottom w:val="single" w:sz="8" w:space="2" w:color="8B5E3C"/>
        </w:pBdr>
        <w:spacing w:before="280" w:after="80"/>
      </w:pPr>
      <w:r>
        <w:rPr>
          <w:b/>
          <w:color w:val="4A2A14"/>
          <w:sz w:val="26"/>
        </w:rPr>
        <w:t>SONSUZ ÖNDER</w:t>
      </w:r>
    </w:p>
    <w:tbl>
      <w:tblPr>
        <w:tblW w:w="0" w:type="auto"/>
        <w:jc w:val="center"/>
        <w:tblLook w:val="04A0" w:firstRow="1" w:lastRow="0" w:firstColumn="1" w:lastColumn="0" w:noHBand="0" w:noVBand="1"/>
      </w:tblPr>
      <w:tblGrid>
        <w:gridCol w:w="4819"/>
        <w:gridCol w:w="4819"/>
      </w:tblGrid>
      <w:tr w:rsidR="003834B8">
        <w:trPr>
          <w:jc w:val="center"/>
        </w:trPr>
        <w:tc>
          <w:tcPr>
            <w:tcW w:w="4819" w:type="dxa"/>
          </w:tcPr>
          <w:p w:rsidR="003834B8" w:rsidRDefault="00441A2B">
            <w:pPr>
              <w:spacing w:after="160"/>
            </w:pPr>
            <w:r>
              <w:rPr>
                <w:i/>
                <w:sz w:val="21"/>
              </w:rPr>
              <w:t>Bir adam düşün, bir milleti</w:t>
            </w:r>
            <w:r>
              <w:rPr>
                <w:i/>
                <w:sz w:val="21"/>
              </w:rPr>
              <w:br/>
              <w:t>Yokluktan var eden, küllerden;</w:t>
            </w:r>
            <w:r>
              <w:rPr>
                <w:i/>
                <w:sz w:val="21"/>
              </w:rPr>
              <w:br/>
              <w:t>Zaferle taçlandıran yurdu,</w:t>
            </w:r>
            <w:r>
              <w:rPr>
                <w:i/>
                <w:sz w:val="21"/>
              </w:rPr>
              <w:br/>
              <w:t>Korkmadan, yılmadan, bükülmeden.</w:t>
            </w:r>
          </w:p>
          <w:p w:rsidR="003834B8" w:rsidRDefault="00441A2B">
            <w:pPr>
              <w:spacing w:after="160"/>
            </w:pPr>
            <w:r>
              <w:rPr>
                <w:i/>
                <w:sz w:val="21"/>
              </w:rPr>
              <w:t>Ölüm yok sana, ey büyük insan,</w:t>
            </w:r>
            <w:r>
              <w:rPr>
                <w:i/>
                <w:sz w:val="21"/>
              </w:rPr>
              <w:br/>
            </w:r>
            <w:r>
              <w:rPr>
                <w:i/>
                <w:sz w:val="21"/>
              </w:rPr>
              <w:lastRenderedPageBreak/>
              <w:t>Fikirlerinle yaşarsın hep;</w:t>
            </w:r>
            <w:r>
              <w:rPr>
                <w:i/>
                <w:sz w:val="21"/>
              </w:rPr>
              <w:br/>
              <w:t>Sonsuz bir önder oldun bize,</w:t>
            </w:r>
            <w:r>
              <w:rPr>
                <w:i/>
                <w:sz w:val="21"/>
              </w:rPr>
              <w:br/>
              <w:t>Yolu</w:t>
            </w:r>
            <w:r>
              <w:rPr>
                <w:i/>
                <w:sz w:val="21"/>
              </w:rPr>
              <w:t>n aydınlık, izin muhteşem.</w:t>
            </w:r>
          </w:p>
        </w:tc>
        <w:tc>
          <w:tcPr>
            <w:tcW w:w="4819" w:type="dxa"/>
          </w:tcPr>
          <w:p w:rsidR="003834B8" w:rsidRDefault="00441A2B">
            <w:pPr>
              <w:spacing w:after="160"/>
            </w:pPr>
            <w:r>
              <w:rPr>
                <w:i/>
                <w:sz w:val="21"/>
              </w:rPr>
              <w:lastRenderedPageBreak/>
              <w:t>Cumhuriyeti armağan etti,</w:t>
            </w:r>
            <w:r>
              <w:rPr>
                <w:i/>
                <w:sz w:val="21"/>
              </w:rPr>
              <w:br/>
              <w:t>En güzel miras, en değerli;</w:t>
            </w:r>
            <w:r>
              <w:rPr>
                <w:i/>
                <w:sz w:val="21"/>
              </w:rPr>
              <w:br/>
              <w:t>“Benim eserim gençliktir” dedi,</w:t>
            </w:r>
            <w:r>
              <w:rPr>
                <w:i/>
                <w:sz w:val="21"/>
              </w:rPr>
              <w:br/>
              <w:t>Gözü hep ileride, çağdaş, diri.</w:t>
            </w:r>
          </w:p>
        </w:tc>
      </w:tr>
    </w:tbl>
    <w:p w:rsidR="003834B8" w:rsidRDefault="00441A2B">
      <w:pPr>
        <w:keepNext/>
        <w:pBdr>
          <w:bottom w:val="single" w:sz="8" w:space="2" w:color="8B5E3C"/>
        </w:pBdr>
        <w:spacing w:before="280" w:after="80"/>
      </w:pPr>
      <w:r>
        <w:rPr>
          <w:b/>
          <w:color w:val="4A2A14"/>
          <w:sz w:val="26"/>
        </w:rPr>
        <w:lastRenderedPageBreak/>
        <w:t>ATATÜRK’ÜN HAYATI (SUNUM METNI)</w:t>
      </w:r>
    </w:p>
    <w:p w:rsidR="003834B8" w:rsidRDefault="00441A2B">
      <w:pPr>
        <w:pStyle w:val="ListeMaddemi"/>
        <w:spacing w:after="60"/>
      </w:pPr>
      <w:r>
        <w:rPr>
          <w:b/>
        </w:rPr>
        <w:t>Mustafa Kemal Atatürk</w:t>
      </w:r>
      <w:r>
        <w:t xml:space="preserve">, 1881 yılında </w:t>
      </w:r>
      <w:r>
        <w:rPr>
          <w:b/>
        </w:rPr>
        <w:t>Selânik</w:t>
      </w:r>
      <w:r>
        <w:t xml:space="preserve">’te doğdu; askerî okullarda eğitim </w:t>
      </w:r>
      <w:r>
        <w:t>gördü.</w:t>
      </w:r>
    </w:p>
    <w:p w:rsidR="003834B8" w:rsidRDefault="00441A2B">
      <w:pPr>
        <w:pStyle w:val="ListeMaddemi"/>
        <w:spacing w:after="60"/>
      </w:pPr>
      <w:r>
        <w:rPr>
          <w:b/>
        </w:rPr>
        <w:t>Çanakkale Savaşları</w:t>
      </w:r>
      <w:r>
        <w:t>’nda gösterdiği başarıyla tanındı: “Ben size taarruzu değil, ölmeyi emrediyorum.”</w:t>
      </w:r>
    </w:p>
    <w:p w:rsidR="003834B8" w:rsidRDefault="00441A2B">
      <w:pPr>
        <w:pStyle w:val="ListeMaddemi"/>
        <w:spacing w:after="60"/>
      </w:pPr>
      <w:r>
        <w:rPr>
          <w:b/>
        </w:rPr>
        <w:t>19 Mayıs 1919</w:t>
      </w:r>
      <w:r>
        <w:t xml:space="preserve">’da Samsun’a çıkarak </w:t>
      </w:r>
      <w:r>
        <w:rPr>
          <w:b/>
        </w:rPr>
        <w:t>Millî Mücadele</w:t>
      </w:r>
      <w:r>
        <w:t>’yi başlattı; Kurtuluş Savaşı’nı zafere ulaştırdı.</w:t>
      </w:r>
    </w:p>
    <w:p w:rsidR="003834B8" w:rsidRDefault="00441A2B">
      <w:pPr>
        <w:pStyle w:val="ListeMaddemi"/>
        <w:spacing w:after="60"/>
      </w:pPr>
      <w:r>
        <w:rPr>
          <w:b/>
        </w:rPr>
        <w:t>29 Ekim 1923</w:t>
      </w:r>
      <w:r>
        <w:t xml:space="preserve">’te </w:t>
      </w:r>
      <w:r>
        <w:rPr>
          <w:b/>
        </w:rPr>
        <w:t>Cumhuriyet</w:t>
      </w:r>
      <w:r>
        <w:t>’i ilan etti ve ilk Cum</w:t>
      </w:r>
      <w:r>
        <w:t>hurbaşkanı oldu.</w:t>
      </w:r>
    </w:p>
    <w:p w:rsidR="003834B8" w:rsidRDefault="00441A2B">
      <w:pPr>
        <w:pStyle w:val="ListeMaddemi"/>
        <w:spacing w:after="60"/>
      </w:pPr>
      <w:r>
        <w:t xml:space="preserve">Eğitim, hukuk, ekonomi ve kültür alanlarında </w:t>
      </w:r>
      <w:r>
        <w:rPr>
          <w:b/>
        </w:rPr>
        <w:t>inkılaplar</w:t>
      </w:r>
      <w:r>
        <w:t xml:space="preserve"> gerçekleştirdi.</w:t>
      </w:r>
    </w:p>
    <w:p w:rsidR="003834B8" w:rsidRDefault="00441A2B">
      <w:pPr>
        <w:pStyle w:val="ListeMaddemi"/>
        <w:spacing w:after="60"/>
      </w:pPr>
      <w:r>
        <w:rPr>
          <w:b/>
        </w:rPr>
        <w:t>10 Kasım 1938</w:t>
      </w:r>
      <w:r>
        <w:t xml:space="preserve">’de saat </w:t>
      </w:r>
      <w:r>
        <w:rPr>
          <w:b/>
        </w:rPr>
        <w:t>09.05</w:t>
      </w:r>
      <w:r>
        <w:t xml:space="preserve">’te Dolmabahçe Sarayı’nda vefat etti; naaşı Ankara’da </w:t>
      </w:r>
      <w:r>
        <w:rPr>
          <w:b/>
        </w:rPr>
        <w:t>Anıtkabir</w:t>
      </w:r>
      <w:r>
        <w:t>’dedir.</w:t>
      </w:r>
    </w:p>
    <w:p w:rsidR="003834B8" w:rsidRDefault="00441A2B">
      <w:pPr>
        <w:keepNext/>
        <w:pBdr>
          <w:bottom w:val="single" w:sz="8" w:space="2" w:color="8B5E3C"/>
        </w:pBdr>
        <w:spacing w:before="280" w:after="80"/>
      </w:pPr>
      <w:r>
        <w:rPr>
          <w:b/>
          <w:color w:val="4A2A14"/>
          <w:sz w:val="26"/>
        </w:rPr>
        <w:t>ATATÜRK’ÜN ESERLERI VE İLKELERI</w:t>
      </w:r>
    </w:p>
    <w:p w:rsidR="003834B8" w:rsidRDefault="00441A2B">
      <w:pPr>
        <w:spacing w:after="120"/>
        <w:jc w:val="both"/>
      </w:pPr>
      <w:r>
        <w:t xml:space="preserve">Atatürk’ün ilkeleri (Altı Ok) </w:t>
      </w:r>
      <w:r>
        <w:t>şunlardır:</w:t>
      </w:r>
    </w:p>
    <w:p w:rsidR="003834B8" w:rsidRDefault="00441A2B">
      <w:pPr>
        <w:pStyle w:val="ListeMaddemi"/>
        <w:spacing w:after="60"/>
      </w:pPr>
      <w:r>
        <w:rPr>
          <w:b/>
        </w:rPr>
        <w:t>Cumhuriyetçilik:</w:t>
      </w:r>
      <w:r>
        <w:t xml:space="preserve"> Egemenliğin millete ait olması.</w:t>
      </w:r>
    </w:p>
    <w:p w:rsidR="003834B8" w:rsidRDefault="00441A2B">
      <w:pPr>
        <w:pStyle w:val="ListeMaddemi"/>
        <w:spacing w:after="60"/>
      </w:pPr>
      <w:r>
        <w:rPr>
          <w:b/>
        </w:rPr>
        <w:t>Milliyetçilik:</w:t>
      </w:r>
      <w:r>
        <w:t xml:space="preserve"> Millet sevgisi ve birlik-beraberlik.</w:t>
      </w:r>
    </w:p>
    <w:p w:rsidR="003834B8" w:rsidRDefault="00441A2B">
      <w:pPr>
        <w:pStyle w:val="ListeMaddemi"/>
        <w:spacing w:after="60"/>
      </w:pPr>
      <w:r>
        <w:rPr>
          <w:b/>
        </w:rPr>
        <w:t>Halkçılık:</w:t>
      </w:r>
      <w:r>
        <w:t xml:space="preserve"> Herkesin kanun önünde eşit olması.</w:t>
      </w:r>
    </w:p>
    <w:p w:rsidR="003834B8" w:rsidRDefault="00441A2B">
      <w:pPr>
        <w:pStyle w:val="ListeMaddemi"/>
        <w:spacing w:after="60"/>
      </w:pPr>
      <w:r>
        <w:rPr>
          <w:b/>
        </w:rPr>
        <w:t>Devletçilik:</w:t>
      </w:r>
      <w:r>
        <w:t xml:space="preserve"> Devletin ekonomiyi ve kalkınmayı desteklemesi.</w:t>
      </w:r>
    </w:p>
    <w:p w:rsidR="003834B8" w:rsidRDefault="00441A2B">
      <w:pPr>
        <w:pStyle w:val="ListeMaddemi"/>
        <w:spacing w:after="60"/>
      </w:pPr>
      <w:r>
        <w:rPr>
          <w:b/>
        </w:rPr>
        <w:t>Laiklik:</w:t>
      </w:r>
      <w:r>
        <w:t xml:space="preserve"> Din ve devlet işlerinin ayrıl</w:t>
      </w:r>
      <w:r>
        <w:t>ması, inanç özgürlüğü.</w:t>
      </w:r>
    </w:p>
    <w:p w:rsidR="003834B8" w:rsidRDefault="00441A2B">
      <w:pPr>
        <w:pStyle w:val="ListeMaddemi"/>
        <w:spacing w:after="60"/>
      </w:pPr>
      <w:r>
        <w:rPr>
          <w:b/>
        </w:rPr>
        <w:t>İnkılapçılık:</w:t>
      </w:r>
      <w:r>
        <w:t xml:space="preserve"> Çağın gereklerine göre sürekli yenilenmek.</w:t>
      </w:r>
    </w:p>
    <w:p w:rsidR="003834B8" w:rsidRDefault="00441A2B">
      <w:pPr>
        <w:keepNext/>
        <w:pBdr>
          <w:bottom w:val="single" w:sz="8" w:space="2" w:color="8B5E3C"/>
        </w:pBdr>
        <w:spacing w:before="280" w:after="80"/>
      </w:pPr>
      <w:r>
        <w:rPr>
          <w:b/>
          <w:color w:val="4A2A14"/>
          <w:sz w:val="26"/>
        </w:rPr>
        <w:t>ATATÜRK’ÜN SÖZLERINDEN</w:t>
      </w:r>
    </w:p>
    <w:p w:rsidR="003834B8" w:rsidRDefault="00441A2B">
      <w:pPr>
        <w:pStyle w:val="ListeMaddemi"/>
        <w:spacing w:after="60"/>
      </w:pPr>
      <w:r>
        <w:t>“Egemenlik kayıtsız şartsız milletindir.”</w:t>
      </w:r>
    </w:p>
    <w:p w:rsidR="003834B8" w:rsidRDefault="00441A2B">
      <w:pPr>
        <w:pStyle w:val="ListeMaddemi"/>
        <w:spacing w:after="60"/>
      </w:pPr>
      <w:r>
        <w:t>“Hayatta en hakiki mürşit ilimdir.”</w:t>
      </w:r>
    </w:p>
    <w:p w:rsidR="003834B8" w:rsidRDefault="00441A2B">
      <w:pPr>
        <w:pStyle w:val="ListeMaddemi"/>
        <w:spacing w:after="60"/>
      </w:pPr>
      <w:r>
        <w:t>“Yurtta sulh, cihanda sulh.”</w:t>
      </w:r>
    </w:p>
    <w:p w:rsidR="003834B8" w:rsidRDefault="00441A2B">
      <w:pPr>
        <w:pStyle w:val="ListeMaddemi"/>
        <w:spacing w:after="60"/>
      </w:pPr>
      <w:r>
        <w:t>“Ne mutlu Türküm diyene!”</w:t>
      </w:r>
    </w:p>
    <w:p w:rsidR="003834B8" w:rsidRDefault="00441A2B">
      <w:pPr>
        <w:pStyle w:val="ListeMaddemi"/>
        <w:spacing w:after="60"/>
      </w:pPr>
      <w:r>
        <w:t>“Benim naçiz vücudum</w:t>
      </w:r>
      <w:r>
        <w:t xml:space="preserve"> elbet bir gün toprak olacaktır; fakat Türkiye Cumhuriyeti ilelebet payidar kalacaktır.”</w:t>
      </w:r>
    </w:p>
    <w:p w:rsidR="003834B8" w:rsidRDefault="00441A2B">
      <w:pPr>
        <w:pStyle w:val="ListeMaddemi"/>
        <w:spacing w:after="60"/>
      </w:pPr>
      <w:r>
        <w:t>“Öğretmenler! Yeni nesil sizin eseriniz olacaktır.”</w:t>
      </w:r>
    </w:p>
    <w:p w:rsidR="003834B8" w:rsidRDefault="00441A2B">
      <w:pPr>
        <w:keepNext/>
        <w:pBdr>
          <w:bottom w:val="single" w:sz="8" w:space="2" w:color="8B5E3C"/>
        </w:pBdr>
        <w:spacing w:before="280" w:after="80"/>
      </w:pPr>
      <w:r>
        <w:rPr>
          <w:b/>
          <w:color w:val="4A2A14"/>
          <w:sz w:val="26"/>
        </w:rPr>
        <w:t>OKULDA YAPILABILECEK ETKINLIKLER</w:t>
      </w:r>
    </w:p>
    <w:p w:rsidR="003834B8" w:rsidRDefault="00441A2B">
      <w:pPr>
        <w:pStyle w:val="ListeMaddemi"/>
        <w:spacing w:after="60"/>
      </w:pPr>
      <w:r>
        <w:t xml:space="preserve">Saat </w:t>
      </w:r>
      <w:r>
        <w:rPr>
          <w:b/>
        </w:rPr>
        <w:t>09.05</w:t>
      </w:r>
      <w:r>
        <w:t xml:space="preserve"> saygı duruşu ve anma töreni; okulda </w:t>
      </w:r>
      <w:r>
        <w:rPr>
          <w:b/>
        </w:rPr>
        <w:t>Atatürk köşesi</w:t>
      </w:r>
    </w:p>
    <w:p w:rsidR="003834B8" w:rsidRDefault="00441A2B">
      <w:pPr>
        <w:pStyle w:val="ListeMaddemi"/>
        <w:spacing w:after="60"/>
      </w:pPr>
      <w:r>
        <w:t xml:space="preserve">Atatürk’ün hayatını </w:t>
      </w:r>
      <w:r>
        <w:t xml:space="preserve">ve eserlerini anlatan </w:t>
      </w:r>
      <w:r>
        <w:rPr>
          <w:b/>
        </w:rPr>
        <w:t>sunum, resim ve kompozisyon</w:t>
      </w:r>
      <w:r>
        <w:t xml:space="preserve"> çalışması</w:t>
      </w:r>
    </w:p>
    <w:p w:rsidR="003834B8" w:rsidRDefault="00441A2B">
      <w:pPr>
        <w:pStyle w:val="ListeMaddemi"/>
        <w:spacing w:after="60"/>
      </w:pPr>
      <w:r>
        <w:t xml:space="preserve">“Ata’ma mektup” ya da </w:t>
      </w:r>
      <w:r>
        <w:rPr>
          <w:b/>
        </w:rPr>
        <w:t>anı defteri</w:t>
      </w:r>
      <w:r>
        <w:t xml:space="preserve"> etkinliği</w:t>
      </w:r>
    </w:p>
    <w:p w:rsidR="003834B8" w:rsidRDefault="00441A2B">
      <w:pPr>
        <w:pStyle w:val="ListeMaddemi"/>
        <w:spacing w:after="60"/>
      </w:pPr>
      <w:r>
        <w:t xml:space="preserve">Atatürk’ün sevdiği şarkılar ve anma şiirlerinden oluşan </w:t>
      </w:r>
      <w:r>
        <w:rPr>
          <w:b/>
        </w:rPr>
        <w:t>dinleti</w:t>
      </w:r>
    </w:p>
    <w:p w:rsidR="003834B8" w:rsidRDefault="00441A2B">
      <w:pPr>
        <w:pStyle w:val="ListeMaddemi"/>
        <w:spacing w:after="60"/>
      </w:pPr>
      <w:r>
        <w:t xml:space="preserve">Çanakkale ve Kurtuluş Savaşı temalı </w:t>
      </w:r>
      <w:r>
        <w:rPr>
          <w:b/>
        </w:rPr>
        <w:t>belgesel/sunum</w:t>
      </w:r>
      <w:r>
        <w:t xml:space="preserve"> izleme (yaş düzeyine uygun)</w:t>
      </w:r>
    </w:p>
    <w:p w:rsidR="003834B8" w:rsidRDefault="00441A2B">
      <w:pPr>
        <w:pStyle w:val="ListeMaddemi"/>
        <w:spacing w:after="60"/>
      </w:pPr>
      <w:r>
        <w:t>Anıtkabir</w:t>
      </w:r>
      <w:r>
        <w:t xml:space="preserve"> ve Atatürk’ün yaşamıyla ilgili </w:t>
      </w:r>
      <w:r>
        <w:rPr>
          <w:b/>
        </w:rPr>
        <w:t>pano ve sergi</w:t>
      </w:r>
    </w:p>
    <w:p w:rsidR="003834B8" w:rsidRDefault="003834B8"/>
    <w:tbl>
      <w:tblPr>
        <w:tblW w:w="0" w:type="auto"/>
        <w:jc w:val="center"/>
        <w:tblLook w:val="04A0" w:firstRow="1" w:lastRow="0" w:firstColumn="1" w:lastColumn="0" w:noHBand="0" w:noVBand="1"/>
      </w:tblPr>
      <w:tblGrid>
        <w:gridCol w:w="4819"/>
        <w:gridCol w:w="4819"/>
      </w:tblGrid>
      <w:tr w:rsidR="003834B8">
        <w:trPr>
          <w:cantSplit/>
          <w:jc w:val="center"/>
        </w:trPr>
        <w:tc>
          <w:tcPr>
            <w:tcW w:w="4819" w:type="dxa"/>
          </w:tcPr>
          <w:p w:rsidR="003834B8" w:rsidRDefault="00441A2B">
            <w:pPr>
              <w:jc w:val="center"/>
            </w:pPr>
            <w:r>
              <w:rPr>
                <w:b/>
                <w:sz w:val="21"/>
              </w:rPr>
              <w:t>Ahmet Yıldız</w:t>
            </w:r>
            <w:r>
              <w:rPr>
                <w:b/>
                <w:sz w:val="21"/>
              </w:rPr>
              <w:br/>
            </w:r>
            <w:r>
              <w:rPr>
                <w:sz w:val="20"/>
              </w:rPr>
              <w:t>Türkçe Öğretmeni</w:t>
            </w:r>
            <w:r>
              <w:rPr>
                <w:sz w:val="20"/>
              </w:rPr>
              <w:br/>
            </w:r>
            <w:r>
              <w:rPr>
                <w:color w:val="6B5644"/>
                <w:sz w:val="19"/>
              </w:rPr>
              <w:t>Hazırlayan</w:t>
            </w:r>
          </w:p>
        </w:tc>
        <w:tc>
          <w:tcPr>
            <w:tcW w:w="4819" w:type="dxa"/>
          </w:tcPr>
          <w:p w:rsidR="003834B8" w:rsidRDefault="00441A2B">
            <w:pPr>
              <w:jc w:val="center"/>
            </w:pPr>
            <w:r>
              <w:rPr>
                <w:b/>
                <w:color w:val="4A2A14"/>
                <w:sz w:val="21"/>
              </w:rPr>
              <w:t>UYGUNDUR</w:t>
            </w:r>
            <w:r>
              <w:rPr>
                <w:b/>
                <w:color w:val="4A2A14"/>
                <w:sz w:val="21"/>
              </w:rPr>
              <w:br/>
            </w:r>
            <w:r>
              <w:rPr>
                <w:b/>
                <w:sz w:val="21"/>
              </w:rPr>
              <w:t>…… / …… / 2026</w:t>
            </w:r>
            <w:r>
              <w:rPr>
                <w:b/>
                <w:sz w:val="21"/>
              </w:rPr>
              <w:br/>
            </w:r>
            <w:r>
              <w:rPr>
                <w:sz w:val="20"/>
              </w:rPr>
              <w:t>……………………………</w:t>
            </w:r>
            <w:r>
              <w:rPr>
                <w:sz w:val="20"/>
              </w:rPr>
              <w:br/>
            </w:r>
            <w:r>
              <w:rPr>
                <w:color w:val="6B5644"/>
                <w:sz w:val="19"/>
              </w:rPr>
              <w:t>Okul Müdürü</w:t>
            </w:r>
          </w:p>
        </w:tc>
      </w:tr>
    </w:tbl>
    <w:p w:rsidR="003834B8" w:rsidRDefault="00441A2B">
      <w:pPr>
        <w:keepNext/>
        <w:pBdr>
          <w:bottom w:val="single" w:sz="8" w:space="2" w:color="8B5E3C"/>
        </w:pBdr>
        <w:spacing w:before="280" w:after="80"/>
      </w:pPr>
      <w:r>
        <w:rPr>
          <w:b/>
          <w:color w:val="4A2A14"/>
          <w:sz w:val="26"/>
        </w:rPr>
        <w:lastRenderedPageBreak/>
        <w:t>KAYNAKÇA</w:t>
      </w:r>
    </w:p>
    <w:p w:rsidR="003834B8" w:rsidRDefault="00441A2B">
      <w:pPr>
        <w:pStyle w:val="ListeNumaras"/>
        <w:spacing w:after="40"/>
      </w:pPr>
      <w:r>
        <w:rPr>
          <w:color w:val="6B5644"/>
          <w:sz w:val="18"/>
        </w:rPr>
        <w:t>Atatürk Araştırma Merkezi — Mustafa Kemal Atatürk’ün hayatı, eserleri ve ilkeleri (atam.gov.tr).</w:t>
      </w:r>
    </w:p>
    <w:p w:rsidR="003834B8" w:rsidRDefault="00441A2B">
      <w:pPr>
        <w:pStyle w:val="ListeNumaras"/>
        <w:spacing w:after="40"/>
      </w:pPr>
      <w:r>
        <w:rPr>
          <w:color w:val="6B5644"/>
          <w:sz w:val="18"/>
        </w:rPr>
        <w:t xml:space="preserve">Atatürk’ün </w:t>
      </w:r>
      <w:r>
        <w:rPr>
          <w:color w:val="6B5644"/>
          <w:sz w:val="18"/>
        </w:rPr>
        <w:t>vefatı: 10 Kasım 1938, saat 09.05, Dolmabahçe Sarayı; Anıtkabir.</w:t>
      </w:r>
    </w:p>
    <w:p w:rsidR="003834B8" w:rsidRDefault="00441A2B">
      <w:pPr>
        <w:pStyle w:val="ListeNumaras"/>
        <w:spacing w:after="40"/>
      </w:pPr>
      <w:r>
        <w:rPr>
          <w:color w:val="6B5644"/>
          <w:sz w:val="18"/>
        </w:rPr>
        <w:t>Türkiye Büyük Millet Meclisi — Millî Mücadele ve Cumhuriyet tarihi (tbmm.gov.tr).</w:t>
      </w:r>
    </w:p>
    <w:sectPr w:rsidR="003834B8" w:rsidSect="00034616">
      <w:pgSz w:w="11906" w:h="16838"/>
      <w:pgMar w:top="907"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834B8"/>
    <w:rsid w:val="00441A2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44E7EA"/>
  <w14:defaultImageDpi w14:val="300"/>
  <w15:docId w15:val="{28D81FC0-C4E9-47DA-B94D-FE05FF47E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088BC-BB5A-4A80-9DC4-B6A61566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1034</Words>
  <Characters>5899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 Kasım Atatürk’ü Anma Programı — Atatürk Haftası (2026-2027)</dc:title>
  <dc:subject>Belirli Günler ve Haftalar — 10 Kasım Atatürk Haftası</dc:subject>
  <dc:creator>evrakburada</dc:creator>
  <cp:keywords>10 kasım atatürk haftası anma programı, atatürkü anma, atatürkün hayatı eserleri ilkeleri altı ok, 09.05 saygı duruşu, anma şiirleri, sunucu metni, belirli günler ve haftalar</cp:keywords>
  <dc:description/>
  <cp:lastModifiedBy>HP</cp:lastModifiedBy>
  <cp:revision>2</cp:revision>
  <dcterms:created xsi:type="dcterms:W3CDTF">2013-12-23T23:15:00Z</dcterms:created>
  <dcterms:modified xsi:type="dcterms:W3CDTF">2026-10-17T12:44:00Z</dcterms:modified>
  <cp:category/>
</cp:coreProperties>
</file>